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8D43D" w14:textId="77777777" w:rsidR="00430FCC" w:rsidRPr="008E6C00" w:rsidRDefault="00000000">
      <w:pPr>
        <w:spacing w:after="400"/>
        <w:rPr>
          <w:noProof/>
          <w:lang w:val="ro-RO"/>
        </w:rPr>
      </w:pPr>
      <w:r w:rsidRPr="008E6C00">
        <w:rPr>
          <w:b/>
          <w:noProof/>
          <w:color w:val="D71920"/>
          <w:sz w:val="20"/>
          <w:lang w:val="ro-RO"/>
        </w:rPr>
        <w:t>CERTIFY  |  RESURSE PRACTICE ISO</w:t>
      </w:r>
    </w:p>
    <w:tbl>
      <w:tblPr>
        <w:tblW w:w="0" w:type="auto"/>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tblGrid>
      <w:tr w:rsidR="00430FCC" w:rsidRPr="008E6C00" w14:paraId="7EC44957" w14:textId="77777777">
        <w:tc>
          <w:tcPr>
            <w:tcW w:w="2381" w:type="dxa"/>
            <w:shd w:val="clear" w:color="auto" w:fill="D71920"/>
            <w:tcMar>
              <w:top w:w="80" w:type="dxa"/>
              <w:left w:w="90" w:type="dxa"/>
              <w:bottom w:w="80" w:type="dxa"/>
              <w:right w:w="90" w:type="dxa"/>
            </w:tcMar>
            <w:vAlign w:val="center"/>
          </w:tcPr>
          <w:p w14:paraId="6EA30358" w14:textId="77777777" w:rsidR="00430FCC" w:rsidRPr="008E6C00" w:rsidRDefault="00000000">
            <w:pPr>
              <w:spacing w:after="0" w:line="240" w:lineRule="auto"/>
              <w:jc w:val="center"/>
              <w:rPr>
                <w:noProof/>
                <w:lang w:val="ro-RO"/>
              </w:rPr>
            </w:pPr>
            <w:r w:rsidRPr="008E6C00">
              <w:rPr>
                <w:b/>
                <w:noProof/>
                <w:color w:val="FFFFFF"/>
                <w:sz w:val="22"/>
                <w:lang w:val="ro-RO"/>
              </w:rPr>
              <w:t>GHID</w:t>
            </w:r>
          </w:p>
        </w:tc>
      </w:tr>
    </w:tbl>
    <w:p w14:paraId="4B3E90E8" w14:textId="77777777" w:rsidR="00430FCC" w:rsidRPr="008E6C00" w:rsidRDefault="00430FCC">
      <w:pPr>
        <w:spacing w:after="120"/>
        <w:rPr>
          <w:noProof/>
          <w:lang w:val="ro-RO"/>
        </w:rPr>
      </w:pPr>
    </w:p>
    <w:p w14:paraId="3A49E953" w14:textId="77777777" w:rsidR="00430FCC" w:rsidRPr="008E6C00" w:rsidRDefault="00000000">
      <w:pPr>
        <w:spacing w:after="40"/>
        <w:rPr>
          <w:noProof/>
          <w:lang w:val="ro-RO"/>
        </w:rPr>
      </w:pPr>
      <w:r w:rsidRPr="008E6C00">
        <w:rPr>
          <w:b/>
          <w:noProof/>
          <w:sz w:val="56"/>
          <w:lang w:val="ro-RO"/>
        </w:rPr>
        <w:t>Documente esențiale</w:t>
      </w:r>
    </w:p>
    <w:p w14:paraId="4088F536" w14:textId="77777777" w:rsidR="00430FCC" w:rsidRPr="008E6C00" w:rsidRDefault="00000000">
      <w:pPr>
        <w:spacing w:after="140"/>
        <w:rPr>
          <w:noProof/>
          <w:lang w:val="ro-RO"/>
        </w:rPr>
      </w:pPr>
      <w:r w:rsidRPr="008E6C00">
        <w:rPr>
          <w:b/>
          <w:noProof/>
          <w:color w:val="D71920"/>
          <w:sz w:val="64"/>
          <w:lang w:val="ro-RO"/>
        </w:rPr>
        <w:t>ISO 9001</w:t>
      </w:r>
    </w:p>
    <w:p w14:paraId="6133ED36" w14:textId="77777777" w:rsidR="00430FCC" w:rsidRPr="008E6C00" w:rsidRDefault="00000000">
      <w:pPr>
        <w:spacing w:after="320"/>
        <w:rPr>
          <w:noProof/>
          <w:lang w:val="ro-RO"/>
        </w:rPr>
      </w:pPr>
      <w:r w:rsidRPr="008E6C00">
        <w:rPr>
          <w:noProof/>
          <w:color w:val="666666"/>
          <w:sz w:val="26"/>
          <w:lang w:val="ro-RO"/>
        </w:rPr>
        <w:t>Ce trebuie documentat, ce este recomandat și cum se controlează informațiile</w:t>
      </w:r>
    </w:p>
    <w:p w14:paraId="20200D3B" w14:textId="77777777" w:rsidR="00430FCC" w:rsidRPr="008E6C00" w:rsidRDefault="00430FCC">
      <w:pPr>
        <w:pBdr>
          <w:bottom w:val="single" w:sz="18" w:space="1" w:color="D71920"/>
        </w:pBdr>
        <w:spacing w:after="12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721"/>
        <w:gridCol w:w="7200"/>
      </w:tblGrid>
      <w:tr w:rsidR="00430FCC" w:rsidRPr="008E6C00" w14:paraId="136F6F64" w14:textId="77777777">
        <w:trPr>
          <w:jc w:val="center"/>
        </w:trPr>
        <w:tc>
          <w:tcPr>
            <w:tcW w:w="2721" w:type="dxa"/>
            <w:shd w:val="clear" w:color="auto" w:fill="F3F4F5"/>
            <w:tcMar>
              <w:top w:w="80" w:type="dxa"/>
              <w:left w:w="90" w:type="dxa"/>
              <w:bottom w:w="80" w:type="dxa"/>
              <w:right w:w="90" w:type="dxa"/>
            </w:tcMar>
            <w:vAlign w:val="center"/>
          </w:tcPr>
          <w:p w14:paraId="08A85765" w14:textId="77777777" w:rsidR="00430FCC" w:rsidRPr="008E6C00" w:rsidRDefault="00000000">
            <w:pPr>
              <w:spacing w:after="0" w:line="240" w:lineRule="auto"/>
              <w:rPr>
                <w:noProof/>
                <w:lang w:val="ro-RO"/>
              </w:rPr>
            </w:pPr>
            <w:r w:rsidRPr="008E6C00">
              <w:rPr>
                <w:b/>
                <w:noProof/>
                <w:sz w:val="16"/>
                <w:lang w:val="ro-RO"/>
              </w:rPr>
              <w:t>BAZĂ DE LUCRU</w:t>
            </w:r>
          </w:p>
        </w:tc>
        <w:tc>
          <w:tcPr>
            <w:tcW w:w="7200" w:type="dxa"/>
            <w:shd w:val="clear" w:color="auto" w:fill="FFFFFF"/>
            <w:tcMar>
              <w:top w:w="80" w:type="dxa"/>
              <w:left w:w="90" w:type="dxa"/>
              <w:bottom w:w="80" w:type="dxa"/>
              <w:right w:w="90" w:type="dxa"/>
            </w:tcMar>
            <w:vAlign w:val="center"/>
          </w:tcPr>
          <w:p w14:paraId="3D2D71B1" w14:textId="77777777" w:rsidR="00430FCC" w:rsidRPr="008E6C00" w:rsidRDefault="00000000">
            <w:pPr>
              <w:spacing w:after="0" w:line="240" w:lineRule="auto"/>
              <w:rPr>
                <w:noProof/>
                <w:lang w:val="ro-RO"/>
              </w:rPr>
            </w:pPr>
            <w:r w:rsidRPr="008E6C00">
              <w:rPr>
                <w:noProof/>
                <w:lang w:val="ro-RO"/>
              </w:rPr>
              <w:t>ISO 9001:2015 + ISO 9001:2015/Amd 1:2024</w:t>
            </w:r>
          </w:p>
        </w:tc>
      </w:tr>
      <w:tr w:rsidR="00430FCC" w:rsidRPr="008E6C00" w14:paraId="4C3BE363" w14:textId="77777777">
        <w:trPr>
          <w:jc w:val="center"/>
        </w:trPr>
        <w:tc>
          <w:tcPr>
            <w:tcW w:w="2721" w:type="dxa"/>
            <w:shd w:val="clear" w:color="auto" w:fill="F3F4F5"/>
            <w:tcMar>
              <w:top w:w="80" w:type="dxa"/>
              <w:left w:w="90" w:type="dxa"/>
              <w:bottom w:w="80" w:type="dxa"/>
              <w:right w:w="90" w:type="dxa"/>
            </w:tcMar>
            <w:vAlign w:val="center"/>
          </w:tcPr>
          <w:p w14:paraId="35110BDF" w14:textId="77777777" w:rsidR="00430FCC" w:rsidRPr="008E6C00" w:rsidRDefault="00000000">
            <w:pPr>
              <w:spacing w:after="0" w:line="240" w:lineRule="auto"/>
              <w:rPr>
                <w:noProof/>
                <w:lang w:val="ro-RO"/>
              </w:rPr>
            </w:pPr>
            <w:r w:rsidRPr="008E6C00">
              <w:rPr>
                <w:b/>
                <w:noProof/>
                <w:sz w:val="16"/>
                <w:lang w:val="ro-RO"/>
              </w:rPr>
              <w:t>UTILIZARE</w:t>
            </w:r>
          </w:p>
        </w:tc>
        <w:tc>
          <w:tcPr>
            <w:tcW w:w="7200" w:type="dxa"/>
            <w:shd w:val="clear" w:color="auto" w:fill="FFFFFF"/>
            <w:tcMar>
              <w:top w:w="80" w:type="dxa"/>
              <w:left w:w="90" w:type="dxa"/>
              <w:bottom w:w="80" w:type="dxa"/>
              <w:right w:w="90" w:type="dxa"/>
            </w:tcMar>
            <w:vAlign w:val="center"/>
          </w:tcPr>
          <w:p w14:paraId="6A013ADB" w14:textId="77777777" w:rsidR="00430FCC" w:rsidRPr="008E6C00" w:rsidRDefault="00000000">
            <w:pPr>
              <w:spacing w:after="0" w:line="240" w:lineRule="auto"/>
              <w:rPr>
                <w:noProof/>
                <w:lang w:val="ro-RO"/>
              </w:rPr>
            </w:pPr>
            <w:r w:rsidRPr="008E6C00">
              <w:rPr>
                <w:noProof/>
                <w:lang w:val="ro-RO"/>
              </w:rPr>
              <w:t>Organizații din orice industrie și de orice dimensiune</w:t>
            </w:r>
          </w:p>
        </w:tc>
      </w:tr>
      <w:tr w:rsidR="00430FCC" w:rsidRPr="008E6C00" w14:paraId="6A847565" w14:textId="77777777">
        <w:trPr>
          <w:jc w:val="center"/>
        </w:trPr>
        <w:tc>
          <w:tcPr>
            <w:tcW w:w="2721" w:type="dxa"/>
            <w:shd w:val="clear" w:color="auto" w:fill="F3F4F5"/>
            <w:tcMar>
              <w:top w:w="80" w:type="dxa"/>
              <w:left w:w="90" w:type="dxa"/>
              <w:bottom w:w="80" w:type="dxa"/>
              <w:right w:w="90" w:type="dxa"/>
            </w:tcMar>
            <w:vAlign w:val="center"/>
          </w:tcPr>
          <w:p w14:paraId="308F2229" w14:textId="77777777" w:rsidR="00430FCC" w:rsidRPr="008E6C00" w:rsidRDefault="00000000">
            <w:pPr>
              <w:spacing w:after="0" w:line="240" w:lineRule="auto"/>
              <w:rPr>
                <w:noProof/>
                <w:lang w:val="ro-RO"/>
              </w:rPr>
            </w:pPr>
            <w:r w:rsidRPr="008E6C00">
              <w:rPr>
                <w:b/>
                <w:noProof/>
                <w:sz w:val="16"/>
                <w:lang w:val="ro-RO"/>
              </w:rPr>
              <w:t>CONȚINUT</w:t>
            </w:r>
          </w:p>
        </w:tc>
        <w:tc>
          <w:tcPr>
            <w:tcW w:w="7200" w:type="dxa"/>
            <w:shd w:val="clear" w:color="auto" w:fill="FFFFFF"/>
            <w:tcMar>
              <w:top w:w="80" w:type="dxa"/>
              <w:left w:w="90" w:type="dxa"/>
              <w:bottom w:w="80" w:type="dxa"/>
              <w:right w:w="90" w:type="dxa"/>
            </w:tcMar>
            <w:vAlign w:val="center"/>
          </w:tcPr>
          <w:p w14:paraId="7E1E4686" w14:textId="77777777" w:rsidR="00430FCC" w:rsidRPr="008E6C00" w:rsidRDefault="00000000">
            <w:pPr>
              <w:spacing w:after="0" w:line="240" w:lineRule="auto"/>
              <w:rPr>
                <w:noProof/>
                <w:lang w:val="ro-RO"/>
              </w:rPr>
            </w:pPr>
            <w:r w:rsidRPr="008E6C00">
              <w:rPr>
                <w:noProof/>
                <w:lang w:val="ro-RO"/>
              </w:rPr>
              <w:t>Listă cerințe + arhitectură documentară + modele completabile</w:t>
            </w:r>
          </w:p>
        </w:tc>
      </w:tr>
      <w:tr w:rsidR="00430FCC" w:rsidRPr="008E6C00" w14:paraId="05E85F90" w14:textId="77777777">
        <w:trPr>
          <w:jc w:val="center"/>
        </w:trPr>
        <w:tc>
          <w:tcPr>
            <w:tcW w:w="2721" w:type="dxa"/>
            <w:shd w:val="clear" w:color="auto" w:fill="F3F4F5"/>
            <w:tcMar>
              <w:top w:w="80" w:type="dxa"/>
              <w:left w:w="90" w:type="dxa"/>
              <w:bottom w:w="80" w:type="dxa"/>
              <w:right w:w="90" w:type="dxa"/>
            </w:tcMar>
            <w:vAlign w:val="center"/>
          </w:tcPr>
          <w:p w14:paraId="76988120" w14:textId="77777777" w:rsidR="00430FCC" w:rsidRPr="008E6C00" w:rsidRDefault="00000000">
            <w:pPr>
              <w:spacing w:after="0" w:line="240" w:lineRule="auto"/>
              <w:rPr>
                <w:noProof/>
                <w:lang w:val="ro-RO"/>
              </w:rPr>
            </w:pPr>
            <w:r w:rsidRPr="008E6C00">
              <w:rPr>
                <w:b/>
                <w:noProof/>
                <w:sz w:val="16"/>
                <w:lang w:val="ro-RO"/>
              </w:rPr>
              <w:t>EDIȚIE DOCUMENT</w:t>
            </w:r>
          </w:p>
        </w:tc>
        <w:tc>
          <w:tcPr>
            <w:tcW w:w="7200" w:type="dxa"/>
            <w:shd w:val="clear" w:color="auto" w:fill="FFFFFF"/>
            <w:tcMar>
              <w:top w:w="80" w:type="dxa"/>
              <w:left w:w="90" w:type="dxa"/>
              <w:bottom w:w="80" w:type="dxa"/>
              <w:right w:w="90" w:type="dxa"/>
            </w:tcMar>
            <w:vAlign w:val="center"/>
          </w:tcPr>
          <w:p w14:paraId="539E95DF" w14:textId="77777777" w:rsidR="00430FCC" w:rsidRPr="008E6C00" w:rsidRDefault="00000000">
            <w:pPr>
              <w:spacing w:after="0" w:line="240" w:lineRule="auto"/>
              <w:rPr>
                <w:noProof/>
                <w:lang w:val="ro-RO"/>
              </w:rPr>
            </w:pPr>
            <w:r w:rsidRPr="008E6C00">
              <w:rPr>
                <w:noProof/>
                <w:lang w:val="ro-RO"/>
              </w:rPr>
              <w:t>Certify | iulie 2026</w:t>
            </w:r>
          </w:p>
        </w:tc>
      </w:tr>
    </w:tbl>
    <w:p w14:paraId="3EA6B8BB" w14:textId="77777777" w:rsidR="00430FCC" w:rsidRPr="008E6C00" w:rsidRDefault="00430FCC">
      <w:pPr>
        <w:spacing w:after="160"/>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430FCC" w:rsidRPr="008E6C00" w14:paraId="52EC63AF" w14:textId="77777777">
        <w:trPr>
          <w:cantSplit/>
          <w:jc w:val="center"/>
        </w:trPr>
        <w:tc>
          <w:tcPr>
            <w:tcW w:w="567" w:type="dxa"/>
            <w:shd w:val="clear" w:color="auto" w:fill="D71920"/>
            <w:tcMar>
              <w:top w:w="80" w:type="dxa"/>
              <w:left w:w="90" w:type="dxa"/>
              <w:bottom w:w="80" w:type="dxa"/>
              <w:right w:w="90" w:type="dxa"/>
            </w:tcMar>
            <w:vAlign w:val="center"/>
          </w:tcPr>
          <w:p w14:paraId="1D09B83A" w14:textId="77777777" w:rsidR="00430FCC" w:rsidRPr="008E6C00" w:rsidRDefault="00000000">
            <w:pPr>
              <w:spacing w:after="0" w:line="240" w:lineRule="auto"/>
              <w:jc w:val="center"/>
              <w:rPr>
                <w:noProof/>
                <w:lang w:val="ro-RO"/>
              </w:rPr>
            </w:pPr>
            <w:r w:rsidRPr="008E6C00">
              <w:rPr>
                <w:b/>
                <w:noProof/>
                <w:color w:val="FFFFFF"/>
                <w:sz w:val="32"/>
                <w:lang w:val="ro-RO"/>
              </w:rPr>
              <w:t>i</w:t>
            </w:r>
          </w:p>
        </w:tc>
        <w:tc>
          <w:tcPr>
            <w:tcW w:w="9354" w:type="dxa"/>
            <w:shd w:val="clear" w:color="auto" w:fill="FCEBEC"/>
          </w:tcPr>
          <w:p w14:paraId="18ED37D4" w14:textId="77777777" w:rsidR="00430FCC" w:rsidRPr="008E6C00" w:rsidRDefault="00000000">
            <w:pPr>
              <w:spacing w:after="40"/>
              <w:rPr>
                <w:noProof/>
                <w:lang w:val="ro-RO"/>
              </w:rPr>
            </w:pPr>
            <w:r w:rsidRPr="008E6C00">
              <w:rPr>
                <w:b/>
                <w:noProof/>
                <w:color w:val="D71920"/>
                <w:lang w:val="ro-RO"/>
              </w:rPr>
              <w:t>PRINCIPIUL CENTRAL</w:t>
            </w:r>
          </w:p>
          <w:p w14:paraId="5F8380AD" w14:textId="77777777" w:rsidR="00430FCC" w:rsidRPr="008E6C00" w:rsidRDefault="00000000">
            <w:pPr>
              <w:spacing w:after="0" w:line="252" w:lineRule="auto"/>
              <w:rPr>
                <w:noProof/>
                <w:lang w:val="ro-RO"/>
              </w:rPr>
            </w:pPr>
            <w:r w:rsidRPr="008E6C00">
              <w:rPr>
                <w:noProof/>
                <w:sz w:val="17"/>
                <w:lang w:val="ro-RO"/>
              </w:rPr>
              <w:t>ISO 9001 cere un sistem de management documentat, nu o colecție voluminoasă de hârtii. Documentați atât cât este necesar pentru controlul proceselor, consecvență, transfer de cunoștințe și demonstrarea rezultatelor.</w:t>
            </w:r>
          </w:p>
        </w:tc>
      </w:tr>
    </w:tbl>
    <w:p w14:paraId="51B90D8F" w14:textId="77777777" w:rsidR="00430FCC" w:rsidRPr="008E6C00" w:rsidRDefault="00430FCC">
      <w:pPr>
        <w:spacing w:after="0"/>
        <w:rPr>
          <w:noProof/>
          <w:lang w:val="ro-RO"/>
        </w:rPr>
      </w:pPr>
    </w:p>
    <w:p w14:paraId="434A10C0" w14:textId="77777777" w:rsidR="00430FCC" w:rsidRPr="008E6C00" w:rsidRDefault="00000000">
      <w:pPr>
        <w:spacing w:before="200"/>
        <w:jc w:val="center"/>
        <w:rPr>
          <w:noProof/>
          <w:lang w:val="ro-RO"/>
        </w:rPr>
      </w:pPr>
      <w:r w:rsidRPr="008E6C00">
        <w:rPr>
          <w:b/>
          <w:noProof/>
          <w:color w:val="D71920"/>
          <w:sz w:val="20"/>
          <w:lang w:val="ro-RO"/>
        </w:rPr>
        <w:t>CLAR. CONTROLAT. UTIL.</w:t>
      </w:r>
    </w:p>
    <w:p w14:paraId="0B715B83" w14:textId="77777777" w:rsidR="00430FCC" w:rsidRPr="008E6C00" w:rsidRDefault="00000000">
      <w:pPr>
        <w:rPr>
          <w:noProof/>
          <w:lang w:val="ro-RO"/>
        </w:rPr>
      </w:pPr>
      <w:r w:rsidRPr="008E6C00">
        <w:rPr>
          <w:noProof/>
          <w:lang w:val="ro-RO"/>
        </w:rP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430FCC" w:rsidRPr="008E6C00" w14:paraId="11D4B316" w14:textId="77777777">
        <w:trPr>
          <w:cantSplit/>
          <w:jc w:val="center"/>
        </w:trPr>
        <w:tc>
          <w:tcPr>
            <w:tcW w:w="1020" w:type="dxa"/>
            <w:shd w:val="clear" w:color="auto" w:fill="D71920"/>
            <w:tcMar>
              <w:top w:w="80" w:type="dxa"/>
              <w:left w:w="90" w:type="dxa"/>
              <w:bottom w:w="80" w:type="dxa"/>
              <w:right w:w="90" w:type="dxa"/>
            </w:tcMar>
            <w:vAlign w:val="center"/>
          </w:tcPr>
          <w:p w14:paraId="16D06831" w14:textId="77777777" w:rsidR="00430FCC" w:rsidRPr="008E6C00" w:rsidRDefault="00000000">
            <w:pPr>
              <w:spacing w:after="0" w:line="240" w:lineRule="auto"/>
              <w:jc w:val="center"/>
              <w:rPr>
                <w:noProof/>
                <w:lang w:val="ro-RO"/>
              </w:rPr>
            </w:pPr>
            <w:r w:rsidRPr="008E6C00">
              <w:rPr>
                <w:b/>
                <w:noProof/>
                <w:color w:val="FFFFFF"/>
                <w:sz w:val="34"/>
                <w:lang w:val="ro-RO"/>
              </w:rPr>
              <w:lastRenderedPageBreak/>
              <w:t>1</w:t>
            </w:r>
          </w:p>
        </w:tc>
        <w:tc>
          <w:tcPr>
            <w:tcW w:w="8901" w:type="dxa"/>
            <w:shd w:val="clear" w:color="auto" w:fill="F3F4F5"/>
          </w:tcPr>
          <w:p w14:paraId="5439CABC" w14:textId="77777777" w:rsidR="00430FCC" w:rsidRPr="008E6C00" w:rsidRDefault="00000000">
            <w:pPr>
              <w:spacing w:after="20"/>
              <w:rPr>
                <w:noProof/>
                <w:lang w:val="ro-RO"/>
              </w:rPr>
            </w:pPr>
            <w:r w:rsidRPr="008E6C00">
              <w:rPr>
                <w:b/>
                <w:noProof/>
                <w:sz w:val="28"/>
                <w:lang w:val="ro-RO"/>
              </w:rPr>
              <w:t>Cum se utilizează ghidul</w:t>
            </w:r>
          </w:p>
          <w:p w14:paraId="48236B35" w14:textId="77777777" w:rsidR="00430FCC" w:rsidRPr="008E6C00" w:rsidRDefault="00000000">
            <w:pPr>
              <w:spacing w:after="0"/>
              <w:rPr>
                <w:noProof/>
                <w:lang w:val="ro-RO"/>
              </w:rPr>
            </w:pPr>
            <w:r w:rsidRPr="008E6C00">
              <w:rPr>
                <w:noProof/>
                <w:color w:val="666666"/>
                <w:sz w:val="17"/>
                <w:lang w:val="ro-RO"/>
              </w:rPr>
              <w:t>Selectați documentele pornind de la procese, riscuri și nevoia reală de control</w:t>
            </w:r>
          </w:p>
        </w:tc>
      </w:tr>
    </w:tbl>
    <w:p w14:paraId="27E71CE0" w14:textId="77777777" w:rsidR="00430FCC" w:rsidRPr="008E6C00" w:rsidRDefault="00430FCC">
      <w:pPr>
        <w:spacing w:after="0"/>
        <w:rPr>
          <w:noProof/>
          <w:lang w:val="ro-RO"/>
        </w:rPr>
      </w:pPr>
    </w:p>
    <w:p w14:paraId="684B7498" w14:textId="77777777" w:rsidR="00430FCC" w:rsidRPr="008E6C00" w:rsidRDefault="00000000">
      <w:pPr>
        <w:rPr>
          <w:noProof/>
          <w:lang w:val="ro-RO"/>
        </w:rPr>
      </w:pPr>
      <w:r w:rsidRPr="008E6C00">
        <w:rPr>
          <w:noProof/>
          <w:lang w:val="ro-RO"/>
        </w:rPr>
        <w:t>Scop. Ghidul ajută organizația să stabilească un set suficient și proporționat de documente și înregistrări pentru sistemul de management al calității (SMC).</w:t>
      </w:r>
    </w:p>
    <w:p w14:paraId="31C4E667" w14:textId="77777777" w:rsidR="00430FCC" w:rsidRPr="008E6C00" w:rsidRDefault="00000000">
      <w:pPr>
        <w:pStyle w:val="Heading2"/>
        <w:rPr>
          <w:noProof/>
          <w:lang w:val="ro-RO"/>
        </w:rPr>
      </w:pPr>
      <w:r w:rsidRPr="008E6C00">
        <w:rPr>
          <w:noProof/>
          <w:lang w:val="ro-RO"/>
        </w:rPr>
        <w:t>Flux recomandat</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4"/>
        <w:gridCol w:w="2665"/>
        <w:gridCol w:w="6463"/>
      </w:tblGrid>
      <w:tr w:rsidR="00430FCC" w:rsidRPr="008E6C00" w14:paraId="04389827" w14:textId="77777777">
        <w:trPr>
          <w:tblHeader/>
          <w:jc w:val="center"/>
        </w:trPr>
        <w:tc>
          <w:tcPr>
            <w:tcW w:w="794" w:type="dxa"/>
            <w:shd w:val="clear" w:color="auto" w:fill="D71920"/>
            <w:tcMar>
              <w:top w:w="80" w:type="dxa"/>
              <w:left w:w="90" w:type="dxa"/>
              <w:bottom w:w="80" w:type="dxa"/>
              <w:right w:w="90" w:type="dxa"/>
            </w:tcMar>
            <w:vAlign w:val="center"/>
          </w:tcPr>
          <w:p w14:paraId="69C7C892" w14:textId="77777777" w:rsidR="00430FCC" w:rsidRPr="008E6C00" w:rsidRDefault="00000000">
            <w:pPr>
              <w:spacing w:after="0" w:line="240" w:lineRule="auto"/>
              <w:jc w:val="center"/>
              <w:rPr>
                <w:noProof/>
                <w:lang w:val="ro-RO"/>
              </w:rPr>
            </w:pPr>
            <w:r w:rsidRPr="008E6C00">
              <w:rPr>
                <w:b/>
                <w:noProof/>
                <w:color w:val="FFFFFF"/>
                <w:sz w:val="16"/>
                <w:lang w:val="ro-RO"/>
              </w:rPr>
              <w:t>PAS</w:t>
            </w:r>
          </w:p>
        </w:tc>
        <w:tc>
          <w:tcPr>
            <w:tcW w:w="2665" w:type="dxa"/>
            <w:shd w:val="clear" w:color="auto" w:fill="D71920"/>
            <w:tcMar>
              <w:top w:w="80" w:type="dxa"/>
              <w:left w:w="90" w:type="dxa"/>
              <w:bottom w:w="80" w:type="dxa"/>
              <w:right w:w="90" w:type="dxa"/>
            </w:tcMar>
            <w:vAlign w:val="center"/>
          </w:tcPr>
          <w:p w14:paraId="306669FF" w14:textId="77777777" w:rsidR="00430FCC" w:rsidRPr="008E6C00" w:rsidRDefault="00000000">
            <w:pPr>
              <w:spacing w:after="0" w:line="240" w:lineRule="auto"/>
              <w:jc w:val="center"/>
              <w:rPr>
                <w:noProof/>
                <w:lang w:val="ro-RO"/>
              </w:rPr>
            </w:pPr>
            <w:r w:rsidRPr="008E6C00">
              <w:rPr>
                <w:b/>
                <w:noProof/>
                <w:color w:val="FFFFFF"/>
                <w:sz w:val="16"/>
                <w:lang w:val="ro-RO"/>
              </w:rPr>
              <w:t>ACTIVITATE</w:t>
            </w:r>
          </w:p>
        </w:tc>
        <w:tc>
          <w:tcPr>
            <w:tcW w:w="6463" w:type="dxa"/>
            <w:shd w:val="clear" w:color="auto" w:fill="D71920"/>
            <w:tcMar>
              <w:top w:w="80" w:type="dxa"/>
              <w:left w:w="90" w:type="dxa"/>
              <w:bottom w:w="80" w:type="dxa"/>
              <w:right w:w="90" w:type="dxa"/>
            </w:tcMar>
            <w:vAlign w:val="center"/>
          </w:tcPr>
          <w:p w14:paraId="63FD371F" w14:textId="77777777" w:rsidR="00430FCC" w:rsidRPr="008E6C00" w:rsidRDefault="00000000">
            <w:pPr>
              <w:spacing w:after="0" w:line="240" w:lineRule="auto"/>
              <w:jc w:val="center"/>
              <w:rPr>
                <w:noProof/>
                <w:lang w:val="ro-RO"/>
              </w:rPr>
            </w:pPr>
            <w:r w:rsidRPr="008E6C00">
              <w:rPr>
                <w:b/>
                <w:noProof/>
                <w:color w:val="FFFFFF"/>
                <w:sz w:val="16"/>
                <w:lang w:val="ro-RO"/>
              </w:rPr>
              <w:t>REZULTAT</w:t>
            </w:r>
          </w:p>
        </w:tc>
      </w:tr>
      <w:tr w:rsidR="00430FCC" w:rsidRPr="008E6C00" w14:paraId="6DC1CEE4" w14:textId="77777777">
        <w:trPr>
          <w:cantSplit/>
          <w:jc w:val="center"/>
        </w:trPr>
        <w:tc>
          <w:tcPr>
            <w:tcW w:w="794" w:type="dxa"/>
            <w:shd w:val="clear" w:color="auto" w:fill="FFFFFF"/>
            <w:tcMar>
              <w:top w:w="80" w:type="dxa"/>
              <w:left w:w="90" w:type="dxa"/>
              <w:bottom w:w="80" w:type="dxa"/>
              <w:right w:w="90" w:type="dxa"/>
            </w:tcMar>
            <w:vAlign w:val="center"/>
          </w:tcPr>
          <w:p w14:paraId="0A31B543" w14:textId="77777777" w:rsidR="00430FCC" w:rsidRPr="008E6C00" w:rsidRDefault="00000000">
            <w:pPr>
              <w:spacing w:after="0" w:line="240" w:lineRule="auto"/>
              <w:jc w:val="center"/>
              <w:rPr>
                <w:noProof/>
                <w:lang w:val="ro-RO"/>
              </w:rPr>
            </w:pPr>
            <w:r w:rsidRPr="008E6C00">
              <w:rPr>
                <w:noProof/>
                <w:sz w:val="16"/>
                <w:lang w:val="ro-RO"/>
              </w:rPr>
              <w:t>1</w:t>
            </w:r>
          </w:p>
        </w:tc>
        <w:tc>
          <w:tcPr>
            <w:tcW w:w="2665" w:type="dxa"/>
            <w:shd w:val="clear" w:color="auto" w:fill="FFFFFF"/>
            <w:tcMar>
              <w:top w:w="80" w:type="dxa"/>
              <w:left w:w="90" w:type="dxa"/>
              <w:bottom w:w="80" w:type="dxa"/>
              <w:right w:w="90" w:type="dxa"/>
            </w:tcMar>
            <w:vAlign w:val="center"/>
          </w:tcPr>
          <w:p w14:paraId="30037B72" w14:textId="77777777" w:rsidR="00430FCC" w:rsidRPr="008E6C00" w:rsidRDefault="00000000">
            <w:pPr>
              <w:spacing w:after="0" w:line="240" w:lineRule="auto"/>
              <w:rPr>
                <w:noProof/>
                <w:lang w:val="ro-RO"/>
              </w:rPr>
            </w:pPr>
            <w:r w:rsidRPr="008E6C00">
              <w:rPr>
                <w:noProof/>
                <w:sz w:val="16"/>
                <w:lang w:val="ro-RO"/>
              </w:rPr>
              <w:t>Identificați procesele</w:t>
            </w:r>
          </w:p>
        </w:tc>
        <w:tc>
          <w:tcPr>
            <w:tcW w:w="6463" w:type="dxa"/>
            <w:shd w:val="clear" w:color="auto" w:fill="FFFFFF"/>
            <w:tcMar>
              <w:top w:w="80" w:type="dxa"/>
              <w:left w:w="90" w:type="dxa"/>
              <w:bottom w:w="80" w:type="dxa"/>
              <w:right w:w="90" w:type="dxa"/>
            </w:tcMar>
            <w:vAlign w:val="center"/>
          </w:tcPr>
          <w:p w14:paraId="10A38F6C" w14:textId="77777777" w:rsidR="00430FCC" w:rsidRPr="008E6C00" w:rsidRDefault="00000000">
            <w:pPr>
              <w:spacing w:after="0" w:line="240" w:lineRule="auto"/>
              <w:rPr>
                <w:noProof/>
                <w:lang w:val="ro-RO"/>
              </w:rPr>
            </w:pPr>
            <w:r w:rsidRPr="008E6C00">
              <w:rPr>
                <w:noProof/>
                <w:sz w:val="16"/>
                <w:lang w:val="ro-RO"/>
              </w:rPr>
              <w:t>Stabiliți intrările, ieșirile, responsabilitățile, criteriile și interacțiunile.</w:t>
            </w:r>
          </w:p>
        </w:tc>
      </w:tr>
      <w:tr w:rsidR="00430FCC" w:rsidRPr="008E6C00" w14:paraId="6D69DDBE" w14:textId="77777777">
        <w:trPr>
          <w:cantSplit/>
          <w:jc w:val="center"/>
        </w:trPr>
        <w:tc>
          <w:tcPr>
            <w:tcW w:w="794" w:type="dxa"/>
            <w:shd w:val="clear" w:color="auto" w:fill="FAFAFA"/>
            <w:tcMar>
              <w:top w:w="80" w:type="dxa"/>
              <w:left w:w="90" w:type="dxa"/>
              <w:bottom w:w="80" w:type="dxa"/>
              <w:right w:w="90" w:type="dxa"/>
            </w:tcMar>
            <w:vAlign w:val="center"/>
          </w:tcPr>
          <w:p w14:paraId="3F2AE48F" w14:textId="77777777" w:rsidR="00430FCC" w:rsidRPr="008E6C00" w:rsidRDefault="00000000">
            <w:pPr>
              <w:spacing w:after="0" w:line="240" w:lineRule="auto"/>
              <w:jc w:val="center"/>
              <w:rPr>
                <w:noProof/>
                <w:lang w:val="ro-RO"/>
              </w:rPr>
            </w:pPr>
            <w:r w:rsidRPr="008E6C00">
              <w:rPr>
                <w:noProof/>
                <w:sz w:val="16"/>
                <w:lang w:val="ro-RO"/>
              </w:rPr>
              <w:t>2</w:t>
            </w:r>
          </w:p>
        </w:tc>
        <w:tc>
          <w:tcPr>
            <w:tcW w:w="2665" w:type="dxa"/>
            <w:shd w:val="clear" w:color="auto" w:fill="FAFAFA"/>
            <w:tcMar>
              <w:top w:w="80" w:type="dxa"/>
              <w:left w:w="90" w:type="dxa"/>
              <w:bottom w:w="80" w:type="dxa"/>
              <w:right w:w="90" w:type="dxa"/>
            </w:tcMar>
            <w:vAlign w:val="center"/>
          </w:tcPr>
          <w:p w14:paraId="6B8F12CB" w14:textId="77777777" w:rsidR="00430FCC" w:rsidRPr="008E6C00" w:rsidRDefault="00000000">
            <w:pPr>
              <w:spacing w:after="0" w:line="240" w:lineRule="auto"/>
              <w:rPr>
                <w:noProof/>
                <w:lang w:val="ro-RO"/>
              </w:rPr>
            </w:pPr>
            <w:r w:rsidRPr="008E6C00">
              <w:rPr>
                <w:noProof/>
                <w:sz w:val="16"/>
                <w:lang w:val="ro-RO"/>
              </w:rPr>
              <w:t>Evaluați nevoia de documentare</w:t>
            </w:r>
          </w:p>
        </w:tc>
        <w:tc>
          <w:tcPr>
            <w:tcW w:w="6463" w:type="dxa"/>
            <w:shd w:val="clear" w:color="auto" w:fill="FAFAFA"/>
            <w:tcMar>
              <w:top w:w="80" w:type="dxa"/>
              <w:left w:w="90" w:type="dxa"/>
              <w:bottom w:w="80" w:type="dxa"/>
              <w:right w:w="90" w:type="dxa"/>
            </w:tcMar>
            <w:vAlign w:val="center"/>
          </w:tcPr>
          <w:p w14:paraId="6AD0F592" w14:textId="77777777" w:rsidR="00430FCC" w:rsidRPr="008E6C00" w:rsidRDefault="00000000">
            <w:pPr>
              <w:spacing w:after="0" w:line="240" w:lineRule="auto"/>
              <w:rPr>
                <w:noProof/>
                <w:lang w:val="ro-RO"/>
              </w:rPr>
            </w:pPr>
            <w:r w:rsidRPr="008E6C00">
              <w:rPr>
                <w:noProof/>
                <w:sz w:val="16"/>
                <w:lang w:val="ro-RO"/>
              </w:rPr>
              <w:t>Documentați acolo unde lipsa informației ar putea produce variație, eroare, pierdere de cunoștințe sau lipsă de dovezi.</w:t>
            </w:r>
          </w:p>
        </w:tc>
      </w:tr>
      <w:tr w:rsidR="00430FCC" w:rsidRPr="008E6C00" w14:paraId="286D3545" w14:textId="77777777">
        <w:trPr>
          <w:cantSplit/>
          <w:jc w:val="center"/>
        </w:trPr>
        <w:tc>
          <w:tcPr>
            <w:tcW w:w="794" w:type="dxa"/>
            <w:shd w:val="clear" w:color="auto" w:fill="FFFFFF"/>
            <w:tcMar>
              <w:top w:w="80" w:type="dxa"/>
              <w:left w:w="90" w:type="dxa"/>
              <w:bottom w:w="80" w:type="dxa"/>
              <w:right w:w="90" w:type="dxa"/>
            </w:tcMar>
            <w:vAlign w:val="center"/>
          </w:tcPr>
          <w:p w14:paraId="116CBE08" w14:textId="77777777" w:rsidR="00430FCC" w:rsidRPr="008E6C00" w:rsidRDefault="00000000">
            <w:pPr>
              <w:spacing w:after="0" w:line="240" w:lineRule="auto"/>
              <w:jc w:val="center"/>
              <w:rPr>
                <w:noProof/>
                <w:lang w:val="ro-RO"/>
              </w:rPr>
            </w:pPr>
            <w:r w:rsidRPr="008E6C00">
              <w:rPr>
                <w:noProof/>
                <w:sz w:val="16"/>
                <w:lang w:val="ro-RO"/>
              </w:rPr>
              <w:t>3</w:t>
            </w:r>
          </w:p>
        </w:tc>
        <w:tc>
          <w:tcPr>
            <w:tcW w:w="2665" w:type="dxa"/>
            <w:shd w:val="clear" w:color="auto" w:fill="FFFFFF"/>
            <w:tcMar>
              <w:top w:w="80" w:type="dxa"/>
              <w:left w:w="90" w:type="dxa"/>
              <w:bottom w:w="80" w:type="dxa"/>
              <w:right w:w="90" w:type="dxa"/>
            </w:tcMar>
            <w:vAlign w:val="center"/>
          </w:tcPr>
          <w:p w14:paraId="13C30410" w14:textId="77777777" w:rsidR="00430FCC" w:rsidRPr="008E6C00" w:rsidRDefault="00000000">
            <w:pPr>
              <w:spacing w:after="0" w:line="240" w:lineRule="auto"/>
              <w:rPr>
                <w:noProof/>
                <w:lang w:val="ro-RO"/>
              </w:rPr>
            </w:pPr>
            <w:r w:rsidRPr="008E6C00">
              <w:rPr>
                <w:noProof/>
                <w:sz w:val="16"/>
                <w:lang w:val="ro-RO"/>
              </w:rPr>
              <w:t>Alegeți formatul potrivit</w:t>
            </w:r>
          </w:p>
        </w:tc>
        <w:tc>
          <w:tcPr>
            <w:tcW w:w="6463" w:type="dxa"/>
            <w:shd w:val="clear" w:color="auto" w:fill="FFFFFF"/>
            <w:tcMar>
              <w:top w:w="80" w:type="dxa"/>
              <w:left w:w="90" w:type="dxa"/>
              <w:bottom w:w="80" w:type="dxa"/>
              <w:right w:w="90" w:type="dxa"/>
            </w:tcMar>
            <w:vAlign w:val="center"/>
          </w:tcPr>
          <w:p w14:paraId="3B7F9468" w14:textId="77777777" w:rsidR="00430FCC" w:rsidRPr="008E6C00" w:rsidRDefault="00000000">
            <w:pPr>
              <w:spacing w:after="0" w:line="240" w:lineRule="auto"/>
              <w:rPr>
                <w:noProof/>
                <w:lang w:val="ro-RO"/>
              </w:rPr>
            </w:pPr>
            <w:r w:rsidRPr="008E6C00">
              <w:rPr>
                <w:noProof/>
                <w:sz w:val="16"/>
                <w:lang w:val="ro-RO"/>
              </w:rPr>
              <w:t>Procedură, diagramă, instrucțiune, formular, listă, aplicație, fotografie, video sau înregistrare electronică.</w:t>
            </w:r>
          </w:p>
        </w:tc>
      </w:tr>
      <w:tr w:rsidR="00430FCC" w:rsidRPr="008E6C00" w14:paraId="4E72FA16" w14:textId="77777777">
        <w:trPr>
          <w:cantSplit/>
          <w:jc w:val="center"/>
        </w:trPr>
        <w:tc>
          <w:tcPr>
            <w:tcW w:w="794" w:type="dxa"/>
            <w:shd w:val="clear" w:color="auto" w:fill="FAFAFA"/>
            <w:tcMar>
              <w:top w:w="80" w:type="dxa"/>
              <w:left w:w="90" w:type="dxa"/>
              <w:bottom w:w="80" w:type="dxa"/>
              <w:right w:w="90" w:type="dxa"/>
            </w:tcMar>
            <w:vAlign w:val="center"/>
          </w:tcPr>
          <w:p w14:paraId="00A16998" w14:textId="77777777" w:rsidR="00430FCC" w:rsidRPr="008E6C00" w:rsidRDefault="00000000">
            <w:pPr>
              <w:spacing w:after="0" w:line="240" w:lineRule="auto"/>
              <w:jc w:val="center"/>
              <w:rPr>
                <w:noProof/>
                <w:lang w:val="ro-RO"/>
              </w:rPr>
            </w:pPr>
            <w:r w:rsidRPr="008E6C00">
              <w:rPr>
                <w:noProof/>
                <w:sz w:val="16"/>
                <w:lang w:val="ro-RO"/>
              </w:rPr>
              <w:t>4</w:t>
            </w:r>
          </w:p>
        </w:tc>
        <w:tc>
          <w:tcPr>
            <w:tcW w:w="2665" w:type="dxa"/>
            <w:shd w:val="clear" w:color="auto" w:fill="FAFAFA"/>
            <w:tcMar>
              <w:top w:w="80" w:type="dxa"/>
              <w:left w:w="90" w:type="dxa"/>
              <w:bottom w:w="80" w:type="dxa"/>
              <w:right w:w="90" w:type="dxa"/>
            </w:tcMar>
            <w:vAlign w:val="center"/>
          </w:tcPr>
          <w:p w14:paraId="4B5C914F" w14:textId="77777777" w:rsidR="00430FCC" w:rsidRPr="008E6C00" w:rsidRDefault="00000000">
            <w:pPr>
              <w:spacing w:after="0" w:line="240" w:lineRule="auto"/>
              <w:rPr>
                <w:noProof/>
                <w:lang w:val="ro-RO"/>
              </w:rPr>
            </w:pPr>
            <w:r w:rsidRPr="008E6C00">
              <w:rPr>
                <w:noProof/>
                <w:sz w:val="16"/>
                <w:lang w:val="ro-RO"/>
              </w:rPr>
              <w:t>Atribuiți proprietarul</w:t>
            </w:r>
          </w:p>
        </w:tc>
        <w:tc>
          <w:tcPr>
            <w:tcW w:w="6463" w:type="dxa"/>
            <w:shd w:val="clear" w:color="auto" w:fill="FAFAFA"/>
            <w:tcMar>
              <w:top w:w="80" w:type="dxa"/>
              <w:left w:w="90" w:type="dxa"/>
              <w:bottom w:w="80" w:type="dxa"/>
              <w:right w:w="90" w:type="dxa"/>
            </w:tcMar>
            <w:vAlign w:val="center"/>
          </w:tcPr>
          <w:p w14:paraId="393F5A2B" w14:textId="77777777" w:rsidR="00430FCC" w:rsidRPr="008E6C00" w:rsidRDefault="00000000">
            <w:pPr>
              <w:spacing w:after="0" w:line="240" w:lineRule="auto"/>
              <w:rPr>
                <w:noProof/>
                <w:lang w:val="ro-RO"/>
              </w:rPr>
            </w:pPr>
            <w:r w:rsidRPr="008E6C00">
              <w:rPr>
                <w:noProof/>
                <w:sz w:val="16"/>
                <w:lang w:val="ro-RO"/>
              </w:rPr>
              <w:t>Fiecare document trebuie să aibă un responsabil care îl menține actual și utilizabil.</w:t>
            </w:r>
          </w:p>
        </w:tc>
      </w:tr>
      <w:tr w:rsidR="00430FCC" w:rsidRPr="008E6C00" w14:paraId="3FA9DA6E" w14:textId="77777777">
        <w:trPr>
          <w:cantSplit/>
          <w:jc w:val="center"/>
        </w:trPr>
        <w:tc>
          <w:tcPr>
            <w:tcW w:w="794" w:type="dxa"/>
            <w:shd w:val="clear" w:color="auto" w:fill="FFFFFF"/>
            <w:tcMar>
              <w:top w:w="80" w:type="dxa"/>
              <w:left w:w="90" w:type="dxa"/>
              <w:bottom w:w="80" w:type="dxa"/>
              <w:right w:w="90" w:type="dxa"/>
            </w:tcMar>
            <w:vAlign w:val="center"/>
          </w:tcPr>
          <w:p w14:paraId="2BF10F5C" w14:textId="77777777" w:rsidR="00430FCC" w:rsidRPr="008E6C00" w:rsidRDefault="00000000">
            <w:pPr>
              <w:spacing w:after="0" w:line="240" w:lineRule="auto"/>
              <w:jc w:val="center"/>
              <w:rPr>
                <w:noProof/>
                <w:lang w:val="ro-RO"/>
              </w:rPr>
            </w:pPr>
            <w:r w:rsidRPr="008E6C00">
              <w:rPr>
                <w:noProof/>
                <w:sz w:val="16"/>
                <w:lang w:val="ro-RO"/>
              </w:rPr>
              <w:t>5</w:t>
            </w:r>
          </w:p>
        </w:tc>
        <w:tc>
          <w:tcPr>
            <w:tcW w:w="2665" w:type="dxa"/>
            <w:shd w:val="clear" w:color="auto" w:fill="FFFFFF"/>
            <w:tcMar>
              <w:top w:w="80" w:type="dxa"/>
              <w:left w:w="90" w:type="dxa"/>
              <w:bottom w:w="80" w:type="dxa"/>
              <w:right w:w="90" w:type="dxa"/>
            </w:tcMar>
            <w:vAlign w:val="center"/>
          </w:tcPr>
          <w:p w14:paraId="59E70F71" w14:textId="77777777" w:rsidR="00430FCC" w:rsidRPr="008E6C00" w:rsidRDefault="00000000">
            <w:pPr>
              <w:spacing w:after="0" w:line="240" w:lineRule="auto"/>
              <w:rPr>
                <w:noProof/>
                <w:lang w:val="ro-RO"/>
              </w:rPr>
            </w:pPr>
            <w:r w:rsidRPr="008E6C00">
              <w:rPr>
                <w:noProof/>
                <w:sz w:val="16"/>
                <w:lang w:val="ro-RO"/>
              </w:rPr>
              <w:t>Controlați ciclul de viață</w:t>
            </w:r>
          </w:p>
        </w:tc>
        <w:tc>
          <w:tcPr>
            <w:tcW w:w="6463" w:type="dxa"/>
            <w:shd w:val="clear" w:color="auto" w:fill="FFFFFF"/>
            <w:tcMar>
              <w:top w:w="80" w:type="dxa"/>
              <w:left w:w="90" w:type="dxa"/>
              <w:bottom w:w="80" w:type="dxa"/>
              <w:right w:w="90" w:type="dxa"/>
            </w:tcMar>
            <w:vAlign w:val="center"/>
          </w:tcPr>
          <w:p w14:paraId="104845C9" w14:textId="77777777" w:rsidR="00430FCC" w:rsidRPr="008E6C00" w:rsidRDefault="00000000">
            <w:pPr>
              <w:spacing w:after="0" w:line="240" w:lineRule="auto"/>
              <w:rPr>
                <w:noProof/>
                <w:lang w:val="ro-RO"/>
              </w:rPr>
            </w:pPr>
            <w:r w:rsidRPr="008E6C00">
              <w:rPr>
                <w:noProof/>
                <w:sz w:val="16"/>
                <w:lang w:val="ro-RO"/>
              </w:rPr>
              <w:t>Aprobare, acces, versiune, modificare, păstrare, arhivare și eliminare.</w:t>
            </w:r>
          </w:p>
        </w:tc>
      </w:tr>
      <w:tr w:rsidR="00430FCC" w:rsidRPr="008E6C00" w14:paraId="69E956BB" w14:textId="77777777">
        <w:trPr>
          <w:cantSplit/>
          <w:jc w:val="center"/>
        </w:trPr>
        <w:tc>
          <w:tcPr>
            <w:tcW w:w="794" w:type="dxa"/>
            <w:shd w:val="clear" w:color="auto" w:fill="FAFAFA"/>
            <w:tcMar>
              <w:top w:w="80" w:type="dxa"/>
              <w:left w:w="90" w:type="dxa"/>
              <w:bottom w:w="80" w:type="dxa"/>
              <w:right w:w="90" w:type="dxa"/>
            </w:tcMar>
            <w:vAlign w:val="center"/>
          </w:tcPr>
          <w:p w14:paraId="722D8074" w14:textId="77777777" w:rsidR="00430FCC" w:rsidRPr="008E6C00" w:rsidRDefault="00000000">
            <w:pPr>
              <w:spacing w:after="0" w:line="240" w:lineRule="auto"/>
              <w:jc w:val="center"/>
              <w:rPr>
                <w:noProof/>
                <w:lang w:val="ro-RO"/>
              </w:rPr>
            </w:pPr>
            <w:r w:rsidRPr="008E6C00">
              <w:rPr>
                <w:noProof/>
                <w:sz w:val="16"/>
                <w:lang w:val="ro-RO"/>
              </w:rPr>
              <w:t>6</w:t>
            </w:r>
          </w:p>
        </w:tc>
        <w:tc>
          <w:tcPr>
            <w:tcW w:w="2665" w:type="dxa"/>
            <w:shd w:val="clear" w:color="auto" w:fill="FAFAFA"/>
            <w:tcMar>
              <w:top w:w="80" w:type="dxa"/>
              <w:left w:w="90" w:type="dxa"/>
              <w:bottom w:w="80" w:type="dxa"/>
              <w:right w:w="90" w:type="dxa"/>
            </w:tcMar>
            <w:vAlign w:val="center"/>
          </w:tcPr>
          <w:p w14:paraId="56A5E1D1" w14:textId="77777777" w:rsidR="00430FCC" w:rsidRPr="008E6C00" w:rsidRDefault="00000000">
            <w:pPr>
              <w:spacing w:after="0" w:line="240" w:lineRule="auto"/>
              <w:rPr>
                <w:noProof/>
                <w:lang w:val="ro-RO"/>
              </w:rPr>
            </w:pPr>
            <w:r w:rsidRPr="008E6C00">
              <w:rPr>
                <w:noProof/>
                <w:sz w:val="16"/>
                <w:lang w:val="ro-RO"/>
              </w:rPr>
              <w:t>Verificați utilizarea</w:t>
            </w:r>
          </w:p>
        </w:tc>
        <w:tc>
          <w:tcPr>
            <w:tcW w:w="6463" w:type="dxa"/>
            <w:shd w:val="clear" w:color="auto" w:fill="FAFAFA"/>
            <w:tcMar>
              <w:top w:w="80" w:type="dxa"/>
              <w:left w:w="90" w:type="dxa"/>
              <w:bottom w:w="80" w:type="dxa"/>
              <w:right w:w="90" w:type="dxa"/>
            </w:tcMar>
            <w:vAlign w:val="center"/>
          </w:tcPr>
          <w:p w14:paraId="34D4FC8C" w14:textId="77777777" w:rsidR="00430FCC" w:rsidRPr="008E6C00" w:rsidRDefault="00000000">
            <w:pPr>
              <w:spacing w:after="0" w:line="240" w:lineRule="auto"/>
              <w:rPr>
                <w:noProof/>
                <w:lang w:val="ro-RO"/>
              </w:rPr>
            </w:pPr>
            <w:r w:rsidRPr="008E6C00">
              <w:rPr>
                <w:noProof/>
                <w:sz w:val="16"/>
                <w:lang w:val="ro-RO"/>
              </w:rPr>
              <w:t>Auditați dacă documentul reflectă practica și dacă practica produce rezultatul planificat.</w:t>
            </w:r>
          </w:p>
        </w:tc>
      </w:tr>
    </w:tbl>
    <w:p w14:paraId="37B135E6" w14:textId="77777777" w:rsidR="00430FCC" w:rsidRPr="008E6C00" w:rsidRDefault="00430FCC">
      <w:pPr>
        <w:spacing w:after="20"/>
        <w:rPr>
          <w:noProof/>
          <w:lang w:val="ro-RO"/>
        </w:rPr>
      </w:pPr>
    </w:p>
    <w:p w14:paraId="246D9CF6" w14:textId="77777777" w:rsidR="00430FCC" w:rsidRPr="008E6C00" w:rsidRDefault="00000000">
      <w:pPr>
        <w:pStyle w:val="Heading2"/>
        <w:rPr>
          <w:noProof/>
          <w:lang w:val="ro-RO"/>
        </w:rPr>
      </w:pPr>
      <w:r w:rsidRPr="008E6C00">
        <w:rPr>
          <w:noProof/>
          <w:lang w:val="ro-RO"/>
        </w:rPr>
        <w:t>Întrebări de decizie</w:t>
      </w:r>
    </w:p>
    <w:p w14:paraId="1C2B4C21" w14:textId="77777777" w:rsidR="00430FCC" w:rsidRPr="008E6C00" w:rsidRDefault="00000000">
      <w:pPr>
        <w:pStyle w:val="ListBullet"/>
        <w:spacing w:after="40"/>
        <w:ind w:left="283" w:hanging="170"/>
        <w:rPr>
          <w:noProof/>
          <w:lang w:val="ro-RO"/>
        </w:rPr>
      </w:pPr>
      <w:r w:rsidRPr="008E6C00">
        <w:rPr>
          <w:noProof/>
          <w:lang w:val="ro-RO"/>
        </w:rPr>
        <w:t>Este documentul cerut explicit de ISO 9001 sau de o cerință legală, contractuală ori de client?</w:t>
      </w:r>
    </w:p>
    <w:p w14:paraId="441461C2" w14:textId="77777777" w:rsidR="00430FCC" w:rsidRPr="008E6C00" w:rsidRDefault="00000000">
      <w:pPr>
        <w:pStyle w:val="ListBullet"/>
        <w:spacing w:after="40"/>
        <w:ind w:left="283" w:hanging="170"/>
        <w:rPr>
          <w:noProof/>
          <w:lang w:val="ro-RO"/>
        </w:rPr>
      </w:pPr>
      <w:r w:rsidRPr="008E6C00">
        <w:rPr>
          <w:noProof/>
          <w:lang w:val="ro-RO"/>
        </w:rPr>
        <w:t>Este necesar pentru operarea consecventă a unui proces sau pentru prevenirea unei erori importante?</w:t>
      </w:r>
    </w:p>
    <w:p w14:paraId="5CF72C29" w14:textId="77777777" w:rsidR="00430FCC" w:rsidRPr="008E6C00" w:rsidRDefault="00000000">
      <w:pPr>
        <w:pStyle w:val="ListBullet"/>
        <w:spacing w:after="40"/>
        <w:ind w:left="283" w:hanging="170"/>
        <w:rPr>
          <w:noProof/>
          <w:lang w:val="ro-RO"/>
        </w:rPr>
      </w:pPr>
      <w:r w:rsidRPr="008E6C00">
        <w:rPr>
          <w:noProof/>
          <w:lang w:val="ro-RO"/>
        </w:rPr>
        <w:t>Este necesar pentru instruire, transfer de cunoștințe sau continuitate când se schimbă personalul?</w:t>
      </w:r>
    </w:p>
    <w:p w14:paraId="11661530" w14:textId="77777777" w:rsidR="00430FCC" w:rsidRPr="008E6C00" w:rsidRDefault="00000000">
      <w:pPr>
        <w:pStyle w:val="ListBullet"/>
        <w:spacing w:after="40"/>
        <w:ind w:left="283" w:hanging="170"/>
        <w:rPr>
          <w:noProof/>
          <w:lang w:val="ro-RO"/>
        </w:rPr>
      </w:pPr>
      <w:r w:rsidRPr="008E6C00">
        <w:rPr>
          <w:noProof/>
          <w:lang w:val="ro-RO"/>
        </w:rPr>
        <w:t>Trebuie păstrată o dovadă că o activitate a fost efectuată, verificată sau aprobată?</w:t>
      </w:r>
    </w:p>
    <w:p w14:paraId="14478252" w14:textId="77777777" w:rsidR="00430FCC" w:rsidRPr="008E6C00" w:rsidRDefault="00000000">
      <w:pPr>
        <w:pStyle w:val="ListBullet"/>
        <w:spacing w:after="40"/>
        <w:ind w:left="283" w:hanging="170"/>
        <w:rPr>
          <w:noProof/>
          <w:lang w:val="ro-RO"/>
        </w:rPr>
      </w:pPr>
      <w:r w:rsidRPr="008E6C00">
        <w:rPr>
          <w:noProof/>
          <w:lang w:val="ro-RO"/>
        </w:rPr>
        <w:t>Există riscul ca documentul să fie creat doar pentru audit, fără a fi utilizat de proces?</w:t>
      </w: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430FCC" w:rsidRPr="008E6C00" w14:paraId="59B16706" w14:textId="77777777">
        <w:trPr>
          <w:cantSplit/>
          <w:jc w:val="center"/>
        </w:trPr>
        <w:tc>
          <w:tcPr>
            <w:tcW w:w="567" w:type="dxa"/>
            <w:shd w:val="clear" w:color="auto" w:fill="D71920"/>
            <w:tcMar>
              <w:top w:w="80" w:type="dxa"/>
              <w:left w:w="90" w:type="dxa"/>
              <w:bottom w:w="80" w:type="dxa"/>
              <w:right w:w="90" w:type="dxa"/>
            </w:tcMar>
            <w:vAlign w:val="center"/>
          </w:tcPr>
          <w:p w14:paraId="165F39E4" w14:textId="77777777" w:rsidR="00430FCC" w:rsidRPr="008E6C00" w:rsidRDefault="00000000">
            <w:pPr>
              <w:spacing w:after="0" w:line="240" w:lineRule="auto"/>
              <w:jc w:val="center"/>
              <w:rPr>
                <w:noProof/>
                <w:lang w:val="ro-RO"/>
              </w:rPr>
            </w:pPr>
            <w:r w:rsidRPr="008E6C00">
              <w:rPr>
                <w:b/>
                <w:noProof/>
                <w:color w:val="FFFFFF"/>
                <w:sz w:val="32"/>
                <w:lang w:val="ro-RO"/>
              </w:rPr>
              <w:t>!</w:t>
            </w:r>
          </w:p>
        </w:tc>
        <w:tc>
          <w:tcPr>
            <w:tcW w:w="9354" w:type="dxa"/>
            <w:shd w:val="clear" w:color="auto" w:fill="FCEBEC"/>
          </w:tcPr>
          <w:p w14:paraId="5E3C98D9" w14:textId="77777777" w:rsidR="00430FCC" w:rsidRPr="008E6C00" w:rsidRDefault="00000000">
            <w:pPr>
              <w:spacing w:after="40"/>
              <w:rPr>
                <w:noProof/>
                <w:lang w:val="ro-RO"/>
              </w:rPr>
            </w:pPr>
            <w:r w:rsidRPr="008E6C00">
              <w:rPr>
                <w:b/>
                <w:noProof/>
                <w:color w:val="D71920"/>
                <w:lang w:val="ro-RO"/>
              </w:rPr>
              <w:t>REGULĂ PRACTICĂ</w:t>
            </w:r>
          </w:p>
          <w:p w14:paraId="55C09F70" w14:textId="77777777" w:rsidR="00430FCC" w:rsidRPr="008E6C00" w:rsidRDefault="00000000">
            <w:pPr>
              <w:spacing w:after="0" w:line="252" w:lineRule="auto"/>
              <w:rPr>
                <w:noProof/>
                <w:lang w:val="ro-RO"/>
              </w:rPr>
            </w:pPr>
            <w:r w:rsidRPr="008E6C00">
              <w:rPr>
                <w:noProof/>
                <w:sz w:val="17"/>
                <w:lang w:val="ro-RO"/>
              </w:rPr>
              <w:t>Un document este esențial atunci când absența, neactualizarea sau utilizarea greșită a lui poate afecta conformitatea produsului sau serviciului, satisfacția clientului ori eficacitatea SMC.</w:t>
            </w:r>
          </w:p>
        </w:tc>
      </w:tr>
    </w:tbl>
    <w:p w14:paraId="05CA3B22" w14:textId="77777777" w:rsidR="00430FCC" w:rsidRPr="008E6C00" w:rsidRDefault="00430FCC">
      <w:pPr>
        <w:spacing w:after="0"/>
        <w:rPr>
          <w:noProof/>
          <w:lang w:val="ro-RO"/>
        </w:rPr>
      </w:pPr>
    </w:p>
    <w:p w14:paraId="3A4B34AF" w14:textId="77777777" w:rsidR="00430FCC" w:rsidRPr="008E6C00" w:rsidRDefault="00000000">
      <w:pPr>
        <w:pStyle w:val="Heading2"/>
        <w:rPr>
          <w:noProof/>
          <w:lang w:val="ro-RO"/>
        </w:rPr>
      </w:pPr>
      <w:r w:rsidRPr="008E6C00">
        <w:rPr>
          <w:noProof/>
          <w:lang w:val="ro-RO"/>
        </w:rPr>
        <w:t>Document versus înregistrare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28"/>
        <w:gridCol w:w="2438"/>
        <w:gridCol w:w="3175"/>
        <w:gridCol w:w="2381"/>
      </w:tblGrid>
      <w:tr w:rsidR="00430FCC" w:rsidRPr="008E6C00" w14:paraId="21D216D6" w14:textId="77777777">
        <w:trPr>
          <w:tblHeader/>
          <w:jc w:val="center"/>
        </w:trPr>
        <w:tc>
          <w:tcPr>
            <w:tcW w:w="1928" w:type="dxa"/>
            <w:shd w:val="clear" w:color="auto" w:fill="D71920"/>
            <w:tcMar>
              <w:top w:w="80" w:type="dxa"/>
              <w:left w:w="90" w:type="dxa"/>
              <w:bottom w:w="80" w:type="dxa"/>
              <w:right w:w="90" w:type="dxa"/>
            </w:tcMar>
            <w:vAlign w:val="center"/>
          </w:tcPr>
          <w:p w14:paraId="7230F34A" w14:textId="77777777" w:rsidR="00430FCC" w:rsidRPr="008E6C00" w:rsidRDefault="00000000">
            <w:pPr>
              <w:spacing w:after="0" w:line="240" w:lineRule="auto"/>
              <w:jc w:val="center"/>
              <w:rPr>
                <w:noProof/>
                <w:lang w:val="ro-RO"/>
              </w:rPr>
            </w:pPr>
            <w:r w:rsidRPr="008E6C00">
              <w:rPr>
                <w:b/>
                <w:noProof/>
                <w:color w:val="FFFFFF"/>
                <w:sz w:val="16"/>
                <w:lang w:val="ro-RO"/>
              </w:rPr>
              <w:t>TIP</w:t>
            </w:r>
          </w:p>
        </w:tc>
        <w:tc>
          <w:tcPr>
            <w:tcW w:w="2438" w:type="dxa"/>
            <w:shd w:val="clear" w:color="auto" w:fill="D71920"/>
            <w:tcMar>
              <w:top w:w="80" w:type="dxa"/>
              <w:left w:w="90" w:type="dxa"/>
              <w:bottom w:w="80" w:type="dxa"/>
              <w:right w:w="90" w:type="dxa"/>
            </w:tcMar>
            <w:vAlign w:val="center"/>
          </w:tcPr>
          <w:p w14:paraId="5AF2564B" w14:textId="77777777" w:rsidR="00430FCC" w:rsidRPr="008E6C00" w:rsidRDefault="00000000">
            <w:pPr>
              <w:spacing w:after="0" w:line="240" w:lineRule="auto"/>
              <w:jc w:val="center"/>
              <w:rPr>
                <w:noProof/>
                <w:lang w:val="ro-RO"/>
              </w:rPr>
            </w:pPr>
            <w:r w:rsidRPr="008E6C00">
              <w:rPr>
                <w:b/>
                <w:noProof/>
                <w:color w:val="FFFFFF"/>
                <w:sz w:val="16"/>
                <w:lang w:val="ro-RO"/>
              </w:rPr>
              <w:t>ROL</w:t>
            </w:r>
          </w:p>
        </w:tc>
        <w:tc>
          <w:tcPr>
            <w:tcW w:w="3175" w:type="dxa"/>
            <w:shd w:val="clear" w:color="auto" w:fill="D71920"/>
            <w:tcMar>
              <w:top w:w="80" w:type="dxa"/>
              <w:left w:w="90" w:type="dxa"/>
              <w:bottom w:w="80" w:type="dxa"/>
              <w:right w:w="90" w:type="dxa"/>
            </w:tcMar>
            <w:vAlign w:val="center"/>
          </w:tcPr>
          <w:p w14:paraId="1DE55131" w14:textId="77777777" w:rsidR="00430FCC" w:rsidRPr="008E6C00" w:rsidRDefault="00000000">
            <w:pPr>
              <w:spacing w:after="0" w:line="240" w:lineRule="auto"/>
              <w:jc w:val="center"/>
              <w:rPr>
                <w:noProof/>
                <w:lang w:val="ro-RO"/>
              </w:rPr>
            </w:pPr>
            <w:r w:rsidRPr="008E6C00">
              <w:rPr>
                <w:b/>
                <w:noProof/>
                <w:color w:val="FFFFFF"/>
                <w:sz w:val="16"/>
                <w:lang w:val="ro-RO"/>
              </w:rPr>
              <w:t>EXEMPLE</w:t>
            </w:r>
          </w:p>
        </w:tc>
        <w:tc>
          <w:tcPr>
            <w:tcW w:w="2381" w:type="dxa"/>
            <w:shd w:val="clear" w:color="auto" w:fill="D71920"/>
            <w:tcMar>
              <w:top w:w="80" w:type="dxa"/>
              <w:left w:w="90" w:type="dxa"/>
              <w:bottom w:w="80" w:type="dxa"/>
              <w:right w:w="90" w:type="dxa"/>
            </w:tcMar>
            <w:vAlign w:val="center"/>
          </w:tcPr>
          <w:p w14:paraId="01688565" w14:textId="77777777" w:rsidR="00430FCC" w:rsidRPr="008E6C00" w:rsidRDefault="00000000">
            <w:pPr>
              <w:spacing w:after="0" w:line="240" w:lineRule="auto"/>
              <w:jc w:val="center"/>
              <w:rPr>
                <w:noProof/>
                <w:lang w:val="ro-RO"/>
              </w:rPr>
            </w:pPr>
            <w:r w:rsidRPr="008E6C00">
              <w:rPr>
                <w:b/>
                <w:noProof/>
                <w:color w:val="FFFFFF"/>
                <w:sz w:val="16"/>
                <w:lang w:val="ro-RO"/>
              </w:rPr>
              <w:t>MOD DE CONTROL</w:t>
            </w:r>
          </w:p>
        </w:tc>
      </w:tr>
      <w:tr w:rsidR="00430FCC" w:rsidRPr="008E6C00" w14:paraId="1F14E956" w14:textId="77777777">
        <w:trPr>
          <w:cantSplit/>
          <w:jc w:val="center"/>
        </w:trPr>
        <w:tc>
          <w:tcPr>
            <w:tcW w:w="1928" w:type="dxa"/>
            <w:shd w:val="clear" w:color="auto" w:fill="FFFFFF"/>
            <w:tcMar>
              <w:top w:w="80" w:type="dxa"/>
              <w:left w:w="90" w:type="dxa"/>
              <w:bottom w:w="80" w:type="dxa"/>
              <w:right w:w="90" w:type="dxa"/>
            </w:tcMar>
            <w:vAlign w:val="center"/>
          </w:tcPr>
          <w:p w14:paraId="13C2CA7D" w14:textId="77777777" w:rsidR="00430FCC" w:rsidRPr="008E6C00" w:rsidRDefault="00000000">
            <w:pPr>
              <w:spacing w:after="0" w:line="240" w:lineRule="auto"/>
              <w:rPr>
                <w:noProof/>
                <w:lang w:val="ro-RO"/>
              </w:rPr>
            </w:pPr>
            <w:r w:rsidRPr="008E6C00">
              <w:rPr>
                <w:noProof/>
                <w:sz w:val="16"/>
                <w:lang w:val="ro-RO"/>
              </w:rPr>
              <w:t>Document menținut</w:t>
            </w:r>
          </w:p>
        </w:tc>
        <w:tc>
          <w:tcPr>
            <w:tcW w:w="2438" w:type="dxa"/>
            <w:shd w:val="clear" w:color="auto" w:fill="FFFFFF"/>
            <w:tcMar>
              <w:top w:w="80" w:type="dxa"/>
              <w:left w:w="90" w:type="dxa"/>
              <w:bottom w:w="80" w:type="dxa"/>
              <w:right w:w="90" w:type="dxa"/>
            </w:tcMar>
            <w:vAlign w:val="center"/>
          </w:tcPr>
          <w:p w14:paraId="32DEEBF9" w14:textId="77777777" w:rsidR="00430FCC" w:rsidRPr="008E6C00" w:rsidRDefault="00000000">
            <w:pPr>
              <w:spacing w:after="0" w:line="240" w:lineRule="auto"/>
              <w:rPr>
                <w:noProof/>
                <w:lang w:val="ro-RO"/>
              </w:rPr>
            </w:pPr>
            <w:r w:rsidRPr="008E6C00">
              <w:rPr>
                <w:noProof/>
                <w:sz w:val="16"/>
                <w:lang w:val="ro-RO"/>
              </w:rPr>
              <w:t>Spune ce trebuie făcut sau ce informație trebuie folosită.</w:t>
            </w:r>
          </w:p>
        </w:tc>
        <w:tc>
          <w:tcPr>
            <w:tcW w:w="3175" w:type="dxa"/>
            <w:shd w:val="clear" w:color="auto" w:fill="FFFFFF"/>
            <w:tcMar>
              <w:top w:w="80" w:type="dxa"/>
              <w:left w:w="90" w:type="dxa"/>
              <w:bottom w:w="80" w:type="dxa"/>
              <w:right w:w="90" w:type="dxa"/>
            </w:tcMar>
            <w:vAlign w:val="center"/>
          </w:tcPr>
          <w:p w14:paraId="2D0F8763" w14:textId="77777777" w:rsidR="00430FCC" w:rsidRPr="008E6C00" w:rsidRDefault="00000000">
            <w:pPr>
              <w:spacing w:after="0" w:line="240" w:lineRule="auto"/>
              <w:rPr>
                <w:noProof/>
                <w:lang w:val="ro-RO"/>
              </w:rPr>
            </w:pPr>
            <w:r w:rsidRPr="008E6C00">
              <w:rPr>
                <w:noProof/>
                <w:sz w:val="16"/>
                <w:lang w:val="ro-RO"/>
              </w:rPr>
              <w:t>Politică, procedură, hartă de proces, instrucțiune, specificație, formular necompletat.</w:t>
            </w:r>
          </w:p>
        </w:tc>
        <w:tc>
          <w:tcPr>
            <w:tcW w:w="2381" w:type="dxa"/>
            <w:shd w:val="clear" w:color="auto" w:fill="FFFFFF"/>
            <w:tcMar>
              <w:top w:w="80" w:type="dxa"/>
              <w:left w:w="90" w:type="dxa"/>
              <w:bottom w:w="80" w:type="dxa"/>
              <w:right w:w="90" w:type="dxa"/>
            </w:tcMar>
            <w:vAlign w:val="center"/>
          </w:tcPr>
          <w:p w14:paraId="47C9AD94" w14:textId="77777777" w:rsidR="00430FCC" w:rsidRPr="008E6C00" w:rsidRDefault="00000000">
            <w:pPr>
              <w:spacing w:after="0" w:line="240" w:lineRule="auto"/>
              <w:rPr>
                <w:noProof/>
                <w:lang w:val="ro-RO"/>
              </w:rPr>
            </w:pPr>
            <w:r w:rsidRPr="008E6C00">
              <w:rPr>
                <w:noProof/>
                <w:sz w:val="16"/>
                <w:lang w:val="ro-RO"/>
              </w:rPr>
              <w:t>Revizie, aprobare, versiune curentă, acces și distribuție.</w:t>
            </w:r>
          </w:p>
        </w:tc>
      </w:tr>
      <w:tr w:rsidR="00430FCC" w:rsidRPr="008E6C00" w14:paraId="6E5CA695" w14:textId="77777777">
        <w:trPr>
          <w:cantSplit/>
          <w:jc w:val="center"/>
        </w:trPr>
        <w:tc>
          <w:tcPr>
            <w:tcW w:w="1928" w:type="dxa"/>
            <w:shd w:val="clear" w:color="auto" w:fill="FAFAFA"/>
            <w:tcMar>
              <w:top w:w="80" w:type="dxa"/>
              <w:left w:w="90" w:type="dxa"/>
              <w:bottom w:w="80" w:type="dxa"/>
              <w:right w:w="90" w:type="dxa"/>
            </w:tcMar>
            <w:vAlign w:val="center"/>
          </w:tcPr>
          <w:p w14:paraId="00484CE1" w14:textId="77777777" w:rsidR="00430FCC" w:rsidRPr="008E6C00" w:rsidRDefault="00000000">
            <w:pPr>
              <w:spacing w:after="0" w:line="240" w:lineRule="auto"/>
              <w:rPr>
                <w:noProof/>
                <w:lang w:val="ro-RO"/>
              </w:rPr>
            </w:pPr>
            <w:r w:rsidRPr="008E6C00">
              <w:rPr>
                <w:noProof/>
                <w:sz w:val="16"/>
                <w:lang w:val="ro-RO"/>
              </w:rPr>
              <w:t>Înregistrare păstrată</w:t>
            </w:r>
          </w:p>
        </w:tc>
        <w:tc>
          <w:tcPr>
            <w:tcW w:w="2438" w:type="dxa"/>
            <w:shd w:val="clear" w:color="auto" w:fill="FAFAFA"/>
            <w:tcMar>
              <w:top w:w="80" w:type="dxa"/>
              <w:left w:w="90" w:type="dxa"/>
              <w:bottom w:w="80" w:type="dxa"/>
              <w:right w:w="90" w:type="dxa"/>
            </w:tcMar>
            <w:vAlign w:val="center"/>
          </w:tcPr>
          <w:p w14:paraId="70BA15E6" w14:textId="77777777" w:rsidR="00430FCC" w:rsidRPr="008E6C00" w:rsidRDefault="00000000">
            <w:pPr>
              <w:spacing w:after="0" w:line="240" w:lineRule="auto"/>
              <w:rPr>
                <w:noProof/>
                <w:lang w:val="ro-RO"/>
              </w:rPr>
            </w:pPr>
            <w:r w:rsidRPr="008E6C00">
              <w:rPr>
                <w:noProof/>
                <w:sz w:val="16"/>
                <w:lang w:val="ro-RO"/>
              </w:rPr>
              <w:t>Demonstrează ce s-a întâmplat și ce rezultat a fost obținut.</w:t>
            </w:r>
          </w:p>
        </w:tc>
        <w:tc>
          <w:tcPr>
            <w:tcW w:w="3175" w:type="dxa"/>
            <w:shd w:val="clear" w:color="auto" w:fill="FAFAFA"/>
            <w:tcMar>
              <w:top w:w="80" w:type="dxa"/>
              <w:left w:w="90" w:type="dxa"/>
              <w:bottom w:w="80" w:type="dxa"/>
              <w:right w:w="90" w:type="dxa"/>
            </w:tcMar>
            <w:vAlign w:val="center"/>
          </w:tcPr>
          <w:p w14:paraId="2DE7014F" w14:textId="77777777" w:rsidR="00430FCC" w:rsidRPr="008E6C00" w:rsidRDefault="00000000">
            <w:pPr>
              <w:spacing w:after="0" w:line="240" w:lineRule="auto"/>
              <w:rPr>
                <w:noProof/>
                <w:lang w:val="ro-RO"/>
              </w:rPr>
            </w:pPr>
            <w:r w:rsidRPr="008E6C00">
              <w:rPr>
                <w:noProof/>
                <w:sz w:val="16"/>
                <w:lang w:val="ro-RO"/>
              </w:rPr>
              <w:t>Raport de audit, rezultat de inspecție, fișă de instruire, analiză de management, comandă revizuită.</w:t>
            </w:r>
          </w:p>
        </w:tc>
        <w:tc>
          <w:tcPr>
            <w:tcW w:w="2381" w:type="dxa"/>
            <w:shd w:val="clear" w:color="auto" w:fill="FAFAFA"/>
            <w:tcMar>
              <w:top w:w="80" w:type="dxa"/>
              <w:left w:w="90" w:type="dxa"/>
              <w:bottom w:w="80" w:type="dxa"/>
              <w:right w:w="90" w:type="dxa"/>
            </w:tcMar>
            <w:vAlign w:val="center"/>
          </w:tcPr>
          <w:p w14:paraId="1229F304" w14:textId="77777777" w:rsidR="00430FCC" w:rsidRPr="008E6C00" w:rsidRDefault="00000000">
            <w:pPr>
              <w:spacing w:after="0" w:line="240" w:lineRule="auto"/>
              <w:rPr>
                <w:noProof/>
                <w:lang w:val="ro-RO"/>
              </w:rPr>
            </w:pPr>
            <w:r w:rsidRPr="008E6C00">
              <w:rPr>
                <w:noProof/>
                <w:sz w:val="16"/>
                <w:lang w:val="ro-RO"/>
              </w:rPr>
              <w:t>Identificare, integritate, termen de păstrare, protecție, recuperare și eliminare.</w:t>
            </w:r>
          </w:p>
        </w:tc>
      </w:tr>
    </w:tbl>
    <w:p w14:paraId="736FA2EE" w14:textId="77777777" w:rsidR="00430FCC" w:rsidRPr="008E6C00" w:rsidRDefault="00430FCC">
      <w:pPr>
        <w:spacing w:after="20"/>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430FCC" w:rsidRPr="008E6C00" w14:paraId="5C817E23" w14:textId="77777777">
        <w:trPr>
          <w:cantSplit/>
          <w:jc w:val="center"/>
        </w:trPr>
        <w:tc>
          <w:tcPr>
            <w:tcW w:w="1020" w:type="dxa"/>
            <w:shd w:val="clear" w:color="auto" w:fill="D71920"/>
            <w:tcMar>
              <w:top w:w="80" w:type="dxa"/>
              <w:left w:w="90" w:type="dxa"/>
              <w:bottom w:w="80" w:type="dxa"/>
              <w:right w:w="90" w:type="dxa"/>
            </w:tcMar>
            <w:vAlign w:val="center"/>
          </w:tcPr>
          <w:p w14:paraId="1CCA6798" w14:textId="77777777" w:rsidR="00430FCC" w:rsidRPr="008E6C00" w:rsidRDefault="00000000">
            <w:pPr>
              <w:spacing w:after="0" w:line="240" w:lineRule="auto"/>
              <w:jc w:val="center"/>
              <w:rPr>
                <w:noProof/>
                <w:lang w:val="ro-RO"/>
              </w:rPr>
            </w:pPr>
            <w:r w:rsidRPr="008E6C00">
              <w:rPr>
                <w:b/>
                <w:noProof/>
                <w:color w:val="FFFFFF"/>
                <w:sz w:val="34"/>
                <w:lang w:val="ro-RO"/>
              </w:rPr>
              <w:t>2</w:t>
            </w:r>
          </w:p>
        </w:tc>
        <w:tc>
          <w:tcPr>
            <w:tcW w:w="8901" w:type="dxa"/>
            <w:shd w:val="clear" w:color="auto" w:fill="F3F4F5"/>
          </w:tcPr>
          <w:p w14:paraId="1BF4F1AF" w14:textId="77777777" w:rsidR="00430FCC" w:rsidRPr="008E6C00" w:rsidRDefault="00000000">
            <w:pPr>
              <w:spacing w:after="20"/>
              <w:rPr>
                <w:noProof/>
                <w:lang w:val="ro-RO"/>
              </w:rPr>
            </w:pPr>
            <w:r w:rsidRPr="008E6C00">
              <w:rPr>
                <w:b/>
                <w:noProof/>
                <w:sz w:val="28"/>
                <w:lang w:val="ro-RO"/>
              </w:rPr>
              <w:t>Ce solicită ISO 9001</w:t>
            </w:r>
          </w:p>
          <w:p w14:paraId="1EE89AA5" w14:textId="77777777" w:rsidR="00430FCC" w:rsidRPr="008E6C00" w:rsidRDefault="00000000">
            <w:pPr>
              <w:spacing w:after="0"/>
              <w:rPr>
                <w:noProof/>
                <w:lang w:val="ro-RO"/>
              </w:rPr>
            </w:pPr>
            <w:r w:rsidRPr="008E6C00">
              <w:rPr>
                <w:noProof/>
                <w:color w:val="666666"/>
                <w:sz w:val="17"/>
                <w:lang w:val="ro-RO"/>
              </w:rPr>
              <w:t>Patru documente transversale sunt menținute; alte informații și dovezi rezultă din procese</w:t>
            </w:r>
          </w:p>
        </w:tc>
      </w:tr>
    </w:tbl>
    <w:p w14:paraId="6ED0E884" w14:textId="77777777" w:rsidR="00430FCC" w:rsidRPr="008E6C00" w:rsidRDefault="00430FCC">
      <w:pPr>
        <w:spacing w:after="0"/>
        <w:rPr>
          <w:noProof/>
          <w:lang w:val="ro-RO"/>
        </w:rPr>
      </w:pPr>
    </w:p>
    <w:p w14:paraId="5F750E0E" w14:textId="77777777" w:rsidR="00430FCC" w:rsidRPr="008E6C00" w:rsidRDefault="00000000">
      <w:pPr>
        <w:pStyle w:val="Heading2"/>
        <w:rPr>
          <w:noProof/>
          <w:lang w:val="ro-RO"/>
        </w:rPr>
      </w:pPr>
      <w:r w:rsidRPr="008E6C00">
        <w:rPr>
          <w:noProof/>
          <w:lang w:val="ro-RO"/>
        </w:rPr>
        <w:t>Informații documentate menținute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077"/>
        <w:gridCol w:w="3061"/>
        <w:gridCol w:w="5783"/>
      </w:tblGrid>
      <w:tr w:rsidR="00430FCC" w:rsidRPr="008E6C00" w14:paraId="4B1B594D" w14:textId="77777777">
        <w:trPr>
          <w:tblHeader/>
          <w:jc w:val="center"/>
        </w:trPr>
        <w:tc>
          <w:tcPr>
            <w:tcW w:w="1077" w:type="dxa"/>
            <w:shd w:val="clear" w:color="auto" w:fill="D71920"/>
            <w:tcMar>
              <w:top w:w="80" w:type="dxa"/>
              <w:left w:w="90" w:type="dxa"/>
              <w:bottom w:w="80" w:type="dxa"/>
              <w:right w:w="90" w:type="dxa"/>
            </w:tcMar>
            <w:vAlign w:val="center"/>
          </w:tcPr>
          <w:p w14:paraId="28A923E7" w14:textId="77777777" w:rsidR="00430FCC" w:rsidRPr="008E6C00" w:rsidRDefault="00000000">
            <w:pPr>
              <w:spacing w:after="0" w:line="240" w:lineRule="auto"/>
              <w:jc w:val="center"/>
              <w:rPr>
                <w:noProof/>
                <w:lang w:val="ro-RO"/>
              </w:rPr>
            </w:pPr>
            <w:r w:rsidRPr="008E6C00">
              <w:rPr>
                <w:b/>
                <w:noProof/>
                <w:color w:val="FFFFFF"/>
                <w:sz w:val="16"/>
                <w:lang w:val="ro-RO"/>
              </w:rPr>
              <w:t>CLAUZĂ</w:t>
            </w:r>
          </w:p>
        </w:tc>
        <w:tc>
          <w:tcPr>
            <w:tcW w:w="3061" w:type="dxa"/>
            <w:shd w:val="clear" w:color="auto" w:fill="D71920"/>
            <w:tcMar>
              <w:top w:w="80" w:type="dxa"/>
              <w:left w:w="90" w:type="dxa"/>
              <w:bottom w:w="80" w:type="dxa"/>
              <w:right w:w="90" w:type="dxa"/>
            </w:tcMar>
            <w:vAlign w:val="center"/>
          </w:tcPr>
          <w:p w14:paraId="7BD30F35" w14:textId="77777777" w:rsidR="00430FCC" w:rsidRPr="008E6C00" w:rsidRDefault="00000000">
            <w:pPr>
              <w:spacing w:after="0" w:line="240" w:lineRule="auto"/>
              <w:jc w:val="center"/>
              <w:rPr>
                <w:noProof/>
                <w:lang w:val="ro-RO"/>
              </w:rPr>
            </w:pPr>
            <w:r w:rsidRPr="008E6C00">
              <w:rPr>
                <w:b/>
                <w:noProof/>
                <w:color w:val="FFFFFF"/>
                <w:sz w:val="16"/>
                <w:lang w:val="ro-RO"/>
              </w:rPr>
              <w:t>INFORMAȚIE</w:t>
            </w:r>
          </w:p>
        </w:tc>
        <w:tc>
          <w:tcPr>
            <w:tcW w:w="5783" w:type="dxa"/>
            <w:shd w:val="clear" w:color="auto" w:fill="D71920"/>
            <w:tcMar>
              <w:top w:w="80" w:type="dxa"/>
              <w:left w:w="90" w:type="dxa"/>
              <w:bottom w:w="80" w:type="dxa"/>
              <w:right w:w="90" w:type="dxa"/>
            </w:tcMar>
            <w:vAlign w:val="center"/>
          </w:tcPr>
          <w:p w14:paraId="6AFB7098" w14:textId="77777777" w:rsidR="00430FCC" w:rsidRPr="008E6C00" w:rsidRDefault="00000000">
            <w:pPr>
              <w:spacing w:after="0" w:line="240" w:lineRule="auto"/>
              <w:jc w:val="center"/>
              <w:rPr>
                <w:noProof/>
                <w:lang w:val="ro-RO"/>
              </w:rPr>
            </w:pPr>
            <w:r w:rsidRPr="008E6C00">
              <w:rPr>
                <w:b/>
                <w:noProof/>
                <w:color w:val="FFFFFF"/>
                <w:sz w:val="16"/>
                <w:lang w:val="ro-RO"/>
              </w:rPr>
              <w:t>CE AR TREBUI SĂ FIE CLAR</w:t>
            </w:r>
          </w:p>
        </w:tc>
      </w:tr>
      <w:tr w:rsidR="00430FCC" w:rsidRPr="008E6C00" w14:paraId="5D075FBC" w14:textId="77777777">
        <w:trPr>
          <w:cantSplit/>
          <w:jc w:val="center"/>
        </w:trPr>
        <w:tc>
          <w:tcPr>
            <w:tcW w:w="1077" w:type="dxa"/>
            <w:shd w:val="clear" w:color="auto" w:fill="FFFFFF"/>
            <w:tcMar>
              <w:top w:w="80" w:type="dxa"/>
              <w:left w:w="90" w:type="dxa"/>
              <w:bottom w:w="80" w:type="dxa"/>
              <w:right w:w="90" w:type="dxa"/>
            </w:tcMar>
            <w:vAlign w:val="center"/>
          </w:tcPr>
          <w:p w14:paraId="733DAFF8" w14:textId="77777777" w:rsidR="00430FCC" w:rsidRPr="008E6C00" w:rsidRDefault="00000000">
            <w:pPr>
              <w:spacing w:after="0" w:line="240" w:lineRule="auto"/>
              <w:jc w:val="center"/>
              <w:rPr>
                <w:noProof/>
                <w:lang w:val="ro-RO"/>
              </w:rPr>
            </w:pPr>
            <w:r w:rsidRPr="008E6C00">
              <w:rPr>
                <w:noProof/>
                <w:sz w:val="16"/>
                <w:lang w:val="ro-RO"/>
              </w:rPr>
              <w:t>4.3</w:t>
            </w:r>
          </w:p>
        </w:tc>
        <w:tc>
          <w:tcPr>
            <w:tcW w:w="3061" w:type="dxa"/>
            <w:shd w:val="clear" w:color="auto" w:fill="FFFFFF"/>
            <w:tcMar>
              <w:top w:w="80" w:type="dxa"/>
              <w:left w:w="90" w:type="dxa"/>
              <w:bottom w:w="80" w:type="dxa"/>
              <w:right w:w="90" w:type="dxa"/>
            </w:tcMar>
            <w:vAlign w:val="center"/>
          </w:tcPr>
          <w:p w14:paraId="2094A47F" w14:textId="77777777" w:rsidR="00430FCC" w:rsidRPr="008E6C00" w:rsidRDefault="00000000">
            <w:pPr>
              <w:spacing w:after="0" w:line="240" w:lineRule="auto"/>
              <w:rPr>
                <w:noProof/>
                <w:lang w:val="ro-RO"/>
              </w:rPr>
            </w:pPr>
            <w:r w:rsidRPr="008E6C00">
              <w:rPr>
                <w:noProof/>
                <w:sz w:val="16"/>
                <w:lang w:val="ro-RO"/>
              </w:rPr>
              <w:t>Domeniul de aplicare al SMC</w:t>
            </w:r>
          </w:p>
        </w:tc>
        <w:tc>
          <w:tcPr>
            <w:tcW w:w="5783" w:type="dxa"/>
            <w:shd w:val="clear" w:color="auto" w:fill="FFFFFF"/>
            <w:tcMar>
              <w:top w:w="80" w:type="dxa"/>
              <w:left w:w="90" w:type="dxa"/>
              <w:bottom w:w="80" w:type="dxa"/>
              <w:right w:w="90" w:type="dxa"/>
            </w:tcMar>
            <w:vAlign w:val="center"/>
          </w:tcPr>
          <w:p w14:paraId="01776918" w14:textId="77777777" w:rsidR="00430FCC" w:rsidRPr="008E6C00" w:rsidRDefault="00000000">
            <w:pPr>
              <w:spacing w:after="0" w:line="240" w:lineRule="auto"/>
              <w:rPr>
                <w:noProof/>
                <w:lang w:val="ro-RO"/>
              </w:rPr>
            </w:pPr>
            <w:r w:rsidRPr="008E6C00">
              <w:rPr>
                <w:noProof/>
                <w:sz w:val="16"/>
                <w:lang w:val="ro-RO"/>
              </w:rPr>
              <w:t>Limitele, locațiile, produsele și serviciile acoperite; justificarea cerințelor declarate neaplicabile.</w:t>
            </w:r>
          </w:p>
        </w:tc>
      </w:tr>
      <w:tr w:rsidR="00430FCC" w:rsidRPr="008E6C00" w14:paraId="60E6FAC2" w14:textId="77777777">
        <w:trPr>
          <w:cantSplit/>
          <w:jc w:val="center"/>
        </w:trPr>
        <w:tc>
          <w:tcPr>
            <w:tcW w:w="1077" w:type="dxa"/>
            <w:shd w:val="clear" w:color="auto" w:fill="FAFAFA"/>
            <w:tcMar>
              <w:top w:w="80" w:type="dxa"/>
              <w:left w:w="90" w:type="dxa"/>
              <w:bottom w:w="80" w:type="dxa"/>
              <w:right w:w="90" w:type="dxa"/>
            </w:tcMar>
            <w:vAlign w:val="center"/>
          </w:tcPr>
          <w:p w14:paraId="7EF09AF7" w14:textId="77777777" w:rsidR="00430FCC" w:rsidRPr="008E6C00" w:rsidRDefault="00000000">
            <w:pPr>
              <w:spacing w:after="0" w:line="240" w:lineRule="auto"/>
              <w:jc w:val="center"/>
              <w:rPr>
                <w:noProof/>
                <w:lang w:val="ro-RO"/>
              </w:rPr>
            </w:pPr>
            <w:r w:rsidRPr="008E6C00">
              <w:rPr>
                <w:noProof/>
                <w:sz w:val="16"/>
                <w:lang w:val="ro-RO"/>
              </w:rPr>
              <w:t>4.4</w:t>
            </w:r>
          </w:p>
        </w:tc>
        <w:tc>
          <w:tcPr>
            <w:tcW w:w="3061" w:type="dxa"/>
            <w:shd w:val="clear" w:color="auto" w:fill="FAFAFA"/>
            <w:tcMar>
              <w:top w:w="80" w:type="dxa"/>
              <w:left w:w="90" w:type="dxa"/>
              <w:bottom w:w="80" w:type="dxa"/>
              <w:right w:w="90" w:type="dxa"/>
            </w:tcMar>
            <w:vAlign w:val="center"/>
          </w:tcPr>
          <w:p w14:paraId="6F760212" w14:textId="77777777" w:rsidR="00430FCC" w:rsidRPr="008E6C00" w:rsidRDefault="00000000">
            <w:pPr>
              <w:spacing w:after="0" w:line="240" w:lineRule="auto"/>
              <w:rPr>
                <w:noProof/>
                <w:lang w:val="ro-RO"/>
              </w:rPr>
            </w:pPr>
            <w:r w:rsidRPr="008E6C00">
              <w:rPr>
                <w:noProof/>
                <w:sz w:val="16"/>
                <w:lang w:val="ro-RO"/>
              </w:rPr>
              <w:t>Informații necesare operării proceselor</w:t>
            </w:r>
          </w:p>
        </w:tc>
        <w:tc>
          <w:tcPr>
            <w:tcW w:w="5783" w:type="dxa"/>
            <w:shd w:val="clear" w:color="auto" w:fill="FAFAFA"/>
            <w:tcMar>
              <w:top w:w="80" w:type="dxa"/>
              <w:left w:w="90" w:type="dxa"/>
              <w:bottom w:w="80" w:type="dxa"/>
              <w:right w:w="90" w:type="dxa"/>
            </w:tcMar>
            <w:vAlign w:val="center"/>
          </w:tcPr>
          <w:p w14:paraId="1D3A4E9F" w14:textId="77777777" w:rsidR="00430FCC" w:rsidRPr="008E6C00" w:rsidRDefault="00000000">
            <w:pPr>
              <w:spacing w:after="0" w:line="240" w:lineRule="auto"/>
              <w:rPr>
                <w:noProof/>
                <w:lang w:val="ro-RO"/>
              </w:rPr>
            </w:pPr>
            <w:r w:rsidRPr="008E6C00">
              <w:rPr>
                <w:noProof/>
                <w:sz w:val="16"/>
                <w:lang w:val="ro-RO"/>
              </w:rPr>
              <w:t>Hărți, criterii, metode, responsabilități, proceduri, instrucțiuni sau alte suporturi, în măsura necesară.</w:t>
            </w:r>
          </w:p>
        </w:tc>
      </w:tr>
      <w:tr w:rsidR="00430FCC" w:rsidRPr="008E6C00" w14:paraId="517DEFE2" w14:textId="77777777">
        <w:trPr>
          <w:cantSplit/>
          <w:jc w:val="center"/>
        </w:trPr>
        <w:tc>
          <w:tcPr>
            <w:tcW w:w="1077" w:type="dxa"/>
            <w:shd w:val="clear" w:color="auto" w:fill="FFFFFF"/>
            <w:tcMar>
              <w:top w:w="80" w:type="dxa"/>
              <w:left w:w="90" w:type="dxa"/>
              <w:bottom w:w="80" w:type="dxa"/>
              <w:right w:w="90" w:type="dxa"/>
            </w:tcMar>
            <w:vAlign w:val="center"/>
          </w:tcPr>
          <w:p w14:paraId="182ECBE1" w14:textId="77777777" w:rsidR="00430FCC" w:rsidRPr="008E6C00" w:rsidRDefault="00000000">
            <w:pPr>
              <w:spacing w:after="0" w:line="240" w:lineRule="auto"/>
              <w:jc w:val="center"/>
              <w:rPr>
                <w:noProof/>
                <w:lang w:val="ro-RO"/>
              </w:rPr>
            </w:pPr>
            <w:r w:rsidRPr="008E6C00">
              <w:rPr>
                <w:noProof/>
                <w:sz w:val="16"/>
                <w:lang w:val="ro-RO"/>
              </w:rPr>
              <w:t>5.2</w:t>
            </w:r>
          </w:p>
        </w:tc>
        <w:tc>
          <w:tcPr>
            <w:tcW w:w="3061" w:type="dxa"/>
            <w:shd w:val="clear" w:color="auto" w:fill="FFFFFF"/>
            <w:tcMar>
              <w:top w:w="80" w:type="dxa"/>
              <w:left w:w="90" w:type="dxa"/>
              <w:bottom w:w="80" w:type="dxa"/>
              <w:right w:w="90" w:type="dxa"/>
            </w:tcMar>
            <w:vAlign w:val="center"/>
          </w:tcPr>
          <w:p w14:paraId="565043B0" w14:textId="77777777" w:rsidR="00430FCC" w:rsidRPr="008E6C00" w:rsidRDefault="00000000">
            <w:pPr>
              <w:spacing w:after="0" w:line="240" w:lineRule="auto"/>
              <w:rPr>
                <w:noProof/>
                <w:lang w:val="ro-RO"/>
              </w:rPr>
            </w:pPr>
            <w:r w:rsidRPr="008E6C00">
              <w:rPr>
                <w:noProof/>
                <w:sz w:val="16"/>
                <w:lang w:val="ro-RO"/>
              </w:rPr>
              <w:t>Politica referitoare la calitate</w:t>
            </w:r>
          </w:p>
        </w:tc>
        <w:tc>
          <w:tcPr>
            <w:tcW w:w="5783" w:type="dxa"/>
            <w:shd w:val="clear" w:color="auto" w:fill="FFFFFF"/>
            <w:tcMar>
              <w:top w:w="80" w:type="dxa"/>
              <w:left w:w="90" w:type="dxa"/>
              <w:bottom w:w="80" w:type="dxa"/>
              <w:right w:w="90" w:type="dxa"/>
            </w:tcMar>
            <w:vAlign w:val="center"/>
          </w:tcPr>
          <w:p w14:paraId="6041A5AE" w14:textId="77777777" w:rsidR="00430FCC" w:rsidRPr="008E6C00" w:rsidRDefault="00000000">
            <w:pPr>
              <w:spacing w:after="0" w:line="240" w:lineRule="auto"/>
              <w:rPr>
                <w:noProof/>
                <w:lang w:val="ro-RO"/>
              </w:rPr>
            </w:pPr>
            <w:r w:rsidRPr="008E6C00">
              <w:rPr>
                <w:noProof/>
                <w:sz w:val="16"/>
                <w:lang w:val="ro-RO"/>
              </w:rPr>
              <w:t>Direcție și angajamente relevante pentru scopul și contextul organizației.</w:t>
            </w:r>
          </w:p>
        </w:tc>
      </w:tr>
      <w:tr w:rsidR="00430FCC" w:rsidRPr="008E6C00" w14:paraId="76160C21" w14:textId="77777777">
        <w:trPr>
          <w:cantSplit/>
          <w:jc w:val="center"/>
        </w:trPr>
        <w:tc>
          <w:tcPr>
            <w:tcW w:w="1077" w:type="dxa"/>
            <w:shd w:val="clear" w:color="auto" w:fill="FAFAFA"/>
            <w:tcMar>
              <w:top w:w="80" w:type="dxa"/>
              <w:left w:w="90" w:type="dxa"/>
              <w:bottom w:w="80" w:type="dxa"/>
              <w:right w:w="90" w:type="dxa"/>
            </w:tcMar>
            <w:vAlign w:val="center"/>
          </w:tcPr>
          <w:p w14:paraId="67688B9D" w14:textId="77777777" w:rsidR="00430FCC" w:rsidRPr="008E6C00" w:rsidRDefault="00000000">
            <w:pPr>
              <w:spacing w:after="0" w:line="240" w:lineRule="auto"/>
              <w:jc w:val="center"/>
              <w:rPr>
                <w:noProof/>
                <w:lang w:val="ro-RO"/>
              </w:rPr>
            </w:pPr>
            <w:r w:rsidRPr="008E6C00">
              <w:rPr>
                <w:noProof/>
                <w:sz w:val="16"/>
                <w:lang w:val="ro-RO"/>
              </w:rPr>
              <w:t>6.2</w:t>
            </w:r>
          </w:p>
        </w:tc>
        <w:tc>
          <w:tcPr>
            <w:tcW w:w="3061" w:type="dxa"/>
            <w:shd w:val="clear" w:color="auto" w:fill="FAFAFA"/>
            <w:tcMar>
              <w:top w:w="80" w:type="dxa"/>
              <w:left w:w="90" w:type="dxa"/>
              <w:bottom w:w="80" w:type="dxa"/>
              <w:right w:w="90" w:type="dxa"/>
            </w:tcMar>
            <w:vAlign w:val="center"/>
          </w:tcPr>
          <w:p w14:paraId="30C0F00F" w14:textId="77777777" w:rsidR="00430FCC" w:rsidRPr="008E6C00" w:rsidRDefault="00000000">
            <w:pPr>
              <w:spacing w:after="0" w:line="240" w:lineRule="auto"/>
              <w:rPr>
                <w:noProof/>
                <w:lang w:val="ro-RO"/>
              </w:rPr>
            </w:pPr>
            <w:r w:rsidRPr="008E6C00">
              <w:rPr>
                <w:noProof/>
                <w:sz w:val="16"/>
                <w:lang w:val="ro-RO"/>
              </w:rPr>
              <w:t>Obiectivele calității</w:t>
            </w:r>
          </w:p>
        </w:tc>
        <w:tc>
          <w:tcPr>
            <w:tcW w:w="5783" w:type="dxa"/>
            <w:shd w:val="clear" w:color="auto" w:fill="FAFAFA"/>
            <w:tcMar>
              <w:top w:w="80" w:type="dxa"/>
              <w:left w:w="90" w:type="dxa"/>
              <w:bottom w:w="80" w:type="dxa"/>
              <w:right w:w="90" w:type="dxa"/>
            </w:tcMar>
            <w:vAlign w:val="center"/>
          </w:tcPr>
          <w:p w14:paraId="74C64A1C" w14:textId="77777777" w:rsidR="00430FCC" w:rsidRPr="008E6C00" w:rsidRDefault="00000000">
            <w:pPr>
              <w:spacing w:after="0" w:line="240" w:lineRule="auto"/>
              <w:rPr>
                <w:noProof/>
                <w:lang w:val="ro-RO"/>
              </w:rPr>
            </w:pPr>
            <w:r w:rsidRPr="008E6C00">
              <w:rPr>
                <w:noProof/>
                <w:sz w:val="16"/>
                <w:lang w:val="ro-RO"/>
              </w:rPr>
              <w:t>Obiective măsurabile, indicatori, ținte și informații necesare pentru monitorizare.</w:t>
            </w:r>
          </w:p>
        </w:tc>
      </w:tr>
    </w:tbl>
    <w:p w14:paraId="46DC46D9" w14:textId="77777777" w:rsidR="00430FCC" w:rsidRPr="008E6C00" w:rsidRDefault="00430FCC">
      <w:pPr>
        <w:spacing w:after="20"/>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430FCC" w:rsidRPr="008E6C00" w14:paraId="0DFFB9BF" w14:textId="77777777">
        <w:trPr>
          <w:cantSplit/>
          <w:jc w:val="center"/>
        </w:trPr>
        <w:tc>
          <w:tcPr>
            <w:tcW w:w="567" w:type="dxa"/>
            <w:shd w:val="clear" w:color="auto" w:fill="D71920"/>
            <w:tcMar>
              <w:top w:w="80" w:type="dxa"/>
              <w:left w:w="90" w:type="dxa"/>
              <w:bottom w:w="80" w:type="dxa"/>
              <w:right w:w="90" w:type="dxa"/>
            </w:tcMar>
            <w:vAlign w:val="center"/>
          </w:tcPr>
          <w:p w14:paraId="0B96CC3A" w14:textId="77777777" w:rsidR="00430FCC" w:rsidRPr="008E6C00" w:rsidRDefault="00000000">
            <w:pPr>
              <w:spacing w:after="0" w:line="240" w:lineRule="auto"/>
              <w:jc w:val="center"/>
              <w:rPr>
                <w:noProof/>
                <w:lang w:val="ro-RO"/>
              </w:rPr>
            </w:pPr>
            <w:r w:rsidRPr="008E6C00">
              <w:rPr>
                <w:b/>
                <w:noProof/>
                <w:color w:val="FFFFFF"/>
                <w:sz w:val="32"/>
                <w:lang w:val="ro-RO"/>
              </w:rPr>
              <w:lastRenderedPageBreak/>
              <w:t>i</w:t>
            </w:r>
          </w:p>
        </w:tc>
        <w:tc>
          <w:tcPr>
            <w:tcW w:w="9354" w:type="dxa"/>
            <w:shd w:val="clear" w:color="auto" w:fill="FCEBEC"/>
          </w:tcPr>
          <w:p w14:paraId="332574EF" w14:textId="77777777" w:rsidR="00430FCC" w:rsidRPr="008E6C00" w:rsidRDefault="00000000">
            <w:pPr>
              <w:spacing w:after="40"/>
              <w:rPr>
                <w:noProof/>
                <w:lang w:val="ro-RO"/>
              </w:rPr>
            </w:pPr>
            <w:r w:rsidRPr="008E6C00">
              <w:rPr>
                <w:b/>
                <w:noProof/>
                <w:color w:val="D71920"/>
                <w:lang w:val="ro-RO"/>
              </w:rPr>
              <w:t>NU EXISTĂ O LISTĂ OBLIGATORIE DE PROCEDURI</w:t>
            </w:r>
          </w:p>
          <w:p w14:paraId="3F03C094" w14:textId="77777777" w:rsidR="00430FCC" w:rsidRPr="008E6C00" w:rsidRDefault="00000000">
            <w:pPr>
              <w:spacing w:after="0" w:line="252" w:lineRule="auto"/>
              <w:rPr>
                <w:noProof/>
                <w:lang w:val="ro-RO"/>
              </w:rPr>
            </w:pPr>
            <w:r w:rsidRPr="008E6C00">
              <w:rPr>
                <w:noProof/>
                <w:sz w:val="17"/>
                <w:lang w:val="ro-RO"/>
              </w:rPr>
              <w:t>ISO 9001:2015 nu impune un manual al calității și nici cele șase proceduri obligatorii din edițiile mai vechi. Aceste documente pot fi însă păstrate dacă adaugă valoare și reflectă modul real de lucru.</w:t>
            </w:r>
          </w:p>
        </w:tc>
      </w:tr>
    </w:tbl>
    <w:p w14:paraId="26858EE8" w14:textId="77777777" w:rsidR="00430FCC" w:rsidRPr="008E6C00" w:rsidRDefault="00430FCC">
      <w:pPr>
        <w:spacing w:after="0"/>
        <w:rPr>
          <w:noProof/>
          <w:lang w:val="ro-RO"/>
        </w:rPr>
      </w:pPr>
    </w:p>
    <w:p w14:paraId="6CC82ECC" w14:textId="77777777" w:rsidR="00430FCC" w:rsidRPr="008E6C00" w:rsidRDefault="00000000">
      <w:pPr>
        <w:pStyle w:val="Heading2"/>
        <w:rPr>
          <w:noProof/>
          <w:lang w:val="ro-RO"/>
        </w:rPr>
      </w:pPr>
      <w:r w:rsidRPr="008E6C00">
        <w:rPr>
          <w:noProof/>
          <w:lang w:val="ro-RO"/>
        </w:rPr>
        <w:t>Dovezi care trebuie păstrate - partea 1</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077"/>
        <w:gridCol w:w="3118"/>
        <w:gridCol w:w="5726"/>
      </w:tblGrid>
      <w:tr w:rsidR="00430FCC" w:rsidRPr="008E6C00" w14:paraId="0FCA03DA" w14:textId="77777777">
        <w:trPr>
          <w:tblHeader/>
          <w:jc w:val="center"/>
        </w:trPr>
        <w:tc>
          <w:tcPr>
            <w:tcW w:w="1077" w:type="dxa"/>
            <w:shd w:val="clear" w:color="auto" w:fill="D71920"/>
            <w:tcMar>
              <w:top w:w="80" w:type="dxa"/>
              <w:left w:w="90" w:type="dxa"/>
              <w:bottom w:w="80" w:type="dxa"/>
              <w:right w:w="90" w:type="dxa"/>
            </w:tcMar>
            <w:vAlign w:val="center"/>
          </w:tcPr>
          <w:p w14:paraId="56B8441D" w14:textId="77777777" w:rsidR="00430FCC" w:rsidRPr="008E6C00" w:rsidRDefault="00000000">
            <w:pPr>
              <w:spacing w:after="0" w:line="240" w:lineRule="auto"/>
              <w:jc w:val="center"/>
              <w:rPr>
                <w:noProof/>
                <w:lang w:val="ro-RO"/>
              </w:rPr>
            </w:pPr>
            <w:r w:rsidRPr="008E6C00">
              <w:rPr>
                <w:b/>
                <w:noProof/>
                <w:color w:val="FFFFFF"/>
                <w:sz w:val="16"/>
                <w:lang w:val="ro-RO"/>
              </w:rPr>
              <w:t>CLAUZĂ</w:t>
            </w:r>
          </w:p>
        </w:tc>
        <w:tc>
          <w:tcPr>
            <w:tcW w:w="3118" w:type="dxa"/>
            <w:shd w:val="clear" w:color="auto" w:fill="D71920"/>
            <w:tcMar>
              <w:top w:w="80" w:type="dxa"/>
              <w:left w:w="90" w:type="dxa"/>
              <w:bottom w:w="80" w:type="dxa"/>
              <w:right w:w="90" w:type="dxa"/>
            </w:tcMar>
            <w:vAlign w:val="center"/>
          </w:tcPr>
          <w:p w14:paraId="7619FE0C" w14:textId="77777777" w:rsidR="00430FCC" w:rsidRPr="008E6C00" w:rsidRDefault="00000000">
            <w:pPr>
              <w:spacing w:after="0" w:line="240" w:lineRule="auto"/>
              <w:jc w:val="center"/>
              <w:rPr>
                <w:noProof/>
                <w:lang w:val="ro-RO"/>
              </w:rPr>
            </w:pPr>
            <w:r w:rsidRPr="008E6C00">
              <w:rPr>
                <w:b/>
                <w:noProof/>
                <w:color w:val="FFFFFF"/>
                <w:sz w:val="16"/>
                <w:lang w:val="ro-RO"/>
              </w:rPr>
              <w:t>DOVADĂ</w:t>
            </w:r>
          </w:p>
        </w:tc>
        <w:tc>
          <w:tcPr>
            <w:tcW w:w="5726" w:type="dxa"/>
            <w:shd w:val="clear" w:color="auto" w:fill="D71920"/>
            <w:tcMar>
              <w:top w:w="80" w:type="dxa"/>
              <w:left w:w="90" w:type="dxa"/>
              <w:bottom w:w="80" w:type="dxa"/>
              <w:right w:w="90" w:type="dxa"/>
            </w:tcMar>
            <w:vAlign w:val="center"/>
          </w:tcPr>
          <w:p w14:paraId="5E3419AE" w14:textId="77777777" w:rsidR="00430FCC" w:rsidRPr="008E6C00" w:rsidRDefault="00000000">
            <w:pPr>
              <w:spacing w:after="0" w:line="240" w:lineRule="auto"/>
              <w:jc w:val="center"/>
              <w:rPr>
                <w:noProof/>
                <w:lang w:val="ro-RO"/>
              </w:rPr>
            </w:pPr>
            <w:r w:rsidRPr="008E6C00">
              <w:rPr>
                <w:b/>
                <w:noProof/>
                <w:color w:val="FFFFFF"/>
                <w:sz w:val="16"/>
                <w:lang w:val="ro-RO"/>
              </w:rPr>
              <w:t>EXEMPLE DE ÎNREGISTRĂRI</w:t>
            </w:r>
          </w:p>
        </w:tc>
      </w:tr>
      <w:tr w:rsidR="00430FCC" w:rsidRPr="008E6C00" w14:paraId="6A47672A" w14:textId="77777777">
        <w:trPr>
          <w:cantSplit/>
          <w:jc w:val="center"/>
        </w:trPr>
        <w:tc>
          <w:tcPr>
            <w:tcW w:w="1077" w:type="dxa"/>
            <w:shd w:val="clear" w:color="auto" w:fill="FFFFFF"/>
            <w:tcMar>
              <w:top w:w="80" w:type="dxa"/>
              <w:left w:w="90" w:type="dxa"/>
              <w:bottom w:w="80" w:type="dxa"/>
              <w:right w:w="90" w:type="dxa"/>
            </w:tcMar>
            <w:vAlign w:val="center"/>
          </w:tcPr>
          <w:p w14:paraId="54027B4A" w14:textId="77777777" w:rsidR="00430FCC" w:rsidRPr="008E6C00" w:rsidRDefault="00000000">
            <w:pPr>
              <w:spacing w:after="0" w:line="240" w:lineRule="auto"/>
              <w:jc w:val="center"/>
              <w:rPr>
                <w:noProof/>
                <w:lang w:val="ro-RO"/>
              </w:rPr>
            </w:pPr>
            <w:r w:rsidRPr="008E6C00">
              <w:rPr>
                <w:noProof/>
                <w:sz w:val="15"/>
                <w:lang w:val="ro-RO"/>
              </w:rPr>
              <w:t>4.4 / 8.1</w:t>
            </w:r>
          </w:p>
        </w:tc>
        <w:tc>
          <w:tcPr>
            <w:tcW w:w="3118" w:type="dxa"/>
            <w:shd w:val="clear" w:color="auto" w:fill="FFFFFF"/>
            <w:tcMar>
              <w:top w:w="80" w:type="dxa"/>
              <w:left w:w="90" w:type="dxa"/>
              <w:bottom w:w="80" w:type="dxa"/>
              <w:right w:w="90" w:type="dxa"/>
            </w:tcMar>
            <w:vAlign w:val="center"/>
          </w:tcPr>
          <w:p w14:paraId="7E40AF74" w14:textId="77777777" w:rsidR="00430FCC" w:rsidRPr="008E6C00" w:rsidRDefault="00000000">
            <w:pPr>
              <w:spacing w:after="0" w:line="240" w:lineRule="auto"/>
              <w:rPr>
                <w:noProof/>
                <w:lang w:val="ro-RO"/>
              </w:rPr>
            </w:pPr>
            <w:r w:rsidRPr="008E6C00">
              <w:rPr>
                <w:noProof/>
                <w:sz w:val="15"/>
                <w:lang w:val="ro-RO"/>
              </w:rPr>
              <w:t>Operarea proceselor conform planificării</w:t>
            </w:r>
          </w:p>
        </w:tc>
        <w:tc>
          <w:tcPr>
            <w:tcW w:w="5726" w:type="dxa"/>
            <w:shd w:val="clear" w:color="auto" w:fill="FFFFFF"/>
            <w:tcMar>
              <w:top w:w="80" w:type="dxa"/>
              <w:left w:w="90" w:type="dxa"/>
              <w:bottom w:w="80" w:type="dxa"/>
              <w:right w:w="90" w:type="dxa"/>
            </w:tcMar>
            <w:vAlign w:val="center"/>
          </w:tcPr>
          <w:p w14:paraId="1297F2B9" w14:textId="77777777" w:rsidR="00430FCC" w:rsidRPr="008E6C00" w:rsidRDefault="00000000">
            <w:pPr>
              <w:spacing w:after="0" w:line="240" w:lineRule="auto"/>
              <w:rPr>
                <w:noProof/>
                <w:lang w:val="ro-RO"/>
              </w:rPr>
            </w:pPr>
            <w:r w:rsidRPr="008E6C00">
              <w:rPr>
                <w:noProof/>
                <w:sz w:val="15"/>
                <w:lang w:val="ro-RO"/>
              </w:rPr>
              <w:t>Fișe de lucru, rapoarte, liste de verificare, loguri de sistem, rezultate de control.</w:t>
            </w:r>
          </w:p>
        </w:tc>
      </w:tr>
      <w:tr w:rsidR="00430FCC" w:rsidRPr="008E6C00" w14:paraId="600B91BF" w14:textId="77777777">
        <w:trPr>
          <w:cantSplit/>
          <w:jc w:val="center"/>
        </w:trPr>
        <w:tc>
          <w:tcPr>
            <w:tcW w:w="1077" w:type="dxa"/>
            <w:shd w:val="clear" w:color="auto" w:fill="FAFAFA"/>
            <w:tcMar>
              <w:top w:w="80" w:type="dxa"/>
              <w:left w:w="90" w:type="dxa"/>
              <w:bottom w:w="80" w:type="dxa"/>
              <w:right w:w="90" w:type="dxa"/>
            </w:tcMar>
            <w:vAlign w:val="center"/>
          </w:tcPr>
          <w:p w14:paraId="504DACCB" w14:textId="77777777" w:rsidR="00430FCC" w:rsidRPr="008E6C00" w:rsidRDefault="00000000">
            <w:pPr>
              <w:spacing w:after="0" w:line="240" w:lineRule="auto"/>
              <w:jc w:val="center"/>
              <w:rPr>
                <w:noProof/>
                <w:lang w:val="ro-RO"/>
              </w:rPr>
            </w:pPr>
            <w:r w:rsidRPr="008E6C00">
              <w:rPr>
                <w:noProof/>
                <w:sz w:val="15"/>
                <w:lang w:val="ro-RO"/>
              </w:rPr>
              <w:t>7.1.5</w:t>
            </w:r>
          </w:p>
        </w:tc>
        <w:tc>
          <w:tcPr>
            <w:tcW w:w="3118" w:type="dxa"/>
            <w:shd w:val="clear" w:color="auto" w:fill="FAFAFA"/>
            <w:tcMar>
              <w:top w:w="80" w:type="dxa"/>
              <w:left w:w="90" w:type="dxa"/>
              <w:bottom w:w="80" w:type="dxa"/>
              <w:right w:w="90" w:type="dxa"/>
            </w:tcMar>
            <w:vAlign w:val="center"/>
          </w:tcPr>
          <w:p w14:paraId="4EEACF39" w14:textId="77777777" w:rsidR="00430FCC" w:rsidRPr="008E6C00" w:rsidRDefault="00000000">
            <w:pPr>
              <w:spacing w:after="0" w:line="240" w:lineRule="auto"/>
              <w:rPr>
                <w:noProof/>
                <w:lang w:val="ro-RO"/>
              </w:rPr>
            </w:pPr>
            <w:r w:rsidRPr="008E6C00">
              <w:rPr>
                <w:noProof/>
                <w:sz w:val="15"/>
                <w:lang w:val="ro-RO"/>
              </w:rPr>
              <w:t>Adecvarea resurselor de monitorizare și măsurare</w:t>
            </w:r>
          </w:p>
        </w:tc>
        <w:tc>
          <w:tcPr>
            <w:tcW w:w="5726" w:type="dxa"/>
            <w:shd w:val="clear" w:color="auto" w:fill="FAFAFA"/>
            <w:tcMar>
              <w:top w:w="80" w:type="dxa"/>
              <w:left w:w="90" w:type="dxa"/>
              <w:bottom w:w="80" w:type="dxa"/>
              <w:right w:w="90" w:type="dxa"/>
            </w:tcMar>
            <w:vAlign w:val="center"/>
          </w:tcPr>
          <w:p w14:paraId="211C91A1" w14:textId="77777777" w:rsidR="00430FCC" w:rsidRPr="008E6C00" w:rsidRDefault="00000000">
            <w:pPr>
              <w:spacing w:after="0" w:line="240" w:lineRule="auto"/>
              <w:rPr>
                <w:noProof/>
                <w:lang w:val="ro-RO"/>
              </w:rPr>
            </w:pPr>
            <w:r w:rsidRPr="008E6C00">
              <w:rPr>
                <w:noProof/>
                <w:sz w:val="15"/>
                <w:lang w:val="ro-RO"/>
              </w:rPr>
              <w:t>Verificări, etalonări, calibrări, confirmări de aptitudine, baza utilizată când nu există etalon recunoscut.</w:t>
            </w:r>
          </w:p>
        </w:tc>
      </w:tr>
      <w:tr w:rsidR="00430FCC" w:rsidRPr="008E6C00" w14:paraId="39B86C02" w14:textId="77777777">
        <w:trPr>
          <w:cantSplit/>
          <w:jc w:val="center"/>
        </w:trPr>
        <w:tc>
          <w:tcPr>
            <w:tcW w:w="1077" w:type="dxa"/>
            <w:shd w:val="clear" w:color="auto" w:fill="FFFFFF"/>
            <w:tcMar>
              <w:top w:w="80" w:type="dxa"/>
              <w:left w:w="90" w:type="dxa"/>
              <w:bottom w:w="80" w:type="dxa"/>
              <w:right w:w="90" w:type="dxa"/>
            </w:tcMar>
            <w:vAlign w:val="center"/>
          </w:tcPr>
          <w:p w14:paraId="36E3386F" w14:textId="77777777" w:rsidR="00430FCC" w:rsidRPr="008E6C00" w:rsidRDefault="00000000">
            <w:pPr>
              <w:spacing w:after="0" w:line="240" w:lineRule="auto"/>
              <w:jc w:val="center"/>
              <w:rPr>
                <w:noProof/>
                <w:lang w:val="ro-RO"/>
              </w:rPr>
            </w:pPr>
            <w:r w:rsidRPr="008E6C00">
              <w:rPr>
                <w:noProof/>
                <w:sz w:val="15"/>
                <w:lang w:val="ro-RO"/>
              </w:rPr>
              <w:t>7.2</w:t>
            </w:r>
          </w:p>
        </w:tc>
        <w:tc>
          <w:tcPr>
            <w:tcW w:w="3118" w:type="dxa"/>
            <w:shd w:val="clear" w:color="auto" w:fill="FFFFFF"/>
            <w:tcMar>
              <w:top w:w="80" w:type="dxa"/>
              <w:left w:w="90" w:type="dxa"/>
              <w:bottom w:w="80" w:type="dxa"/>
              <w:right w:w="90" w:type="dxa"/>
            </w:tcMar>
            <w:vAlign w:val="center"/>
          </w:tcPr>
          <w:p w14:paraId="45F8D151" w14:textId="77777777" w:rsidR="00430FCC" w:rsidRPr="008E6C00" w:rsidRDefault="00000000">
            <w:pPr>
              <w:spacing w:after="0" w:line="240" w:lineRule="auto"/>
              <w:rPr>
                <w:noProof/>
                <w:lang w:val="ro-RO"/>
              </w:rPr>
            </w:pPr>
            <w:r w:rsidRPr="008E6C00">
              <w:rPr>
                <w:noProof/>
                <w:sz w:val="15"/>
                <w:lang w:val="ro-RO"/>
              </w:rPr>
              <w:t>Competența persoanelor</w:t>
            </w:r>
          </w:p>
        </w:tc>
        <w:tc>
          <w:tcPr>
            <w:tcW w:w="5726" w:type="dxa"/>
            <w:shd w:val="clear" w:color="auto" w:fill="FFFFFF"/>
            <w:tcMar>
              <w:top w:w="80" w:type="dxa"/>
              <w:left w:w="90" w:type="dxa"/>
              <w:bottom w:w="80" w:type="dxa"/>
              <w:right w:w="90" w:type="dxa"/>
            </w:tcMar>
            <w:vAlign w:val="center"/>
          </w:tcPr>
          <w:p w14:paraId="7582E5D7" w14:textId="77777777" w:rsidR="00430FCC" w:rsidRPr="008E6C00" w:rsidRDefault="00000000">
            <w:pPr>
              <w:spacing w:after="0" w:line="240" w:lineRule="auto"/>
              <w:rPr>
                <w:noProof/>
                <w:lang w:val="ro-RO"/>
              </w:rPr>
            </w:pPr>
            <w:r w:rsidRPr="008E6C00">
              <w:rPr>
                <w:noProof/>
                <w:sz w:val="15"/>
                <w:lang w:val="ro-RO"/>
              </w:rPr>
              <w:t>Calificări, evaluări practice, autorizări, instruiri și verificarea eficacității.</w:t>
            </w:r>
          </w:p>
        </w:tc>
      </w:tr>
      <w:tr w:rsidR="00430FCC" w:rsidRPr="008E6C00" w14:paraId="1D916A80" w14:textId="77777777">
        <w:trPr>
          <w:cantSplit/>
          <w:jc w:val="center"/>
        </w:trPr>
        <w:tc>
          <w:tcPr>
            <w:tcW w:w="1077" w:type="dxa"/>
            <w:shd w:val="clear" w:color="auto" w:fill="FAFAFA"/>
            <w:tcMar>
              <w:top w:w="80" w:type="dxa"/>
              <w:left w:w="90" w:type="dxa"/>
              <w:bottom w:w="80" w:type="dxa"/>
              <w:right w:w="90" w:type="dxa"/>
            </w:tcMar>
            <w:vAlign w:val="center"/>
          </w:tcPr>
          <w:p w14:paraId="731448CA" w14:textId="77777777" w:rsidR="00430FCC" w:rsidRPr="008E6C00" w:rsidRDefault="00000000">
            <w:pPr>
              <w:spacing w:after="0" w:line="240" w:lineRule="auto"/>
              <w:jc w:val="center"/>
              <w:rPr>
                <w:noProof/>
                <w:lang w:val="ro-RO"/>
              </w:rPr>
            </w:pPr>
            <w:r w:rsidRPr="008E6C00">
              <w:rPr>
                <w:noProof/>
                <w:sz w:val="15"/>
                <w:lang w:val="ro-RO"/>
              </w:rPr>
              <w:t>8.2.3</w:t>
            </w:r>
          </w:p>
        </w:tc>
        <w:tc>
          <w:tcPr>
            <w:tcW w:w="3118" w:type="dxa"/>
            <w:shd w:val="clear" w:color="auto" w:fill="FAFAFA"/>
            <w:tcMar>
              <w:top w:w="80" w:type="dxa"/>
              <w:left w:w="90" w:type="dxa"/>
              <w:bottom w:w="80" w:type="dxa"/>
              <w:right w:w="90" w:type="dxa"/>
            </w:tcMar>
            <w:vAlign w:val="center"/>
          </w:tcPr>
          <w:p w14:paraId="6C3952D5" w14:textId="77777777" w:rsidR="00430FCC" w:rsidRPr="008E6C00" w:rsidRDefault="00000000">
            <w:pPr>
              <w:spacing w:after="0" w:line="240" w:lineRule="auto"/>
              <w:rPr>
                <w:noProof/>
                <w:lang w:val="ro-RO"/>
              </w:rPr>
            </w:pPr>
            <w:r w:rsidRPr="008E6C00">
              <w:rPr>
                <w:noProof/>
                <w:sz w:val="15"/>
                <w:lang w:val="ro-RO"/>
              </w:rPr>
              <w:t>Revizuirea cerințelor pentru produse și servicii</w:t>
            </w:r>
          </w:p>
        </w:tc>
        <w:tc>
          <w:tcPr>
            <w:tcW w:w="5726" w:type="dxa"/>
            <w:shd w:val="clear" w:color="auto" w:fill="FAFAFA"/>
            <w:tcMar>
              <w:top w:w="80" w:type="dxa"/>
              <w:left w:w="90" w:type="dxa"/>
              <w:bottom w:w="80" w:type="dxa"/>
              <w:right w:w="90" w:type="dxa"/>
            </w:tcMar>
            <w:vAlign w:val="center"/>
          </w:tcPr>
          <w:p w14:paraId="6E2BB37B" w14:textId="77777777" w:rsidR="00430FCC" w:rsidRPr="008E6C00" w:rsidRDefault="00000000">
            <w:pPr>
              <w:spacing w:after="0" w:line="240" w:lineRule="auto"/>
              <w:rPr>
                <w:noProof/>
                <w:lang w:val="ro-RO"/>
              </w:rPr>
            </w:pPr>
            <w:r w:rsidRPr="008E6C00">
              <w:rPr>
                <w:noProof/>
                <w:sz w:val="15"/>
                <w:lang w:val="ro-RO"/>
              </w:rPr>
              <w:t>Confirmarea cerințelor, clarificări, modificări și acceptarea comenzii sau contractului.</w:t>
            </w:r>
          </w:p>
        </w:tc>
      </w:tr>
      <w:tr w:rsidR="00430FCC" w:rsidRPr="008E6C00" w14:paraId="543611E1" w14:textId="77777777">
        <w:trPr>
          <w:cantSplit/>
          <w:jc w:val="center"/>
        </w:trPr>
        <w:tc>
          <w:tcPr>
            <w:tcW w:w="1077" w:type="dxa"/>
            <w:shd w:val="clear" w:color="auto" w:fill="FFFFFF"/>
            <w:tcMar>
              <w:top w:w="80" w:type="dxa"/>
              <w:left w:w="90" w:type="dxa"/>
              <w:bottom w:w="80" w:type="dxa"/>
              <w:right w:w="90" w:type="dxa"/>
            </w:tcMar>
            <w:vAlign w:val="center"/>
          </w:tcPr>
          <w:p w14:paraId="6EAF6ADE" w14:textId="77777777" w:rsidR="00430FCC" w:rsidRPr="008E6C00" w:rsidRDefault="00000000">
            <w:pPr>
              <w:spacing w:after="0" w:line="240" w:lineRule="auto"/>
              <w:jc w:val="center"/>
              <w:rPr>
                <w:noProof/>
                <w:lang w:val="ro-RO"/>
              </w:rPr>
            </w:pPr>
            <w:r w:rsidRPr="008E6C00">
              <w:rPr>
                <w:noProof/>
                <w:sz w:val="15"/>
                <w:lang w:val="ro-RO"/>
              </w:rPr>
              <w:t>8.3.3</w:t>
            </w:r>
          </w:p>
        </w:tc>
        <w:tc>
          <w:tcPr>
            <w:tcW w:w="3118" w:type="dxa"/>
            <w:shd w:val="clear" w:color="auto" w:fill="FFFFFF"/>
            <w:tcMar>
              <w:top w:w="80" w:type="dxa"/>
              <w:left w:w="90" w:type="dxa"/>
              <w:bottom w:w="80" w:type="dxa"/>
              <w:right w:w="90" w:type="dxa"/>
            </w:tcMar>
            <w:vAlign w:val="center"/>
          </w:tcPr>
          <w:p w14:paraId="5AA3B398" w14:textId="77777777" w:rsidR="00430FCC" w:rsidRPr="008E6C00" w:rsidRDefault="00000000">
            <w:pPr>
              <w:spacing w:after="0" w:line="240" w:lineRule="auto"/>
              <w:rPr>
                <w:noProof/>
                <w:lang w:val="ro-RO"/>
              </w:rPr>
            </w:pPr>
            <w:r w:rsidRPr="008E6C00">
              <w:rPr>
                <w:noProof/>
                <w:sz w:val="15"/>
                <w:lang w:val="ro-RO"/>
              </w:rPr>
              <w:t>Intrări de proiectare și dezvoltare</w:t>
            </w:r>
          </w:p>
        </w:tc>
        <w:tc>
          <w:tcPr>
            <w:tcW w:w="5726" w:type="dxa"/>
            <w:shd w:val="clear" w:color="auto" w:fill="FFFFFF"/>
            <w:tcMar>
              <w:top w:w="80" w:type="dxa"/>
              <w:left w:w="90" w:type="dxa"/>
              <w:bottom w:w="80" w:type="dxa"/>
              <w:right w:w="90" w:type="dxa"/>
            </w:tcMar>
            <w:vAlign w:val="center"/>
          </w:tcPr>
          <w:p w14:paraId="552DAC41" w14:textId="77777777" w:rsidR="00430FCC" w:rsidRPr="008E6C00" w:rsidRDefault="00000000">
            <w:pPr>
              <w:spacing w:after="0" w:line="240" w:lineRule="auto"/>
              <w:rPr>
                <w:noProof/>
                <w:lang w:val="ro-RO"/>
              </w:rPr>
            </w:pPr>
            <w:r w:rsidRPr="008E6C00">
              <w:rPr>
                <w:noProof/>
                <w:sz w:val="15"/>
                <w:lang w:val="ro-RO"/>
              </w:rPr>
              <w:t>Cerințe funcționale, performanță, reglementări, experiență și consecințe potențiale.</w:t>
            </w:r>
          </w:p>
        </w:tc>
      </w:tr>
      <w:tr w:rsidR="00430FCC" w:rsidRPr="008E6C00" w14:paraId="1F9C31A8" w14:textId="77777777">
        <w:trPr>
          <w:cantSplit/>
          <w:jc w:val="center"/>
        </w:trPr>
        <w:tc>
          <w:tcPr>
            <w:tcW w:w="1077" w:type="dxa"/>
            <w:shd w:val="clear" w:color="auto" w:fill="FAFAFA"/>
            <w:tcMar>
              <w:top w:w="80" w:type="dxa"/>
              <w:left w:w="90" w:type="dxa"/>
              <w:bottom w:w="80" w:type="dxa"/>
              <w:right w:w="90" w:type="dxa"/>
            </w:tcMar>
            <w:vAlign w:val="center"/>
          </w:tcPr>
          <w:p w14:paraId="3958BD87" w14:textId="77777777" w:rsidR="00430FCC" w:rsidRPr="008E6C00" w:rsidRDefault="00000000">
            <w:pPr>
              <w:spacing w:after="0" w:line="240" w:lineRule="auto"/>
              <w:jc w:val="center"/>
              <w:rPr>
                <w:noProof/>
                <w:lang w:val="ro-RO"/>
              </w:rPr>
            </w:pPr>
            <w:r w:rsidRPr="008E6C00">
              <w:rPr>
                <w:noProof/>
                <w:sz w:val="15"/>
                <w:lang w:val="ro-RO"/>
              </w:rPr>
              <w:t>8.3.4</w:t>
            </w:r>
          </w:p>
        </w:tc>
        <w:tc>
          <w:tcPr>
            <w:tcW w:w="3118" w:type="dxa"/>
            <w:shd w:val="clear" w:color="auto" w:fill="FAFAFA"/>
            <w:tcMar>
              <w:top w:w="80" w:type="dxa"/>
              <w:left w:w="90" w:type="dxa"/>
              <w:bottom w:w="80" w:type="dxa"/>
              <w:right w:w="90" w:type="dxa"/>
            </w:tcMar>
            <w:vAlign w:val="center"/>
          </w:tcPr>
          <w:p w14:paraId="1C6BC740" w14:textId="77777777" w:rsidR="00430FCC" w:rsidRPr="008E6C00" w:rsidRDefault="00000000">
            <w:pPr>
              <w:spacing w:after="0" w:line="240" w:lineRule="auto"/>
              <w:rPr>
                <w:noProof/>
                <w:lang w:val="ro-RO"/>
              </w:rPr>
            </w:pPr>
            <w:r w:rsidRPr="008E6C00">
              <w:rPr>
                <w:noProof/>
                <w:sz w:val="15"/>
                <w:lang w:val="ro-RO"/>
              </w:rPr>
              <w:t>Controale de proiectare și dezvoltare</w:t>
            </w:r>
          </w:p>
        </w:tc>
        <w:tc>
          <w:tcPr>
            <w:tcW w:w="5726" w:type="dxa"/>
            <w:shd w:val="clear" w:color="auto" w:fill="FAFAFA"/>
            <w:tcMar>
              <w:top w:w="80" w:type="dxa"/>
              <w:left w:w="90" w:type="dxa"/>
              <w:bottom w:w="80" w:type="dxa"/>
              <w:right w:w="90" w:type="dxa"/>
            </w:tcMar>
            <w:vAlign w:val="center"/>
          </w:tcPr>
          <w:p w14:paraId="6DC7A89B" w14:textId="77777777" w:rsidR="00430FCC" w:rsidRPr="008E6C00" w:rsidRDefault="00000000">
            <w:pPr>
              <w:spacing w:after="0" w:line="240" w:lineRule="auto"/>
              <w:rPr>
                <w:noProof/>
                <w:lang w:val="ro-RO"/>
              </w:rPr>
            </w:pPr>
            <w:r w:rsidRPr="008E6C00">
              <w:rPr>
                <w:noProof/>
                <w:sz w:val="15"/>
                <w:lang w:val="ro-RO"/>
              </w:rPr>
              <w:t>Revizuiri, verificări, validări, rezultate și acțiuni asupra problemelor identificate.</w:t>
            </w:r>
          </w:p>
        </w:tc>
      </w:tr>
      <w:tr w:rsidR="00430FCC" w:rsidRPr="008E6C00" w14:paraId="5AC4A707" w14:textId="77777777">
        <w:trPr>
          <w:cantSplit/>
          <w:jc w:val="center"/>
        </w:trPr>
        <w:tc>
          <w:tcPr>
            <w:tcW w:w="1077" w:type="dxa"/>
            <w:shd w:val="clear" w:color="auto" w:fill="FFFFFF"/>
            <w:tcMar>
              <w:top w:w="80" w:type="dxa"/>
              <w:left w:w="90" w:type="dxa"/>
              <w:bottom w:w="80" w:type="dxa"/>
              <w:right w:w="90" w:type="dxa"/>
            </w:tcMar>
            <w:vAlign w:val="center"/>
          </w:tcPr>
          <w:p w14:paraId="4629AA83" w14:textId="77777777" w:rsidR="00430FCC" w:rsidRPr="008E6C00" w:rsidRDefault="00000000">
            <w:pPr>
              <w:spacing w:after="0" w:line="240" w:lineRule="auto"/>
              <w:jc w:val="center"/>
              <w:rPr>
                <w:noProof/>
                <w:lang w:val="ro-RO"/>
              </w:rPr>
            </w:pPr>
            <w:r w:rsidRPr="008E6C00">
              <w:rPr>
                <w:noProof/>
                <w:sz w:val="15"/>
                <w:lang w:val="ro-RO"/>
              </w:rPr>
              <w:t>8.3.5</w:t>
            </w:r>
          </w:p>
        </w:tc>
        <w:tc>
          <w:tcPr>
            <w:tcW w:w="3118" w:type="dxa"/>
            <w:shd w:val="clear" w:color="auto" w:fill="FFFFFF"/>
            <w:tcMar>
              <w:top w:w="80" w:type="dxa"/>
              <w:left w:w="90" w:type="dxa"/>
              <w:bottom w:w="80" w:type="dxa"/>
              <w:right w:w="90" w:type="dxa"/>
            </w:tcMar>
            <w:vAlign w:val="center"/>
          </w:tcPr>
          <w:p w14:paraId="477F2B12" w14:textId="77777777" w:rsidR="00430FCC" w:rsidRPr="008E6C00" w:rsidRDefault="00000000">
            <w:pPr>
              <w:spacing w:after="0" w:line="240" w:lineRule="auto"/>
              <w:rPr>
                <w:noProof/>
                <w:lang w:val="ro-RO"/>
              </w:rPr>
            </w:pPr>
            <w:r w:rsidRPr="008E6C00">
              <w:rPr>
                <w:noProof/>
                <w:sz w:val="15"/>
                <w:lang w:val="ro-RO"/>
              </w:rPr>
              <w:t>Ieșiri de proiectare și dezvoltare</w:t>
            </w:r>
          </w:p>
        </w:tc>
        <w:tc>
          <w:tcPr>
            <w:tcW w:w="5726" w:type="dxa"/>
            <w:shd w:val="clear" w:color="auto" w:fill="FFFFFF"/>
            <w:tcMar>
              <w:top w:w="80" w:type="dxa"/>
              <w:left w:w="90" w:type="dxa"/>
              <w:bottom w:w="80" w:type="dxa"/>
              <w:right w:w="90" w:type="dxa"/>
            </w:tcMar>
            <w:vAlign w:val="center"/>
          </w:tcPr>
          <w:p w14:paraId="74A43651" w14:textId="77777777" w:rsidR="00430FCC" w:rsidRPr="008E6C00" w:rsidRDefault="00000000">
            <w:pPr>
              <w:spacing w:after="0" w:line="240" w:lineRule="auto"/>
              <w:rPr>
                <w:noProof/>
                <w:lang w:val="ro-RO"/>
              </w:rPr>
            </w:pPr>
            <w:r w:rsidRPr="008E6C00">
              <w:rPr>
                <w:noProof/>
                <w:sz w:val="15"/>
                <w:lang w:val="ro-RO"/>
              </w:rPr>
              <w:t>Specificații, desene, criterii de acceptare și informații pentru procesele următoare.</w:t>
            </w:r>
          </w:p>
        </w:tc>
      </w:tr>
      <w:tr w:rsidR="00430FCC" w:rsidRPr="008E6C00" w14:paraId="50738225" w14:textId="77777777">
        <w:trPr>
          <w:cantSplit/>
          <w:jc w:val="center"/>
        </w:trPr>
        <w:tc>
          <w:tcPr>
            <w:tcW w:w="1077" w:type="dxa"/>
            <w:shd w:val="clear" w:color="auto" w:fill="FAFAFA"/>
            <w:tcMar>
              <w:top w:w="80" w:type="dxa"/>
              <w:left w:w="90" w:type="dxa"/>
              <w:bottom w:w="80" w:type="dxa"/>
              <w:right w:w="90" w:type="dxa"/>
            </w:tcMar>
            <w:vAlign w:val="center"/>
          </w:tcPr>
          <w:p w14:paraId="45489D12" w14:textId="77777777" w:rsidR="00430FCC" w:rsidRPr="008E6C00" w:rsidRDefault="00000000">
            <w:pPr>
              <w:spacing w:after="0" w:line="240" w:lineRule="auto"/>
              <w:jc w:val="center"/>
              <w:rPr>
                <w:noProof/>
                <w:lang w:val="ro-RO"/>
              </w:rPr>
            </w:pPr>
            <w:r w:rsidRPr="008E6C00">
              <w:rPr>
                <w:noProof/>
                <w:sz w:val="15"/>
                <w:lang w:val="ro-RO"/>
              </w:rPr>
              <w:t>8.3.6</w:t>
            </w:r>
          </w:p>
        </w:tc>
        <w:tc>
          <w:tcPr>
            <w:tcW w:w="3118" w:type="dxa"/>
            <w:shd w:val="clear" w:color="auto" w:fill="FAFAFA"/>
            <w:tcMar>
              <w:top w:w="80" w:type="dxa"/>
              <w:left w:w="90" w:type="dxa"/>
              <w:bottom w:w="80" w:type="dxa"/>
              <w:right w:w="90" w:type="dxa"/>
            </w:tcMar>
            <w:vAlign w:val="center"/>
          </w:tcPr>
          <w:p w14:paraId="0DBE9A1A" w14:textId="77777777" w:rsidR="00430FCC" w:rsidRPr="008E6C00" w:rsidRDefault="00000000">
            <w:pPr>
              <w:spacing w:after="0" w:line="240" w:lineRule="auto"/>
              <w:rPr>
                <w:noProof/>
                <w:lang w:val="ro-RO"/>
              </w:rPr>
            </w:pPr>
            <w:r w:rsidRPr="008E6C00">
              <w:rPr>
                <w:noProof/>
                <w:sz w:val="15"/>
                <w:lang w:val="ro-RO"/>
              </w:rPr>
              <w:t>Modificări de proiectare și dezvoltare</w:t>
            </w:r>
          </w:p>
        </w:tc>
        <w:tc>
          <w:tcPr>
            <w:tcW w:w="5726" w:type="dxa"/>
            <w:shd w:val="clear" w:color="auto" w:fill="FAFAFA"/>
            <w:tcMar>
              <w:top w:w="80" w:type="dxa"/>
              <w:left w:w="90" w:type="dxa"/>
              <w:bottom w:w="80" w:type="dxa"/>
              <w:right w:w="90" w:type="dxa"/>
            </w:tcMar>
            <w:vAlign w:val="center"/>
          </w:tcPr>
          <w:p w14:paraId="642A93C3" w14:textId="77777777" w:rsidR="00430FCC" w:rsidRPr="008E6C00" w:rsidRDefault="00000000">
            <w:pPr>
              <w:spacing w:after="0" w:line="240" w:lineRule="auto"/>
              <w:rPr>
                <w:noProof/>
                <w:lang w:val="ro-RO"/>
              </w:rPr>
            </w:pPr>
            <w:r w:rsidRPr="008E6C00">
              <w:rPr>
                <w:noProof/>
                <w:sz w:val="15"/>
                <w:lang w:val="ro-RO"/>
              </w:rPr>
              <w:t>Modificarea, analiza impactului, autorizarea și acțiunile necesare.</w:t>
            </w:r>
          </w:p>
        </w:tc>
      </w:tr>
    </w:tbl>
    <w:p w14:paraId="7A54AB44" w14:textId="77777777" w:rsidR="00430FCC" w:rsidRPr="008E6C00" w:rsidRDefault="00430FCC">
      <w:pPr>
        <w:spacing w:after="20"/>
        <w:rPr>
          <w:noProof/>
          <w:lang w:val="ro-RO"/>
        </w:rPr>
      </w:pPr>
    </w:p>
    <w:p w14:paraId="1D3B4A23" w14:textId="77777777" w:rsidR="00430FCC" w:rsidRPr="008E6C00" w:rsidRDefault="00000000">
      <w:pPr>
        <w:rPr>
          <w:noProof/>
          <w:lang w:val="ro-RO"/>
        </w:rPr>
      </w:pPr>
      <w:r w:rsidRPr="008E6C00">
        <w:rPr>
          <w:noProof/>
          <w:lang w:val="ro-RO"/>
        </w:rPr>
        <w:br w:type="page"/>
      </w:r>
    </w:p>
    <w:p w14:paraId="0697F311" w14:textId="77777777" w:rsidR="00430FCC" w:rsidRPr="008E6C00" w:rsidRDefault="00000000">
      <w:pPr>
        <w:pStyle w:val="Heading2"/>
        <w:rPr>
          <w:noProof/>
          <w:lang w:val="ro-RO"/>
        </w:rPr>
      </w:pPr>
      <w:r w:rsidRPr="008E6C00">
        <w:rPr>
          <w:noProof/>
          <w:lang w:val="ro-RO"/>
        </w:rPr>
        <w:lastRenderedPageBreak/>
        <w:t>Dovezi care trebuie păstrate - partea 2</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077"/>
        <w:gridCol w:w="3118"/>
        <w:gridCol w:w="5726"/>
      </w:tblGrid>
      <w:tr w:rsidR="00430FCC" w:rsidRPr="008E6C00" w14:paraId="7A22DDBA" w14:textId="77777777">
        <w:trPr>
          <w:tblHeader/>
          <w:jc w:val="center"/>
        </w:trPr>
        <w:tc>
          <w:tcPr>
            <w:tcW w:w="1077" w:type="dxa"/>
            <w:shd w:val="clear" w:color="auto" w:fill="D71920"/>
            <w:tcMar>
              <w:top w:w="80" w:type="dxa"/>
              <w:left w:w="90" w:type="dxa"/>
              <w:bottom w:w="80" w:type="dxa"/>
              <w:right w:w="90" w:type="dxa"/>
            </w:tcMar>
            <w:vAlign w:val="center"/>
          </w:tcPr>
          <w:p w14:paraId="0E547832" w14:textId="77777777" w:rsidR="00430FCC" w:rsidRPr="008E6C00" w:rsidRDefault="00000000">
            <w:pPr>
              <w:spacing w:after="0" w:line="240" w:lineRule="auto"/>
              <w:jc w:val="center"/>
              <w:rPr>
                <w:noProof/>
                <w:lang w:val="ro-RO"/>
              </w:rPr>
            </w:pPr>
            <w:r w:rsidRPr="008E6C00">
              <w:rPr>
                <w:b/>
                <w:noProof/>
                <w:color w:val="FFFFFF"/>
                <w:sz w:val="16"/>
                <w:lang w:val="ro-RO"/>
              </w:rPr>
              <w:t>CLAUZĂ</w:t>
            </w:r>
          </w:p>
        </w:tc>
        <w:tc>
          <w:tcPr>
            <w:tcW w:w="3118" w:type="dxa"/>
            <w:shd w:val="clear" w:color="auto" w:fill="D71920"/>
            <w:tcMar>
              <w:top w:w="80" w:type="dxa"/>
              <w:left w:w="90" w:type="dxa"/>
              <w:bottom w:w="80" w:type="dxa"/>
              <w:right w:w="90" w:type="dxa"/>
            </w:tcMar>
            <w:vAlign w:val="center"/>
          </w:tcPr>
          <w:p w14:paraId="5993BF4C" w14:textId="77777777" w:rsidR="00430FCC" w:rsidRPr="008E6C00" w:rsidRDefault="00000000">
            <w:pPr>
              <w:spacing w:after="0" w:line="240" w:lineRule="auto"/>
              <w:jc w:val="center"/>
              <w:rPr>
                <w:noProof/>
                <w:lang w:val="ro-RO"/>
              </w:rPr>
            </w:pPr>
            <w:r w:rsidRPr="008E6C00">
              <w:rPr>
                <w:b/>
                <w:noProof/>
                <w:color w:val="FFFFFF"/>
                <w:sz w:val="16"/>
                <w:lang w:val="ro-RO"/>
              </w:rPr>
              <w:t>DOVADĂ</w:t>
            </w:r>
          </w:p>
        </w:tc>
        <w:tc>
          <w:tcPr>
            <w:tcW w:w="5726" w:type="dxa"/>
            <w:shd w:val="clear" w:color="auto" w:fill="D71920"/>
            <w:tcMar>
              <w:top w:w="80" w:type="dxa"/>
              <w:left w:w="90" w:type="dxa"/>
              <w:bottom w:w="80" w:type="dxa"/>
              <w:right w:w="90" w:type="dxa"/>
            </w:tcMar>
            <w:vAlign w:val="center"/>
          </w:tcPr>
          <w:p w14:paraId="141EBC1A" w14:textId="77777777" w:rsidR="00430FCC" w:rsidRPr="008E6C00" w:rsidRDefault="00000000">
            <w:pPr>
              <w:spacing w:after="0" w:line="240" w:lineRule="auto"/>
              <w:jc w:val="center"/>
              <w:rPr>
                <w:noProof/>
                <w:lang w:val="ro-RO"/>
              </w:rPr>
            </w:pPr>
            <w:r w:rsidRPr="008E6C00">
              <w:rPr>
                <w:b/>
                <w:noProof/>
                <w:color w:val="FFFFFF"/>
                <w:sz w:val="16"/>
                <w:lang w:val="ro-RO"/>
              </w:rPr>
              <w:t>EXEMPLE DE ÎNREGISTRĂRI</w:t>
            </w:r>
          </w:p>
        </w:tc>
      </w:tr>
      <w:tr w:rsidR="00430FCC" w:rsidRPr="008E6C00" w14:paraId="74A837B9" w14:textId="77777777">
        <w:trPr>
          <w:cantSplit/>
          <w:jc w:val="center"/>
        </w:trPr>
        <w:tc>
          <w:tcPr>
            <w:tcW w:w="1077" w:type="dxa"/>
            <w:shd w:val="clear" w:color="auto" w:fill="FFFFFF"/>
            <w:tcMar>
              <w:top w:w="80" w:type="dxa"/>
              <w:left w:w="90" w:type="dxa"/>
              <w:bottom w:w="80" w:type="dxa"/>
              <w:right w:w="90" w:type="dxa"/>
            </w:tcMar>
            <w:vAlign w:val="center"/>
          </w:tcPr>
          <w:p w14:paraId="26A10FD3" w14:textId="77777777" w:rsidR="00430FCC" w:rsidRPr="008E6C00" w:rsidRDefault="00000000">
            <w:pPr>
              <w:spacing w:after="0" w:line="240" w:lineRule="auto"/>
              <w:jc w:val="center"/>
              <w:rPr>
                <w:noProof/>
                <w:lang w:val="ro-RO"/>
              </w:rPr>
            </w:pPr>
            <w:r w:rsidRPr="008E6C00">
              <w:rPr>
                <w:noProof/>
                <w:sz w:val="15"/>
                <w:lang w:val="ro-RO"/>
              </w:rPr>
              <w:t>8.4.1</w:t>
            </w:r>
          </w:p>
        </w:tc>
        <w:tc>
          <w:tcPr>
            <w:tcW w:w="3118" w:type="dxa"/>
            <w:shd w:val="clear" w:color="auto" w:fill="FFFFFF"/>
            <w:tcMar>
              <w:top w:w="80" w:type="dxa"/>
              <w:left w:w="90" w:type="dxa"/>
              <w:bottom w:w="80" w:type="dxa"/>
              <w:right w:w="90" w:type="dxa"/>
            </w:tcMar>
            <w:vAlign w:val="center"/>
          </w:tcPr>
          <w:p w14:paraId="0BE8D0D2" w14:textId="77777777" w:rsidR="00430FCC" w:rsidRPr="008E6C00" w:rsidRDefault="00000000">
            <w:pPr>
              <w:spacing w:after="0" w:line="240" w:lineRule="auto"/>
              <w:rPr>
                <w:noProof/>
                <w:lang w:val="ro-RO"/>
              </w:rPr>
            </w:pPr>
            <w:r w:rsidRPr="008E6C00">
              <w:rPr>
                <w:noProof/>
                <w:sz w:val="15"/>
                <w:lang w:val="ro-RO"/>
              </w:rPr>
              <w:t>Controlul furnizorilor externi</w:t>
            </w:r>
          </w:p>
        </w:tc>
        <w:tc>
          <w:tcPr>
            <w:tcW w:w="5726" w:type="dxa"/>
            <w:shd w:val="clear" w:color="auto" w:fill="FFFFFF"/>
            <w:tcMar>
              <w:top w:w="80" w:type="dxa"/>
              <w:left w:w="90" w:type="dxa"/>
              <w:bottom w:w="80" w:type="dxa"/>
              <w:right w:w="90" w:type="dxa"/>
            </w:tcMar>
            <w:vAlign w:val="center"/>
          </w:tcPr>
          <w:p w14:paraId="7D9FC07B" w14:textId="77777777" w:rsidR="00430FCC" w:rsidRPr="008E6C00" w:rsidRDefault="00000000">
            <w:pPr>
              <w:spacing w:after="0" w:line="240" w:lineRule="auto"/>
              <w:rPr>
                <w:noProof/>
                <w:lang w:val="ro-RO"/>
              </w:rPr>
            </w:pPr>
            <w:r w:rsidRPr="008E6C00">
              <w:rPr>
                <w:noProof/>
                <w:sz w:val="15"/>
                <w:lang w:val="ro-RO"/>
              </w:rPr>
              <w:t>Evaluare, selecție, monitorizare, reevaluare, performanță și acțiuni rezultate.</w:t>
            </w:r>
          </w:p>
        </w:tc>
      </w:tr>
      <w:tr w:rsidR="00430FCC" w:rsidRPr="008E6C00" w14:paraId="1E18CA88" w14:textId="77777777">
        <w:trPr>
          <w:cantSplit/>
          <w:jc w:val="center"/>
        </w:trPr>
        <w:tc>
          <w:tcPr>
            <w:tcW w:w="1077" w:type="dxa"/>
            <w:shd w:val="clear" w:color="auto" w:fill="FAFAFA"/>
            <w:tcMar>
              <w:top w:w="80" w:type="dxa"/>
              <w:left w:w="90" w:type="dxa"/>
              <w:bottom w:w="80" w:type="dxa"/>
              <w:right w:w="90" w:type="dxa"/>
            </w:tcMar>
            <w:vAlign w:val="center"/>
          </w:tcPr>
          <w:p w14:paraId="746EBCF3" w14:textId="77777777" w:rsidR="00430FCC" w:rsidRPr="008E6C00" w:rsidRDefault="00000000">
            <w:pPr>
              <w:spacing w:after="0" w:line="240" w:lineRule="auto"/>
              <w:jc w:val="center"/>
              <w:rPr>
                <w:noProof/>
                <w:lang w:val="ro-RO"/>
              </w:rPr>
            </w:pPr>
            <w:r w:rsidRPr="008E6C00">
              <w:rPr>
                <w:noProof/>
                <w:sz w:val="15"/>
                <w:lang w:val="ro-RO"/>
              </w:rPr>
              <w:t>8.5.2</w:t>
            </w:r>
          </w:p>
        </w:tc>
        <w:tc>
          <w:tcPr>
            <w:tcW w:w="3118" w:type="dxa"/>
            <w:shd w:val="clear" w:color="auto" w:fill="FAFAFA"/>
            <w:tcMar>
              <w:top w:w="80" w:type="dxa"/>
              <w:left w:w="90" w:type="dxa"/>
              <w:bottom w:w="80" w:type="dxa"/>
              <w:right w:w="90" w:type="dxa"/>
            </w:tcMar>
            <w:vAlign w:val="center"/>
          </w:tcPr>
          <w:p w14:paraId="5753A326" w14:textId="77777777" w:rsidR="00430FCC" w:rsidRPr="008E6C00" w:rsidRDefault="00000000">
            <w:pPr>
              <w:spacing w:after="0" w:line="240" w:lineRule="auto"/>
              <w:rPr>
                <w:noProof/>
                <w:lang w:val="ro-RO"/>
              </w:rPr>
            </w:pPr>
            <w:r w:rsidRPr="008E6C00">
              <w:rPr>
                <w:noProof/>
                <w:sz w:val="15"/>
                <w:lang w:val="ro-RO"/>
              </w:rPr>
              <w:t>Identificare și trasabilitate, când este cerută</w:t>
            </w:r>
          </w:p>
        </w:tc>
        <w:tc>
          <w:tcPr>
            <w:tcW w:w="5726" w:type="dxa"/>
            <w:shd w:val="clear" w:color="auto" w:fill="FAFAFA"/>
            <w:tcMar>
              <w:top w:w="80" w:type="dxa"/>
              <w:left w:w="90" w:type="dxa"/>
              <w:bottom w:w="80" w:type="dxa"/>
              <w:right w:w="90" w:type="dxa"/>
            </w:tcMar>
            <w:vAlign w:val="center"/>
          </w:tcPr>
          <w:p w14:paraId="3EA6BFCC" w14:textId="77777777" w:rsidR="00430FCC" w:rsidRPr="008E6C00" w:rsidRDefault="00000000">
            <w:pPr>
              <w:spacing w:after="0" w:line="240" w:lineRule="auto"/>
              <w:rPr>
                <w:noProof/>
                <w:lang w:val="ro-RO"/>
              </w:rPr>
            </w:pPr>
            <w:r w:rsidRPr="008E6C00">
              <w:rPr>
                <w:noProof/>
                <w:sz w:val="15"/>
                <w:lang w:val="ro-RO"/>
              </w:rPr>
              <w:t>Cod unic, lot, serie, versiune, stare și legătura cu istoricul realizării.</w:t>
            </w:r>
          </w:p>
        </w:tc>
      </w:tr>
      <w:tr w:rsidR="00430FCC" w:rsidRPr="008E6C00" w14:paraId="46A76550" w14:textId="77777777">
        <w:trPr>
          <w:cantSplit/>
          <w:jc w:val="center"/>
        </w:trPr>
        <w:tc>
          <w:tcPr>
            <w:tcW w:w="1077" w:type="dxa"/>
            <w:shd w:val="clear" w:color="auto" w:fill="FFFFFF"/>
            <w:tcMar>
              <w:top w:w="80" w:type="dxa"/>
              <w:left w:w="90" w:type="dxa"/>
              <w:bottom w:w="80" w:type="dxa"/>
              <w:right w:w="90" w:type="dxa"/>
            </w:tcMar>
            <w:vAlign w:val="center"/>
          </w:tcPr>
          <w:p w14:paraId="381E7995" w14:textId="77777777" w:rsidR="00430FCC" w:rsidRPr="008E6C00" w:rsidRDefault="00000000">
            <w:pPr>
              <w:spacing w:after="0" w:line="240" w:lineRule="auto"/>
              <w:jc w:val="center"/>
              <w:rPr>
                <w:noProof/>
                <w:lang w:val="ro-RO"/>
              </w:rPr>
            </w:pPr>
            <w:r w:rsidRPr="008E6C00">
              <w:rPr>
                <w:noProof/>
                <w:sz w:val="15"/>
                <w:lang w:val="ro-RO"/>
              </w:rPr>
              <w:t>8.5.3</w:t>
            </w:r>
          </w:p>
        </w:tc>
        <w:tc>
          <w:tcPr>
            <w:tcW w:w="3118" w:type="dxa"/>
            <w:shd w:val="clear" w:color="auto" w:fill="FFFFFF"/>
            <w:tcMar>
              <w:top w:w="80" w:type="dxa"/>
              <w:left w:w="90" w:type="dxa"/>
              <w:bottom w:w="80" w:type="dxa"/>
              <w:right w:w="90" w:type="dxa"/>
            </w:tcMar>
            <w:vAlign w:val="center"/>
          </w:tcPr>
          <w:p w14:paraId="042B091F" w14:textId="77777777" w:rsidR="00430FCC" w:rsidRPr="008E6C00" w:rsidRDefault="00000000">
            <w:pPr>
              <w:spacing w:after="0" w:line="240" w:lineRule="auto"/>
              <w:rPr>
                <w:noProof/>
                <w:lang w:val="ro-RO"/>
              </w:rPr>
            </w:pPr>
            <w:r w:rsidRPr="008E6C00">
              <w:rPr>
                <w:noProof/>
                <w:sz w:val="15"/>
                <w:lang w:val="ro-RO"/>
              </w:rPr>
              <w:t>Bunuri ale clientului sau furnizorului extern</w:t>
            </w:r>
          </w:p>
        </w:tc>
        <w:tc>
          <w:tcPr>
            <w:tcW w:w="5726" w:type="dxa"/>
            <w:shd w:val="clear" w:color="auto" w:fill="FFFFFF"/>
            <w:tcMar>
              <w:top w:w="80" w:type="dxa"/>
              <w:left w:w="90" w:type="dxa"/>
              <w:bottom w:w="80" w:type="dxa"/>
              <w:right w:w="90" w:type="dxa"/>
            </w:tcMar>
            <w:vAlign w:val="center"/>
          </w:tcPr>
          <w:p w14:paraId="0209A263" w14:textId="77777777" w:rsidR="00430FCC" w:rsidRPr="008E6C00" w:rsidRDefault="00000000">
            <w:pPr>
              <w:spacing w:after="0" w:line="240" w:lineRule="auto"/>
              <w:rPr>
                <w:noProof/>
                <w:lang w:val="ro-RO"/>
              </w:rPr>
            </w:pPr>
            <w:r w:rsidRPr="008E6C00">
              <w:rPr>
                <w:noProof/>
                <w:sz w:val="15"/>
                <w:lang w:val="ro-RO"/>
              </w:rPr>
              <w:t>Pierdere, deteriorare, neadecvare și comunicarea către proprietar.</w:t>
            </w:r>
          </w:p>
        </w:tc>
      </w:tr>
      <w:tr w:rsidR="00430FCC" w:rsidRPr="008E6C00" w14:paraId="4AC4F99C" w14:textId="77777777">
        <w:trPr>
          <w:cantSplit/>
          <w:jc w:val="center"/>
        </w:trPr>
        <w:tc>
          <w:tcPr>
            <w:tcW w:w="1077" w:type="dxa"/>
            <w:shd w:val="clear" w:color="auto" w:fill="FAFAFA"/>
            <w:tcMar>
              <w:top w:w="80" w:type="dxa"/>
              <w:left w:w="90" w:type="dxa"/>
              <w:bottom w:w="80" w:type="dxa"/>
              <w:right w:w="90" w:type="dxa"/>
            </w:tcMar>
            <w:vAlign w:val="center"/>
          </w:tcPr>
          <w:p w14:paraId="1EE6947F" w14:textId="77777777" w:rsidR="00430FCC" w:rsidRPr="008E6C00" w:rsidRDefault="00000000">
            <w:pPr>
              <w:spacing w:after="0" w:line="240" w:lineRule="auto"/>
              <w:jc w:val="center"/>
              <w:rPr>
                <w:noProof/>
                <w:lang w:val="ro-RO"/>
              </w:rPr>
            </w:pPr>
            <w:r w:rsidRPr="008E6C00">
              <w:rPr>
                <w:noProof/>
                <w:sz w:val="15"/>
                <w:lang w:val="ro-RO"/>
              </w:rPr>
              <w:t>8.5.6</w:t>
            </w:r>
          </w:p>
        </w:tc>
        <w:tc>
          <w:tcPr>
            <w:tcW w:w="3118" w:type="dxa"/>
            <w:shd w:val="clear" w:color="auto" w:fill="FAFAFA"/>
            <w:tcMar>
              <w:top w:w="80" w:type="dxa"/>
              <w:left w:w="90" w:type="dxa"/>
              <w:bottom w:w="80" w:type="dxa"/>
              <w:right w:w="90" w:type="dxa"/>
            </w:tcMar>
            <w:vAlign w:val="center"/>
          </w:tcPr>
          <w:p w14:paraId="0EDB7BDF" w14:textId="77777777" w:rsidR="00430FCC" w:rsidRPr="008E6C00" w:rsidRDefault="00000000">
            <w:pPr>
              <w:spacing w:after="0" w:line="240" w:lineRule="auto"/>
              <w:rPr>
                <w:noProof/>
                <w:lang w:val="ro-RO"/>
              </w:rPr>
            </w:pPr>
            <w:r w:rsidRPr="008E6C00">
              <w:rPr>
                <w:noProof/>
                <w:sz w:val="15"/>
                <w:lang w:val="ro-RO"/>
              </w:rPr>
              <w:t>Schimbări în producție sau furnizarea serviciului</w:t>
            </w:r>
          </w:p>
        </w:tc>
        <w:tc>
          <w:tcPr>
            <w:tcW w:w="5726" w:type="dxa"/>
            <w:shd w:val="clear" w:color="auto" w:fill="FAFAFA"/>
            <w:tcMar>
              <w:top w:w="80" w:type="dxa"/>
              <w:left w:w="90" w:type="dxa"/>
              <w:bottom w:w="80" w:type="dxa"/>
              <w:right w:w="90" w:type="dxa"/>
            </w:tcMar>
            <w:vAlign w:val="center"/>
          </w:tcPr>
          <w:p w14:paraId="152BC22D" w14:textId="77777777" w:rsidR="00430FCC" w:rsidRPr="008E6C00" w:rsidRDefault="00000000">
            <w:pPr>
              <w:spacing w:after="0" w:line="240" w:lineRule="auto"/>
              <w:rPr>
                <w:noProof/>
                <w:lang w:val="ro-RO"/>
              </w:rPr>
            </w:pPr>
            <w:r w:rsidRPr="008E6C00">
              <w:rPr>
                <w:noProof/>
                <w:sz w:val="15"/>
                <w:lang w:val="ro-RO"/>
              </w:rPr>
              <w:t>Analiza schimbării, autorizatorul și acțiunile necesare.</w:t>
            </w:r>
          </w:p>
        </w:tc>
      </w:tr>
      <w:tr w:rsidR="00430FCC" w:rsidRPr="008E6C00" w14:paraId="55759251" w14:textId="77777777">
        <w:trPr>
          <w:cantSplit/>
          <w:jc w:val="center"/>
        </w:trPr>
        <w:tc>
          <w:tcPr>
            <w:tcW w:w="1077" w:type="dxa"/>
            <w:shd w:val="clear" w:color="auto" w:fill="FFFFFF"/>
            <w:tcMar>
              <w:top w:w="80" w:type="dxa"/>
              <w:left w:w="90" w:type="dxa"/>
              <w:bottom w:w="80" w:type="dxa"/>
              <w:right w:w="90" w:type="dxa"/>
            </w:tcMar>
            <w:vAlign w:val="center"/>
          </w:tcPr>
          <w:p w14:paraId="01A8B788" w14:textId="77777777" w:rsidR="00430FCC" w:rsidRPr="008E6C00" w:rsidRDefault="00000000">
            <w:pPr>
              <w:spacing w:after="0" w:line="240" w:lineRule="auto"/>
              <w:jc w:val="center"/>
              <w:rPr>
                <w:noProof/>
                <w:lang w:val="ro-RO"/>
              </w:rPr>
            </w:pPr>
            <w:r w:rsidRPr="008E6C00">
              <w:rPr>
                <w:noProof/>
                <w:sz w:val="15"/>
                <w:lang w:val="ro-RO"/>
              </w:rPr>
              <w:t>8.6</w:t>
            </w:r>
          </w:p>
        </w:tc>
        <w:tc>
          <w:tcPr>
            <w:tcW w:w="3118" w:type="dxa"/>
            <w:shd w:val="clear" w:color="auto" w:fill="FFFFFF"/>
            <w:tcMar>
              <w:top w:w="80" w:type="dxa"/>
              <w:left w:w="90" w:type="dxa"/>
              <w:bottom w:w="80" w:type="dxa"/>
              <w:right w:w="90" w:type="dxa"/>
            </w:tcMar>
            <w:vAlign w:val="center"/>
          </w:tcPr>
          <w:p w14:paraId="4095986D" w14:textId="77777777" w:rsidR="00430FCC" w:rsidRPr="008E6C00" w:rsidRDefault="00000000">
            <w:pPr>
              <w:spacing w:after="0" w:line="240" w:lineRule="auto"/>
              <w:rPr>
                <w:noProof/>
                <w:lang w:val="ro-RO"/>
              </w:rPr>
            </w:pPr>
            <w:r w:rsidRPr="008E6C00">
              <w:rPr>
                <w:noProof/>
                <w:sz w:val="15"/>
                <w:lang w:val="ro-RO"/>
              </w:rPr>
              <w:t>Eliberarea produselor și serviciilor</w:t>
            </w:r>
          </w:p>
        </w:tc>
        <w:tc>
          <w:tcPr>
            <w:tcW w:w="5726" w:type="dxa"/>
            <w:shd w:val="clear" w:color="auto" w:fill="FFFFFF"/>
            <w:tcMar>
              <w:top w:w="80" w:type="dxa"/>
              <w:left w:w="90" w:type="dxa"/>
              <w:bottom w:w="80" w:type="dxa"/>
              <w:right w:w="90" w:type="dxa"/>
            </w:tcMar>
            <w:vAlign w:val="center"/>
          </w:tcPr>
          <w:p w14:paraId="46055408" w14:textId="77777777" w:rsidR="00430FCC" w:rsidRPr="008E6C00" w:rsidRDefault="00000000">
            <w:pPr>
              <w:spacing w:after="0" w:line="240" w:lineRule="auto"/>
              <w:rPr>
                <w:noProof/>
                <w:lang w:val="ro-RO"/>
              </w:rPr>
            </w:pPr>
            <w:r w:rsidRPr="008E6C00">
              <w:rPr>
                <w:noProof/>
                <w:sz w:val="15"/>
                <w:lang w:val="ro-RO"/>
              </w:rPr>
              <w:t>Rezultate față de criteriile de acceptare și persoana care autorizează eliberarea.</w:t>
            </w:r>
          </w:p>
        </w:tc>
      </w:tr>
      <w:tr w:rsidR="00430FCC" w:rsidRPr="008E6C00" w14:paraId="1D1DFE62" w14:textId="77777777">
        <w:trPr>
          <w:cantSplit/>
          <w:jc w:val="center"/>
        </w:trPr>
        <w:tc>
          <w:tcPr>
            <w:tcW w:w="1077" w:type="dxa"/>
            <w:shd w:val="clear" w:color="auto" w:fill="FAFAFA"/>
            <w:tcMar>
              <w:top w:w="80" w:type="dxa"/>
              <w:left w:w="90" w:type="dxa"/>
              <w:bottom w:w="80" w:type="dxa"/>
              <w:right w:w="90" w:type="dxa"/>
            </w:tcMar>
            <w:vAlign w:val="center"/>
          </w:tcPr>
          <w:p w14:paraId="1A7B1E58" w14:textId="77777777" w:rsidR="00430FCC" w:rsidRPr="008E6C00" w:rsidRDefault="00000000">
            <w:pPr>
              <w:spacing w:after="0" w:line="240" w:lineRule="auto"/>
              <w:jc w:val="center"/>
              <w:rPr>
                <w:noProof/>
                <w:lang w:val="ro-RO"/>
              </w:rPr>
            </w:pPr>
            <w:r w:rsidRPr="008E6C00">
              <w:rPr>
                <w:noProof/>
                <w:sz w:val="15"/>
                <w:lang w:val="ro-RO"/>
              </w:rPr>
              <w:t>8.7</w:t>
            </w:r>
          </w:p>
        </w:tc>
        <w:tc>
          <w:tcPr>
            <w:tcW w:w="3118" w:type="dxa"/>
            <w:shd w:val="clear" w:color="auto" w:fill="FAFAFA"/>
            <w:tcMar>
              <w:top w:w="80" w:type="dxa"/>
              <w:left w:w="90" w:type="dxa"/>
              <w:bottom w:w="80" w:type="dxa"/>
              <w:right w:w="90" w:type="dxa"/>
            </w:tcMar>
            <w:vAlign w:val="center"/>
          </w:tcPr>
          <w:p w14:paraId="0047E58C" w14:textId="77777777" w:rsidR="00430FCC" w:rsidRPr="008E6C00" w:rsidRDefault="00000000">
            <w:pPr>
              <w:spacing w:after="0" w:line="240" w:lineRule="auto"/>
              <w:rPr>
                <w:noProof/>
                <w:lang w:val="ro-RO"/>
              </w:rPr>
            </w:pPr>
            <w:r w:rsidRPr="008E6C00">
              <w:rPr>
                <w:noProof/>
                <w:sz w:val="15"/>
                <w:lang w:val="ro-RO"/>
              </w:rPr>
              <w:t>Ieșiri neconforme</w:t>
            </w:r>
          </w:p>
        </w:tc>
        <w:tc>
          <w:tcPr>
            <w:tcW w:w="5726" w:type="dxa"/>
            <w:shd w:val="clear" w:color="auto" w:fill="FAFAFA"/>
            <w:tcMar>
              <w:top w:w="80" w:type="dxa"/>
              <w:left w:w="90" w:type="dxa"/>
              <w:bottom w:w="80" w:type="dxa"/>
              <w:right w:w="90" w:type="dxa"/>
            </w:tcMar>
            <w:vAlign w:val="center"/>
          </w:tcPr>
          <w:p w14:paraId="613DDB96" w14:textId="77777777" w:rsidR="00430FCC" w:rsidRPr="008E6C00" w:rsidRDefault="00000000">
            <w:pPr>
              <w:spacing w:after="0" w:line="240" w:lineRule="auto"/>
              <w:rPr>
                <w:noProof/>
                <w:lang w:val="ro-RO"/>
              </w:rPr>
            </w:pPr>
            <w:r w:rsidRPr="008E6C00">
              <w:rPr>
                <w:noProof/>
                <w:sz w:val="15"/>
                <w:lang w:val="ro-RO"/>
              </w:rPr>
              <w:t>Descrierea neconformității, acțiuni, concesii și autoritatea care a decis.</w:t>
            </w:r>
          </w:p>
        </w:tc>
      </w:tr>
      <w:tr w:rsidR="00430FCC" w:rsidRPr="008E6C00" w14:paraId="4B5DF53B" w14:textId="77777777">
        <w:trPr>
          <w:cantSplit/>
          <w:jc w:val="center"/>
        </w:trPr>
        <w:tc>
          <w:tcPr>
            <w:tcW w:w="1077" w:type="dxa"/>
            <w:shd w:val="clear" w:color="auto" w:fill="FFFFFF"/>
            <w:tcMar>
              <w:top w:w="80" w:type="dxa"/>
              <w:left w:w="90" w:type="dxa"/>
              <w:bottom w:w="80" w:type="dxa"/>
              <w:right w:w="90" w:type="dxa"/>
            </w:tcMar>
            <w:vAlign w:val="center"/>
          </w:tcPr>
          <w:p w14:paraId="22B4C541" w14:textId="77777777" w:rsidR="00430FCC" w:rsidRPr="008E6C00" w:rsidRDefault="00000000">
            <w:pPr>
              <w:spacing w:after="0" w:line="240" w:lineRule="auto"/>
              <w:jc w:val="center"/>
              <w:rPr>
                <w:noProof/>
                <w:lang w:val="ro-RO"/>
              </w:rPr>
            </w:pPr>
            <w:r w:rsidRPr="008E6C00">
              <w:rPr>
                <w:noProof/>
                <w:sz w:val="15"/>
                <w:lang w:val="ro-RO"/>
              </w:rPr>
              <w:t>9.1.1</w:t>
            </w:r>
          </w:p>
        </w:tc>
        <w:tc>
          <w:tcPr>
            <w:tcW w:w="3118" w:type="dxa"/>
            <w:shd w:val="clear" w:color="auto" w:fill="FFFFFF"/>
            <w:tcMar>
              <w:top w:w="80" w:type="dxa"/>
              <w:left w:w="90" w:type="dxa"/>
              <w:bottom w:w="80" w:type="dxa"/>
              <w:right w:w="90" w:type="dxa"/>
            </w:tcMar>
            <w:vAlign w:val="center"/>
          </w:tcPr>
          <w:p w14:paraId="0C000550" w14:textId="77777777" w:rsidR="00430FCC" w:rsidRPr="008E6C00" w:rsidRDefault="00000000">
            <w:pPr>
              <w:spacing w:after="0" w:line="240" w:lineRule="auto"/>
              <w:rPr>
                <w:noProof/>
                <w:lang w:val="ro-RO"/>
              </w:rPr>
            </w:pPr>
            <w:r w:rsidRPr="008E6C00">
              <w:rPr>
                <w:noProof/>
                <w:sz w:val="15"/>
                <w:lang w:val="ro-RO"/>
              </w:rPr>
              <w:t>Monitorizare, măsurare, analiză și evaluare</w:t>
            </w:r>
          </w:p>
        </w:tc>
        <w:tc>
          <w:tcPr>
            <w:tcW w:w="5726" w:type="dxa"/>
            <w:shd w:val="clear" w:color="auto" w:fill="FFFFFF"/>
            <w:tcMar>
              <w:top w:w="80" w:type="dxa"/>
              <w:left w:w="90" w:type="dxa"/>
              <w:bottom w:w="80" w:type="dxa"/>
              <w:right w:w="90" w:type="dxa"/>
            </w:tcMar>
            <w:vAlign w:val="center"/>
          </w:tcPr>
          <w:p w14:paraId="77D89877" w14:textId="77777777" w:rsidR="00430FCC" w:rsidRPr="008E6C00" w:rsidRDefault="00000000">
            <w:pPr>
              <w:spacing w:after="0" w:line="240" w:lineRule="auto"/>
              <w:rPr>
                <w:noProof/>
                <w:lang w:val="ro-RO"/>
              </w:rPr>
            </w:pPr>
            <w:r w:rsidRPr="008E6C00">
              <w:rPr>
                <w:noProof/>
                <w:sz w:val="15"/>
                <w:lang w:val="ro-RO"/>
              </w:rPr>
              <w:t>Rezultate KPI, inspecții, teste, sondaje și analize de trend.</w:t>
            </w:r>
          </w:p>
        </w:tc>
      </w:tr>
      <w:tr w:rsidR="00430FCC" w:rsidRPr="008E6C00" w14:paraId="6FFAF2E0" w14:textId="77777777">
        <w:trPr>
          <w:cantSplit/>
          <w:jc w:val="center"/>
        </w:trPr>
        <w:tc>
          <w:tcPr>
            <w:tcW w:w="1077" w:type="dxa"/>
            <w:shd w:val="clear" w:color="auto" w:fill="FAFAFA"/>
            <w:tcMar>
              <w:top w:w="80" w:type="dxa"/>
              <w:left w:w="90" w:type="dxa"/>
              <w:bottom w:w="80" w:type="dxa"/>
              <w:right w:w="90" w:type="dxa"/>
            </w:tcMar>
            <w:vAlign w:val="center"/>
          </w:tcPr>
          <w:p w14:paraId="6E95B6C4" w14:textId="77777777" w:rsidR="00430FCC" w:rsidRPr="008E6C00" w:rsidRDefault="00000000">
            <w:pPr>
              <w:spacing w:after="0" w:line="240" w:lineRule="auto"/>
              <w:jc w:val="center"/>
              <w:rPr>
                <w:noProof/>
                <w:lang w:val="ro-RO"/>
              </w:rPr>
            </w:pPr>
            <w:r w:rsidRPr="008E6C00">
              <w:rPr>
                <w:noProof/>
                <w:sz w:val="15"/>
                <w:lang w:val="ro-RO"/>
              </w:rPr>
              <w:t>9.2.2</w:t>
            </w:r>
          </w:p>
        </w:tc>
        <w:tc>
          <w:tcPr>
            <w:tcW w:w="3118" w:type="dxa"/>
            <w:shd w:val="clear" w:color="auto" w:fill="FAFAFA"/>
            <w:tcMar>
              <w:top w:w="80" w:type="dxa"/>
              <w:left w:w="90" w:type="dxa"/>
              <w:bottom w:w="80" w:type="dxa"/>
              <w:right w:w="90" w:type="dxa"/>
            </w:tcMar>
            <w:vAlign w:val="center"/>
          </w:tcPr>
          <w:p w14:paraId="00917159" w14:textId="77777777" w:rsidR="00430FCC" w:rsidRPr="008E6C00" w:rsidRDefault="00000000">
            <w:pPr>
              <w:spacing w:after="0" w:line="240" w:lineRule="auto"/>
              <w:rPr>
                <w:noProof/>
                <w:lang w:val="ro-RO"/>
              </w:rPr>
            </w:pPr>
            <w:r w:rsidRPr="008E6C00">
              <w:rPr>
                <w:noProof/>
                <w:sz w:val="15"/>
                <w:lang w:val="ro-RO"/>
              </w:rPr>
              <w:t>Audit intern</w:t>
            </w:r>
          </w:p>
        </w:tc>
        <w:tc>
          <w:tcPr>
            <w:tcW w:w="5726" w:type="dxa"/>
            <w:shd w:val="clear" w:color="auto" w:fill="FAFAFA"/>
            <w:tcMar>
              <w:top w:w="80" w:type="dxa"/>
              <w:left w:w="90" w:type="dxa"/>
              <w:bottom w:w="80" w:type="dxa"/>
              <w:right w:w="90" w:type="dxa"/>
            </w:tcMar>
            <w:vAlign w:val="center"/>
          </w:tcPr>
          <w:p w14:paraId="66B6056C" w14:textId="77777777" w:rsidR="00430FCC" w:rsidRPr="008E6C00" w:rsidRDefault="00000000">
            <w:pPr>
              <w:spacing w:after="0" w:line="240" w:lineRule="auto"/>
              <w:rPr>
                <w:noProof/>
                <w:lang w:val="ro-RO"/>
              </w:rPr>
            </w:pPr>
            <w:r w:rsidRPr="008E6C00">
              <w:rPr>
                <w:noProof/>
                <w:sz w:val="15"/>
                <w:lang w:val="ro-RO"/>
              </w:rPr>
              <w:t>Program, planuri, rapoarte, constatări și urmărirea acțiunilor.</w:t>
            </w:r>
          </w:p>
        </w:tc>
      </w:tr>
      <w:tr w:rsidR="00430FCC" w:rsidRPr="008E6C00" w14:paraId="74DD3726" w14:textId="77777777">
        <w:trPr>
          <w:cantSplit/>
          <w:jc w:val="center"/>
        </w:trPr>
        <w:tc>
          <w:tcPr>
            <w:tcW w:w="1077" w:type="dxa"/>
            <w:shd w:val="clear" w:color="auto" w:fill="FFFFFF"/>
            <w:tcMar>
              <w:top w:w="80" w:type="dxa"/>
              <w:left w:w="90" w:type="dxa"/>
              <w:bottom w:w="80" w:type="dxa"/>
              <w:right w:w="90" w:type="dxa"/>
            </w:tcMar>
            <w:vAlign w:val="center"/>
          </w:tcPr>
          <w:p w14:paraId="09445D3C" w14:textId="77777777" w:rsidR="00430FCC" w:rsidRPr="008E6C00" w:rsidRDefault="00000000">
            <w:pPr>
              <w:spacing w:after="0" w:line="240" w:lineRule="auto"/>
              <w:jc w:val="center"/>
              <w:rPr>
                <w:noProof/>
                <w:lang w:val="ro-RO"/>
              </w:rPr>
            </w:pPr>
            <w:r w:rsidRPr="008E6C00">
              <w:rPr>
                <w:noProof/>
                <w:sz w:val="15"/>
                <w:lang w:val="ro-RO"/>
              </w:rPr>
              <w:t>9.3.3</w:t>
            </w:r>
          </w:p>
        </w:tc>
        <w:tc>
          <w:tcPr>
            <w:tcW w:w="3118" w:type="dxa"/>
            <w:shd w:val="clear" w:color="auto" w:fill="FFFFFF"/>
            <w:tcMar>
              <w:top w:w="80" w:type="dxa"/>
              <w:left w:w="90" w:type="dxa"/>
              <w:bottom w:w="80" w:type="dxa"/>
              <w:right w:w="90" w:type="dxa"/>
            </w:tcMar>
            <w:vAlign w:val="center"/>
          </w:tcPr>
          <w:p w14:paraId="1EB982F7" w14:textId="77777777" w:rsidR="00430FCC" w:rsidRPr="008E6C00" w:rsidRDefault="00000000">
            <w:pPr>
              <w:spacing w:after="0" w:line="240" w:lineRule="auto"/>
              <w:rPr>
                <w:noProof/>
                <w:lang w:val="ro-RO"/>
              </w:rPr>
            </w:pPr>
            <w:r w:rsidRPr="008E6C00">
              <w:rPr>
                <w:noProof/>
                <w:sz w:val="15"/>
                <w:lang w:val="ro-RO"/>
              </w:rPr>
              <w:t>Analiza efectuată de management</w:t>
            </w:r>
          </w:p>
        </w:tc>
        <w:tc>
          <w:tcPr>
            <w:tcW w:w="5726" w:type="dxa"/>
            <w:shd w:val="clear" w:color="auto" w:fill="FFFFFF"/>
            <w:tcMar>
              <w:top w:w="80" w:type="dxa"/>
              <w:left w:w="90" w:type="dxa"/>
              <w:bottom w:w="80" w:type="dxa"/>
              <w:right w:w="90" w:type="dxa"/>
            </w:tcMar>
            <w:vAlign w:val="center"/>
          </w:tcPr>
          <w:p w14:paraId="4DE21219" w14:textId="77777777" w:rsidR="00430FCC" w:rsidRPr="008E6C00" w:rsidRDefault="00000000">
            <w:pPr>
              <w:spacing w:after="0" w:line="240" w:lineRule="auto"/>
              <w:rPr>
                <w:noProof/>
                <w:lang w:val="ro-RO"/>
              </w:rPr>
            </w:pPr>
            <w:r w:rsidRPr="008E6C00">
              <w:rPr>
                <w:noProof/>
                <w:sz w:val="15"/>
                <w:lang w:val="ro-RO"/>
              </w:rPr>
              <w:t>Decizii și acțiuni privind îmbunătățirea, schimbările și resursele.</w:t>
            </w:r>
          </w:p>
        </w:tc>
      </w:tr>
      <w:tr w:rsidR="00430FCC" w:rsidRPr="008E6C00" w14:paraId="730DEAFF" w14:textId="77777777">
        <w:trPr>
          <w:cantSplit/>
          <w:jc w:val="center"/>
        </w:trPr>
        <w:tc>
          <w:tcPr>
            <w:tcW w:w="1077" w:type="dxa"/>
            <w:shd w:val="clear" w:color="auto" w:fill="FAFAFA"/>
            <w:tcMar>
              <w:top w:w="80" w:type="dxa"/>
              <w:left w:w="90" w:type="dxa"/>
              <w:bottom w:w="80" w:type="dxa"/>
              <w:right w:w="90" w:type="dxa"/>
            </w:tcMar>
            <w:vAlign w:val="center"/>
          </w:tcPr>
          <w:p w14:paraId="6599A67C" w14:textId="77777777" w:rsidR="00430FCC" w:rsidRPr="008E6C00" w:rsidRDefault="00000000">
            <w:pPr>
              <w:spacing w:after="0" w:line="240" w:lineRule="auto"/>
              <w:jc w:val="center"/>
              <w:rPr>
                <w:noProof/>
                <w:lang w:val="ro-RO"/>
              </w:rPr>
            </w:pPr>
            <w:r w:rsidRPr="008E6C00">
              <w:rPr>
                <w:noProof/>
                <w:sz w:val="15"/>
                <w:lang w:val="ro-RO"/>
              </w:rPr>
              <w:t>10.2.2</w:t>
            </w:r>
          </w:p>
        </w:tc>
        <w:tc>
          <w:tcPr>
            <w:tcW w:w="3118" w:type="dxa"/>
            <w:shd w:val="clear" w:color="auto" w:fill="FAFAFA"/>
            <w:tcMar>
              <w:top w:w="80" w:type="dxa"/>
              <w:left w:w="90" w:type="dxa"/>
              <w:bottom w:w="80" w:type="dxa"/>
              <w:right w:w="90" w:type="dxa"/>
            </w:tcMar>
            <w:vAlign w:val="center"/>
          </w:tcPr>
          <w:p w14:paraId="5294E2A6" w14:textId="77777777" w:rsidR="00430FCC" w:rsidRPr="008E6C00" w:rsidRDefault="00000000">
            <w:pPr>
              <w:spacing w:after="0" w:line="240" w:lineRule="auto"/>
              <w:rPr>
                <w:noProof/>
                <w:lang w:val="ro-RO"/>
              </w:rPr>
            </w:pPr>
            <w:r w:rsidRPr="008E6C00">
              <w:rPr>
                <w:noProof/>
                <w:sz w:val="15"/>
                <w:lang w:val="ro-RO"/>
              </w:rPr>
              <w:t>Neconformități și acțiuni corective</w:t>
            </w:r>
          </w:p>
        </w:tc>
        <w:tc>
          <w:tcPr>
            <w:tcW w:w="5726" w:type="dxa"/>
            <w:shd w:val="clear" w:color="auto" w:fill="FAFAFA"/>
            <w:tcMar>
              <w:top w:w="80" w:type="dxa"/>
              <w:left w:w="90" w:type="dxa"/>
              <w:bottom w:w="80" w:type="dxa"/>
              <w:right w:w="90" w:type="dxa"/>
            </w:tcMar>
            <w:vAlign w:val="center"/>
          </w:tcPr>
          <w:p w14:paraId="34C7E0F5" w14:textId="77777777" w:rsidR="00430FCC" w:rsidRPr="008E6C00" w:rsidRDefault="00000000">
            <w:pPr>
              <w:spacing w:after="0" w:line="240" w:lineRule="auto"/>
              <w:rPr>
                <w:noProof/>
                <w:lang w:val="ro-RO"/>
              </w:rPr>
            </w:pPr>
            <w:r w:rsidRPr="008E6C00">
              <w:rPr>
                <w:noProof/>
                <w:sz w:val="15"/>
                <w:lang w:val="ro-RO"/>
              </w:rPr>
              <w:t>Cauze, acțiuni, responsabilități, termene și rezultate ale verificării eficacității.</w:t>
            </w:r>
          </w:p>
        </w:tc>
      </w:tr>
    </w:tbl>
    <w:p w14:paraId="77FD2A3A" w14:textId="77777777" w:rsidR="00430FCC" w:rsidRPr="008E6C00" w:rsidRDefault="00430FCC">
      <w:pPr>
        <w:spacing w:after="20"/>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430FCC" w:rsidRPr="008E6C00" w14:paraId="0810942A" w14:textId="77777777">
        <w:trPr>
          <w:cantSplit/>
          <w:jc w:val="center"/>
        </w:trPr>
        <w:tc>
          <w:tcPr>
            <w:tcW w:w="567" w:type="dxa"/>
            <w:shd w:val="clear" w:color="auto" w:fill="D71920"/>
            <w:tcMar>
              <w:top w:w="80" w:type="dxa"/>
              <w:left w:w="90" w:type="dxa"/>
              <w:bottom w:w="80" w:type="dxa"/>
              <w:right w:w="90" w:type="dxa"/>
            </w:tcMar>
            <w:vAlign w:val="center"/>
          </w:tcPr>
          <w:p w14:paraId="4649DAFF" w14:textId="77777777" w:rsidR="00430FCC" w:rsidRPr="008E6C00" w:rsidRDefault="00000000">
            <w:pPr>
              <w:spacing w:after="0" w:line="240" w:lineRule="auto"/>
              <w:jc w:val="center"/>
              <w:rPr>
                <w:noProof/>
                <w:lang w:val="ro-RO"/>
              </w:rPr>
            </w:pPr>
            <w:r w:rsidRPr="008E6C00">
              <w:rPr>
                <w:b/>
                <w:noProof/>
                <w:color w:val="FFFFFF"/>
                <w:sz w:val="32"/>
                <w:lang w:val="ro-RO"/>
              </w:rPr>
              <w:t>!</w:t>
            </w:r>
          </w:p>
        </w:tc>
        <w:tc>
          <w:tcPr>
            <w:tcW w:w="9354" w:type="dxa"/>
            <w:shd w:val="clear" w:color="auto" w:fill="FCEBEC"/>
          </w:tcPr>
          <w:p w14:paraId="1A634015" w14:textId="77777777" w:rsidR="00430FCC" w:rsidRPr="008E6C00" w:rsidRDefault="00000000">
            <w:pPr>
              <w:spacing w:after="40"/>
              <w:rPr>
                <w:noProof/>
                <w:lang w:val="ro-RO"/>
              </w:rPr>
            </w:pPr>
            <w:r w:rsidRPr="008E6C00">
              <w:rPr>
                <w:b/>
                <w:noProof/>
                <w:color w:val="D71920"/>
                <w:lang w:val="ro-RO"/>
              </w:rPr>
              <w:t>APLICABILITATE</w:t>
            </w:r>
          </w:p>
          <w:p w14:paraId="6C9E1821" w14:textId="77777777" w:rsidR="00430FCC" w:rsidRPr="008E6C00" w:rsidRDefault="00000000">
            <w:pPr>
              <w:spacing w:after="0" w:line="252" w:lineRule="auto"/>
              <w:rPr>
                <w:noProof/>
                <w:lang w:val="ro-RO"/>
              </w:rPr>
            </w:pPr>
            <w:r w:rsidRPr="008E6C00">
              <w:rPr>
                <w:noProof/>
                <w:sz w:val="17"/>
                <w:lang w:val="ro-RO"/>
              </w:rPr>
              <w:t>Documentele de proiectare, trasabilitate, calibrare sau proprietate a clientului se păstrează numai atunci când activitățile și cerințele respective sunt aplicabile. Neaplicabilitatea trebuie justificată în domeniul SMC și să nu afecteze capacitatea de a furniza conformitate.</w:t>
            </w:r>
          </w:p>
        </w:tc>
      </w:tr>
    </w:tbl>
    <w:p w14:paraId="7F10D191" w14:textId="77777777" w:rsidR="00430FCC" w:rsidRPr="008E6C00" w:rsidRDefault="00430FCC">
      <w:pPr>
        <w:spacing w:after="0"/>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430FCC" w:rsidRPr="008E6C00" w14:paraId="1143813F" w14:textId="77777777">
        <w:trPr>
          <w:cantSplit/>
          <w:jc w:val="center"/>
        </w:trPr>
        <w:tc>
          <w:tcPr>
            <w:tcW w:w="1020" w:type="dxa"/>
            <w:shd w:val="clear" w:color="auto" w:fill="D71920"/>
            <w:tcMar>
              <w:top w:w="80" w:type="dxa"/>
              <w:left w:w="90" w:type="dxa"/>
              <w:bottom w:w="80" w:type="dxa"/>
              <w:right w:w="90" w:type="dxa"/>
            </w:tcMar>
            <w:vAlign w:val="center"/>
          </w:tcPr>
          <w:p w14:paraId="43449E5D" w14:textId="77777777" w:rsidR="00430FCC" w:rsidRPr="008E6C00" w:rsidRDefault="00000000">
            <w:pPr>
              <w:spacing w:after="0" w:line="240" w:lineRule="auto"/>
              <w:jc w:val="center"/>
              <w:rPr>
                <w:noProof/>
                <w:lang w:val="ro-RO"/>
              </w:rPr>
            </w:pPr>
            <w:r w:rsidRPr="008E6C00">
              <w:rPr>
                <w:b/>
                <w:noProof/>
                <w:color w:val="FFFFFF"/>
                <w:sz w:val="34"/>
                <w:lang w:val="ro-RO"/>
              </w:rPr>
              <w:t>3</w:t>
            </w:r>
          </w:p>
        </w:tc>
        <w:tc>
          <w:tcPr>
            <w:tcW w:w="8901" w:type="dxa"/>
            <w:shd w:val="clear" w:color="auto" w:fill="F3F4F5"/>
          </w:tcPr>
          <w:p w14:paraId="3A7C24D6" w14:textId="77777777" w:rsidR="00430FCC" w:rsidRPr="008E6C00" w:rsidRDefault="00000000">
            <w:pPr>
              <w:spacing w:after="20"/>
              <w:rPr>
                <w:noProof/>
                <w:lang w:val="ro-RO"/>
              </w:rPr>
            </w:pPr>
            <w:r w:rsidRPr="008E6C00">
              <w:rPr>
                <w:b/>
                <w:noProof/>
                <w:sz w:val="28"/>
                <w:lang w:val="ro-RO"/>
              </w:rPr>
              <w:t>Arhitectura documentară recomandată</w:t>
            </w:r>
          </w:p>
          <w:p w14:paraId="479DF16B" w14:textId="77777777" w:rsidR="00430FCC" w:rsidRPr="008E6C00" w:rsidRDefault="00000000">
            <w:pPr>
              <w:spacing w:after="0"/>
              <w:rPr>
                <w:noProof/>
                <w:lang w:val="ro-RO"/>
              </w:rPr>
            </w:pPr>
            <w:r w:rsidRPr="008E6C00">
              <w:rPr>
                <w:noProof/>
                <w:color w:val="666666"/>
                <w:sz w:val="17"/>
                <w:lang w:val="ro-RO"/>
              </w:rPr>
              <w:t>O structură simplă ajută utilizatorii să găsească rapid informația corectă</w:t>
            </w:r>
          </w:p>
        </w:tc>
      </w:tr>
    </w:tbl>
    <w:p w14:paraId="65C20C86" w14:textId="77777777" w:rsidR="00430FCC" w:rsidRPr="008E6C00" w:rsidRDefault="00430FCC">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247"/>
        <w:gridCol w:w="2211"/>
        <w:gridCol w:w="4365"/>
        <w:gridCol w:w="2098"/>
      </w:tblGrid>
      <w:tr w:rsidR="00430FCC" w:rsidRPr="008E6C00" w14:paraId="38B55509" w14:textId="77777777">
        <w:trPr>
          <w:tblHeader/>
          <w:jc w:val="center"/>
        </w:trPr>
        <w:tc>
          <w:tcPr>
            <w:tcW w:w="1247" w:type="dxa"/>
            <w:shd w:val="clear" w:color="auto" w:fill="D71920"/>
            <w:tcMar>
              <w:top w:w="80" w:type="dxa"/>
              <w:left w:w="90" w:type="dxa"/>
              <w:bottom w:w="80" w:type="dxa"/>
              <w:right w:w="90" w:type="dxa"/>
            </w:tcMar>
            <w:vAlign w:val="center"/>
          </w:tcPr>
          <w:p w14:paraId="60676B30" w14:textId="77777777" w:rsidR="00430FCC" w:rsidRPr="008E6C00" w:rsidRDefault="00000000">
            <w:pPr>
              <w:spacing w:after="0" w:line="240" w:lineRule="auto"/>
              <w:jc w:val="center"/>
              <w:rPr>
                <w:noProof/>
                <w:lang w:val="ro-RO"/>
              </w:rPr>
            </w:pPr>
            <w:r w:rsidRPr="008E6C00">
              <w:rPr>
                <w:b/>
                <w:noProof/>
                <w:color w:val="FFFFFF"/>
                <w:sz w:val="16"/>
                <w:lang w:val="ro-RO"/>
              </w:rPr>
              <w:t>NIVEL</w:t>
            </w:r>
          </w:p>
        </w:tc>
        <w:tc>
          <w:tcPr>
            <w:tcW w:w="2211" w:type="dxa"/>
            <w:shd w:val="clear" w:color="auto" w:fill="D71920"/>
            <w:tcMar>
              <w:top w:w="80" w:type="dxa"/>
              <w:left w:w="90" w:type="dxa"/>
              <w:bottom w:w="80" w:type="dxa"/>
              <w:right w:w="90" w:type="dxa"/>
            </w:tcMar>
            <w:vAlign w:val="center"/>
          </w:tcPr>
          <w:p w14:paraId="7A87E999" w14:textId="77777777" w:rsidR="00430FCC" w:rsidRPr="008E6C00" w:rsidRDefault="00000000">
            <w:pPr>
              <w:spacing w:after="0" w:line="240" w:lineRule="auto"/>
              <w:jc w:val="center"/>
              <w:rPr>
                <w:noProof/>
                <w:lang w:val="ro-RO"/>
              </w:rPr>
            </w:pPr>
            <w:r w:rsidRPr="008E6C00">
              <w:rPr>
                <w:b/>
                <w:noProof/>
                <w:color w:val="FFFFFF"/>
                <w:sz w:val="16"/>
                <w:lang w:val="ro-RO"/>
              </w:rPr>
              <w:t>ROL</w:t>
            </w:r>
          </w:p>
        </w:tc>
        <w:tc>
          <w:tcPr>
            <w:tcW w:w="4365" w:type="dxa"/>
            <w:shd w:val="clear" w:color="auto" w:fill="D71920"/>
            <w:tcMar>
              <w:top w:w="80" w:type="dxa"/>
              <w:left w:w="90" w:type="dxa"/>
              <w:bottom w:w="80" w:type="dxa"/>
              <w:right w:w="90" w:type="dxa"/>
            </w:tcMar>
            <w:vAlign w:val="center"/>
          </w:tcPr>
          <w:p w14:paraId="4B1998A1" w14:textId="77777777" w:rsidR="00430FCC" w:rsidRPr="008E6C00" w:rsidRDefault="00000000">
            <w:pPr>
              <w:spacing w:after="0" w:line="240" w:lineRule="auto"/>
              <w:jc w:val="center"/>
              <w:rPr>
                <w:noProof/>
                <w:lang w:val="ro-RO"/>
              </w:rPr>
            </w:pPr>
            <w:r w:rsidRPr="008E6C00">
              <w:rPr>
                <w:b/>
                <w:noProof/>
                <w:color w:val="FFFFFF"/>
                <w:sz w:val="16"/>
                <w:lang w:val="ro-RO"/>
              </w:rPr>
              <w:t>EXEMPLE</w:t>
            </w:r>
          </w:p>
        </w:tc>
        <w:tc>
          <w:tcPr>
            <w:tcW w:w="2098" w:type="dxa"/>
            <w:shd w:val="clear" w:color="auto" w:fill="D71920"/>
            <w:tcMar>
              <w:top w:w="80" w:type="dxa"/>
              <w:left w:w="90" w:type="dxa"/>
              <w:bottom w:w="80" w:type="dxa"/>
              <w:right w:w="90" w:type="dxa"/>
            </w:tcMar>
            <w:vAlign w:val="center"/>
          </w:tcPr>
          <w:p w14:paraId="300130AE" w14:textId="77777777" w:rsidR="00430FCC" w:rsidRPr="008E6C00" w:rsidRDefault="00000000">
            <w:pPr>
              <w:spacing w:after="0" w:line="240" w:lineRule="auto"/>
              <w:jc w:val="center"/>
              <w:rPr>
                <w:noProof/>
                <w:lang w:val="ro-RO"/>
              </w:rPr>
            </w:pPr>
            <w:r w:rsidRPr="008E6C00">
              <w:rPr>
                <w:b/>
                <w:noProof/>
                <w:color w:val="FFFFFF"/>
                <w:sz w:val="16"/>
                <w:lang w:val="ro-RO"/>
              </w:rPr>
              <w:t>PROPRIETAR</w:t>
            </w:r>
          </w:p>
        </w:tc>
      </w:tr>
      <w:tr w:rsidR="00430FCC" w:rsidRPr="008E6C00" w14:paraId="56B0AF0D" w14:textId="77777777">
        <w:trPr>
          <w:cantSplit/>
          <w:jc w:val="center"/>
        </w:trPr>
        <w:tc>
          <w:tcPr>
            <w:tcW w:w="1247" w:type="dxa"/>
            <w:shd w:val="clear" w:color="auto" w:fill="FFFFFF"/>
            <w:tcMar>
              <w:top w:w="80" w:type="dxa"/>
              <w:left w:w="90" w:type="dxa"/>
              <w:bottom w:w="80" w:type="dxa"/>
              <w:right w:w="90" w:type="dxa"/>
            </w:tcMar>
            <w:vAlign w:val="center"/>
          </w:tcPr>
          <w:p w14:paraId="1F8BFB3C" w14:textId="77777777" w:rsidR="00430FCC" w:rsidRPr="008E6C00" w:rsidRDefault="00000000">
            <w:pPr>
              <w:spacing w:after="0" w:line="240" w:lineRule="auto"/>
              <w:jc w:val="center"/>
              <w:rPr>
                <w:noProof/>
                <w:lang w:val="ro-RO"/>
              </w:rPr>
            </w:pPr>
            <w:r w:rsidRPr="008E6C00">
              <w:rPr>
                <w:noProof/>
                <w:sz w:val="16"/>
                <w:lang w:val="ro-RO"/>
              </w:rPr>
              <w:t>Nivel 1</w:t>
            </w:r>
          </w:p>
        </w:tc>
        <w:tc>
          <w:tcPr>
            <w:tcW w:w="2211" w:type="dxa"/>
            <w:shd w:val="clear" w:color="auto" w:fill="FFFFFF"/>
            <w:tcMar>
              <w:top w:w="80" w:type="dxa"/>
              <w:left w:w="90" w:type="dxa"/>
              <w:bottom w:w="80" w:type="dxa"/>
              <w:right w:w="90" w:type="dxa"/>
            </w:tcMar>
            <w:vAlign w:val="center"/>
          </w:tcPr>
          <w:p w14:paraId="5831F2C7" w14:textId="77777777" w:rsidR="00430FCC" w:rsidRPr="008E6C00" w:rsidRDefault="00000000">
            <w:pPr>
              <w:spacing w:after="0" w:line="240" w:lineRule="auto"/>
              <w:rPr>
                <w:noProof/>
                <w:lang w:val="ro-RO"/>
              </w:rPr>
            </w:pPr>
            <w:r w:rsidRPr="008E6C00">
              <w:rPr>
                <w:noProof/>
                <w:sz w:val="16"/>
                <w:lang w:val="ro-RO"/>
              </w:rPr>
              <w:t>Direcție și guvernanță</w:t>
            </w:r>
          </w:p>
        </w:tc>
        <w:tc>
          <w:tcPr>
            <w:tcW w:w="4365" w:type="dxa"/>
            <w:shd w:val="clear" w:color="auto" w:fill="FFFFFF"/>
            <w:tcMar>
              <w:top w:w="80" w:type="dxa"/>
              <w:left w:w="90" w:type="dxa"/>
              <w:bottom w:w="80" w:type="dxa"/>
              <w:right w:w="90" w:type="dxa"/>
            </w:tcMar>
            <w:vAlign w:val="center"/>
          </w:tcPr>
          <w:p w14:paraId="0F3BAF29" w14:textId="77777777" w:rsidR="00430FCC" w:rsidRPr="008E6C00" w:rsidRDefault="00000000">
            <w:pPr>
              <w:spacing w:after="0" w:line="240" w:lineRule="auto"/>
              <w:rPr>
                <w:noProof/>
                <w:lang w:val="ro-RO"/>
              </w:rPr>
            </w:pPr>
            <w:r w:rsidRPr="008E6C00">
              <w:rPr>
                <w:noProof/>
                <w:sz w:val="16"/>
                <w:lang w:val="ro-RO"/>
              </w:rPr>
              <w:t>Domeniu SMC, politică, obiective, hartă generală a proceselor, roluri-cheie.</w:t>
            </w:r>
          </w:p>
        </w:tc>
        <w:tc>
          <w:tcPr>
            <w:tcW w:w="2098" w:type="dxa"/>
            <w:shd w:val="clear" w:color="auto" w:fill="FFFFFF"/>
            <w:tcMar>
              <w:top w:w="80" w:type="dxa"/>
              <w:left w:w="90" w:type="dxa"/>
              <w:bottom w:w="80" w:type="dxa"/>
              <w:right w:w="90" w:type="dxa"/>
            </w:tcMar>
            <w:vAlign w:val="center"/>
          </w:tcPr>
          <w:p w14:paraId="7FBB7CD3" w14:textId="77777777" w:rsidR="00430FCC" w:rsidRPr="008E6C00" w:rsidRDefault="00000000">
            <w:pPr>
              <w:spacing w:after="0" w:line="240" w:lineRule="auto"/>
              <w:rPr>
                <w:noProof/>
                <w:lang w:val="ro-RO"/>
              </w:rPr>
            </w:pPr>
            <w:r w:rsidRPr="008E6C00">
              <w:rPr>
                <w:noProof/>
                <w:sz w:val="16"/>
                <w:lang w:val="ro-RO"/>
              </w:rPr>
              <w:t>Conducere / responsabil SMC</w:t>
            </w:r>
          </w:p>
        </w:tc>
      </w:tr>
      <w:tr w:rsidR="00430FCC" w:rsidRPr="008E6C00" w14:paraId="753C6FE1" w14:textId="77777777">
        <w:trPr>
          <w:cantSplit/>
          <w:jc w:val="center"/>
        </w:trPr>
        <w:tc>
          <w:tcPr>
            <w:tcW w:w="1247" w:type="dxa"/>
            <w:shd w:val="clear" w:color="auto" w:fill="FAFAFA"/>
            <w:tcMar>
              <w:top w:w="80" w:type="dxa"/>
              <w:left w:w="90" w:type="dxa"/>
              <w:bottom w:w="80" w:type="dxa"/>
              <w:right w:w="90" w:type="dxa"/>
            </w:tcMar>
            <w:vAlign w:val="center"/>
          </w:tcPr>
          <w:p w14:paraId="53385E10" w14:textId="77777777" w:rsidR="00430FCC" w:rsidRPr="008E6C00" w:rsidRDefault="00000000">
            <w:pPr>
              <w:spacing w:after="0" w:line="240" w:lineRule="auto"/>
              <w:jc w:val="center"/>
              <w:rPr>
                <w:noProof/>
                <w:lang w:val="ro-RO"/>
              </w:rPr>
            </w:pPr>
            <w:r w:rsidRPr="008E6C00">
              <w:rPr>
                <w:noProof/>
                <w:sz w:val="16"/>
                <w:lang w:val="ro-RO"/>
              </w:rPr>
              <w:t>Nivel 2</w:t>
            </w:r>
          </w:p>
        </w:tc>
        <w:tc>
          <w:tcPr>
            <w:tcW w:w="2211" w:type="dxa"/>
            <w:shd w:val="clear" w:color="auto" w:fill="FAFAFA"/>
            <w:tcMar>
              <w:top w:w="80" w:type="dxa"/>
              <w:left w:w="90" w:type="dxa"/>
              <w:bottom w:w="80" w:type="dxa"/>
              <w:right w:w="90" w:type="dxa"/>
            </w:tcMar>
            <w:vAlign w:val="center"/>
          </w:tcPr>
          <w:p w14:paraId="347D6B92" w14:textId="77777777" w:rsidR="00430FCC" w:rsidRPr="008E6C00" w:rsidRDefault="00000000">
            <w:pPr>
              <w:spacing w:after="0" w:line="240" w:lineRule="auto"/>
              <w:rPr>
                <w:noProof/>
                <w:lang w:val="ro-RO"/>
              </w:rPr>
            </w:pPr>
            <w:r w:rsidRPr="008E6C00">
              <w:rPr>
                <w:noProof/>
                <w:sz w:val="16"/>
                <w:lang w:val="ro-RO"/>
              </w:rPr>
              <w:t>Controlul proceselor</w:t>
            </w:r>
          </w:p>
        </w:tc>
        <w:tc>
          <w:tcPr>
            <w:tcW w:w="4365" w:type="dxa"/>
            <w:shd w:val="clear" w:color="auto" w:fill="FAFAFA"/>
            <w:tcMar>
              <w:top w:w="80" w:type="dxa"/>
              <w:left w:w="90" w:type="dxa"/>
              <w:bottom w:w="80" w:type="dxa"/>
              <w:right w:w="90" w:type="dxa"/>
            </w:tcMar>
            <w:vAlign w:val="center"/>
          </w:tcPr>
          <w:p w14:paraId="4A949F1F" w14:textId="77777777" w:rsidR="00430FCC" w:rsidRPr="008E6C00" w:rsidRDefault="00000000">
            <w:pPr>
              <w:spacing w:after="0" w:line="240" w:lineRule="auto"/>
              <w:rPr>
                <w:noProof/>
                <w:lang w:val="ro-RO"/>
              </w:rPr>
            </w:pPr>
            <w:r w:rsidRPr="008E6C00">
              <w:rPr>
                <w:noProof/>
                <w:sz w:val="16"/>
                <w:lang w:val="ro-RO"/>
              </w:rPr>
              <w:t>Fișe de proces, proceduri, fluxuri, reguli de decizie, planuri ale calității.</w:t>
            </w:r>
          </w:p>
        </w:tc>
        <w:tc>
          <w:tcPr>
            <w:tcW w:w="2098" w:type="dxa"/>
            <w:shd w:val="clear" w:color="auto" w:fill="FAFAFA"/>
            <w:tcMar>
              <w:top w:w="80" w:type="dxa"/>
              <w:left w:w="90" w:type="dxa"/>
              <w:bottom w:w="80" w:type="dxa"/>
              <w:right w:w="90" w:type="dxa"/>
            </w:tcMar>
            <w:vAlign w:val="center"/>
          </w:tcPr>
          <w:p w14:paraId="42A9555C" w14:textId="77777777" w:rsidR="00430FCC" w:rsidRPr="008E6C00" w:rsidRDefault="00000000">
            <w:pPr>
              <w:spacing w:after="0" w:line="240" w:lineRule="auto"/>
              <w:rPr>
                <w:noProof/>
                <w:lang w:val="ro-RO"/>
              </w:rPr>
            </w:pPr>
            <w:r w:rsidRPr="008E6C00">
              <w:rPr>
                <w:noProof/>
                <w:sz w:val="16"/>
                <w:lang w:val="ro-RO"/>
              </w:rPr>
              <w:t>Proprietari de proces</w:t>
            </w:r>
          </w:p>
        </w:tc>
      </w:tr>
      <w:tr w:rsidR="00430FCC" w:rsidRPr="008E6C00" w14:paraId="59FF24E2" w14:textId="77777777">
        <w:trPr>
          <w:cantSplit/>
          <w:jc w:val="center"/>
        </w:trPr>
        <w:tc>
          <w:tcPr>
            <w:tcW w:w="1247" w:type="dxa"/>
            <w:shd w:val="clear" w:color="auto" w:fill="FFFFFF"/>
            <w:tcMar>
              <w:top w:w="80" w:type="dxa"/>
              <w:left w:w="90" w:type="dxa"/>
              <w:bottom w:w="80" w:type="dxa"/>
              <w:right w:w="90" w:type="dxa"/>
            </w:tcMar>
            <w:vAlign w:val="center"/>
          </w:tcPr>
          <w:p w14:paraId="2A9CF331" w14:textId="77777777" w:rsidR="00430FCC" w:rsidRPr="008E6C00" w:rsidRDefault="00000000">
            <w:pPr>
              <w:spacing w:after="0" w:line="240" w:lineRule="auto"/>
              <w:jc w:val="center"/>
              <w:rPr>
                <w:noProof/>
                <w:lang w:val="ro-RO"/>
              </w:rPr>
            </w:pPr>
            <w:r w:rsidRPr="008E6C00">
              <w:rPr>
                <w:noProof/>
                <w:sz w:val="16"/>
                <w:lang w:val="ro-RO"/>
              </w:rPr>
              <w:t>Nivel 3</w:t>
            </w:r>
          </w:p>
        </w:tc>
        <w:tc>
          <w:tcPr>
            <w:tcW w:w="2211" w:type="dxa"/>
            <w:shd w:val="clear" w:color="auto" w:fill="FFFFFF"/>
            <w:tcMar>
              <w:top w:w="80" w:type="dxa"/>
              <w:left w:w="90" w:type="dxa"/>
              <w:bottom w:w="80" w:type="dxa"/>
              <w:right w:w="90" w:type="dxa"/>
            </w:tcMar>
            <w:vAlign w:val="center"/>
          </w:tcPr>
          <w:p w14:paraId="622A5A5E" w14:textId="77777777" w:rsidR="00430FCC" w:rsidRPr="008E6C00" w:rsidRDefault="00000000">
            <w:pPr>
              <w:spacing w:after="0" w:line="240" w:lineRule="auto"/>
              <w:rPr>
                <w:noProof/>
                <w:lang w:val="ro-RO"/>
              </w:rPr>
            </w:pPr>
            <w:r w:rsidRPr="008E6C00">
              <w:rPr>
                <w:noProof/>
                <w:sz w:val="16"/>
                <w:lang w:val="ro-RO"/>
              </w:rPr>
              <w:t>Execuție</w:t>
            </w:r>
          </w:p>
        </w:tc>
        <w:tc>
          <w:tcPr>
            <w:tcW w:w="4365" w:type="dxa"/>
            <w:shd w:val="clear" w:color="auto" w:fill="FFFFFF"/>
            <w:tcMar>
              <w:top w:w="80" w:type="dxa"/>
              <w:left w:w="90" w:type="dxa"/>
              <w:bottom w:w="80" w:type="dxa"/>
              <w:right w:w="90" w:type="dxa"/>
            </w:tcMar>
            <w:vAlign w:val="center"/>
          </w:tcPr>
          <w:p w14:paraId="0DD9B180" w14:textId="77777777" w:rsidR="00430FCC" w:rsidRPr="008E6C00" w:rsidRDefault="00000000">
            <w:pPr>
              <w:spacing w:after="0" w:line="240" w:lineRule="auto"/>
              <w:rPr>
                <w:noProof/>
                <w:lang w:val="ro-RO"/>
              </w:rPr>
            </w:pPr>
            <w:r w:rsidRPr="008E6C00">
              <w:rPr>
                <w:noProof/>
                <w:sz w:val="16"/>
                <w:lang w:val="ro-RO"/>
              </w:rPr>
              <w:t>Instrucțiuni, specificații, criterii, liste de verificare, metode de testare.</w:t>
            </w:r>
          </w:p>
        </w:tc>
        <w:tc>
          <w:tcPr>
            <w:tcW w:w="2098" w:type="dxa"/>
            <w:shd w:val="clear" w:color="auto" w:fill="FFFFFF"/>
            <w:tcMar>
              <w:top w:w="80" w:type="dxa"/>
              <w:left w:w="90" w:type="dxa"/>
              <w:bottom w:w="80" w:type="dxa"/>
              <w:right w:w="90" w:type="dxa"/>
            </w:tcMar>
            <w:vAlign w:val="center"/>
          </w:tcPr>
          <w:p w14:paraId="737B3DCF" w14:textId="77777777" w:rsidR="00430FCC" w:rsidRPr="008E6C00" w:rsidRDefault="00000000">
            <w:pPr>
              <w:spacing w:after="0" w:line="240" w:lineRule="auto"/>
              <w:rPr>
                <w:noProof/>
                <w:lang w:val="ro-RO"/>
              </w:rPr>
            </w:pPr>
            <w:r w:rsidRPr="008E6C00">
              <w:rPr>
                <w:noProof/>
                <w:sz w:val="16"/>
                <w:lang w:val="ro-RO"/>
              </w:rPr>
              <w:t>Manageri operaționali / experți</w:t>
            </w:r>
          </w:p>
        </w:tc>
      </w:tr>
      <w:tr w:rsidR="00430FCC" w:rsidRPr="008E6C00" w14:paraId="5AF45D3E" w14:textId="77777777">
        <w:trPr>
          <w:cantSplit/>
          <w:jc w:val="center"/>
        </w:trPr>
        <w:tc>
          <w:tcPr>
            <w:tcW w:w="1247" w:type="dxa"/>
            <w:shd w:val="clear" w:color="auto" w:fill="FAFAFA"/>
            <w:tcMar>
              <w:top w:w="80" w:type="dxa"/>
              <w:left w:w="90" w:type="dxa"/>
              <w:bottom w:w="80" w:type="dxa"/>
              <w:right w:w="90" w:type="dxa"/>
            </w:tcMar>
            <w:vAlign w:val="center"/>
          </w:tcPr>
          <w:p w14:paraId="2C36E784" w14:textId="77777777" w:rsidR="00430FCC" w:rsidRPr="008E6C00" w:rsidRDefault="00000000">
            <w:pPr>
              <w:spacing w:after="0" w:line="240" w:lineRule="auto"/>
              <w:jc w:val="center"/>
              <w:rPr>
                <w:noProof/>
                <w:lang w:val="ro-RO"/>
              </w:rPr>
            </w:pPr>
            <w:r w:rsidRPr="008E6C00">
              <w:rPr>
                <w:noProof/>
                <w:sz w:val="16"/>
                <w:lang w:val="ro-RO"/>
              </w:rPr>
              <w:t>Nivel 4</w:t>
            </w:r>
          </w:p>
        </w:tc>
        <w:tc>
          <w:tcPr>
            <w:tcW w:w="2211" w:type="dxa"/>
            <w:shd w:val="clear" w:color="auto" w:fill="FAFAFA"/>
            <w:tcMar>
              <w:top w:w="80" w:type="dxa"/>
              <w:left w:w="90" w:type="dxa"/>
              <w:bottom w:w="80" w:type="dxa"/>
              <w:right w:w="90" w:type="dxa"/>
            </w:tcMar>
            <w:vAlign w:val="center"/>
          </w:tcPr>
          <w:p w14:paraId="515C7EA1" w14:textId="77777777" w:rsidR="00430FCC" w:rsidRPr="008E6C00" w:rsidRDefault="00000000">
            <w:pPr>
              <w:spacing w:after="0" w:line="240" w:lineRule="auto"/>
              <w:rPr>
                <w:noProof/>
                <w:lang w:val="ro-RO"/>
              </w:rPr>
            </w:pPr>
            <w:r w:rsidRPr="008E6C00">
              <w:rPr>
                <w:noProof/>
                <w:sz w:val="16"/>
                <w:lang w:val="ro-RO"/>
              </w:rPr>
              <w:t>Dovezi</w:t>
            </w:r>
          </w:p>
        </w:tc>
        <w:tc>
          <w:tcPr>
            <w:tcW w:w="4365" w:type="dxa"/>
            <w:shd w:val="clear" w:color="auto" w:fill="FAFAFA"/>
            <w:tcMar>
              <w:top w:w="80" w:type="dxa"/>
              <w:left w:w="90" w:type="dxa"/>
              <w:bottom w:w="80" w:type="dxa"/>
              <w:right w:w="90" w:type="dxa"/>
            </w:tcMar>
            <w:vAlign w:val="center"/>
          </w:tcPr>
          <w:p w14:paraId="6472D1DC" w14:textId="77777777" w:rsidR="00430FCC" w:rsidRPr="008E6C00" w:rsidRDefault="00000000">
            <w:pPr>
              <w:spacing w:after="0" w:line="240" w:lineRule="auto"/>
              <w:rPr>
                <w:noProof/>
                <w:lang w:val="ro-RO"/>
              </w:rPr>
            </w:pPr>
            <w:r w:rsidRPr="008E6C00">
              <w:rPr>
                <w:noProof/>
                <w:sz w:val="16"/>
                <w:lang w:val="ro-RO"/>
              </w:rPr>
              <w:t>Formulare completate, rapoarte, loguri, rezultate, aprobări, baze de date.</w:t>
            </w:r>
          </w:p>
        </w:tc>
        <w:tc>
          <w:tcPr>
            <w:tcW w:w="2098" w:type="dxa"/>
            <w:shd w:val="clear" w:color="auto" w:fill="FAFAFA"/>
            <w:tcMar>
              <w:top w:w="80" w:type="dxa"/>
              <w:left w:w="90" w:type="dxa"/>
              <w:bottom w:w="80" w:type="dxa"/>
              <w:right w:w="90" w:type="dxa"/>
            </w:tcMar>
            <w:vAlign w:val="center"/>
          </w:tcPr>
          <w:p w14:paraId="23E9C9ED" w14:textId="77777777" w:rsidR="00430FCC" w:rsidRPr="008E6C00" w:rsidRDefault="00000000">
            <w:pPr>
              <w:spacing w:after="0" w:line="240" w:lineRule="auto"/>
              <w:rPr>
                <w:noProof/>
                <w:lang w:val="ro-RO"/>
              </w:rPr>
            </w:pPr>
            <w:r w:rsidRPr="008E6C00">
              <w:rPr>
                <w:noProof/>
                <w:sz w:val="16"/>
                <w:lang w:val="ro-RO"/>
              </w:rPr>
              <w:t>Persoana care realizează activitatea</w:t>
            </w:r>
          </w:p>
        </w:tc>
      </w:tr>
    </w:tbl>
    <w:p w14:paraId="6BA9ECB0" w14:textId="77777777" w:rsidR="00430FCC" w:rsidRPr="008E6C00" w:rsidRDefault="00430FCC">
      <w:pPr>
        <w:spacing w:after="20"/>
        <w:rPr>
          <w:noProof/>
          <w:lang w:val="ro-RO"/>
        </w:rPr>
      </w:pPr>
    </w:p>
    <w:p w14:paraId="70E9FB9E" w14:textId="77777777" w:rsidR="00430FCC" w:rsidRPr="008E6C00" w:rsidRDefault="00000000">
      <w:pPr>
        <w:pStyle w:val="Heading2"/>
        <w:rPr>
          <w:noProof/>
          <w:lang w:val="ro-RO"/>
        </w:rPr>
      </w:pPr>
      <w:r w:rsidRPr="008E6C00">
        <w:rPr>
          <w:noProof/>
          <w:lang w:val="ro-RO"/>
        </w:rPr>
        <w:t>Set de bază recomandat</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4"/>
        <w:gridCol w:w="2381"/>
        <w:gridCol w:w="4706"/>
        <w:gridCol w:w="2041"/>
      </w:tblGrid>
      <w:tr w:rsidR="00430FCC" w:rsidRPr="008E6C00" w14:paraId="63CA2C82" w14:textId="77777777">
        <w:trPr>
          <w:tblHeader/>
          <w:jc w:val="center"/>
        </w:trPr>
        <w:tc>
          <w:tcPr>
            <w:tcW w:w="794" w:type="dxa"/>
            <w:shd w:val="clear" w:color="auto" w:fill="D71920"/>
            <w:tcMar>
              <w:top w:w="80" w:type="dxa"/>
              <w:left w:w="90" w:type="dxa"/>
              <w:bottom w:w="80" w:type="dxa"/>
              <w:right w:w="90" w:type="dxa"/>
            </w:tcMar>
            <w:vAlign w:val="center"/>
          </w:tcPr>
          <w:p w14:paraId="5B66DAF3" w14:textId="77777777" w:rsidR="00430FCC" w:rsidRPr="008E6C00" w:rsidRDefault="00000000">
            <w:pPr>
              <w:spacing w:after="0" w:line="240" w:lineRule="auto"/>
              <w:jc w:val="center"/>
              <w:rPr>
                <w:noProof/>
                <w:lang w:val="ro-RO"/>
              </w:rPr>
            </w:pPr>
            <w:r w:rsidRPr="008E6C00">
              <w:rPr>
                <w:b/>
                <w:noProof/>
                <w:color w:val="FFFFFF"/>
                <w:sz w:val="16"/>
                <w:lang w:val="ro-RO"/>
              </w:rPr>
              <w:t>COD</w:t>
            </w:r>
          </w:p>
        </w:tc>
        <w:tc>
          <w:tcPr>
            <w:tcW w:w="2381" w:type="dxa"/>
            <w:shd w:val="clear" w:color="auto" w:fill="D71920"/>
            <w:tcMar>
              <w:top w:w="80" w:type="dxa"/>
              <w:left w:w="90" w:type="dxa"/>
              <w:bottom w:w="80" w:type="dxa"/>
              <w:right w:w="90" w:type="dxa"/>
            </w:tcMar>
            <w:vAlign w:val="center"/>
          </w:tcPr>
          <w:p w14:paraId="13EA948A" w14:textId="77777777" w:rsidR="00430FCC" w:rsidRPr="008E6C00" w:rsidRDefault="00000000">
            <w:pPr>
              <w:spacing w:after="0" w:line="240" w:lineRule="auto"/>
              <w:jc w:val="center"/>
              <w:rPr>
                <w:noProof/>
                <w:lang w:val="ro-RO"/>
              </w:rPr>
            </w:pPr>
            <w:r w:rsidRPr="008E6C00">
              <w:rPr>
                <w:b/>
                <w:noProof/>
                <w:color w:val="FFFFFF"/>
                <w:sz w:val="16"/>
                <w:lang w:val="ro-RO"/>
              </w:rPr>
              <w:t>FAMILIE</w:t>
            </w:r>
          </w:p>
        </w:tc>
        <w:tc>
          <w:tcPr>
            <w:tcW w:w="4706" w:type="dxa"/>
            <w:shd w:val="clear" w:color="auto" w:fill="D71920"/>
            <w:tcMar>
              <w:top w:w="80" w:type="dxa"/>
              <w:left w:w="90" w:type="dxa"/>
              <w:bottom w:w="80" w:type="dxa"/>
              <w:right w:w="90" w:type="dxa"/>
            </w:tcMar>
            <w:vAlign w:val="center"/>
          </w:tcPr>
          <w:p w14:paraId="29513A11" w14:textId="77777777" w:rsidR="00430FCC" w:rsidRPr="008E6C00" w:rsidRDefault="00000000">
            <w:pPr>
              <w:spacing w:after="0" w:line="240" w:lineRule="auto"/>
              <w:jc w:val="center"/>
              <w:rPr>
                <w:noProof/>
                <w:lang w:val="ro-RO"/>
              </w:rPr>
            </w:pPr>
            <w:r w:rsidRPr="008E6C00">
              <w:rPr>
                <w:b/>
                <w:noProof/>
                <w:color w:val="FFFFFF"/>
                <w:sz w:val="16"/>
                <w:lang w:val="ro-RO"/>
              </w:rPr>
              <w:t>CONȚINUT</w:t>
            </w:r>
          </w:p>
        </w:tc>
        <w:tc>
          <w:tcPr>
            <w:tcW w:w="2041" w:type="dxa"/>
            <w:shd w:val="clear" w:color="auto" w:fill="D71920"/>
            <w:tcMar>
              <w:top w:w="80" w:type="dxa"/>
              <w:left w:w="90" w:type="dxa"/>
              <w:bottom w:w="80" w:type="dxa"/>
              <w:right w:w="90" w:type="dxa"/>
            </w:tcMar>
            <w:vAlign w:val="center"/>
          </w:tcPr>
          <w:p w14:paraId="2C2D600A" w14:textId="77777777" w:rsidR="00430FCC" w:rsidRPr="008E6C00" w:rsidRDefault="00000000">
            <w:pPr>
              <w:spacing w:after="0" w:line="240" w:lineRule="auto"/>
              <w:jc w:val="center"/>
              <w:rPr>
                <w:noProof/>
                <w:lang w:val="ro-RO"/>
              </w:rPr>
            </w:pPr>
            <w:r w:rsidRPr="008E6C00">
              <w:rPr>
                <w:b/>
                <w:noProof/>
                <w:color w:val="FFFFFF"/>
                <w:sz w:val="16"/>
                <w:lang w:val="ro-RO"/>
              </w:rPr>
              <w:t>PRIORITATE</w:t>
            </w:r>
          </w:p>
        </w:tc>
      </w:tr>
      <w:tr w:rsidR="00430FCC" w:rsidRPr="008E6C00" w14:paraId="1DEACF36" w14:textId="77777777">
        <w:trPr>
          <w:cantSplit/>
          <w:jc w:val="center"/>
        </w:trPr>
        <w:tc>
          <w:tcPr>
            <w:tcW w:w="794" w:type="dxa"/>
            <w:shd w:val="clear" w:color="auto" w:fill="FFFFFF"/>
            <w:tcMar>
              <w:top w:w="80" w:type="dxa"/>
              <w:left w:w="90" w:type="dxa"/>
              <w:bottom w:w="80" w:type="dxa"/>
              <w:right w:w="90" w:type="dxa"/>
            </w:tcMar>
            <w:vAlign w:val="center"/>
          </w:tcPr>
          <w:p w14:paraId="5E1A5F00" w14:textId="77777777" w:rsidR="00430FCC" w:rsidRPr="008E6C00" w:rsidRDefault="00000000">
            <w:pPr>
              <w:spacing w:after="0" w:line="240" w:lineRule="auto"/>
              <w:jc w:val="center"/>
              <w:rPr>
                <w:noProof/>
                <w:lang w:val="ro-RO"/>
              </w:rPr>
            </w:pPr>
            <w:r w:rsidRPr="008E6C00">
              <w:rPr>
                <w:noProof/>
                <w:sz w:val="15"/>
                <w:lang w:val="ro-RO"/>
              </w:rPr>
              <w:t>A</w:t>
            </w:r>
          </w:p>
        </w:tc>
        <w:tc>
          <w:tcPr>
            <w:tcW w:w="2381" w:type="dxa"/>
            <w:shd w:val="clear" w:color="auto" w:fill="FFFFFF"/>
            <w:tcMar>
              <w:top w:w="80" w:type="dxa"/>
              <w:left w:w="90" w:type="dxa"/>
              <w:bottom w:w="80" w:type="dxa"/>
              <w:right w:w="90" w:type="dxa"/>
            </w:tcMar>
            <w:vAlign w:val="center"/>
          </w:tcPr>
          <w:p w14:paraId="34BB72CB" w14:textId="77777777" w:rsidR="00430FCC" w:rsidRPr="008E6C00" w:rsidRDefault="00000000">
            <w:pPr>
              <w:spacing w:after="0" w:line="240" w:lineRule="auto"/>
              <w:rPr>
                <w:noProof/>
                <w:lang w:val="ro-RO"/>
              </w:rPr>
            </w:pPr>
            <w:r w:rsidRPr="008E6C00">
              <w:rPr>
                <w:noProof/>
                <w:sz w:val="15"/>
                <w:lang w:val="ro-RO"/>
              </w:rPr>
              <w:t>Guvernanță SMC</w:t>
            </w:r>
          </w:p>
        </w:tc>
        <w:tc>
          <w:tcPr>
            <w:tcW w:w="4706" w:type="dxa"/>
            <w:shd w:val="clear" w:color="auto" w:fill="FFFFFF"/>
            <w:tcMar>
              <w:top w:w="80" w:type="dxa"/>
              <w:left w:w="90" w:type="dxa"/>
              <w:bottom w:w="80" w:type="dxa"/>
              <w:right w:w="90" w:type="dxa"/>
            </w:tcMar>
            <w:vAlign w:val="center"/>
          </w:tcPr>
          <w:p w14:paraId="162FAFE3" w14:textId="77777777" w:rsidR="00430FCC" w:rsidRPr="008E6C00" w:rsidRDefault="00000000">
            <w:pPr>
              <w:spacing w:after="0" w:line="240" w:lineRule="auto"/>
              <w:rPr>
                <w:noProof/>
                <w:lang w:val="ro-RO"/>
              </w:rPr>
            </w:pPr>
            <w:r w:rsidRPr="008E6C00">
              <w:rPr>
                <w:noProof/>
                <w:sz w:val="15"/>
                <w:lang w:val="ro-RO"/>
              </w:rPr>
              <w:t>Domeniu, politică, obiective, hartă de procese, roluri și responsabilități.</w:t>
            </w:r>
          </w:p>
        </w:tc>
        <w:tc>
          <w:tcPr>
            <w:tcW w:w="2041" w:type="dxa"/>
            <w:shd w:val="clear" w:color="auto" w:fill="FFFFFF"/>
            <w:tcMar>
              <w:top w:w="80" w:type="dxa"/>
              <w:left w:w="90" w:type="dxa"/>
              <w:bottom w:w="80" w:type="dxa"/>
              <w:right w:w="90" w:type="dxa"/>
            </w:tcMar>
            <w:vAlign w:val="center"/>
          </w:tcPr>
          <w:p w14:paraId="3E7B5EA6" w14:textId="77777777" w:rsidR="00430FCC" w:rsidRPr="008E6C00" w:rsidRDefault="00000000">
            <w:pPr>
              <w:spacing w:after="0" w:line="240" w:lineRule="auto"/>
              <w:rPr>
                <w:noProof/>
                <w:lang w:val="ro-RO"/>
              </w:rPr>
            </w:pPr>
            <w:r w:rsidRPr="008E6C00">
              <w:rPr>
                <w:noProof/>
                <w:sz w:val="15"/>
                <w:lang w:val="ro-RO"/>
              </w:rPr>
              <w:t>Esențial</w:t>
            </w:r>
          </w:p>
        </w:tc>
      </w:tr>
      <w:tr w:rsidR="00430FCC" w:rsidRPr="008E6C00" w14:paraId="6047927A" w14:textId="77777777">
        <w:trPr>
          <w:cantSplit/>
          <w:jc w:val="center"/>
        </w:trPr>
        <w:tc>
          <w:tcPr>
            <w:tcW w:w="794" w:type="dxa"/>
            <w:shd w:val="clear" w:color="auto" w:fill="FAFAFA"/>
            <w:tcMar>
              <w:top w:w="80" w:type="dxa"/>
              <w:left w:w="90" w:type="dxa"/>
              <w:bottom w:w="80" w:type="dxa"/>
              <w:right w:w="90" w:type="dxa"/>
            </w:tcMar>
            <w:vAlign w:val="center"/>
          </w:tcPr>
          <w:p w14:paraId="541C1A57" w14:textId="77777777" w:rsidR="00430FCC" w:rsidRPr="008E6C00" w:rsidRDefault="00000000">
            <w:pPr>
              <w:spacing w:after="0" w:line="240" w:lineRule="auto"/>
              <w:jc w:val="center"/>
              <w:rPr>
                <w:noProof/>
                <w:lang w:val="ro-RO"/>
              </w:rPr>
            </w:pPr>
            <w:r w:rsidRPr="008E6C00">
              <w:rPr>
                <w:noProof/>
                <w:sz w:val="15"/>
                <w:lang w:val="ro-RO"/>
              </w:rPr>
              <w:t>B</w:t>
            </w:r>
          </w:p>
        </w:tc>
        <w:tc>
          <w:tcPr>
            <w:tcW w:w="2381" w:type="dxa"/>
            <w:shd w:val="clear" w:color="auto" w:fill="FAFAFA"/>
            <w:tcMar>
              <w:top w:w="80" w:type="dxa"/>
              <w:left w:w="90" w:type="dxa"/>
              <w:bottom w:w="80" w:type="dxa"/>
              <w:right w:w="90" w:type="dxa"/>
            </w:tcMar>
            <w:vAlign w:val="center"/>
          </w:tcPr>
          <w:p w14:paraId="552B5FA2" w14:textId="77777777" w:rsidR="00430FCC" w:rsidRPr="008E6C00" w:rsidRDefault="00000000">
            <w:pPr>
              <w:spacing w:after="0" w:line="240" w:lineRule="auto"/>
              <w:rPr>
                <w:noProof/>
                <w:lang w:val="ro-RO"/>
              </w:rPr>
            </w:pPr>
            <w:r w:rsidRPr="008E6C00">
              <w:rPr>
                <w:noProof/>
                <w:sz w:val="15"/>
                <w:lang w:val="ro-RO"/>
              </w:rPr>
              <w:t>Context și planificare</w:t>
            </w:r>
          </w:p>
        </w:tc>
        <w:tc>
          <w:tcPr>
            <w:tcW w:w="4706" w:type="dxa"/>
            <w:shd w:val="clear" w:color="auto" w:fill="FAFAFA"/>
            <w:tcMar>
              <w:top w:w="80" w:type="dxa"/>
              <w:left w:w="90" w:type="dxa"/>
              <w:bottom w:w="80" w:type="dxa"/>
              <w:right w:w="90" w:type="dxa"/>
            </w:tcMar>
            <w:vAlign w:val="center"/>
          </w:tcPr>
          <w:p w14:paraId="7C00B67F" w14:textId="77777777" w:rsidR="00430FCC" w:rsidRPr="008E6C00" w:rsidRDefault="00000000">
            <w:pPr>
              <w:spacing w:after="0" w:line="240" w:lineRule="auto"/>
              <w:rPr>
                <w:noProof/>
                <w:lang w:val="ro-RO"/>
              </w:rPr>
            </w:pPr>
            <w:r w:rsidRPr="008E6C00">
              <w:rPr>
                <w:noProof/>
                <w:sz w:val="15"/>
                <w:lang w:val="ro-RO"/>
              </w:rPr>
              <w:t>Context, părți interesate, cerințe, riscuri/oportunități și planuri de acțiune.</w:t>
            </w:r>
          </w:p>
        </w:tc>
        <w:tc>
          <w:tcPr>
            <w:tcW w:w="2041" w:type="dxa"/>
            <w:shd w:val="clear" w:color="auto" w:fill="FAFAFA"/>
            <w:tcMar>
              <w:top w:w="80" w:type="dxa"/>
              <w:left w:w="90" w:type="dxa"/>
              <w:bottom w:w="80" w:type="dxa"/>
              <w:right w:w="90" w:type="dxa"/>
            </w:tcMar>
            <w:vAlign w:val="center"/>
          </w:tcPr>
          <w:p w14:paraId="42660E83" w14:textId="77777777" w:rsidR="00430FCC" w:rsidRPr="008E6C00" w:rsidRDefault="00000000">
            <w:pPr>
              <w:spacing w:after="0" w:line="240" w:lineRule="auto"/>
              <w:rPr>
                <w:noProof/>
                <w:lang w:val="ro-RO"/>
              </w:rPr>
            </w:pPr>
            <w:r w:rsidRPr="008E6C00">
              <w:rPr>
                <w:noProof/>
                <w:sz w:val="15"/>
                <w:lang w:val="ro-RO"/>
              </w:rPr>
              <w:t>Recomandat puternic</w:t>
            </w:r>
          </w:p>
        </w:tc>
      </w:tr>
      <w:tr w:rsidR="00430FCC" w:rsidRPr="008E6C00" w14:paraId="4ACBC846" w14:textId="77777777">
        <w:trPr>
          <w:cantSplit/>
          <w:jc w:val="center"/>
        </w:trPr>
        <w:tc>
          <w:tcPr>
            <w:tcW w:w="794" w:type="dxa"/>
            <w:shd w:val="clear" w:color="auto" w:fill="FFFFFF"/>
            <w:tcMar>
              <w:top w:w="80" w:type="dxa"/>
              <w:left w:w="90" w:type="dxa"/>
              <w:bottom w:w="80" w:type="dxa"/>
              <w:right w:w="90" w:type="dxa"/>
            </w:tcMar>
            <w:vAlign w:val="center"/>
          </w:tcPr>
          <w:p w14:paraId="34CB38D3" w14:textId="77777777" w:rsidR="00430FCC" w:rsidRPr="008E6C00" w:rsidRDefault="00000000">
            <w:pPr>
              <w:spacing w:after="0" w:line="240" w:lineRule="auto"/>
              <w:jc w:val="center"/>
              <w:rPr>
                <w:noProof/>
                <w:lang w:val="ro-RO"/>
              </w:rPr>
            </w:pPr>
            <w:r w:rsidRPr="008E6C00">
              <w:rPr>
                <w:noProof/>
                <w:sz w:val="15"/>
                <w:lang w:val="ro-RO"/>
              </w:rPr>
              <w:t>C</w:t>
            </w:r>
          </w:p>
        </w:tc>
        <w:tc>
          <w:tcPr>
            <w:tcW w:w="2381" w:type="dxa"/>
            <w:shd w:val="clear" w:color="auto" w:fill="FFFFFF"/>
            <w:tcMar>
              <w:top w:w="80" w:type="dxa"/>
              <w:left w:w="90" w:type="dxa"/>
              <w:bottom w:w="80" w:type="dxa"/>
              <w:right w:w="90" w:type="dxa"/>
            </w:tcMar>
            <w:vAlign w:val="center"/>
          </w:tcPr>
          <w:p w14:paraId="734FBCB5" w14:textId="77777777" w:rsidR="00430FCC" w:rsidRPr="008E6C00" w:rsidRDefault="00000000">
            <w:pPr>
              <w:spacing w:after="0" w:line="240" w:lineRule="auto"/>
              <w:rPr>
                <w:noProof/>
                <w:lang w:val="ro-RO"/>
              </w:rPr>
            </w:pPr>
            <w:r w:rsidRPr="008E6C00">
              <w:rPr>
                <w:noProof/>
                <w:sz w:val="15"/>
                <w:lang w:val="ro-RO"/>
              </w:rPr>
              <w:t>Control documente și înregistrări</w:t>
            </w:r>
          </w:p>
        </w:tc>
        <w:tc>
          <w:tcPr>
            <w:tcW w:w="4706" w:type="dxa"/>
            <w:shd w:val="clear" w:color="auto" w:fill="FFFFFF"/>
            <w:tcMar>
              <w:top w:w="80" w:type="dxa"/>
              <w:left w:w="90" w:type="dxa"/>
              <w:bottom w:w="80" w:type="dxa"/>
              <w:right w:w="90" w:type="dxa"/>
            </w:tcMar>
            <w:vAlign w:val="center"/>
          </w:tcPr>
          <w:p w14:paraId="55076596" w14:textId="77777777" w:rsidR="00430FCC" w:rsidRPr="008E6C00" w:rsidRDefault="00000000">
            <w:pPr>
              <w:spacing w:after="0" w:line="240" w:lineRule="auto"/>
              <w:rPr>
                <w:noProof/>
                <w:lang w:val="ro-RO"/>
              </w:rPr>
            </w:pPr>
            <w:r w:rsidRPr="008E6C00">
              <w:rPr>
                <w:noProof/>
                <w:sz w:val="15"/>
                <w:lang w:val="ro-RO"/>
              </w:rPr>
              <w:t>Reguli de creare, aprobare, versiune, acces, păstrare și eliminare.</w:t>
            </w:r>
          </w:p>
        </w:tc>
        <w:tc>
          <w:tcPr>
            <w:tcW w:w="2041" w:type="dxa"/>
            <w:shd w:val="clear" w:color="auto" w:fill="FFFFFF"/>
            <w:tcMar>
              <w:top w:w="80" w:type="dxa"/>
              <w:left w:w="90" w:type="dxa"/>
              <w:bottom w:w="80" w:type="dxa"/>
              <w:right w:w="90" w:type="dxa"/>
            </w:tcMar>
            <w:vAlign w:val="center"/>
          </w:tcPr>
          <w:p w14:paraId="17D112D2" w14:textId="77777777" w:rsidR="00430FCC" w:rsidRPr="008E6C00" w:rsidRDefault="00000000">
            <w:pPr>
              <w:spacing w:after="0" w:line="240" w:lineRule="auto"/>
              <w:rPr>
                <w:noProof/>
                <w:lang w:val="ro-RO"/>
              </w:rPr>
            </w:pPr>
            <w:r w:rsidRPr="008E6C00">
              <w:rPr>
                <w:noProof/>
                <w:sz w:val="15"/>
                <w:lang w:val="ro-RO"/>
              </w:rPr>
              <w:t>Esențial ca metodă; forma este flexibilă</w:t>
            </w:r>
          </w:p>
        </w:tc>
      </w:tr>
      <w:tr w:rsidR="00430FCC" w:rsidRPr="008E6C00" w14:paraId="5F51B959" w14:textId="77777777">
        <w:trPr>
          <w:cantSplit/>
          <w:jc w:val="center"/>
        </w:trPr>
        <w:tc>
          <w:tcPr>
            <w:tcW w:w="794" w:type="dxa"/>
            <w:shd w:val="clear" w:color="auto" w:fill="FAFAFA"/>
            <w:tcMar>
              <w:top w:w="80" w:type="dxa"/>
              <w:left w:w="90" w:type="dxa"/>
              <w:bottom w:w="80" w:type="dxa"/>
              <w:right w:w="90" w:type="dxa"/>
            </w:tcMar>
            <w:vAlign w:val="center"/>
          </w:tcPr>
          <w:p w14:paraId="06CEF1EF" w14:textId="77777777" w:rsidR="00430FCC" w:rsidRPr="008E6C00" w:rsidRDefault="00000000">
            <w:pPr>
              <w:spacing w:after="0" w:line="240" w:lineRule="auto"/>
              <w:jc w:val="center"/>
              <w:rPr>
                <w:noProof/>
                <w:lang w:val="ro-RO"/>
              </w:rPr>
            </w:pPr>
            <w:r w:rsidRPr="008E6C00">
              <w:rPr>
                <w:noProof/>
                <w:sz w:val="15"/>
                <w:lang w:val="ro-RO"/>
              </w:rPr>
              <w:t>D</w:t>
            </w:r>
          </w:p>
        </w:tc>
        <w:tc>
          <w:tcPr>
            <w:tcW w:w="2381" w:type="dxa"/>
            <w:shd w:val="clear" w:color="auto" w:fill="FAFAFA"/>
            <w:tcMar>
              <w:top w:w="80" w:type="dxa"/>
              <w:left w:w="90" w:type="dxa"/>
              <w:bottom w:w="80" w:type="dxa"/>
              <w:right w:w="90" w:type="dxa"/>
            </w:tcMar>
            <w:vAlign w:val="center"/>
          </w:tcPr>
          <w:p w14:paraId="4C2422C2" w14:textId="77777777" w:rsidR="00430FCC" w:rsidRPr="008E6C00" w:rsidRDefault="00000000">
            <w:pPr>
              <w:spacing w:after="0" w:line="240" w:lineRule="auto"/>
              <w:rPr>
                <w:noProof/>
                <w:lang w:val="ro-RO"/>
              </w:rPr>
            </w:pPr>
            <w:r w:rsidRPr="008E6C00">
              <w:rPr>
                <w:noProof/>
                <w:sz w:val="15"/>
                <w:lang w:val="ro-RO"/>
              </w:rPr>
              <w:t>Competență</w:t>
            </w:r>
          </w:p>
        </w:tc>
        <w:tc>
          <w:tcPr>
            <w:tcW w:w="4706" w:type="dxa"/>
            <w:shd w:val="clear" w:color="auto" w:fill="FAFAFA"/>
            <w:tcMar>
              <w:top w:w="80" w:type="dxa"/>
              <w:left w:w="90" w:type="dxa"/>
              <w:bottom w:w="80" w:type="dxa"/>
              <w:right w:w="90" w:type="dxa"/>
            </w:tcMar>
            <w:vAlign w:val="center"/>
          </w:tcPr>
          <w:p w14:paraId="21564A84" w14:textId="77777777" w:rsidR="00430FCC" w:rsidRPr="008E6C00" w:rsidRDefault="00000000">
            <w:pPr>
              <w:spacing w:after="0" w:line="240" w:lineRule="auto"/>
              <w:rPr>
                <w:noProof/>
                <w:lang w:val="ro-RO"/>
              </w:rPr>
            </w:pPr>
            <w:r w:rsidRPr="008E6C00">
              <w:rPr>
                <w:noProof/>
                <w:sz w:val="15"/>
                <w:lang w:val="ro-RO"/>
              </w:rPr>
              <w:t>Cerințe de competență, matrice, instruire, evaluare și autorizare.</w:t>
            </w:r>
          </w:p>
        </w:tc>
        <w:tc>
          <w:tcPr>
            <w:tcW w:w="2041" w:type="dxa"/>
            <w:shd w:val="clear" w:color="auto" w:fill="FAFAFA"/>
            <w:tcMar>
              <w:top w:w="80" w:type="dxa"/>
              <w:left w:w="90" w:type="dxa"/>
              <w:bottom w:w="80" w:type="dxa"/>
              <w:right w:w="90" w:type="dxa"/>
            </w:tcMar>
            <w:vAlign w:val="center"/>
          </w:tcPr>
          <w:p w14:paraId="06755BDC" w14:textId="77777777" w:rsidR="00430FCC" w:rsidRPr="008E6C00" w:rsidRDefault="00000000">
            <w:pPr>
              <w:spacing w:after="0" w:line="240" w:lineRule="auto"/>
              <w:rPr>
                <w:noProof/>
                <w:lang w:val="ro-RO"/>
              </w:rPr>
            </w:pPr>
            <w:r w:rsidRPr="008E6C00">
              <w:rPr>
                <w:noProof/>
                <w:sz w:val="15"/>
                <w:lang w:val="ro-RO"/>
              </w:rPr>
              <w:t>Esențial</w:t>
            </w:r>
          </w:p>
        </w:tc>
      </w:tr>
      <w:tr w:rsidR="00430FCC" w:rsidRPr="008E6C00" w14:paraId="42A4C4BF" w14:textId="77777777">
        <w:trPr>
          <w:cantSplit/>
          <w:jc w:val="center"/>
        </w:trPr>
        <w:tc>
          <w:tcPr>
            <w:tcW w:w="794" w:type="dxa"/>
            <w:shd w:val="clear" w:color="auto" w:fill="FFFFFF"/>
            <w:tcMar>
              <w:top w:w="80" w:type="dxa"/>
              <w:left w:w="90" w:type="dxa"/>
              <w:bottom w:w="80" w:type="dxa"/>
              <w:right w:w="90" w:type="dxa"/>
            </w:tcMar>
            <w:vAlign w:val="center"/>
          </w:tcPr>
          <w:p w14:paraId="5D406E89" w14:textId="77777777" w:rsidR="00430FCC" w:rsidRPr="008E6C00" w:rsidRDefault="00000000">
            <w:pPr>
              <w:spacing w:after="0" w:line="240" w:lineRule="auto"/>
              <w:jc w:val="center"/>
              <w:rPr>
                <w:noProof/>
                <w:lang w:val="ro-RO"/>
              </w:rPr>
            </w:pPr>
            <w:r w:rsidRPr="008E6C00">
              <w:rPr>
                <w:noProof/>
                <w:sz w:val="15"/>
                <w:lang w:val="ro-RO"/>
              </w:rPr>
              <w:t>E</w:t>
            </w:r>
          </w:p>
        </w:tc>
        <w:tc>
          <w:tcPr>
            <w:tcW w:w="2381" w:type="dxa"/>
            <w:shd w:val="clear" w:color="auto" w:fill="FFFFFF"/>
            <w:tcMar>
              <w:top w:w="80" w:type="dxa"/>
              <w:left w:w="90" w:type="dxa"/>
              <w:bottom w:w="80" w:type="dxa"/>
              <w:right w:w="90" w:type="dxa"/>
            </w:tcMar>
            <w:vAlign w:val="center"/>
          </w:tcPr>
          <w:p w14:paraId="0BDD6A7E" w14:textId="77777777" w:rsidR="00430FCC" w:rsidRPr="008E6C00" w:rsidRDefault="00000000">
            <w:pPr>
              <w:spacing w:after="0" w:line="240" w:lineRule="auto"/>
              <w:rPr>
                <w:noProof/>
                <w:lang w:val="ro-RO"/>
              </w:rPr>
            </w:pPr>
            <w:r w:rsidRPr="008E6C00">
              <w:rPr>
                <w:noProof/>
                <w:sz w:val="15"/>
                <w:lang w:val="ro-RO"/>
              </w:rPr>
              <w:t>Vânzări și contractare</w:t>
            </w:r>
          </w:p>
        </w:tc>
        <w:tc>
          <w:tcPr>
            <w:tcW w:w="4706" w:type="dxa"/>
            <w:shd w:val="clear" w:color="auto" w:fill="FFFFFF"/>
            <w:tcMar>
              <w:top w:w="80" w:type="dxa"/>
              <w:left w:w="90" w:type="dxa"/>
              <w:bottom w:w="80" w:type="dxa"/>
              <w:right w:w="90" w:type="dxa"/>
            </w:tcMar>
            <w:vAlign w:val="center"/>
          </w:tcPr>
          <w:p w14:paraId="484B2CC1" w14:textId="77777777" w:rsidR="00430FCC" w:rsidRPr="008E6C00" w:rsidRDefault="00000000">
            <w:pPr>
              <w:spacing w:after="0" w:line="240" w:lineRule="auto"/>
              <w:rPr>
                <w:noProof/>
                <w:lang w:val="ro-RO"/>
              </w:rPr>
            </w:pPr>
            <w:r w:rsidRPr="008E6C00">
              <w:rPr>
                <w:noProof/>
                <w:sz w:val="15"/>
                <w:lang w:val="ro-RO"/>
              </w:rPr>
              <w:t>Revizuire cerințe, oferte, comenzi, modificări și comunicare client.</w:t>
            </w:r>
          </w:p>
        </w:tc>
        <w:tc>
          <w:tcPr>
            <w:tcW w:w="2041" w:type="dxa"/>
            <w:shd w:val="clear" w:color="auto" w:fill="FFFFFF"/>
            <w:tcMar>
              <w:top w:w="80" w:type="dxa"/>
              <w:left w:w="90" w:type="dxa"/>
              <w:bottom w:w="80" w:type="dxa"/>
              <w:right w:w="90" w:type="dxa"/>
            </w:tcMar>
            <w:vAlign w:val="center"/>
          </w:tcPr>
          <w:p w14:paraId="0700BECF" w14:textId="77777777" w:rsidR="00430FCC" w:rsidRPr="008E6C00" w:rsidRDefault="00000000">
            <w:pPr>
              <w:spacing w:after="0" w:line="240" w:lineRule="auto"/>
              <w:rPr>
                <w:noProof/>
                <w:lang w:val="ro-RO"/>
              </w:rPr>
            </w:pPr>
            <w:r w:rsidRPr="008E6C00">
              <w:rPr>
                <w:noProof/>
                <w:sz w:val="15"/>
                <w:lang w:val="ro-RO"/>
              </w:rPr>
              <w:t>Esențial</w:t>
            </w:r>
          </w:p>
        </w:tc>
      </w:tr>
      <w:tr w:rsidR="00430FCC" w:rsidRPr="008E6C00" w14:paraId="7AD8B295" w14:textId="77777777">
        <w:trPr>
          <w:cantSplit/>
          <w:jc w:val="center"/>
        </w:trPr>
        <w:tc>
          <w:tcPr>
            <w:tcW w:w="794" w:type="dxa"/>
            <w:shd w:val="clear" w:color="auto" w:fill="FAFAFA"/>
            <w:tcMar>
              <w:top w:w="80" w:type="dxa"/>
              <w:left w:w="90" w:type="dxa"/>
              <w:bottom w:w="80" w:type="dxa"/>
              <w:right w:w="90" w:type="dxa"/>
            </w:tcMar>
            <w:vAlign w:val="center"/>
          </w:tcPr>
          <w:p w14:paraId="461C9A0B" w14:textId="77777777" w:rsidR="00430FCC" w:rsidRPr="008E6C00" w:rsidRDefault="00000000">
            <w:pPr>
              <w:spacing w:after="0" w:line="240" w:lineRule="auto"/>
              <w:jc w:val="center"/>
              <w:rPr>
                <w:noProof/>
                <w:lang w:val="ro-RO"/>
              </w:rPr>
            </w:pPr>
            <w:r w:rsidRPr="008E6C00">
              <w:rPr>
                <w:noProof/>
                <w:sz w:val="15"/>
                <w:lang w:val="ro-RO"/>
              </w:rPr>
              <w:t>F</w:t>
            </w:r>
          </w:p>
        </w:tc>
        <w:tc>
          <w:tcPr>
            <w:tcW w:w="2381" w:type="dxa"/>
            <w:shd w:val="clear" w:color="auto" w:fill="FAFAFA"/>
            <w:tcMar>
              <w:top w:w="80" w:type="dxa"/>
              <w:left w:w="90" w:type="dxa"/>
              <w:bottom w:w="80" w:type="dxa"/>
              <w:right w:w="90" w:type="dxa"/>
            </w:tcMar>
            <w:vAlign w:val="center"/>
          </w:tcPr>
          <w:p w14:paraId="524E7CD9" w14:textId="77777777" w:rsidR="00430FCC" w:rsidRPr="008E6C00" w:rsidRDefault="00000000">
            <w:pPr>
              <w:spacing w:after="0" w:line="240" w:lineRule="auto"/>
              <w:rPr>
                <w:noProof/>
                <w:lang w:val="ro-RO"/>
              </w:rPr>
            </w:pPr>
            <w:r w:rsidRPr="008E6C00">
              <w:rPr>
                <w:noProof/>
                <w:sz w:val="15"/>
                <w:lang w:val="ro-RO"/>
              </w:rPr>
              <w:t>Furnizori</w:t>
            </w:r>
          </w:p>
        </w:tc>
        <w:tc>
          <w:tcPr>
            <w:tcW w:w="4706" w:type="dxa"/>
            <w:shd w:val="clear" w:color="auto" w:fill="FAFAFA"/>
            <w:tcMar>
              <w:top w:w="80" w:type="dxa"/>
              <w:left w:w="90" w:type="dxa"/>
              <w:bottom w:w="80" w:type="dxa"/>
              <w:right w:w="90" w:type="dxa"/>
            </w:tcMar>
            <w:vAlign w:val="center"/>
          </w:tcPr>
          <w:p w14:paraId="28187D68" w14:textId="77777777" w:rsidR="00430FCC" w:rsidRPr="008E6C00" w:rsidRDefault="00000000">
            <w:pPr>
              <w:spacing w:after="0" w:line="240" w:lineRule="auto"/>
              <w:rPr>
                <w:noProof/>
                <w:lang w:val="ro-RO"/>
              </w:rPr>
            </w:pPr>
            <w:r w:rsidRPr="008E6C00">
              <w:rPr>
                <w:noProof/>
                <w:sz w:val="15"/>
                <w:lang w:val="ro-RO"/>
              </w:rPr>
              <w:t>Criterii de aprobare, listă furnizori, monitorizare și reevaluare.</w:t>
            </w:r>
          </w:p>
        </w:tc>
        <w:tc>
          <w:tcPr>
            <w:tcW w:w="2041" w:type="dxa"/>
            <w:shd w:val="clear" w:color="auto" w:fill="FAFAFA"/>
            <w:tcMar>
              <w:top w:w="80" w:type="dxa"/>
              <w:left w:w="90" w:type="dxa"/>
              <w:bottom w:w="80" w:type="dxa"/>
              <w:right w:w="90" w:type="dxa"/>
            </w:tcMar>
            <w:vAlign w:val="center"/>
          </w:tcPr>
          <w:p w14:paraId="4E8FB9D3" w14:textId="77777777" w:rsidR="00430FCC" w:rsidRPr="008E6C00" w:rsidRDefault="00000000">
            <w:pPr>
              <w:spacing w:after="0" w:line="240" w:lineRule="auto"/>
              <w:rPr>
                <w:noProof/>
                <w:lang w:val="ro-RO"/>
              </w:rPr>
            </w:pPr>
            <w:r w:rsidRPr="008E6C00">
              <w:rPr>
                <w:noProof/>
                <w:sz w:val="15"/>
                <w:lang w:val="ro-RO"/>
              </w:rPr>
              <w:t>Esențial când există externalizare</w:t>
            </w:r>
          </w:p>
        </w:tc>
      </w:tr>
      <w:tr w:rsidR="00430FCC" w:rsidRPr="008E6C00" w14:paraId="62C94070" w14:textId="77777777">
        <w:trPr>
          <w:cantSplit/>
          <w:jc w:val="center"/>
        </w:trPr>
        <w:tc>
          <w:tcPr>
            <w:tcW w:w="794" w:type="dxa"/>
            <w:shd w:val="clear" w:color="auto" w:fill="FFFFFF"/>
            <w:tcMar>
              <w:top w:w="80" w:type="dxa"/>
              <w:left w:w="90" w:type="dxa"/>
              <w:bottom w:w="80" w:type="dxa"/>
              <w:right w:w="90" w:type="dxa"/>
            </w:tcMar>
            <w:vAlign w:val="center"/>
          </w:tcPr>
          <w:p w14:paraId="664803A6" w14:textId="77777777" w:rsidR="00430FCC" w:rsidRPr="008E6C00" w:rsidRDefault="00000000">
            <w:pPr>
              <w:spacing w:after="0" w:line="240" w:lineRule="auto"/>
              <w:jc w:val="center"/>
              <w:rPr>
                <w:noProof/>
                <w:lang w:val="ro-RO"/>
              </w:rPr>
            </w:pPr>
            <w:r w:rsidRPr="008E6C00">
              <w:rPr>
                <w:noProof/>
                <w:sz w:val="15"/>
                <w:lang w:val="ro-RO"/>
              </w:rPr>
              <w:t>G</w:t>
            </w:r>
          </w:p>
        </w:tc>
        <w:tc>
          <w:tcPr>
            <w:tcW w:w="2381" w:type="dxa"/>
            <w:shd w:val="clear" w:color="auto" w:fill="FFFFFF"/>
            <w:tcMar>
              <w:top w:w="80" w:type="dxa"/>
              <w:left w:w="90" w:type="dxa"/>
              <w:bottom w:w="80" w:type="dxa"/>
              <w:right w:w="90" w:type="dxa"/>
            </w:tcMar>
            <w:vAlign w:val="center"/>
          </w:tcPr>
          <w:p w14:paraId="73C0EB84" w14:textId="77777777" w:rsidR="00430FCC" w:rsidRPr="008E6C00" w:rsidRDefault="00000000">
            <w:pPr>
              <w:spacing w:after="0" w:line="240" w:lineRule="auto"/>
              <w:rPr>
                <w:noProof/>
                <w:lang w:val="ro-RO"/>
              </w:rPr>
            </w:pPr>
            <w:r w:rsidRPr="008E6C00">
              <w:rPr>
                <w:noProof/>
                <w:sz w:val="15"/>
                <w:lang w:val="ro-RO"/>
              </w:rPr>
              <w:t>Operațiuni</w:t>
            </w:r>
          </w:p>
        </w:tc>
        <w:tc>
          <w:tcPr>
            <w:tcW w:w="4706" w:type="dxa"/>
            <w:shd w:val="clear" w:color="auto" w:fill="FFFFFF"/>
            <w:tcMar>
              <w:top w:w="80" w:type="dxa"/>
              <w:left w:w="90" w:type="dxa"/>
              <w:bottom w:w="80" w:type="dxa"/>
              <w:right w:w="90" w:type="dxa"/>
            </w:tcMar>
            <w:vAlign w:val="center"/>
          </w:tcPr>
          <w:p w14:paraId="4B181C97" w14:textId="77777777" w:rsidR="00430FCC" w:rsidRPr="008E6C00" w:rsidRDefault="00000000">
            <w:pPr>
              <w:spacing w:after="0" w:line="240" w:lineRule="auto"/>
              <w:rPr>
                <w:noProof/>
                <w:lang w:val="ro-RO"/>
              </w:rPr>
            </w:pPr>
            <w:r w:rsidRPr="008E6C00">
              <w:rPr>
                <w:noProof/>
                <w:sz w:val="15"/>
                <w:lang w:val="ro-RO"/>
              </w:rPr>
              <w:t>Planificare, instrucțiuni, specificații, controale, identificare și eliberare.</w:t>
            </w:r>
          </w:p>
        </w:tc>
        <w:tc>
          <w:tcPr>
            <w:tcW w:w="2041" w:type="dxa"/>
            <w:shd w:val="clear" w:color="auto" w:fill="FFFFFF"/>
            <w:tcMar>
              <w:top w:w="80" w:type="dxa"/>
              <w:left w:w="90" w:type="dxa"/>
              <w:bottom w:w="80" w:type="dxa"/>
              <w:right w:w="90" w:type="dxa"/>
            </w:tcMar>
            <w:vAlign w:val="center"/>
          </w:tcPr>
          <w:p w14:paraId="770DAD96" w14:textId="77777777" w:rsidR="00430FCC" w:rsidRPr="008E6C00" w:rsidRDefault="00000000">
            <w:pPr>
              <w:spacing w:after="0" w:line="240" w:lineRule="auto"/>
              <w:rPr>
                <w:noProof/>
                <w:lang w:val="ro-RO"/>
              </w:rPr>
            </w:pPr>
            <w:r w:rsidRPr="008E6C00">
              <w:rPr>
                <w:noProof/>
                <w:sz w:val="15"/>
                <w:lang w:val="ro-RO"/>
              </w:rPr>
              <w:t>Esențial</w:t>
            </w:r>
          </w:p>
        </w:tc>
      </w:tr>
      <w:tr w:rsidR="00430FCC" w:rsidRPr="008E6C00" w14:paraId="1EC9AC94" w14:textId="77777777">
        <w:trPr>
          <w:cantSplit/>
          <w:jc w:val="center"/>
        </w:trPr>
        <w:tc>
          <w:tcPr>
            <w:tcW w:w="794" w:type="dxa"/>
            <w:shd w:val="clear" w:color="auto" w:fill="FAFAFA"/>
            <w:tcMar>
              <w:top w:w="80" w:type="dxa"/>
              <w:left w:w="90" w:type="dxa"/>
              <w:bottom w:w="80" w:type="dxa"/>
              <w:right w:w="90" w:type="dxa"/>
            </w:tcMar>
            <w:vAlign w:val="center"/>
          </w:tcPr>
          <w:p w14:paraId="5DB9E6B9" w14:textId="77777777" w:rsidR="00430FCC" w:rsidRPr="008E6C00" w:rsidRDefault="00000000">
            <w:pPr>
              <w:spacing w:after="0" w:line="240" w:lineRule="auto"/>
              <w:jc w:val="center"/>
              <w:rPr>
                <w:noProof/>
                <w:lang w:val="ro-RO"/>
              </w:rPr>
            </w:pPr>
            <w:r w:rsidRPr="008E6C00">
              <w:rPr>
                <w:noProof/>
                <w:sz w:val="15"/>
                <w:lang w:val="ro-RO"/>
              </w:rPr>
              <w:t>H</w:t>
            </w:r>
          </w:p>
        </w:tc>
        <w:tc>
          <w:tcPr>
            <w:tcW w:w="2381" w:type="dxa"/>
            <w:shd w:val="clear" w:color="auto" w:fill="FAFAFA"/>
            <w:tcMar>
              <w:top w:w="80" w:type="dxa"/>
              <w:left w:w="90" w:type="dxa"/>
              <w:bottom w:w="80" w:type="dxa"/>
              <w:right w:w="90" w:type="dxa"/>
            </w:tcMar>
            <w:vAlign w:val="center"/>
          </w:tcPr>
          <w:p w14:paraId="3FD51F79" w14:textId="77777777" w:rsidR="00430FCC" w:rsidRPr="008E6C00" w:rsidRDefault="00000000">
            <w:pPr>
              <w:spacing w:after="0" w:line="240" w:lineRule="auto"/>
              <w:rPr>
                <w:noProof/>
                <w:lang w:val="ro-RO"/>
              </w:rPr>
            </w:pPr>
            <w:r w:rsidRPr="008E6C00">
              <w:rPr>
                <w:noProof/>
                <w:sz w:val="15"/>
                <w:lang w:val="ro-RO"/>
              </w:rPr>
              <w:t>Proiectare</w:t>
            </w:r>
          </w:p>
        </w:tc>
        <w:tc>
          <w:tcPr>
            <w:tcW w:w="4706" w:type="dxa"/>
            <w:shd w:val="clear" w:color="auto" w:fill="FAFAFA"/>
            <w:tcMar>
              <w:top w:w="80" w:type="dxa"/>
              <w:left w:w="90" w:type="dxa"/>
              <w:bottom w:w="80" w:type="dxa"/>
              <w:right w:w="90" w:type="dxa"/>
            </w:tcMar>
            <w:vAlign w:val="center"/>
          </w:tcPr>
          <w:p w14:paraId="6E253DBF" w14:textId="77777777" w:rsidR="00430FCC" w:rsidRPr="008E6C00" w:rsidRDefault="00000000">
            <w:pPr>
              <w:spacing w:after="0" w:line="240" w:lineRule="auto"/>
              <w:rPr>
                <w:noProof/>
                <w:lang w:val="ro-RO"/>
              </w:rPr>
            </w:pPr>
            <w:r w:rsidRPr="008E6C00">
              <w:rPr>
                <w:noProof/>
                <w:sz w:val="15"/>
                <w:lang w:val="ro-RO"/>
              </w:rPr>
              <w:t>Plan, intrări, revizuiri, verificări, validări, ieșiri și schimbări.</w:t>
            </w:r>
          </w:p>
        </w:tc>
        <w:tc>
          <w:tcPr>
            <w:tcW w:w="2041" w:type="dxa"/>
            <w:shd w:val="clear" w:color="auto" w:fill="FAFAFA"/>
            <w:tcMar>
              <w:top w:w="80" w:type="dxa"/>
              <w:left w:w="90" w:type="dxa"/>
              <w:bottom w:w="80" w:type="dxa"/>
              <w:right w:w="90" w:type="dxa"/>
            </w:tcMar>
            <w:vAlign w:val="center"/>
          </w:tcPr>
          <w:p w14:paraId="25BEAB98" w14:textId="77777777" w:rsidR="00430FCC" w:rsidRPr="008E6C00" w:rsidRDefault="00000000">
            <w:pPr>
              <w:spacing w:after="0" w:line="240" w:lineRule="auto"/>
              <w:rPr>
                <w:noProof/>
                <w:lang w:val="ro-RO"/>
              </w:rPr>
            </w:pPr>
            <w:r w:rsidRPr="008E6C00">
              <w:rPr>
                <w:noProof/>
                <w:sz w:val="15"/>
                <w:lang w:val="ro-RO"/>
              </w:rPr>
              <w:t>Numai dacă este aplicabilă</w:t>
            </w:r>
          </w:p>
        </w:tc>
      </w:tr>
      <w:tr w:rsidR="00430FCC" w:rsidRPr="008E6C00" w14:paraId="5883D337" w14:textId="77777777">
        <w:trPr>
          <w:cantSplit/>
          <w:jc w:val="center"/>
        </w:trPr>
        <w:tc>
          <w:tcPr>
            <w:tcW w:w="794" w:type="dxa"/>
            <w:shd w:val="clear" w:color="auto" w:fill="FFFFFF"/>
            <w:tcMar>
              <w:top w:w="80" w:type="dxa"/>
              <w:left w:w="90" w:type="dxa"/>
              <w:bottom w:w="80" w:type="dxa"/>
              <w:right w:w="90" w:type="dxa"/>
            </w:tcMar>
            <w:vAlign w:val="center"/>
          </w:tcPr>
          <w:p w14:paraId="39EE72BF" w14:textId="77777777" w:rsidR="00430FCC" w:rsidRPr="008E6C00" w:rsidRDefault="00000000">
            <w:pPr>
              <w:spacing w:after="0" w:line="240" w:lineRule="auto"/>
              <w:jc w:val="center"/>
              <w:rPr>
                <w:noProof/>
                <w:lang w:val="ro-RO"/>
              </w:rPr>
            </w:pPr>
            <w:r w:rsidRPr="008E6C00">
              <w:rPr>
                <w:noProof/>
                <w:sz w:val="15"/>
                <w:lang w:val="ro-RO"/>
              </w:rPr>
              <w:t>I</w:t>
            </w:r>
          </w:p>
        </w:tc>
        <w:tc>
          <w:tcPr>
            <w:tcW w:w="2381" w:type="dxa"/>
            <w:shd w:val="clear" w:color="auto" w:fill="FFFFFF"/>
            <w:tcMar>
              <w:top w:w="80" w:type="dxa"/>
              <w:left w:w="90" w:type="dxa"/>
              <w:bottom w:w="80" w:type="dxa"/>
              <w:right w:w="90" w:type="dxa"/>
            </w:tcMar>
            <w:vAlign w:val="center"/>
          </w:tcPr>
          <w:p w14:paraId="0BB4E015" w14:textId="77777777" w:rsidR="00430FCC" w:rsidRPr="008E6C00" w:rsidRDefault="00000000">
            <w:pPr>
              <w:spacing w:after="0" w:line="240" w:lineRule="auto"/>
              <w:rPr>
                <w:noProof/>
                <w:lang w:val="ro-RO"/>
              </w:rPr>
            </w:pPr>
            <w:r w:rsidRPr="008E6C00">
              <w:rPr>
                <w:noProof/>
                <w:sz w:val="15"/>
                <w:lang w:val="ro-RO"/>
              </w:rPr>
              <w:t>Neconformități și acțiuni corective</w:t>
            </w:r>
          </w:p>
        </w:tc>
        <w:tc>
          <w:tcPr>
            <w:tcW w:w="4706" w:type="dxa"/>
            <w:shd w:val="clear" w:color="auto" w:fill="FFFFFF"/>
            <w:tcMar>
              <w:top w:w="80" w:type="dxa"/>
              <w:left w:w="90" w:type="dxa"/>
              <w:bottom w:w="80" w:type="dxa"/>
              <w:right w:w="90" w:type="dxa"/>
            </w:tcMar>
            <w:vAlign w:val="center"/>
          </w:tcPr>
          <w:p w14:paraId="35053F2D" w14:textId="77777777" w:rsidR="00430FCC" w:rsidRPr="008E6C00" w:rsidRDefault="00000000">
            <w:pPr>
              <w:spacing w:after="0" w:line="240" w:lineRule="auto"/>
              <w:rPr>
                <w:noProof/>
                <w:lang w:val="ro-RO"/>
              </w:rPr>
            </w:pPr>
            <w:r w:rsidRPr="008E6C00">
              <w:rPr>
                <w:noProof/>
                <w:sz w:val="15"/>
                <w:lang w:val="ro-RO"/>
              </w:rPr>
              <w:t>Controlul ieșirilor neconforme, cauze, acțiuni și eficacitate.</w:t>
            </w:r>
          </w:p>
        </w:tc>
        <w:tc>
          <w:tcPr>
            <w:tcW w:w="2041" w:type="dxa"/>
            <w:shd w:val="clear" w:color="auto" w:fill="FFFFFF"/>
            <w:tcMar>
              <w:top w:w="80" w:type="dxa"/>
              <w:left w:w="90" w:type="dxa"/>
              <w:bottom w:w="80" w:type="dxa"/>
              <w:right w:w="90" w:type="dxa"/>
            </w:tcMar>
            <w:vAlign w:val="center"/>
          </w:tcPr>
          <w:p w14:paraId="25556802" w14:textId="77777777" w:rsidR="00430FCC" w:rsidRPr="008E6C00" w:rsidRDefault="00000000">
            <w:pPr>
              <w:spacing w:after="0" w:line="240" w:lineRule="auto"/>
              <w:rPr>
                <w:noProof/>
                <w:lang w:val="ro-RO"/>
              </w:rPr>
            </w:pPr>
            <w:r w:rsidRPr="008E6C00">
              <w:rPr>
                <w:noProof/>
                <w:sz w:val="15"/>
                <w:lang w:val="ro-RO"/>
              </w:rPr>
              <w:t>Esențial</w:t>
            </w:r>
          </w:p>
        </w:tc>
      </w:tr>
      <w:tr w:rsidR="00430FCC" w:rsidRPr="008E6C00" w14:paraId="7072E864" w14:textId="77777777">
        <w:trPr>
          <w:cantSplit/>
          <w:jc w:val="center"/>
        </w:trPr>
        <w:tc>
          <w:tcPr>
            <w:tcW w:w="794" w:type="dxa"/>
            <w:shd w:val="clear" w:color="auto" w:fill="FAFAFA"/>
            <w:tcMar>
              <w:top w:w="80" w:type="dxa"/>
              <w:left w:w="90" w:type="dxa"/>
              <w:bottom w:w="80" w:type="dxa"/>
              <w:right w:w="90" w:type="dxa"/>
            </w:tcMar>
            <w:vAlign w:val="center"/>
          </w:tcPr>
          <w:p w14:paraId="544AD18D" w14:textId="77777777" w:rsidR="00430FCC" w:rsidRPr="008E6C00" w:rsidRDefault="00000000">
            <w:pPr>
              <w:spacing w:after="0" w:line="240" w:lineRule="auto"/>
              <w:jc w:val="center"/>
              <w:rPr>
                <w:noProof/>
                <w:lang w:val="ro-RO"/>
              </w:rPr>
            </w:pPr>
            <w:r w:rsidRPr="008E6C00">
              <w:rPr>
                <w:noProof/>
                <w:sz w:val="15"/>
                <w:lang w:val="ro-RO"/>
              </w:rPr>
              <w:lastRenderedPageBreak/>
              <w:t>J</w:t>
            </w:r>
          </w:p>
        </w:tc>
        <w:tc>
          <w:tcPr>
            <w:tcW w:w="2381" w:type="dxa"/>
            <w:shd w:val="clear" w:color="auto" w:fill="FAFAFA"/>
            <w:tcMar>
              <w:top w:w="80" w:type="dxa"/>
              <w:left w:w="90" w:type="dxa"/>
              <w:bottom w:w="80" w:type="dxa"/>
              <w:right w:w="90" w:type="dxa"/>
            </w:tcMar>
            <w:vAlign w:val="center"/>
          </w:tcPr>
          <w:p w14:paraId="5555EFA1" w14:textId="77777777" w:rsidR="00430FCC" w:rsidRPr="008E6C00" w:rsidRDefault="00000000">
            <w:pPr>
              <w:spacing w:after="0" w:line="240" w:lineRule="auto"/>
              <w:rPr>
                <w:noProof/>
                <w:lang w:val="ro-RO"/>
              </w:rPr>
            </w:pPr>
            <w:r w:rsidRPr="008E6C00">
              <w:rPr>
                <w:noProof/>
                <w:sz w:val="15"/>
                <w:lang w:val="ro-RO"/>
              </w:rPr>
              <w:t>Evaluarea performanței</w:t>
            </w:r>
          </w:p>
        </w:tc>
        <w:tc>
          <w:tcPr>
            <w:tcW w:w="4706" w:type="dxa"/>
            <w:shd w:val="clear" w:color="auto" w:fill="FAFAFA"/>
            <w:tcMar>
              <w:top w:w="80" w:type="dxa"/>
              <w:left w:w="90" w:type="dxa"/>
              <w:bottom w:w="80" w:type="dxa"/>
              <w:right w:w="90" w:type="dxa"/>
            </w:tcMar>
            <w:vAlign w:val="center"/>
          </w:tcPr>
          <w:p w14:paraId="5CD6D26C" w14:textId="77777777" w:rsidR="00430FCC" w:rsidRPr="008E6C00" w:rsidRDefault="00000000">
            <w:pPr>
              <w:spacing w:after="0" w:line="240" w:lineRule="auto"/>
              <w:rPr>
                <w:noProof/>
                <w:lang w:val="ro-RO"/>
              </w:rPr>
            </w:pPr>
            <w:r w:rsidRPr="008E6C00">
              <w:rPr>
                <w:noProof/>
                <w:sz w:val="15"/>
                <w:lang w:val="ro-RO"/>
              </w:rPr>
              <w:t>KPI, satisfacție client, audit intern și analiză de management.</w:t>
            </w:r>
          </w:p>
        </w:tc>
        <w:tc>
          <w:tcPr>
            <w:tcW w:w="2041" w:type="dxa"/>
            <w:shd w:val="clear" w:color="auto" w:fill="FAFAFA"/>
            <w:tcMar>
              <w:top w:w="80" w:type="dxa"/>
              <w:left w:w="90" w:type="dxa"/>
              <w:bottom w:w="80" w:type="dxa"/>
              <w:right w:w="90" w:type="dxa"/>
            </w:tcMar>
            <w:vAlign w:val="center"/>
          </w:tcPr>
          <w:p w14:paraId="38535865" w14:textId="77777777" w:rsidR="00430FCC" w:rsidRPr="008E6C00" w:rsidRDefault="00000000">
            <w:pPr>
              <w:spacing w:after="0" w:line="240" w:lineRule="auto"/>
              <w:rPr>
                <w:noProof/>
                <w:lang w:val="ro-RO"/>
              </w:rPr>
            </w:pPr>
            <w:r w:rsidRPr="008E6C00">
              <w:rPr>
                <w:noProof/>
                <w:sz w:val="15"/>
                <w:lang w:val="ro-RO"/>
              </w:rPr>
              <w:t>Esențial</w:t>
            </w:r>
          </w:p>
        </w:tc>
      </w:tr>
    </w:tbl>
    <w:p w14:paraId="034A2C08" w14:textId="77777777" w:rsidR="00430FCC" w:rsidRPr="008E6C00" w:rsidRDefault="00430FCC">
      <w:pPr>
        <w:spacing w:after="20"/>
        <w:rPr>
          <w:noProof/>
          <w:lang w:val="ro-RO"/>
        </w:rPr>
      </w:pPr>
    </w:p>
    <w:p w14:paraId="4F87F15E" w14:textId="77777777" w:rsidR="00430FCC" w:rsidRPr="008E6C00" w:rsidRDefault="00000000">
      <w:pPr>
        <w:pStyle w:val="Heading2"/>
        <w:rPr>
          <w:noProof/>
          <w:lang w:val="ro-RO"/>
        </w:rPr>
      </w:pPr>
      <w:r w:rsidRPr="008E6C00">
        <w:rPr>
          <w:noProof/>
          <w:lang w:val="ro-RO"/>
        </w:rPr>
        <w:t>Convenție simplă de codificare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84"/>
        <w:gridCol w:w="2835"/>
        <w:gridCol w:w="5102"/>
      </w:tblGrid>
      <w:tr w:rsidR="00430FCC" w:rsidRPr="008E6C00" w14:paraId="53B2CCF0" w14:textId="77777777">
        <w:trPr>
          <w:tblHeader/>
          <w:jc w:val="center"/>
        </w:trPr>
        <w:tc>
          <w:tcPr>
            <w:tcW w:w="1984" w:type="dxa"/>
            <w:shd w:val="clear" w:color="auto" w:fill="D71920"/>
            <w:tcMar>
              <w:top w:w="80" w:type="dxa"/>
              <w:left w:w="90" w:type="dxa"/>
              <w:bottom w:w="80" w:type="dxa"/>
              <w:right w:w="90" w:type="dxa"/>
            </w:tcMar>
            <w:vAlign w:val="center"/>
          </w:tcPr>
          <w:p w14:paraId="2D438169" w14:textId="77777777" w:rsidR="00430FCC" w:rsidRPr="008E6C00" w:rsidRDefault="00000000">
            <w:pPr>
              <w:spacing w:after="0" w:line="240" w:lineRule="auto"/>
              <w:jc w:val="center"/>
              <w:rPr>
                <w:noProof/>
                <w:lang w:val="ro-RO"/>
              </w:rPr>
            </w:pPr>
            <w:r w:rsidRPr="008E6C00">
              <w:rPr>
                <w:b/>
                <w:noProof/>
                <w:color w:val="FFFFFF"/>
                <w:sz w:val="16"/>
                <w:lang w:val="ro-RO"/>
              </w:rPr>
              <w:t>ELEMENT</w:t>
            </w:r>
          </w:p>
        </w:tc>
        <w:tc>
          <w:tcPr>
            <w:tcW w:w="2835" w:type="dxa"/>
            <w:shd w:val="clear" w:color="auto" w:fill="D71920"/>
            <w:tcMar>
              <w:top w:w="80" w:type="dxa"/>
              <w:left w:w="90" w:type="dxa"/>
              <w:bottom w:w="80" w:type="dxa"/>
              <w:right w:w="90" w:type="dxa"/>
            </w:tcMar>
            <w:vAlign w:val="center"/>
          </w:tcPr>
          <w:p w14:paraId="11C876F5" w14:textId="77777777" w:rsidR="00430FCC" w:rsidRPr="008E6C00" w:rsidRDefault="00000000">
            <w:pPr>
              <w:spacing w:after="0" w:line="240" w:lineRule="auto"/>
              <w:jc w:val="center"/>
              <w:rPr>
                <w:noProof/>
                <w:lang w:val="ro-RO"/>
              </w:rPr>
            </w:pPr>
            <w:r w:rsidRPr="008E6C00">
              <w:rPr>
                <w:b/>
                <w:noProof/>
                <w:color w:val="FFFFFF"/>
                <w:sz w:val="16"/>
                <w:lang w:val="ro-RO"/>
              </w:rPr>
              <w:t>EXEMPLU</w:t>
            </w:r>
          </w:p>
        </w:tc>
        <w:tc>
          <w:tcPr>
            <w:tcW w:w="5102" w:type="dxa"/>
            <w:shd w:val="clear" w:color="auto" w:fill="D71920"/>
            <w:tcMar>
              <w:top w:w="80" w:type="dxa"/>
              <w:left w:w="90" w:type="dxa"/>
              <w:bottom w:w="80" w:type="dxa"/>
              <w:right w:w="90" w:type="dxa"/>
            </w:tcMar>
            <w:vAlign w:val="center"/>
          </w:tcPr>
          <w:p w14:paraId="5288585D" w14:textId="77777777" w:rsidR="00430FCC" w:rsidRPr="008E6C00" w:rsidRDefault="00000000">
            <w:pPr>
              <w:spacing w:after="0" w:line="240" w:lineRule="auto"/>
              <w:jc w:val="center"/>
              <w:rPr>
                <w:noProof/>
                <w:lang w:val="ro-RO"/>
              </w:rPr>
            </w:pPr>
            <w:r w:rsidRPr="008E6C00">
              <w:rPr>
                <w:b/>
                <w:noProof/>
                <w:color w:val="FFFFFF"/>
                <w:sz w:val="16"/>
                <w:lang w:val="ro-RO"/>
              </w:rPr>
              <w:t>EXPLICAȚIE</w:t>
            </w:r>
          </w:p>
        </w:tc>
      </w:tr>
      <w:tr w:rsidR="00430FCC" w:rsidRPr="008E6C00" w14:paraId="4E0ACB0A" w14:textId="77777777">
        <w:trPr>
          <w:cantSplit/>
          <w:jc w:val="center"/>
        </w:trPr>
        <w:tc>
          <w:tcPr>
            <w:tcW w:w="1984" w:type="dxa"/>
            <w:shd w:val="clear" w:color="auto" w:fill="FFFFFF"/>
            <w:tcMar>
              <w:top w:w="80" w:type="dxa"/>
              <w:left w:w="90" w:type="dxa"/>
              <w:bottom w:w="80" w:type="dxa"/>
              <w:right w:w="90" w:type="dxa"/>
            </w:tcMar>
            <w:vAlign w:val="center"/>
          </w:tcPr>
          <w:p w14:paraId="0D6CF546" w14:textId="77777777" w:rsidR="00430FCC" w:rsidRPr="008E6C00" w:rsidRDefault="00000000">
            <w:pPr>
              <w:spacing w:after="0" w:line="240" w:lineRule="auto"/>
              <w:rPr>
                <w:noProof/>
                <w:lang w:val="ro-RO"/>
              </w:rPr>
            </w:pPr>
            <w:r w:rsidRPr="008E6C00">
              <w:rPr>
                <w:noProof/>
                <w:sz w:val="16"/>
                <w:lang w:val="ro-RO"/>
              </w:rPr>
              <w:t>Tip</w:t>
            </w:r>
          </w:p>
        </w:tc>
        <w:tc>
          <w:tcPr>
            <w:tcW w:w="2835" w:type="dxa"/>
            <w:shd w:val="clear" w:color="auto" w:fill="FFFFFF"/>
            <w:tcMar>
              <w:top w:w="80" w:type="dxa"/>
              <w:left w:w="90" w:type="dxa"/>
              <w:bottom w:w="80" w:type="dxa"/>
              <w:right w:w="90" w:type="dxa"/>
            </w:tcMar>
            <w:vAlign w:val="center"/>
          </w:tcPr>
          <w:p w14:paraId="280A28FE" w14:textId="77777777" w:rsidR="00430FCC" w:rsidRPr="008E6C00" w:rsidRDefault="00000000">
            <w:pPr>
              <w:spacing w:after="0" w:line="240" w:lineRule="auto"/>
              <w:rPr>
                <w:noProof/>
                <w:lang w:val="ro-RO"/>
              </w:rPr>
            </w:pPr>
            <w:r w:rsidRPr="008E6C00">
              <w:rPr>
                <w:noProof/>
                <w:sz w:val="16"/>
                <w:lang w:val="ro-RO"/>
              </w:rPr>
              <w:t>POL / PRO / INS / FOR / REG</w:t>
            </w:r>
          </w:p>
        </w:tc>
        <w:tc>
          <w:tcPr>
            <w:tcW w:w="5102" w:type="dxa"/>
            <w:shd w:val="clear" w:color="auto" w:fill="FFFFFF"/>
            <w:tcMar>
              <w:top w:w="80" w:type="dxa"/>
              <w:left w:w="90" w:type="dxa"/>
              <w:bottom w:w="80" w:type="dxa"/>
              <w:right w:w="90" w:type="dxa"/>
            </w:tcMar>
            <w:vAlign w:val="center"/>
          </w:tcPr>
          <w:p w14:paraId="28D35258" w14:textId="77777777" w:rsidR="00430FCC" w:rsidRPr="008E6C00" w:rsidRDefault="00000000">
            <w:pPr>
              <w:spacing w:after="0" w:line="240" w:lineRule="auto"/>
              <w:rPr>
                <w:noProof/>
                <w:lang w:val="ro-RO"/>
              </w:rPr>
            </w:pPr>
            <w:r w:rsidRPr="008E6C00">
              <w:rPr>
                <w:noProof/>
                <w:sz w:val="16"/>
                <w:lang w:val="ro-RO"/>
              </w:rPr>
              <w:t>Politică, procedură, instrucțiune, formular, registru.</w:t>
            </w:r>
          </w:p>
        </w:tc>
      </w:tr>
      <w:tr w:rsidR="00430FCC" w:rsidRPr="008E6C00" w14:paraId="74411585" w14:textId="77777777">
        <w:trPr>
          <w:cantSplit/>
          <w:jc w:val="center"/>
        </w:trPr>
        <w:tc>
          <w:tcPr>
            <w:tcW w:w="1984" w:type="dxa"/>
            <w:shd w:val="clear" w:color="auto" w:fill="FAFAFA"/>
            <w:tcMar>
              <w:top w:w="80" w:type="dxa"/>
              <w:left w:w="90" w:type="dxa"/>
              <w:bottom w:w="80" w:type="dxa"/>
              <w:right w:w="90" w:type="dxa"/>
            </w:tcMar>
            <w:vAlign w:val="center"/>
          </w:tcPr>
          <w:p w14:paraId="0F1C2D01" w14:textId="77777777" w:rsidR="00430FCC" w:rsidRPr="008E6C00" w:rsidRDefault="00000000">
            <w:pPr>
              <w:spacing w:after="0" w:line="240" w:lineRule="auto"/>
              <w:rPr>
                <w:noProof/>
                <w:lang w:val="ro-RO"/>
              </w:rPr>
            </w:pPr>
            <w:r w:rsidRPr="008E6C00">
              <w:rPr>
                <w:noProof/>
                <w:sz w:val="16"/>
                <w:lang w:val="ro-RO"/>
              </w:rPr>
              <w:t>Proces</w:t>
            </w:r>
          </w:p>
        </w:tc>
        <w:tc>
          <w:tcPr>
            <w:tcW w:w="2835" w:type="dxa"/>
            <w:shd w:val="clear" w:color="auto" w:fill="FAFAFA"/>
            <w:tcMar>
              <w:top w:w="80" w:type="dxa"/>
              <w:left w:w="90" w:type="dxa"/>
              <w:bottom w:w="80" w:type="dxa"/>
              <w:right w:w="90" w:type="dxa"/>
            </w:tcMar>
            <w:vAlign w:val="center"/>
          </w:tcPr>
          <w:p w14:paraId="46F74832" w14:textId="77777777" w:rsidR="00430FCC" w:rsidRPr="008E6C00" w:rsidRDefault="00000000">
            <w:pPr>
              <w:spacing w:after="0" w:line="240" w:lineRule="auto"/>
              <w:rPr>
                <w:noProof/>
                <w:lang w:val="ro-RO"/>
              </w:rPr>
            </w:pPr>
            <w:r w:rsidRPr="008E6C00">
              <w:rPr>
                <w:noProof/>
                <w:sz w:val="16"/>
                <w:lang w:val="ro-RO"/>
              </w:rPr>
              <w:t>VNZ / ACH / OPR / CAL / HR</w:t>
            </w:r>
          </w:p>
        </w:tc>
        <w:tc>
          <w:tcPr>
            <w:tcW w:w="5102" w:type="dxa"/>
            <w:shd w:val="clear" w:color="auto" w:fill="FAFAFA"/>
            <w:tcMar>
              <w:top w:w="80" w:type="dxa"/>
              <w:left w:w="90" w:type="dxa"/>
              <w:bottom w:w="80" w:type="dxa"/>
              <w:right w:w="90" w:type="dxa"/>
            </w:tcMar>
            <w:vAlign w:val="center"/>
          </w:tcPr>
          <w:p w14:paraId="17996EEC" w14:textId="77777777" w:rsidR="00430FCC" w:rsidRPr="008E6C00" w:rsidRDefault="00000000">
            <w:pPr>
              <w:spacing w:after="0" w:line="240" w:lineRule="auto"/>
              <w:rPr>
                <w:noProof/>
                <w:lang w:val="ro-RO"/>
              </w:rPr>
            </w:pPr>
            <w:r w:rsidRPr="008E6C00">
              <w:rPr>
                <w:noProof/>
                <w:sz w:val="16"/>
                <w:lang w:val="ro-RO"/>
              </w:rPr>
              <w:t>Vânzări, achiziții, operațiuni, calitate, resurse umane.</w:t>
            </w:r>
          </w:p>
        </w:tc>
      </w:tr>
      <w:tr w:rsidR="00430FCC" w:rsidRPr="008E6C00" w14:paraId="255BE506" w14:textId="77777777">
        <w:trPr>
          <w:cantSplit/>
          <w:jc w:val="center"/>
        </w:trPr>
        <w:tc>
          <w:tcPr>
            <w:tcW w:w="1984" w:type="dxa"/>
            <w:shd w:val="clear" w:color="auto" w:fill="FFFFFF"/>
            <w:tcMar>
              <w:top w:w="80" w:type="dxa"/>
              <w:left w:w="90" w:type="dxa"/>
              <w:bottom w:w="80" w:type="dxa"/>
              <w:right w:w="90" w:type="dxa"/>
            </w:tcMar>
            <w:vAlign w:val="center"/>
          </w:tcPr>
          <w:p w14:paraId="7FE37B96" w14:textId="77777777" w:rsidR="00430FCC" w:rsidRPr="008E6C00" w:rsidRDefault="00000000">
            <w:pPr>
              <w:spacing w:after="0" w:line="240" w:lineRule="auto"/>
              <w:rPr>
                <w:noProof/>
                <w:lang w:val="ro-RO"/>
              </w:rPr>
            </w:pPr>
            <w:r w:rsidRPr="008E6C00">
              <w:rPr>
                <w:noProof/>
                <w:sz w:val="16"/>
                <w:lang w:val="ro-RO"/>
              </w:rPr>
              <w:t>Număr</w:t>
            </w:r>
          </w:p>
        </w:tc>
        <w:tc>
          <w:tcPr>
            <w:tcW w:w="2835" w:type="dxa"/>
            <w:shd w:val="clear" w:color="auto" w:fill="FFFFFF"/>
            <w:tcMar>
              <w:top w:w="80" w:type="dxa"/>
              <w:left w:w="90" w:type="dxa"/>
              <w:bottom w:w="80" w:type="dxa"/>
              <w:right w:w="90" w:type="dxa"/>
            </w:tcMar>
            <w:vAlign w:val="center"/>
          </w:tcPr>
          <w:p w14:paraId="55091577" w14:textId="77777777" w:rsidR="00430FCC" w:rsidRPr="008E6C00" w:rsidRDefault="00000000">
            <w:pPr>
              <w:spacing w:after="0" w:line="240" w:lineRule="auto"/>
              <w:rPr>
                <w:noProof/>
                <w:lang w:val="ro-RO"/>
              </w:rPr>
            </w:pPr>
            <w:r w:rsidRPr="008E6C00">
              <w:rPr>
                <w:noProof/>
                <w:sz w:val="16"/>
                <w:lang w:val="ro-RO"/>
              </w:rPr>
              <w:t>01, 02, 03</w:t>
            </w:r>
          </w:p>
        </w:tc>
        <w:tc>
          <w:tcPr>
            <w:tcW w:w="5102" w:type="dxa"/>
            <w:shd w:val="clear" w:color="auto" w:fill="FFFFFF"/>
            <w:tcMar>
              <w:top w:w="80" w:type="dxa"/>
              <w:left w:w="90" w:type="dxa"/>
              <w:bottom w:w="80" w:type="dxa"/>
              <w:right w:w="90" w:type="dxa"/>
            </w:tcMar>
            <w:vAlign w:val="center"/>
          </w:tcPr>
          <w:p w14:paraId="58894654" w14:textId="77777777" w:rsidR="00430FCC" w:rsidRPr="008E6C00" w:rsidRDefault="00000000">
            <w:pPr>
              <w:spacing w:after="0" w:line="240" w:lineRule="auto"/>
              <w:rPr>
                <w:noProof/>
                <w:lang w:val="ro-RO"/>
              </w:rPr>
            </w:pPr>
            <w:r w:rsidRPr="008E6C00">
              <w:rPr>
                <w:noProof/>
                <w:sz w:val="16"/>
                <w:lang w:val="ro-RO"/>
              </w:rPr>
              <w:t>Număr unic în familie sau proces.</w:t>
            </w:r>
          </w:p>
        </w:tc>
      </w:tr>
      <w:tr w:rsidR="00430FCC" w:rsidRPr="008E6C00" w14:paraId="659653D5" w14:textId="77777777">
        <w:trPr>
          <w:cantSplit/>
          <w:jc w:val="center"/>
        </w:trPr>
        <w:tc>
          <w:tcPr>
            <w:tcW w:w="1984" w:type="dxa"/>
            <w:shd w:val="clear" w:color="auto" w:fill="FAFAFA"/>
            <w:tcMar>
              <w:top w:w="80" w:type="dxa"/>
              <w:left w:w="90" w:type="dxa"/>
              <w:bottom w:w="80" w:type="dxa"/>
              <w:right w:w="90" w:type="dxa"/>
            </w:tcMar>
            <w:vAlign w:val="center"/>
          </w:tcPr>
          <w:p w14:paraId="516DEF38" w14:textId="77777777" w:rsidR="00430FCC" w:rsidRPr="008E6C00" w:rsidRDefault="00000000">
            <w:pPr>
              <w:spacing w:after="0" w:line="240" w:lineRule="auto"/>
              <w:rPr>
                <w:noProof/>
                <w:lang w:val="ro-RO"/>
              </w:rPr>
            </w:pPr>
            <w:r w:rsidRPr="008E6C00">
              <w:rPr>
                <w:noProof/>
                <w:sz w:val="16"/>
                <w:lang w:val="ro-RO"/>
              </w:rPr>
              <w:t>Revizie</w:t>
            </w:r>
          </w:p>
        </w:tc>
        <w:tc>
          <w:tcPr>
            <w:tcW w:w="2835" w:type="dxa"/>
            <w:shd w:val="clear" w:color="auto" w:fill="FAFAFA"/>
            <w:tcMar>
              <w:top w:w="80" w:type="dxa"/>
              <w:left w:w="90" w:type="dxa"/>
              <w:bottom w:w="80" w:type="dxa"/>
              <w:right w:w="90" w:type="dxa"/>
            </w:tcMar>
            <w:vAlign w:val="center"/>
          </w:tcPr>
          <w:p w14:paraId="017F2199" w14:textId="77777777" w:rsidR="00430FCC" w:rsidRPr="008E6C00" w:rsidRDefault="00000000">
            <w:pPr>
              <w:spacing w:after="0" w:line="240" w:lineRule="auto"/>
              <w:rPr>
                <w:noProof/>
                <w:lang w:val="ro-RO"/>
              </w:rPr>
            </w:pPr>
            <w:r w:rsidRPr="008E6C00">
              <w:rPr>
                <w:noProof/>
                <w:sz w:val="16"/>
                <w:lang w:val="ro-RO"/>
              </w:rPr>
              <w:t>R00, R01, R02</w:t>
            </w:r>
          </w:p>
        </w:tc>
        <w:tc>
          <w:tcPr>
            <w:tcW w:w="5102" w:type="dxa"/>
            <w:shd w:val="clear" w:color="auto" w:fill="FAFAFA"/>
            <w:tcMar>
              <w:top w:w="80" w:type="dxa"/>
              <w:left w:w="90" w:type="dxa"/>
              <w:bottom w:w="80" w:type="dxa"/>
              <w:right w:w="90" w:type="dxa"/>
            </w:tcMar>
            <w:vAlign w:val="center"/>
          </w:tcPr>
          <w:p w14:paraId="05388D6D" w14:textId="77777777" w:rsidR="00430FCC" w:rsidRPr="008E6C00" w:rsidRDefault="00000000">
            <w:pPr>
              <w:spacing w:after="0" w:line="240" w:lineRule="auto"/>
              <w:rPr>
                <w:noProof/>
                <w:lang w:val="ro-RO"/>
              </w:rPr>
            </w:pPr>
            <w:r w:rsidRPr="008E6C00">
              <w:rPr>
                <w:noProof/>
                <w:sz w:val="16"/>
                <w:lang w:val="ro-RO"/>
              </w:rPr>
              <w:t>Versiunea aprobată; nu confundați cu data documentului.</w:t>
            </w:r>
          </w:p>
        </w:tc>
      </w:tr>
      <w:tr w:rsidR="00430FCC" w:rsidRPr="008E6C00" w14:paraId="2FE09ADE" w14:textId="77777777">
        <w:trPr>
          <w:cantSplit/>
          <w:jc w:val="center"/>
        </w:trPr>
        <w:tc>
          <w:tcPr>
            <w:tcW w:w="1984" w:type="dxa"/>
            <w:shd w:val="clear" w:color="auto" w:fill="FFFFFF"/>
            <w:tcMar>
              <w:top w:w="80" w:type="dxa"/>
              <w:left w:w="90" w:type="dxa"/>
              <w:bottom w:w="80" w:type="dxa"/>
              <w:right w:w="90" w:type="dxa"/>
            </w:tcMar>
            <w:vAlign w:val="center"/>
          </w:tcPr>
          <w:p w14:paraId="531AF16C" w14:textId="77777777" w:rsidR="00430FCC" w:rsidRPr="008E6C00" w:rsidRDefault="00000000">
            <w:pPr>
              <w:spacing w:after="0" w:line="240" w:lineRule="auto"/>
              <w:rPr>
                <w:noProof/>
                <w:lang w:val="ro-RO"/>
              </w:rPr>
            </w:pPr>
            <w:r w:rsidRPr="008E6C00">
              <w:rPr>
                <w:noProof/>
                <w:sz w:val="16"/>
                <w:lang w:val="ro-RO"/>
              </w:rPr>
              <w:t>Exemplu complet</w:t>
            </w:r>
          </w:p>
        </w:tc>
        <w:tc>
          <w:tcPr>
            <w:tcW w:w="2835" w:type="dxa"/>
            <w:shd w:val="clear" w:color="auto" w:fill="FFFFFF"/>
            <w:tcMar>
              <w:top w:w="80" w:type="dxa"/>
              <w:left w:w="90" w:type="dxa"/>
              <w:bottom w:w="80" w:type="dxa"/>
              <w:right w:w="90" w:type="dxa"/>
            </w:tcMar>
            <w:vAlign w:val="center"/>
          </w:tcPr>
          <w:p w14:paraId="4BAC8B0F" w14:textId="77777777" w:rsidR="00430FCC" w:rsidRPr="008E6C00" w:rsidRDefault="00000000">
            <w:pPr>
              <w:spacing w:after="0" w:line="240" w:lineRule="auto"/>
              <w:rPr>
                <w:noProof/>
                <w:lang w:val="ro-RO"/>
              </w:rPr>
            </w:pPr>
            <w:r w:rsidRPr="008E6C00">
              <w:rPr>
                <w:noProof/>
                <w:sz w:val="16"/>
                <w:lang w:val="ro-RO"/>
              </w:rPr>
              <w:t>PRO-ACH-01-R02</w:t>
            </w:r>
          </w:p>
        </w:tc>
        <w:tc>
          <w:tcPr>
            <w:tcW w:w="5102" w:type="dxa"/>
            <w:shd w:val="clear" w:color="auto" w:fill="FFFFFF"/>
            <w:tcMar>
              <w:top w:w="80" w:type="dxa"/>
              <w:left w:w="90" w:type="dxa"/>
              <w:bottom w:w="80" w:type="dxa"/>
              <w:right w:w="90" w:type="dxa"/>
            </w:tcMar>
            <w:vAlign w:val="center"/>
          </w:tcPr>
          <w:p w14:paraId="355F9B96" w14:textId="77777777" w:rsidR="00430FCC" w:rsidRPr="008E6C00" w:rsidRDefault="00000000">
            <w:pPr>
              <w:spacing w:after="0" w:line="240" w:lineRule="auto"/>
              <w:rPr>
                <w:noProof/>
                <w:lang w:val="ro-RO"/>
              </w:rPr>
            </w:pPr>
            <w:r w:rsidRPr="008E6C00">
              <w:rPr>
                <w:noProof/>
                <w:sz w:val="16"/>
                <w:lang w:val="ro-RO"/>
              </w:rPr>
              <w:t>Procedura nr. 01 pentru achiziții, revizia 02.</w:t>
            </w:r>
          </w:p>
        </w:tc>
      </w:tr>
    </w:tbl>
    <w:p w14:paraId="56A1F42A" w14:textId="77777777" w:rsidR="00430FCC" w:rsidRPr="008E6C00" w:rsidRDefault="00430FCC">
      <w:pPr>
        <w:spacing w:after="20"/>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430FCC" w:rsidRPr="008E6C00" w14:paraId="4BE80E6B" w14:textId="77777777">
        <w:trPr>
          <w:cantSplit/>
          <w:jc w:val="center"/>
        </w:trPr>
        <w:tc>
          <w:tcPr>
            <w:tcW w:w="1020" w:type="dxa"/>
            <w:shd w:val="clear" w:color="auto" w:fill="D71920"/>
            <w:tcMar>
              <w:top w:w="80" w:type="dxa"/>
              <w:left w:w="90" w:type="dxa"/>
              <w:bottom w:w="80" w:type="dxa"/>
              <w:right w:w="90" w:type="dxa"/>
            </w:tcMar>
            <w:vAlign w:val="center"/>
          </w:tcPr>
          <w:p w14:paraId="1E20CDF8" w14:textId="77777777" w:rsidR="00430FCC" w:rsidRPr="008E6C00" w:rsidRDefault="00000000">
            <w:pPr>
              <w:spacing w:after="0" w:line="240" w:lineRule="auto"/>
              <w:jc w:val="center"/>
              <w:rPr>
                <w:noProof/>
                <w:lang w:val="ro-RO"/>
              </w:rPr>
            </w:pPr>
            <w:r w:rsidRPr="008E6C00">
              <w:rPr>
                <w:b/>
                <w:noProof/>
                <w:color w:val="FFFFFF"/>
                <w:sz w:val="34"/>
                <w:lang w:val="ro-RO"/>
              </w:rPr>
              <w:t>4</w:t>
            </w:r>
          </w:p>
        </w:tc>
        <w:tc>
          <w:tcPr>
            <w:tcW w:w="8901" w:type="dxa"/>
            <w:shd w:val="clear" w:color="auto" w:fill="F3F4F5"/>
          </w:tcPr>
          <w:p w14:paraId="6B8A6D58" w14:textId="77777777" w:rsidR="00430FCC" w:rsidRPr="008E6C00" w:rsidRDefault="00000000">
            <w:pPr>
              <w:spacing w:after="20"/>
              <w:rPr>
                <w:noProof/>
                <w:lang w:val="ro-RO"/>
              </w:rPr>
            </w:pPr>
            <w:r w:rsidRPr="008E6C00">
              <w:rPr>
                <w:b/>
                <w:noProof/>
                <w:sz w:val="28"/>
                <w:lang w:val="ro-RO"/>
              </w:rPr>
              <w:t>Fișe pentru documentele esențiale</w:t>
            </w:r>
          </w:p>
          <w:p w14:paraId="3891C966" w14:textId="77777777" w:rsidR="00430FCC" w:rsidRPr="008E6C00" w:rsidRDefault="00000000">
            <w:pPr>
              <w:spacing w:after="0"/>
              <w:rPr>
                <w:noProof/>
                <w:lang w:val="ro-RO"/>
              </w:rPr>
            </w:pPr>
            <w:r w:rsidRPr="008E6C00">
              <w:rPr>
                <w:noProof/>
                <w:color w:val="666666"/>
                <w:sz w:val="17"/>
                <w:lang w:val="ro-RO"/>
              </w:rPr>
              <w:t>Conținut minim, proprietari, dovezi și erori frecvente</w:t>
            </w:r>
          </w:p>
        </w:tc>
      </w:tr>
    </w:tbl>
    <w:p w14:paraId="207DF9D6" w14:textId="77777777" w:rsidR="00430FCC" w:rsidRPr="008E6C00" w:rsidRDefault="00430FCC">
      <w:pPr>
        <w:spacing w:after="0"/>
        <w:rPr>
          <w:noProof/>
          <w:lang w:val="ro-RO"/>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430FCC" w:rsidRPr="008E6C00" w14:paraId="6D456621" w14:textId="77777777">
        <w:trPr>
          <w:jc w:val="center"/>
        </w:trPr>
        <w:tc>
          <w:tcPr>
            <w:tcW w:w="9921" w:type="dxa"/>
            <w:gridSpan w:val="2"/>
            <w:shd w:val="clear" w:color="auto" w:fill="D71920"/>
            <w:tcMar>
              <w:top w:w="80" w:type="dxa"/>
              <w:left w:w="90" w:type="dxa"/>
              <w:bottom w:w="80" w:type="dxa"/>
              <w:right w:w="90" w:type="dxa"/>
            </w:tcMar>
            <w:vAlign w:val="center"/>
          </w:tcPr>
          <w:p w14:paraId="1BE64DDA" w14:textId="77777777" w:rsidR="00430FCC" w:rsidRPr="008E6C00" w:rsidRDefault="00000000">
            <w:pPr>
              <w:spacing w:after="0" w:line="240" w:lineRule="auto"/>
              <w:rPr>
                <w:noProof/>
                <w:lang w:val="ro-RO"/>
              </w:rPr>
            </w:pPr>
            <w:r w:rsidRPr="008E6C00">
              <w:rPr>
                <w:b/>
                <w:noProof/>
                <w:color w:val="FFFFFF"/>
                <w:sz w:val="22"/>
                <w:lang w:val="ro-RO"/>
              </w:rPr>
              <w:t>4.1. Domeniul de aplicare al SMC</w:t>
            </w:r>
          </w:p>
        </w:tc>
      </w:tr>
      <w:tr w:rsidR="00430FCC" w:rsidRPr="008E6C00" w14:paraId="7455A8F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1A6BFA33" w14:textId="77777777" w:rsidR="00430FCC" w:rsidRPr="008E6C00" w:rsidRDefault="00000000">
            <w:pPr>
              <w:spacing w:after="0" w:line="240" w:lineRule="auto"/>
              <w:rPr>
                <w:noProof/>
                <w:lang w:val="ro-RO"/>
              </w:rPr>
            </w:pPr>
            <w:r w:rsidRPr="008E6C00">
              <w:rPr>
                <w:b/>
                <w:noProof/>
                <w:sz w:val="16"/>
                <w:lang w:val="ro-RO"/>
              </w:rPr>
              <w:t>Categorie</w:t>
            </w:r>
          </w:p>
        </w:tc>
        <w:tc>
          <w:tcPr>
            <w:tcW w:w="7540" w:type="dxa"/>
            <w:shd w:val="clear" w:color="auto" w:fill="FFFFFF"/>
            <w:tcMar>
              <w:top w:w="80" w:type="dxa"/>
              <w:left w:w="90" w:type="dxa"/>
              <w:bottom w:w="80" w:type="dxa"/>
              <w:right w:w="90" w:type="dxa"/>
            </w:tcMar>
            <w:vAlign w:val="center"/>
          </w:tcPr>
          <w:p w14:paraId="3B6A33E5" w14:textId="77777777" w:rsidR="00430FCC" w:rsidRPr="008E6C00" w:rsidRDefault="00000000">
            <w:pPr>
              <w:spacing w:after="0" w:line="240" w:lineRule="auto"/>
              <w:rPr>
                <w:noProof/>
                <w:lang w:val="ro-RO"/>
              </w:rPr>
            </w:pPr>
            <w:r w:rsidRPr="008E6C00">
              <w:rPr>
                <w:noProof/>
                <w:sz w:val="16"/>
                <w:lang w:val="ro-RO"/>
              </w:rPr>
              <w:t>Document menținut</w:t>
            </w:r>
          </w:p>
        </w:tc>
      </w:tr>
      <w:tr w:rsidR="00430FCC" w:rsidRPr="008E6C00" w14:paraId="1C78ED1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153FDE3B" w14:textId="77777777" w:rsidR="00430FCC" w:rsidRPr="008E6C00" w:rsidRDefault="00000000">
            <w:pPr>
              <w:spacing w:after="0" w:line="240" w:lineRule="auto"/>
              <w:rPr>
                <w:noProof/>
                <w:lang w:val="ro-RO"/>
              </w:rPr>
            </w:pPr>
            <w:r w:rsidRPr="008E6C00">
              <w:rPr>
                <w:b/>
                <w:noProof/>
                <w:sz w:val="16"/>
                <w:lang w:val="ro-RO"/>
              </w:rPr>
              <w:t>Referință ISO 9001</w:t>
            </w:r>
          </w:p>
        </w:tc>
        <w:tc>
          <w:tcPr>
            <w:tcW w:w="7540" w:type="dxa"/>
            <w:shd w:val="clear" w:color="auto" w:fill="FFFFFF"/>
            <w:tcMar>
              <w:top w:w="80" w:type="dxa"/>
              <w:left w:w="90" w:type="dxa"/>
              <w:bottom w:w="80" w:type="dxa"/>
              <w:right w:w="90" w:type="dxa"/>
            </w:tcMar>
            <w:vAlign w:val="center"/>
          </w:tcPr>
          <w:p w14:paraId="4E3D3076" w14:textId="77777777" w:rsidR="00430FCC" w:rsidRPr="008E6C00" w:rsidRDefault="00000000">
            <w:pPr>
              <w:spacing w:after="0" w:line="240" w:lineRule="auto"/>
              <w:rPr>
                <w:noProof/>
                <w:lang w:val="ro-RO"/>
              </w:rPr>
            </w:pPr>
            <w:r w:rsidRPr="008E6C00">
              <w:rPr>
                <w:noProof/>
                <w:sz w:val="16"/>
                <w:lang w:val="ro-RO"/>
              </w:rPr>
              <w:t>4.3</w:t>
            </w:r>
          </w:p>
        </w:tc>
      </w:tr>
      <w:tr w:rsidR="00430FCC" w:rsidRPr="008E6C00" w14:paraId="60D1EFB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662C7D78" w14:textId="77777777" w:rsidR="00430FCC" w:rsidRPr="008E6C00" w:rsidRDefault="00000000">
            <w:pPr>
              <w:spacing w:after="0" w:line="240" w:lineRule="auto"/>
              <w:rPr>
                <w:noProof/>
                <w:lang w:val="ro-RO"/>
              </w:rPr>
            </w:pPr>
            <w:r w:rsidRPr="008E6C00">
              <w:rPr>
                <w:b/>
                <w:noProof/>
                <w:sz w:val="16"/>
                <w:lang w:val="ro-RO"/>
              </w:rPr>
              <w:t>Când este necesar</w:t>
            </w:r>
          </w:p>
        </w:tc>
        <w:tc>
          <w:tcPr>
            <w:tcW w:w="7540" w:type="dxa"/>
            <w:shd w:val="clear" w:color="auto" w:fill="FFFFFF"/>
            <w:tcMar>
              <w:top w:w="80" w:type="dxa"/>
              <w:left w:w="90" w:type="dxa"/>
              <w:bottom w:w="80" w:type="dxa"/>
              <w:right w:w="90" w:type="dxa"/>
            </w:tcMar>
            <w:vAlign w:val="center"/>
          </w:tcPr>
          <w:p w14:paraId="53D656EF" w14:textId="77777777" w:rsidR="00430FCC" w:rsidRPr="008E6C00" w:rsidRDefault="00000000">
            <w:pPr>
              <w:spacing w:after="0" w:line="240" w:lineRule="auto"/>
              <w:rPr>
                <w:noProof/>
                <w:lang w:val="ro-RO"/>
              </w:rPr>
            </w:pPr>
            <w:r w:rsidRPr="008E6C00">
              <w:rPr>
                <w:noProof/>
                <w:sz w:val="16"/>
                <w:lang w:val="ro-RO"/>
              </w:rPr>
              <w:t>Întotdeauna</w:t>
            </w:r>
          </w:p>
        </w:tc>
      </w:tr>
      <w:tr w:rsidR="00430FCC" w:rsidRPr="008E6C00" w14:paraId="2A2F0A0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70E5C745" w14:textId="77777777" w:rsidR="00430FCC" w:rsidRPr="008E6C00" w:rsidRDefault="00000000">
            <w:pPr>
              <w:spacing w:after="0" w:line="240" w:lineRule="auto"/>
              <w:rPr>
                <w:noProof/>
                <w:lang w:val="ro-RO"/>
              </w:rPr>
            </w:pPr>
            <w:r w:rsidRPr="008E6C00">
              <w:rPr>
                <w:b/>
                <w:noProof/>
                <w:sz w:val="16"/>
                <w:lang w:val="ro-RO"/>
              </w:rPr>
              <w:t>Scop</w:t>
            </w:r>
          </w:p>
        </w:tc>
        <w:tc>
          <w:tcPr>
            <w:tcW w:w="7540" w:type="dxa"/>
            <w:shd w:val="clear" w:color="auto" w:fill="FFFFFF"/>
            <w:tcMar>
              <w:top w:w="80" w:type="dxa"/>
              <w:left w:w="90" w:type="dxa"/>
              <w:bottom w:w="80" w:type="dxa"/>
              <w:right w:w="90" w:type="dxa"/>
            </w:tcMar>
            <w:vAlign w:val="center"/>
          </w:tcPr>
          <w:p w14:paraId="3A1A9E13" w14:textId="77777777" w:rsidR="00430FCC" w:rsidRPr="008E6C00" w:rsidRDefault="00000000">
            <w:pPr>
              <w:spacing w:after="0" w:line="240" w:lineRule="auto"/>
              <w:rPr>
                <w:noProof/>
                <w:lang w:val="ro-RO"/>
              </w:rPr>
            </w:pPr>
            <w:r w:rsidRPr="008E6C00">
              <w:rPr>
                <w:noProof/>
                <w:sz w:val="16"/>
                <w:lang w:val="ro-RO"/>
              </w:rPr>
              <w:t>Definește limitele sistemului și permite înțelegerea clară a activităților acoperite.</w:t>
            </w:r>
          </w:p>
        </w:tc>
      </w:tr>
      <w:tr w:rsidR="00430FCC" w:rsidRPr="008E6C00" w14:paraId="3A99BF9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69A19C0A" w14:textId="77777777" w:rsidR="00430FCC" w:rsidRPr="008E6C00" w:rsidRDefault="00000000">
            <w:pPr>
              <w:spacing w:after="0" w:line="240" w:lineRule="auto"/>
              <w:rPr>
                <w:noProof/>
                <w:lang w:val="ro-RO"/>
              </w:rPr>
            </w:pPr>
            <w:r w:rsidRPr="008E6C00">
              <w:rPr>
                <w:b/>
                <w:noProof/>
                <w:sz w:val="16"/>
                <w:lang w:val="ro-RO"/>
              </w:rPr>
              <w:t>Conținut minim recomandat</w:t>
            </w:r>
          </w:p>
        </w:tc>
        <w:tc>
          <w:tcPr>
            <w:tcW w:w="7540" w:type="dxa"/>
            <w:shd w:val="clear" w:color="auto" w:fill="FFFFFF"/>
            <w:tcMar>
              <w:top w:w="80" w:type="dxa"/>
              <w:left w:w="90" w:type="dxa"/>
              <w:bottom w:w="80" w:type="dxa"/>
              <w:right w:w="90" w:type="dxa"/>
            </w:tcMar>
            <w:vAlign w:val="center"/>
          </w:tcPr>
          <w:p w14:paraId="77EC2D7B" w14:textId="77777777" w:rsidR="00430FCC" w:rsidRPr="008E6C00" w:rsidRDefault="00000000">
            <w:pPr>
              <w:spacing w:after="0" w:line="240" w:lineRule="auto"/>
              <w:rPr>
                <w:noProof/>
                <w:lang w:val="ro-RO"/>
              </w:rPr>
            </w:pPr>
            <w:r w:rsidRPr="008E6C00">
              <w:rPr>
                <w:noProof/>
                <w:sz w:val="16"/>
                <w:lang w:val="ro-RO"/>
              </w:rPr>
              <w:t>Denumirea organizației; locații; produse și servicii; procese principale; interfețe; cerințe declarate neaplicabile și justificarea lor.</w:t>
            </w:r>
          </w:p>
        </w:tc>
      </w:tr>
      <w:tr w:rsidR="00430FCC" w:rsidRPr="008E6C00" w14:paraId="1559B48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37570F7E" w14:textId="77777777" w:rsidR="00430FCC" w:rsidRPr="008E6C00" w:rsidRDefault="00000000">
            <w:pPr>
              <w:spacing w:after="0" w:line="240" w:lineRule="auto"/>
              <w:rPr>
                <w:noProof/>
                <w:lang w:val="ro-RO"/>
              </w:rPr>
            </w:pPr>
            <w:r w:rsidRPr="008E6C00">
              <w:rPr>
                <w:b/>
                <w:noProof/>
                <w:sz w:val="16"/>
                <w:lang w:val="ro-RO"/>
              </w:rPr>
              <w:t>Proprietar orientativ</w:t>
            </w:r>
          </w:p>
        </w:tc>
        <w:tc>
          <w:tcPr>
            <w:tcW w:w="7540" w:type="dxa"/>
            <w:shd w:val="clear" w:color="auto" w:fill="FFFFFF"/>
            <w:tcMar>
              <w:top w:w="80" w:type="dxa"/>
              <w:left w:w="90" w:type="dxa"/>
              <w:bottom w:w="80" w:type="dxa"/>
              <w:right w:w="90" w:type="dxa"/>
            </w:tcMar>
            <w:vAlign w:val="center"/>
          </w:tcPr>
          <w:p w14:paraId="21FA2B3E" w14:textId="77777777" w:rsidR="00430FCC" w:rsidRPr="008E6C00" w:rsidRDefault="00000000">
            <w:pPr>
              <w:spacing w:after="0" w:line="240" w:lineRule="auto"/>
              <w:rPr>
                <w:noProof/>
                <w:lang w:val="ro-RO"/>
              </w:rPr>
            </w:pPr>
            <w:r w:rsidRPr="008E6C00">
              <w:rPr>
                <w:noProof/>
                <w:sz w:val="16"/>
                <w:lang w:val="ro-RO"/>
              </w:rPr>
              <w:t>Conducerea de vârf, cu suportul responsabilului SMC.</w:t>
            </w:r>
          </w:p>
        </w:tc>
      </w:tr>
      <w:tr w:rsidR="00430FCC" w:rsidRPr="008E6C00" w14:paraId="362FAC4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2D6F7211" w14:textId="77777777" w:rsidR="00430FCC" w:rsidRPr="008E6C00" w:rsidRDefault="00000000">
            <w:pPr>
              <w:spacing w:after="0" w:line="240" w:lineRule="auto"/>
              <w:rPr>
                <w:noProof/>
                <w:lang w:val="ro-RO"/>
              </w:rPr>
            </w:pPr>
            <w:r w:rsidRPr="008E6C00">
              <w:rPr>
                <w:b/>
                <w:noProof/>
                <w:sz w:val="16"/>
                <w:lang w:val="ro-RO"/>
              </w:rPr>
              <w:t>Revizuire / actualizare</w:t>
            </w:r>
          </w:p>
        </w:tc>
        <w:tc>
          <w:tcPr>
            <w:tcW w:w="7540" w:type="dxa"/>
            <w:shd w:val="clear" w:color="auto" w:fill="FFFFFF"/>
            <w:tcMar>
              <w:top w:w="80" w:type="dxa"/>
              <w:left w:w="90" w:type="dxa"/>
              <w:bottom w:w="80" w:type="dxa"/>
              <w:right w:w="90" w:type="dxa"/>
            </w:tcMar>
            <w:vAlign w:val="center"/>
          </w:tcPr>
          <w:p w14:paraId="2777B38B" w14:textId="77777777" w:rsidR="00430FCC" w:rsidRPr="008E6C00" w:rsidRDefault="00000000">
            <w:pPr>
              <w:spacing w:after="0" w:line="240" w:lineRule="auto"/>
              <w:rPr>
                <w:noProof/>
                <w:lang w:val="ro-RO"/>
              </w:rPr>
            </w:pPr>
            <w:r w:rsidRPr="008E6C00">
              <w:rPr>
                <w:noProof/>
                <w:sz w:val="16"/>
                <w:lang w:val="ro-RO"/>
              </w:rPr>
              <w:t>La schimbarea activităților, locațiilor, produselor, externalizărilor ori cerințelor aplicabile.</w:t>
            </w:r>
          </w:p>
        </w:tc>
      </w:tr>
      <w:tr w:rsidR="00430FCC" w:rsidRPr="008E6C00" w14:paraId="19970DB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5DF0A590" w14:textId="77777777" w:rsidR="00430FCC" w:rsidRPr="008E6C00" w:rsidRDefault="00000000">
            <w:pPr>
              <w:spacing w:after="0" w:line="240" w:lineRule="auto"/>
              <w:rPr>
                <w:noProof/>
                <w:lang w:val="ro-RO"/>
              </w:rPr>
            </w:pPr>
            <w:r w:rsidRPr="008E6C00">
              <w:rPr>
                <w:b/>
                <w:noProof/>
                <w:sz w:val="16"/>
                <w:lang w:val="ro-RO"/>
              </w:rPr>
              <w:t>Dovezi asociate</w:t>
            </w:r>
          </w:p>
        </w:tc>
        <w:tc>
          <w:tcPr>
            <w:tcW w:w="7540" w:type="dxa"/>
            <w:shd w:val="clear" w:color="auto" w:fill="FFFFFF"/>
            <w:tcMar>
              <w:top w:w="80" w:type="dxa"/>
              <w:left w:w="90" w:type="dxa"/>
              <w:bottom w:w="80" w:type="dxa"/>
              <w:right w:w="90" w:type="dxa"/>
            </w:tcMar>
            <w:vAlign w:val="center"/>
          </w:tcPr>
          <w:p w14:paraId="740C5EA0" w14:textId="77777777" w:rsidR="00430FCC" w:rsidRPr="008E6C00" w:rsidRDefault="00000000">
            <w:pPr>
              <w:spacing w:after="0" w:line="240" w:lineRule="auto"/>
              <w:rPr>
                <w:noProof/>
                <w:lang w:val="ro-RO"/>
              </w:rPr>
            </w:pPr>
            <w:r w:rsidRPr="008E6C00">
              <w:rPr>
                <w:noProof/>
                <w:sz w:val="16"/>
                <w:lang w:val="ro-RO"/>
              </w:rPr>
              <w:t>Certificat, organigramă, hartă de procese, contracte și documente operaționale coerente cu domeniul.</w:t>
            </w:r>
          </w:p>
        </w:tc>
      </w:tr>
      <w:tr w:rsidR="00430FCC" w:rsidRPr="008E6C00" w14:paraId="38F734D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52F72856" w14:textId="77777777" w:rsidR="00430FCC" w:rsidRPr="008E6C00" w:rsidRDefault="00000000">
            <w:pPr>
              <w:spacing w:after="0" w:line="240" w:lineRule="auto"/>
              <w:rPr>
                <w:noProof/>
                <w:lang w:val="ro-RO"/>
              </w:rPr>
            </w:pPr>
            <w:r w:rsidRPr="008E6C00">
              <w:rPr>
                <w:b/>
                <w:noProof/>
                <w:sz w:val="16"/>
                <w:lang w:val="ro-RO"/>
              </w:rPr>
              <w:t>Erori frecvente</w:t>
            </w:r>
          </w:p>
        </w:tc>
        <w:tc>
          <w:tcPr>
            <w:tcW w:w="7540" w:type="dxa"/>
            <w:shd w:val="clear" w:color="auto" w:fill="FFFFFF"/>
            <w:tcMar>
              <w:top w:w="80" w:type="dxa"/>
              <w:left w:w="90" w:type="dxa"/>
              <w:bottom w:w="80" w:type="dxa"/>
              <w:right w:w="90" w:type="dxa"/>
            </w:tcMar>
            <w:vAlign w:val="center"/>
          </w:tcPr>
          <w:p w14:paraId="6ED33DD0" w14:textId="77777777" w:rsidR="00430FCC" w:rsidRPr="008E6C00" w:rsidRDefault="00000000">
            <w:pPr>
              <w:spacing w:after="0" w:line="240" w:lineRule="auto"/>
              <w:rPr>
                <w:noProof/>
                <w:lang w:val="ro-RO"/>
              </w:rPr>
            </w:pPr>
            <w:r w:rsidRPr="008E6C00">
              <w:rPr>
                <w:noProof/>
                <w:sz w:val="16"/>
                <w:lang w:val="ro-RO"/>
              </w:rPr>
              <w:t>Formulare prea generale; excluderi fără justificare; diferențe între domeniul intern, certificat și realitatea operațională.</w:t>
            </w:r>
          </w:p>
        </w:tc>
      </w:tr>
    </w:tbl>
    <w:p w14:paraId="7EB32C0A" w14:textId="77777777" w:rsidR="00430FCC" w:rsidRPr="008E6C00" w:rsidRDefault="00430FCC">
      <w:pPr>
        <w:spacing w:after="40"/>
        <w:rPr>
          <w:noProof/>
          <w:lang w:val="ro-RO"/>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430FCC" w:rsidRPr="008E6C00" w14:paraId="2C0FF6F1" w14:textId="77777777">
        <w:trPr>
          <w:jc w:val="center"/>
        </w:trPr>
        <w:tc>
          <w:tcPr>
            <w:tcW w:w="9921" w:type="dxa"/>
            <w:gridSpan w:val="2"/>
            <w:shd w:val="clear" w:color="auto" w:fill="D71920"/>
            <w:tcMar>
              <w:top w:w="80" w:type="dxa"/>
              <w:left w:w="90" w:type="dxa"/>
              <w:bottom w:w="80" w:type="dxa"/>
              <w:right w:w="90" w:type="dxa"/>
            </w:tcMar>
            <w:vAlign w:val="center"/>
          </w:tcPr>
          <w:p w14:paraId="3AAD7937" w14:textId="77777777" w:rsidR="00430FCC" w:rsidRPr="008E6C00" w:rsidRDefault="00000000">
            <w:pPr>
              <w:spacing w:after="0" w:line="240" w:lineRule="auto"/>
              <w:rPr>
                <w:noProof/>
                <w:lang w:val="ro-RO"/>
              </w:rPr>
            </w:pPr>
            <w:r w:rsidRPr="008E6C00">
              <w:rPr>
                <w:b/>
                <w:noProof/>
                <w:color w:val="FFFFFF"/>
                <w:sz w:val="22"/>
                <w:lang w:val="ro-RO"/>
              </w:rPr>
              <w:t>4.2. Harta și fișele proceselor</w:t>
            </w:r>
          </w:p>
        </w:tc>
      </w:tr>
      <w:tr w:rsidR="00430FCC" w:rsidRPr="008E6C00" w14:paraId="628C109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7B814BB9" w14:textId="77777777" w:rsidR="00430FCC" w:rsidRPr="008E6C00" w:rsidRDefault="00000000">
            <w:pPr>
              <w:spacing w:after="0" w:line="240" w:lineRule="auto"/>
              <w:rPr>
                <w:noProof/>
                <w:lang w:val="ro-RO"/>
              </w:rPr>
            </w:pPr>
            <w:r w:rsidRPr="008E6C00">
              <w:rPr>
                <w:b/>
                <w:noProof/>
                <w:sz w:val="16"/>
                <w:lang w:val="ro-RO"/>
              </w:rPr>
              <w:t>Categorie</w:t>
            </w:r>
          </w:p>
        </w:tc>
        <w:tc>
          <w:tcPr>
            <w:tcW w:w="7540" w:type="dxa"/>
            <w:shd w:val="clear" w:color="auto" w:fill="FFFFFF"/>
            <w:tcMar>
              <w:top w:w="80" w:type="dxa"/>
              <w:left w:w="90" w:type="dxa"/>
              <w:bottom w:w="80" w:type="dxa"/>
              <w:right w:w="90" w:type="dxa"/>
            </w:tcMar>
            <w:vAlign w:val="center"/>
          </w:tcPr>
          <w:p w14:paraId="2A42DFAF" w14:textId="77777777" w:rsidR="00430FCC" w:rsidRPr="008E6C00" w:rsidRDefault="00000000">
            <w:pPr>
              <w:spacing w:after="0" w:line="240" w:lineRule="auto"/>
              <w:rPr>
                <w:noProof/>
                <w:lang w:val="ro-RO"/>
              </w:rPr>
            </w:pPr>
            <w:r w:rsidRPr="008E6C00">
              <w:rPr>
                <w:noProof/>
                <w:sz w:val="16"/>
                <w:lang w:val="ro-RO"/>
              </w:rPr>
              <w:t>Documente menținute recomandate</w:t>
            </w:r>
          </w:p>
        </w:tc>
      </w:tr>
      <w:tr w:rsidR="00430FCC" w:rsidRPr="008E6C00" w14:paraId="248A0BD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32647C45" w14:textId="77777777" w:rsidR="00430FCC" w:rsidRPr="008E6C00" w:rsidRDefault="00000000">
            <w:pPr>
              <w:spacing w:after="0" w:line="240" w:lineRule="auto"/>
              <w:rPr>
                <w:noProof/>
                <w:lang w:val="ro-RO"/>
              </w:rPr>
            </w:pPr>
            <w:r w:rsidRPr="008E6C00">
              <w:rPr>
                <w:b/>
                <w:noProof/>
                <w:sz w:val="16"/>
                <w:lang w:val="ro-RO"/>
              </w:rPr>
              <w:t>Referință ISO 9001</w:t>
            </w:r>
          </w:p>
        </w:tc>
        <w:tc>
          <w:tcPr>
            <w:tcW w:w="7540" w:type="dxa"/>
            <w:shd w:val="clear" w:color="auto" w:fill="FFFFFF"/>
            <w:tcMar>
              <w:top w:w="80" w:type="dxa"/>
              <w:left w:w="90" w:type="dxa"/>
              <w:bottom w:w="80" w:type="dxa"/>
              <w:right w:w="90" w:type="dxa"/>
            </w:tcMar>
            <w:vAlign w:val="center"/>
          </w:tcPr>
          <w:p w14:paraId="540024A1" w14:textId="77777777" w:rsidR="00430FCC" w:rsidRPr="008E6C00" w:rsidRDefault="00000000">
            <w:pPr>
              <w:spacing w:after="0" w:line="240" w:lineRule="auto"/>
              <w:rPr>
                <w:noProof/>
                <w:lang w:val="ro-RO"/>
              </w:rPr>
            </w:pPr>
            <w:r w:rsidRPr="008E6C00">
              <w:rPr>
                <w:noProof/>
                <w:sz w:val="16"/>
                <w:lang w:val="ro-RO"/>
              </w:rPr>
              <w:t>4.4</w:t>
            </w:r>
          </w:p>
        </w:tc>
      </w:tr>
      <w:tr w:rsidR="00430FCC" w:rsidRPr="008E6C00" w14:paraId="3A76CC8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5EF5A274" w14:textId="77777777" w:rsidR="00430FCC" w:rsidRPr="008E6C00" w:rsidRDefault="00000000">
            <w:pPr>
              <w:spacing w:after="0" w:line="240" w:lineRule="auto"/>
              <w:rPr>
                <w:noProof/>
                <w:lang w:val="ro-RO"/>
              </w:rPr>
            </w:pPr>
            <w:r w:rsidRPr="008E6C00">
              <w:rPr>
                <w:b/>
                <w:noProof/>
                <w:sz w:val="16"/>
                <w:lang w:val="ro-RO"/>
              </w:rPr>
              <w:t>Când este necesar</w:t>
            </w:r>
          </w:p>
        </w:tc>
        <w:tc>
          <w:tcPr>
            <w:tcW w:w="7540" w:type="dxa"/>
            <w:shd w:val="clear" w:color="auto" w:fill="FFFFFF"/>
            <w:tcMar>
              <w:top w:w="80" w:type="dxa"/>
              <w:left w:w="90" w:type="dxa"/>
              <w:bottom w:w="80" w:type="dxa"/>
              <w:right w:w="90" w:type="dxa"/>
            </w:tcMar>
            <w:vAlign w:val="center"/>
          </w:tcPr>
          <w:p w14:paraId="10662A70" w14:textId="77777777" w:rsidR="00430FCC" w:rsidRPr="008E6C00" w:rsidRDefault="00000000">
            <w:pPr>
              <w:spacing w:after="0" w:line="240" w:lineRule="auto"/>
              <w:rPr>
                <w:noProof/>
                <w:lang w:val="ro-RO"/>
              </w:rPr>
            </w:pPr>
            <w:r w:rsidRPr="008E6C00">
              <w:rPr>
                <w:noProof/>
                <w:sz w:val="16"/>
                <w:lang w:val="ro-RO"/>
              </w:rPr>
              <w:t>Întotdeauna</w:t>
            </w:r>
          </w:p>
        </w:tc>
      </w:tr>
      <w:tr w:rsidR="00430FCC" w:rsidRPr="008E6C00" w14:paraId="6CE9E96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7A920A19" w14:textId="77777777" w:rsidR="00430FCC" w:rsidRPr="008E6C00" w:rsidRDefault="00000000">
            <w:pPr>
              <w:spacing w:after="0" w:line="240" w:lineRule="auto"/>
              <w:rPr>
                <w:noProof/>
                <w:lang w:val="ro-RO"/>
              </w:rPr>
            </w:pPr>
            <w:r w:rsidRPr="008E6C00">
              <w:rPr>
                <w:b/>
                <w:noProof/>
                <w:sz w:val="16"/>
                <w:lang w:val="ro-RO"/>
              </w:rPr>
              <w:t>Scop</w:t>
            </w:r>
          </w:p>
        </w:tc>
        <w:tc>
          <w:tcPr>
            <w:tcW w:w="7540" w:type="dxa"/>
            <w:shd w:val="clear" w:color="auto" w:fill="FFFFFF"/>
            <w:tcMar>
              <w:top w:w="80" w:type="dxa"/>
              <w:left w:w="90" w:type="dxa"/>
              <w:bottom w:w="80" w:type="dxa"/>
              <w:right w:w="90" w:type="dxa"/>
            </w:tcMar>
            <w:vAlign w:val="center"/>
          </w:tcPr>
          <w:p w14:paraId="4F9A48DB" w14:textId="77777777" w:rsidR="00430FCC" w:rsidRPr="008E6C00" w:rsidRDefault="00000000">
            <w:pPr>
              <w:spacing w:after="0" w:line="240" w:lineRule="auto"/>
              <w:rPr>
                <w:noProof/>
                <w:lang w:val="ro-RO"/>
              </w:rPr>
            </w:pPr>
            <w:r w:rsidRPr="008E6C00">
              <w:rPr>
                <w:noProof/>
                <w:sz w:val="16"/>
                <w:lang w:val="ro-RO"/>
              </w:rPr>
              <w:t>Arată cum funcționează organizația prin procese și cum sunt controlate interacțiunile.</w:t>
            </w:r>
          </w:p>
        </w:tc>
      </w:tr>
      <w:tr w:rsidR="00430FCC" w:rsidRPr="008E6C00" w14:paraId="729C283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64ACDBB4" w14:textId="77777777" w:rsidR="00430FCC" w:rsidRPr="008E6C00" w:rsidRDefault="00000000">
            <w:pPr>
              <w:spacing w:after="0" w:line="240" w:lineRule="auto"/>
              <w:rPr>
                <w:noProof/>
                <w:lang w:val="ro-RO"/>
              </w:rPr>
            </w:pPr>
            <w:r w:rsidRPr="008E6C00">
              <w:rPr>
                <w:b/>
                <w:noProof/>
                <w:sz w:val="16"/>
                <w:lang w:val="ro-RO"/>
              </w:rPr>
              <w:t>Conținut minim recomandat</w:t>
            </w:r>
          </w:p>
        </w:tc>
        <w:tc>
          <w:tcPr>
            <w:tcW w:w="7540" w:type="dxa"/>
            <w:shd w:val="clear" w:color="auto" w:fill="FFFFFF"/>
            <w:tcMar>
              <w:top w:w="80" w:type="dxa"/>
              <w:left w:w="90" w:type="dxa"/>
              <w:bottom w:w="80" w:type="dxa"/>
              <w:right w:w="90" w:type="dxa"/>
            </w:tcMar>
            <w:vAlign w:val="center"/>
          </w:tcPr>
          <w:p w14:paraId="567571D0" w14:textId="77777777" w:rsidR="00430FCC" w:rsidRPr="008E6C00" w:rsidRDefault="00000000">
            <w:pPr>
              <w:spacing w:after="0" w:line="240" w:lineRule="auto"/>
              <w:rPr>
                <w:noProof/>
                <w:lang w:val="ro-RO"/>
              </w:rPr>
            </w:pPr>
            <w:r w:rsidRPr="008E6C00">
              <w:rPr>
                <w:noProof/>
                <w:sz w:val="16"/>
                <w:lang w:val="ro-RO"/>
              </w:rPr>
              <w:t>Scop; intrări; activități; ieșiri; clienți interni/externi; responsabil; resurse; criterii/KPI; riscuri; documente; interacțiuni.</w:t>
            </w:r>
          </w:p>
        </w:tc>
      </w:tr>
      <w:tr w:rsidR="00430FCC" w:rsidRPr="008E6C00" w14:paraId="40411A9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6BBF4574" w14:textId="77777777" w:rsidR="00430FCC" w:rsidRPr="008E6C00" w:rsidRDefault="00000000">
            <w:pPr>
              <w:spacing w:after="0" w:line="240" w:lineRule="auto"/>
              <w:rPr>
                <w:noProof/>
                <w:lang w:val="ro-RO"/>
              </w:rPr>
            </w:pPr>
            <w:r w:rsidRPr="008E6C00">
              <w:rPr>
                <w:b/>
                <w:noProof/>
                <w:sz w:val="16"/>
                <w:lang w:val="ro-RO"/>
              </w:rPr>
              <w:t>Proprietar orientativ</w:t>
            </w:r>
          </w:p>
        </w:tc>
        <w:tc>
          <w:tcPr>
            <w:tcW w:w="7540" w:type="dxa"/>
            <w:shd w:val="clear" w:color="auto" w:fill="FFFFFF"/>
            <w:tcMar>
              <w:top w:w="80" w:type="dxa"/>
              <w:left w:w="90" w:type="dxa"/>
              <w:bottom w:w="80" w:type="dxa"/>
              <w:right w:w="90" w:type="dxa"/>
            </w:tcMar>
            <w:vAlign w:val="center"/>
          </w:tcPr>
          <w:p w14:paraId="23D86901" w14:textId="77777777" w:rsidR="00430FCC" w:rsidRPr="008E6C00" w:rsidRDefault="00000000">
            <w:pPr>
              <w:spacing w:after="0" w:line="240" w:lineRule="auto"/>
              <w:rPr>
                <w:noProof/>
                <w:lang w:val="ro-RO"/>
              </w:rPr>
            </w:pPr>
            <w:r w:rsidRPr="008E6C00">
              <w:rPr>
                <w:noProof/>
                <w:sz w:val="16"/>
                <w:lang w:val="ro-RO"/>
              </w:rPr>
              <w:t>Fiecare proprietar de proces.</w:t>
            </w:r>
          </w:p>
        </w:tc>
      </w:tr>
      <w:tr w:rsidR="00430FCC" w:rsidRPr="008E6C00" w14:paraId="420B18D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1CA4DFEE" w14:textId="77777777" w:rsidR="00430FCC" w:rsidRPr="008E6C00" w:rsidRDefault="00000000">
            <w:pPr>
              <w:spacing w:after="0" w:line="240" w:lineRule="auto"/>
              <w:rPr>
                <w:noProof/>
                <w:lang w:val="ro-RO"/>
              </w:rPr>
            </w:pPr>
            <w:r w:rsidRPr="008E6C00">
              <w:rPr>
                <w:b/>
                <w:noProof/>
                <w:sz w:val="16"/>
                <w:lang w:val="ro-RO"/>
              </w:rPr>
              <w:t>Revizuire / actualizare</w:t>
            </w:r>
          </w:p>
        </w:tc>
        <w:tc>
          <w:tcPr>
            <w:tcW w:w="7540" w:type="dxa"/>
            <w:shd w:val="clear" w:color="auto" w:fill="FFFFFF"/>
            <w:tcMar>
              <w:top w:w="80" w:type="dxa"/>
              <w:left w:w="90" w:type="dxa"/>
              <w:bottom w:w="80" w:type="dxa"/>
              <w:right w:w="90" w:type="dxa"/>
            </w:tcMar>
            <w:vAlign w:val="center"/>
          </w:tcPr>
          <w:p w14:paraId="7C2F6A39" w14:textId="77777777" w:rsidR="00430FCC" w:rsidRPr="008E6C00" w:rsidRDefault="00000000">
            <w:pPr>
              <w:spacing w:after="0" w:line="240" w:lineRule="auto"/>
              <w:rPr>
                <w:noProof/>
                <w:lang w:val="ro-RO"/>
              </w:rPr>
            </w:pPr>
            <w:r w:rsidRPr="008E6C00">
              <w:rPr>
                <w:noProof/>
                <w:sz w:val="16"/>
                <w:lang w:val="ro-RO"/>
              </w:rPr>
              <w:t>Anual și ori de câte ori se schimbă fluxul, responsabilitatea, tehnologia sau criteriile.</w:t>
            </w:r>
          </w:p>
        </w:tc>
      </w:tr>
      <w:tr w:rsidR="00430FCC" w:rsidRPr="008E6C00" w14:paraId="3B78282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3EC423E7" w14:textId="77777777" w:rsidR="00430FCC" w:rsidRPr="008E6C00" w:rsidRDefault="00000000">
            <w:pPr>
              <w:spacing w:after="0" w:line="240" w:lineRule="auto"/>
              <w:rPr>
                <w:noProof/>
                <w:lang w:val="ro-RO"/>
              </w:rPr>
            </w:pPr>
            <w:r w:rsidRPr="008E6C00">
              <w:rPr>
                <w:b/>
                <w:noProof/>
                <w:sz w:val="16"/>
                <w:lang w:val="ro-RO"/>
              </w:rPr>
              <w:t>Dovezi asociate</w:t>
            </w:r>
          </w:p>
        </w:tc>
        <w:tc>
          <w:tcPr>
            <w:tcW w:w="7540" w:type="dxa"/>
            <w:shd w:val="clear" w:color="auto" w:fill="FFFFFF"/>
            <w:tcMar>
              <w:top w:w="80" w:type="dxa"/>
              <w:left w:w="90" w:type="dxa"/>
              <w:bottom w:w="80" w:type="dxa"/>
              <w:right w:w="90" w:type="dxa"/>
            </w:tcMar>
            <w:vAlign w:val="center"/>
          </w:tcPr>
          <w:p w14:paraId="05A2392D" w14:textId="77777777" w:rsidR="00430FCC" w:rsidRPr="008E6C00" w:rsidRDefault="00000000">
            <w:pPr>
              <w:spacing w:after="0" w:line="240" w:lineRule="auto"/>
              <w:rPr>
                <w:noProof/>
                <w:lang w:val="ro-RO"/>
              </w:rPr>
            </w:pPr>
            <w:r w:rsidRPr="008E6C00">
              <w:rPr>
                <w:noProof/>
                <w:sz w:val="16"/>
                <w:lang w:val="ro-RO"/>
              </w:rPr>
              <w:t>KPI, înregistrări de proces, audituri și rezultate care confirmă fluxul descris.</w:t>
            </w:r>
          </w:p>
        </w:tc>
      </w:tr>
      <w:tr w:rsidR="00430FCC" w:rsidRPr="008E6C00" w14:paraId="7D21795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0BA9FC00" w14:textId="77777777" w:rsidR="00430FCC" w:rsidRPr="008E6C00" w:rsidRDefault="00000000">
            <w:pPr>
              <w:spacing w:after="0" w:line="240" w:lineRule="auto"/>
              <w:rPr>
                <w:noProof/>
                <w:lang w:val="ro-RO"/>
              </w:rPr>
            </w:pPr>
            <w:r w:rsidRPr="008E6C00">
              <w:rPr>
                <w:b/>
                <w:noProof/>
                <w:sz w:val="16"/>
                <w:lang w:val="ro-RO"/>
              </w:rPr>
              <w:t>Erori frecvente</w:t>
            </w:r>
          </w:p>
        </w:tc>
        <w:tc>
          <w:tcPr>
            <w:tcW w:w="7540" w:type="dxa"/>
            <w:shd w:val="clear" w:color="auto" w:fill="FFFFFF"/>
            <w:tcMar>
              <w:top w:w="80" w:type="dxa"/>
              <w:left w:w="90" w:type="dxa"/>
              <w:bottom w:w="80" w:type="dxa"/>
              <w:right w:w="90" w:type="dxa"/>
            </w:tcMar>
            <w:vAlign w:val="center"/>
          </w:tcPr>
          <w:p w14:paraId="13354194" w14:textId="77777777" w:rsidR="00430FCC" w:rsidRPr="008E6C00" w:rsidRDefault="00000000">
            <w:pPr>
              <w:spacing w:after="0" w:line="240" w:lineRule="auto"/>
              <w:rPr>
                <w:noProof/>
                <w:lang w:val="ro-RO"/>
              </w:rPr>
            </w:pPr>
            <w:r w:rsidRPr="008E6C00">
              <w:rPr>
                <w:noProof/>
                <w:sz w:val="16"/>
                <w:lang w:val="ro-RO"/>
              </w:rPr>
              <w:t>Hărți decorative; lipsa criteriilor; procese descrise după clauzele standardului, nu după modul real de lucru.</w:t>
            </w:r>
          </w:p>
        </w:tc>
      </w:tr>
    </w:tbl>
    <w:p w14:paraId="083A0A9B" w14:textId="77777777" w:rsidR="00430FCC" w:rsidRPr="008E6C00" w:rsidRDefault="00430FCC">
      <w:pPr>
        <w:spacing w:after="40"/>
        <w:rPr>
          <w:noProof/>
          <w:lang w:val="ro-RO"/>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430FCC" w:rsidRPr="008E6C00" w14:paraId="1131A581" w14:textId="77777777">
        <w:trPr>
          <w:jc w:val="center"/>
        </w:trPr>
        <w:tc>
          <w:tcPr>
            <w:tcW w:w="9921" w:type="dxa"/>
            <w:gridSpan w:val="2"/>
            <w:shd w:val="clear" w:color="auto" w:fill="D71920"/>
            <w:tcMar>
              <w:top w:w="80" w:type="dxa"/>
              <w:left w:w="90" w:type="dxa"/>
              <w:bottom w:w="80" w:type="dxa"/>
              <w:right w:w="90" w:type="dxa"/>
            </w:tcMar>
            <w:vAlign w:val="center"/>
          </w:tcPr>
          <w:p w14:paraId="35B58EBC" w14:textId="77777777" w:rsidR="00430FCC" w:rsidRPr="008E6C00" w:rsidRDefault="00000000">
            <w:pPr>
              <w:spacing w:after="0" w:line="240" w:lineRule="auto"/>
              <w:rPr>
                <w:noProof/>
                <w:lang w:val="ro-RO"/>
              </w:rPr>
            </w:pPr>
            <w:r w:rsidRPr="008E6C00">
              <w:rPr>
                <w:b/>
                <w:noProof/>
                <w:color w:val="FFFFFF"/>
                <w:sz w:val="22"/>
                <w:lang w:val="ro-RO"/>
              </w:rPr>
              <w:t>4.3. Politica referitoare la calitate</w:t>
            </w:r>
          </w:p>
        </w:tc>
      </w:tr>
      <w:tr w:rsidR="00430FCC" w:rsidRPr="008E6C00" w14:paraId="5F3CC9A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38A70C39" w14:textId="77777777" w:rsidR="00430FCC" w:rsidRPr="008E6C00" w:rsidRDefault="00000000">
            <w:pPr>
              <w:spacing w:after="0" w:line="240" w:lineRule="auto"/>
              <w:rPr>
                <w:noProof/>
                <w:lang w:val="ro-RO"/>
              </w:rPr>
            </w:pPr>
            <w:r w:rsidRPr="008E6C00">
              <w:rPr>
                <w:b/>
                <w:noProof/>
                <w:sz w:val="16"/>
                <w:lang w:val="ro-RO"/>
              </w:rPr>
              <w:t>Categorie</w:t>
            </w:r>
          </w:p>
        </w:tc>
        <w:tc>
          <w:tcPr>
            <w:tcW w:w="7540" w:type="dxa"/>
            <w:shd w:val="clear" w:color="auto" w:fill="FFFFFF"/>
            <w:tcMar>
              <w:top w:w="80" w:type="dxa"/>
              <w:left w:w="90" w:type="dxa"/>
              <w:bottom w:w="80" w:type="dxa"/>
              <w:right w:w="90" w:type="dxa"/>
            </w:tcMar>
            <w:vAlign w:val="center"/>
          </w:tcPr>
          <w:p w14:paraId="7B8CAFAF" w14:textId="77777777" w:rsidR="00430FCC" w:rsidRPr="008E6C00" w:rsidRDefault="00000000">
            <w:pPr>
              <w:spacing w:after="0" w:line="240" w:lineRule="auto"/>
              <w:rPr>
                <w:noProof/>
                <w:lang w:val="ro-RO"/>
              </w:rPr>
            </w:pPr>
            <w:r w:rsidRPr="008E6C00">
              <w:rPr>
                <w:noProof/>
                <w:sz w:val="16"/>
                <w:lang w:val="ro-RO"/>
              </w:rPr>
              <w:t>Document menținut</w:t>
            </w:r>
          </w:p>
        </w:tc>
      </w:tr>
      <w:tr w:rsidR="00430FCC" w:rsidRPr="008E6C00" w14:paraId="321EF4D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3A100579" w14:textId="77777777" w:rsidR="00430FCC" w:rsidRPr="008E6C00" w:rsidRDefault="00000000">
            <w:pPr>
              <w:spacing w:after="0" w:line="240" w:lineRule="auto"/>
              <w:rPr>
                <w:noProof/>
                <w:lang w:val="ro-RO"/>
              </w:rPr>
            </w:pPr>
            <w:r w:rsidRPr="008E6C00">
              <w:rPr>
                <w:b/>
                <w:noProof/>
                <w:sz w:val="16"/>
                <w:lang w:val="ro-RO"/>
              </w:rPr>
              <w:t>Referință ISO 9001</w:t>
            </w:r>
          </w:p>
        </w:tc>
        <w:tc>
          <w:tcPr>
            <w:tcW w:w="7540" w:type="dxa"/>
            <w:shd w:val="clear" w:color="auto" w:fill="FFFFFF"/>
            <w:tcMar>
              <w:top w:w="80" w:type="dxa"/>
              <w:left w:w="90" w:type="dxa"/>
              <w:bottom w:w="80" w:type="dxa"/>
              <w:right w:w="90" w:type="dxa"/>
            </w:tcMar>
            <w:vAlign w:val="center"/>
          </w:tcPr>
          <w:p w14:paraId="13AEC096" w14:textId="77777777" w:rsidR="00430FCC" w:rsidRPr="008E6C00" w:rsidRDefault="00000000">
            <w:pPr>
              <w:spacing w:after="0" w:line="240" w:lineRule="auto"/>
              <w:rPr>
                <w:noProof/>
                <w:lang w:val="ro-RO"/>
              </w:rPr>
            </w:pPr>
            <w:r w:rsidRPr="008E6C00">
              <w:rPr>
                <w:noProof/>
                <w:sz w:val="16"/>
                <w:lang w:val="ro-RO"/>
              </w:rPr>
              <w:t>5.2</w:t>
            </w:r>
          </w:p>
        </w:tc>
      </w:tr>
      <w:tr w:rsidR="00430FCC" w:rsidRPr="008E6C00" w14:paraId="6D86741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68A488DE" w14:textId="77777777" w:rsidR="00430FCC" w:rsidRPr="008E6C00" w:rsidRDefault="00000000">
            <w:pPr>
              <w:spacing w:after="0" w:line="240" w:lineRule="auto"/>
              <w:rPr>
                <w:noProof/>
                <w:lang w:val="ro-RO"/>
              </w:rPr>
            </w:pPr>
            <w:r w:rsidRPr="008E6C00">
              <w:rPr>
                <w:b/>
                <w:noProof/>
                <w:sz w:val="16"/>
                <w:lang w:val="ro-RO"/>
              </w:rPr>
              <w:t>Când este necesar</w:t>
            </w:r>
          </w:p>
        </w:tc>
        <w:tc>
          <w:tcPr>
            <w:tcW w:w="7540" w:type="dxa"/>
            <w:shd w:val="clear" w:color="auto" w:fill="FFFFFF"/>
            <w:tcMar>
              <w:top w:w="80" w:type="dxa"/>
              <w:left w:w="90" w:type="dxa"/>
              <w:bottom w:w="80" w:type="dxa"/>
              <w:right w:w="90" w:type="dxa"/>
            </w:tcMar>
            <w:vAlign w:val="center"/>
          </w:tcPr>
          <w:p w14:paraId="0B238A8A" w14:textId="77777777" w:rsidR="00430FCC" w:rsidRPr="008E6C00" w:rsidRDefault="00000000">
            <w:pPr>
              <w:spacing w:after="0" w:line="240" w:lineRule="auto"/>
              <w:rPr>
                <w:noProof/>
                <w:lang w:val="ro-RO"/>
              </w:rPr>
            </w:pPr>
            <w:r w:rsidRPr="008E6C00">
              <w:rPr>
                <w:noProof/>
                <w:sz w:val="16"/>
                <w:lang w:val="ro-RO"/>
              </w:rPr>
              <w:t>Întotdeauna</w:t>
            </w:r>
          </w:p>
        </w:tc>
      </w:tr>
      <w:tr w:rsidR="00430FCC" w:rsidRPr="008E6C00" w14:paraId="2F81B38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5A20C41D" w14:textId="77777777" w:rsidR="00430FCC" w:rsidRPr="008E6C00" w:rsidRDefault="00000000">
            <w:pPr>
              <w:spacing w:after="0" w:line="240" w:lineRule="auto"/>
              <w:rPr>
                <w:noProof/>
                <w:lang w:val="ro-RO"/>
              </w:rPr>
            </w:pPr>
            <w:r w:rsidRPr="008E6C00">
              <w:rPr>
                <w:b/>
                <w:noProof/>
                <w:sz w:val="16"/>
                <w:lang w:val="ro-RO"/>
              </w:rPr>
              <w:lastRenderedPageBreak/>
              <w:t>Scop</w:t>
            </w:r>
          </w:p>
        </w:tc>
        <w:tc>
          <w:tcPr>
            <w:tcW w:w="7540" w:type="dxa"/>
            <w:shd w:val="clear" w:color="auto" w:fill="FFFFFF"/>
            <w:tcMar>
              <w:top w:w="80" w:type="dxa"/>
              <w:left w:w="90" w:type="dxa"/>
              <w:bottom w:w="80" w:type="dxa"/>
              <w:right w:w="90" w:type="dxa"/>
            </w:tcMar>
            <w:vAlign w:val="center"/>
          </w:tcPr>
          <w:p w14:paraId="36106F11" w14:textId="77777777" w:rsidR="00430FCC" w:rsidRPr="008E6C00" w:rsidRDefault="00000000">
            <w:pPr>
              <w:spacing w:after="0" w:line="240" w:lineRule="auto"/>
              <w:rPr>
                <w:noProof/>
                <w:lang w:val="ro-RO"/>
              </w:rPr>
            </w:pPr>
            <w:r w:rsidRPr="008E6C00">
              <w:rPr>
                <w:noProof/>
                <w:sz w:val="16"/>
                <w:lang w:val="ro-RO"/>
              </w:rPr>
              <w:t>Transmite direcția și angajamentele privind calitatea și oferă cadrul pentru obiective.</w:t>
            </w:r>
          </w:p>
        </w:tc>
      </w:tr>
      <w:tr w:rsidR="00430FCC" w:rsidRPr="008E6C00" w14:paraId="59CA19E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1DD1C991" w14:textId="77777777" w:rsidR="00430FCC" w:rsidRPr="008E6C00" w:rsidRDefault="00000000">
            <w:pPr>
              <w:spacing w:after="0" w:line="240" w:lineRule="auto"/>
              <w:rPr>
                <w:noProof/>
                <w:lang w:val="ro-RO"/>
              </w:rPr>
            </w:pPr>
            <w:r w:rsidRPr="008E6C00">
              <w:rPr>
                <w:b/>
                <w:noProof/>
                <w:sz w:val="16"/>
                <w:lang w:val="ro-RO"/>
              </w:rPr>
              <w:t>Conținut minim recomandat</w:t>
            </w:r>
          </w:p>
        </w:tc>
        <w:tc>
          <w:tcPr>
            <w:tcW w:w="7540" w:type="dxa"/>
            <w:shd w:val="clear" w:color="auto" w:fill="FFFFFF"/>
            <w:tcMar>
              <w:top w:w="80" w:type="dxa"/>
              <w:left w:w="90" w:type="dxa"/>
              <w:bottom w:w="80" w:type="dxa"/>
              <w:right w:w="90" w:type="dxa"/>
            </w:tcMar>
            <w:vAlign w:val="center"/>
          </w:tcPr>
          <w:p w14:paraId="142E9300" w14:textId="77777777" w:rsidR="00430FCC" w:rsidRPr="008E6C00" w:rsidRDefault="00000000">
            <w:pPr>
              <w:spacing w:after="0" w:line="240" w:lineRule="auto"/>
              <w:rPr>
                <w:noProof/>
                <w:lang w:val="ro-RO"/>
              </w:rPr>
            </w:pPr>
            <w:r w:rsidRPr="008E6C00">
              <w:rPr>
                <w:noProof/>
                <w:sz w:val="16"/>
                <w:lang w:val="ro-RO"/>
              </w:rPr>
              <w:t>Potrivire cu scopul și contextul; angajamentul față de cerințe și îmbunătățire; limbaj înțeles de personal; disponibilitate părților relevante.</w:t>
            </w:r>
          </w:p>
        </w:tc>
      </w:tr>
      <w:tr w:rsidR="00430FCC" w:rsidRPr="008E6C00" w14:paraId="6BFA8E5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394F8D07" w14:textId="77777777" w:rsidR="00430FCC" w:rsidRPr="008E6C00" w:rsidRDefault="00000000">
            <w:pPr>
              <w:spacing w:after="0" w:line="240" w:lineRule="auto"/>
              <w:rPr>
                <w:noProof/>
                <w:lang w:val="ro-RO"/>
              </w:rPr>
            </w:pPr>
            <w:r w:rsidRPr="008E6C00">
              <w:rPr>
                <w:b/>
                <w:noProof/>
                <w:sz w:val="16"/>
                <w:lang w:val="ro-RO"/>
              </w:rPr>
              <w:t>Proprietar orientativ</w:t>
            </w:r>
          </w:p>
        </w:tc>
        <w:tc>
          <w:tcPr>
            <w:tcW w:w="7540" w:type="dxa"/>
            <w:shd w:val="clear" w:color="auto" w:fill="FFFFFF"/>
            <w:tcMar>
              <w:top w:w="80" w:type="dxa"/>
              <w:left w:w="90" w:type="dxa"/>
              <w:bottom w:w="80" w:type="dxa"/>
              <w:right w:w="90" w:type="dxa"/>
            </w:tcMar>
            <w:vAlign w:val="center"/>
          </w:tcPr>
          <w:p w14:paraId="3BE2198A" w14:textId="77777777" w:rsidR="00430FCC" w:rsidRPr="008E6C00" w:rsidRDefault="00000000">
            <w:pPr>
              <w:spacing w:after="0" w:line="240" w:lineRule="auto"/>
              <w:rPr>
                <w:noProof/>
                <w:lang w:val="ro-RO"/>
              </w:rPr>
            </w:pPr>
            <w:r w:rsidRPr="008E6C00">
              <w:rPr>
                <w:noProof/>
                <w:sz w:val="16"/>
                <w:lang w:val="ro-RO"/>
              </w:rPr>
              <w:t>Conducerea de vârf.</w:t>
            </w:r>
          </w:p>
        </w:tc>
      </w:tr>
      <w:tr w:rsidR="00430FCC" w:rsidRPr="008E6C00" w14:paraId="46D19CC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0634475A" w14:textId="77777777" w:rsidR="00430FCC" w:rsidRPr="008E6C00" w:rsidRDefault="00000000">
            <w:pPr>
              <w:spacing w:after="0" w:line="240" w:lineRule="auto"/>
              <w:rPr>
                <w:noProof/>
                <w:lang w:val="ro-RO"/>
              </w:rPr>
            </w:pPr>
            <w:r w:rsidRPr="008E6C00">
              <w:rPr>
                <w:b/>
                <w:noProof/>
                <w:sz w:val="16"/>
                <w:lang w:val="ro-RO"/>
              </w:rPr>
              <w:t>Revizuire / actualizare</w:t>
            </w:r>
          </w:p>
        </w:tc>
        <w:tc>
          <w:tcPr>
            <w:tcW w:w="7540" w:type="dxa"/>
            <w:shd w:val="clear" w:color="auto" w:fill="FFFFFF"/>
            <w:tcMar>
              <w:top w:w="80" w:type="dxa"/>
              <w:left w:w="90" w:type="dxa"/>
              <w:bottom w:w="80" w:type="dxa"/>
              <w:right w:w="90" w:type="dxa"/>
            </w:tcMar>
            <w:vAlign w:val="center"/>
          </w:tcPr>
          <w:p w14:paraId="1EA1F8C7" w14:textId="77777777" w:rsidR="00430FCC" w:rsidRPr="008E6C00" w:rsidRDefault="00000000">
            <w:pPr>
              <w:spacing w:after="0" w:line="240" w:lineRule="auto"/>
              <w:rPr>
                <w:noProof/>
                <w:lang w:val="ro-RO"/>
              </w:rPr>
            </w:pPr>
            <w:r w:rsidRPr="008E6C00">
              <w:rPr>
                <w:noProof/>
                <w:sz w:val="16"/>
                <w:lang w:val="ro-RO"/>
              </w:rPr>
              <w:t>La schimbări strategice sau când analiza de management arată că nu mai este adecvată.</w:t>
            </w:r>
          </w:p>
        </w:tc>
      </w:tr>
      <w:tr w:rsidR="00430FCC" w:rsidRPr="008E6C00" w14:paraId="160625D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727901EB" w14:textId="77777777" w:rsidR="00430FCC" w:rsidRPr="008E6C00" w:rsidRDefault="00000000">
            <w:pPr>
              <w:spacing w:after="0" w:line="240" w:lineRule="auto"/>
              <w:rPr>
                <w:noProof/>
                <w:lang w:val="ro-RO"/>
              </w:rPr>
            </w:pPr>
            <w:r w:rsidRPr="008E6C00">
              <w:rPr>
                <w:b/>
                <w:noProof/>
                <w:sz w:val="16"/>
                <w:lang w:val="ro-RO"/>
              </w:rPr>
              <w:t>Dovezi asociate</w:t>
            </w:r>
          </w:p>
        </w:tc>
        <w:tc>
          <w:tcPr>
            <w:tcW w:w="7540" w:type="dxa"/>
            <w:shd w:val="clear" w:color="auto" w:fill="FFFFFF"/>
            <w:tcMar>
              <w:top w:w="80" w:type="dxa"/>
              <w:left w:w="90" w:type="dxa"/>
              <w:bottom w:w="80" w:type="dxa"/>
              <w:right w:w="90" w:type="dxa"/>
            </w:tcMar>
            <w:vAlign w:val="center"/>
          </w:tcPr>
          <w:p w14:paraId="274B7CF9" w14:textId="77777777" w:rsidR="00430FCC" w:rsidRPr="008E6C00" w:rsidRDefault="00000000">
            <w:pPr>
              <w:spacing w:after="0" w:line="240" w:lineRule="auto"/>
              <w:rPr>
                <w:noProof/>
                <w:lang w:val="ro-RO"/>
              </w:rPr>
            </w:pPr>
            <w:r w:rsidRPr="008E6C00">
              <w:rPr>
                <w:noProof/>
                <w:sz w:val="16"/>
                <w:lang w:val="ro-RO"/>
              </w:rPr>
              <w:t>Comunicare, instruire, afișare/intranet, obiective aliniate și interviuri cu personalul.</w:t>
            </w:r>
          </w:p>
        </w:tc>
      </w:tr>
      <w:tr w:rsidR="00430FCC" w:rsidRPr="008E6C00" w14:paraId="19C6BE7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04E56FBD" w14:textId="77777777" w:rsidR="00430FCC" w:rsidRPr="008E6C00" w:rsidRDefault="00000000">
            <w:pPr>
              <w:spacing w:after="0" w:line="240" w:lineRule="auto"/>
              <w:rPr>
                <w:noProof/>
                <w:lang w:val="ro-RO"/>
              </w:rPr>
            </w:pPr>
            <w:r w:rsidRPr="008E6C00">
              <w:rPr>
                <w:b/>
                <w:noProof/>
                <w:sz w:val="16"/>
                <w:lang w:val="ro-RO"/>
              </w:rPr>
              <w:t>Erori frecvente</w:t>
            </w:r>
          </w:p>
        </w:tc>
        <w:tc>
          <w:tcPr>
            <w:tcW w:w="7540" w:type="dxa"/>
            <w:shd w:val="clear" w:color="auto" w:fill="FFFFFF"/>
            <w:tcMar>
              <w:top w:w="80" w:type="dxa"/>
              <w:left w:w="90" w:type="dxa"/>
              <w:bottom w:w="80" w:type="dxa"/>
              <w:right w:w="90" w:type="dxa"/>
            </w:tcMar>
            <w:vAlign w:val="center"/>
          </w:tcPr>
          <w:p w14:paraId="70FC4A99" w14:textId="77777777" w:rsidR="00430FCC" w:rsidRPr="008E6C00" w:rsidRDefault="00000000">
            <w:pPr>
              <w:spacing w:after="0" w:line="240" w:lineRule="auto"/>
              <w:rPr>
                <w:noProof/>
                <w:lang w:val="ro-RO"/>
              </w:rPr>
            </w:pPr>
            <w:r w:rsidRPr="008E6C00">
              <w:rPr>
                <w:noProof/>
                <w:sz w:val="16"/>
                <w:lang w:val="ro-RO"/>
              </w:rPr>
              <w:t>Text generic copiat; promisiuni imposibil de demonstrat; angajați care nu înțeleg ce înseamnă pentru rolul lor.</w:t>
            </w:r>
          </w:p>
        </w:tc>
      </w:tr>
    </w:tbl>
    <w:p w14:paraId="78862190" w14:textId="77777777" w:rsidR="00430FCC" w:rsidRPr="008E6C00" w:rsidRDefault="00430FCC">
      <w:pPr>
        <w:spacing w:after="40"/>
        <w:rPr>
          <w:noProof/>
          <w:lang w:val="ro-RO"/>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430FCC" w:rsidRPr="008E6C00" w14:paraId="5E32F3D6" w14:textId="77777777">
        <w:trPr>
          <w:jc w:val="center"/>
        </w:trPr>
        <w:tc>
          <w:tcPr>
            <w:tcW w:w="9921" w:type="dxa"/>
            <w:gridSpan w:val="2"/>
            <w:shd w:val="clear" w:color="auto" w:fill="D71920"/>
            <w:tcMar>
              <w:top w:w="80" w:type="dxa"/>
              <w:left w:w="90" w:type="dxa"/>
              <w:bottom w:w="80" w:type="dxa"/>
              <w:right w:w="90" w:type="dxa"/>
            </w:tcMar>
            <w:vAlign w:val="center"/>
          </w:tcPr>
          <w:p w14:paraId="4CC289F2" w14:textId="77777777" w:rsidR="00430FCC" w:rsidRPr="008E6C00" w:rsidRDefault="00000000">
            <w:pPr>
              <w:spacing w:after="0" w:line="240" w:lineRule="auto"/>
              <w:rPr>
                <w:noProof/>
                <w:lang w:val="ro-RO"/>
              </w:rPr>
            </w:pPr>
            <w:r w:rsidRPr="008E6C00">
              <w:rPr>
                <w:b/>
                <w:noProof/>
                <w:color w:val="FFFFFF"/>
                <w:sz w:val="22"/>
                <w:lang w:val="ro-RO"/>
              </w:rPr>
              <w:t>4.4. Registrul obiectivelor calității</w:t>
            </w:r>
          </w:p>
        </w:tc>
      </w:tr>
      <w:tr w:rsidR="00430FCC" w:rsidRPr="008E6C00" w14:paraId="4F5CDF9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63C13A4C" w14:textId="77777777" w:rsidR="00430FCC" w:rsidRPr="008E6C00" w:rsidRDefault="00000000">
            <w:pPr>
              <w:spacing w:after="0" w:line="240" w:lineRule="auto"/>
              <w:rPr>
                <w:noProof/>
                <w:lang w:val="ro-RO"/>
              </w:rPr>
            </w:pPr>
            <w:r w:rsidRPr="008E6C00">
              <w:rPr>
                <w:b/>
                <w:noProof/>
                <w:sz w:val="16"/>
                <w:lang w:val="ro-RO"/>
              </w:rPr>
              <w:t>Categorie</w:t>
            </w:r>
          </w:p>
        </w:tc>
        <w:tc>
          <w:tcPr>
            <w:tcW w:w="7540" w:type="dxa"/>
            <w:shd w:val="clear" w:color="auto" w:fill="FFFFFF"/>
            <w:tcMar>
              <w:top w:w="80" w:type="dxa"/>
              <w:left w:w="90" w:type="dxa"/>
              <w:bottom w:w="80" w:type="dxa"/>
              <w:right w:w="90" w:type="dxa"/>
            </w:tcMar>
            <w:vAlign w:val="center"/>
          </w:tcPr>
          <w:p w14:paraId="06E6627C" w14:textId="77777777" w:rsidR="00430FCC" w:rsidRPr="008E6C00" w:rsidRDefault="00000000">
            <w:pPr>
              <w:spacing w:after="0" w:line="240" w:lineRule="auto"/>
              <w:rPr>
                <w:noProof/>
                <w:lang w:val="ro-RO"/>
              </w:rPr>
            </w:pPr>
            <w:r w:rsidRPr="008E6C00">
              <w:rPr>
                <w:noProof/>
                <w:sz w:val="16"/>
                <w:lang w:val="ro-RO"/>
              </w:rPr>
              <w:t>Document menținut și actualizat</w:t>
            </w:r>
          </w:p>
        </w:tc>
      </w:tr>
      <w:tr w:rsidR="00430FCC" w:rsidRPr="008E6C00" w14:paraId="6FC8204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38FAE565" w14:textId="77777777" w:rsidR="00430FCC" w:rsidRPr="008E6C00" w:rsidRDefault="00000000">
            <w:pPr>
              <w:spacing w:after="0" w:line="240" w:lineRule="auto"/>
              <w:rPr>
                <w:noProof/>
                <w:lang w:val="ro-RO"/>
              </w:rPr>
            </w:pPr>
            <w:r w:rsidRPr="008E6C00">
              <w:rPr>
                <w:b/>
                <w:noProof/>
                <w:sz w:val="16"/>
                <w:lang w:val="ro-RO"/>
              </w:rPr>
              <w:t>Referință ISO 9001</w:t>
            </w:r>
          </w:p>
        </w:tc>
        <w:tc>
          <w:tcPr>
            <w:tcW w:w="7540" w:type="dxa"/>
            <w:shd w:val="clear" w:color="auto" w:fill="FFFFFF"/>
            <w:tcMar>
              <w:top w:w="80" w:type="dxa"/>
              <w:left w:w="90" w:type="dxa"/>
              <w:bottom w:w="80" w:type="dxa"/>
              <w:right w:w="90" w:type="dxa"/>
            </w:tcMar>
            <w:vAlign w:val="center"/>
          </w:tcPr>
          <w:p w14:paraId="0C3F345A" w14:textId="77777777" w:rsidR="00430FCC" w:rsidRPr="008E6C00" w:rsidRDefault="00000000">
            <w:pPr>
              <w:spacing w:after="0" w:line="240" w:lineRule="auto"/>
              <w:rPr>
                <w:noProof/>
                <w:lang w:val="ro-RO"/>
              </w:rPr>
            </w:pPr>
            <w:r w:rsidRPr="008E6C00">
              <w:rPr>
                <w:noProof/>
                <w:sz w:val="16"/>
                <w:lang w:val="ro-RO"/>
              </w:rPr>
              <w:t>6.2</w:t>
            </w:r>
          </w:p>
        </w:tc>
      </w:tr>
      <w:tr w:rsidR="00430FCC" w:rsidRPr="008E6C00" w14:paraId="1B66C16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6B8C58B4" w14:textId="77777777" w:rsidR="00430FCC" w:rsidRPr="008E6C00" w:rsidRDefault="00000000">
            <w:pPr>
              <w:spacing w:after="0" w:line="240" w:lineRule="auto"/>
              <w:rPr>
                <w:noProof/>
                <w:lang w:val="ro-RO"/>
              </w:rPr>
            </w:pPr>
            <w:r w:rsidRPr="008E6C00">
              <w:rPr>
                <w:b/>
                <w:noProof/>
                <w:sz w:val="16"/>
                <w:lang w:val="ro-RO"/>
              </w:rPr>
              <w:t>Când este necesar</w:t>
            </w:r>
          </w:p>
        </w:tc>
        <w:tc>
          <w:tcPr>
            <w:tcW w:w="7540" w:type="dxa"/>
            <w:shd w:val="clear" w:color="auto" w:fill="FFFFFF"/>
            <w:tcMar>
              <w:top w:w="80" w:type="dxa"/>
              <w:left w:w="90" w:type="dxa"/>
              <w:bottom w:w="80" w:type="dxa"/>
              <w:right w:w="90" w:type="dxa"/>
            </w:tcMar>
            <w:vAlign w:val="center"/>
          </w:tcPr>
          <w:p w14:paraId="0233E1B6" w14:textId="77777777" w:rsidR="00430FCC" w:rsidRPr="008E6C00" w:rsidRDefault="00000000">
            <w:pPr>
              <w:spacing w:after="0" w:line="240" w:lineRule="auto"/>
              <w:rPr>
                <w:noProof/>
                <w:lang w:val="ro-RO"/>
              </w:rPr>
            </w:pPr>
            <w:r w:rsidRPr="008E6C00">
              <w:rPr>
                <w:noProof/>
                <w:sz w:val="16"/>
                <w:lang w:val="ro-RO"/>
              </w:rPr>
              <w:t>Întotdeauna</w:t>
            </w:r>
          </w:p>
        </w:tc>
      </w:tr>
      <w:tr w:rsidR="00430FCC" w:rsidRPr="008E6C00" w14:paraId="1B7D221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5015A445" w14:textId="77777777" w:rsidR="00430FCC" w:rsidRPr="008E6C00" w:rsidRDefault="00000000">
            <w:pPr>
              <w:spacing w:after="0" w:line="240" w:lineRule="auto"/>
              <w:rPr>
                <w:noProof/>
                <w:lang w:val="ro-RO"/>
              </w:rPr>
            </w:pPr>
            <w:r w:rsidRPr="008E6C00">
              <w:rPr>
                <w:b/>
                <w:noProof/>
                <w:sz w:val="16"/>
                <w:lang w:val="ro-RO"/>
              </w:rPr>
              <w:t>Scop</w:t>
            </w:r>
          </w:p>
        </w:tc>
        <w:tc>
          <w:tcPr>
            <w:tcW w:w="7540" w:type="dxa"/>
            <w:shd w:val="clear" w:color="auto" w:fill="FFFFFF"/>
            <w:tcMar>
              <w:top w:w="80" w:type="dxa"/>
              <w:left w:w="90" w:type="dxa"/>
              <w:bottom w:w="80" w:type="dxa"/>
              <w:right w:w="90" w:type="dxa"/>
            </w:tcMar>
            <w:vAlign w:val="center"/>
          </w:tcPr>
          <w:p w14:paraId="694BC979" w14:textId="77777777" w:rsidR="00430FCC" w:rsidRPr="008E6C00" w:rsidRDefault="00000000">
            <w:pPr>
              <w:spacing w:after="0" w:line="240" w:lineRule="auto"/>
              <w:rPr>
                <w:noProof/>
                <w:lang w:val="ro-RO"/>
              </w:rPr>
            </w:pPr>
            <w:r w:rsidRPr="008E6C00">
              <w:rPr>
                <w:noProof/>
                <w:sz w:val="16"/>
                <w:lang w:val="ro-RO"/>
              </w:rPr>
              <w:t>Transformă politica și prioritățile în rezultate măsurabile și responsabilități clare.</w:t>
            </w:r>
          </w:p>
        </w:tc>
      </w:tr>
      <w:tr w:rsidR="00430FCC" w:rsidRPr="008E6C00" w14:paraId="78BCB99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2A90AA5D" w14:textId="77777777" w:rsidR="00430FCC" w:rsidRPr="008E6C00" w:rsidRDefault="00000000">
            <w:pPr>
              <w:spacing w:after="0" w:line="240" w:lineRule="auto"/>
              <w:rPr>
                <w:noProof/>
                <w:lang w:val="ro-RO"/>
              </w:rPr>
            </w:pPr>
            <w:r w:rsidRPr="008E6C00">
              <w:rPr>
                <w:b/>
                <w:noProof/>
                <w:sz w:val="16"/>
                <w:lang w:val="ro-RO"/>
              </w:rPr>
              <w:t>Conținut minim recomandat</w:t>
            </w:r>
          </w:p>
        </w:tc>
        <w:tc>
          <w:tcPr>
            <w:tcW w:w="7540" w:type="dxa"/>
            <w:shd w:val="clear" w:color="auto" w:fill="FFFFFF"/>
            <w:tcMar>
              <w:top w:w="80" w:type="dxa"/>
              <w:left w:w="90" w:type="dxa"/>
              <w:bottom w:w="80" w:type="dxa"/>
              <w:right w:w="90" w:type="dxa"/>
            </w:tcMar>
            <w:vAlign w:val="center"/>
          </w:tcPr>
          <w:p w14:paraId="0AE47081" w14:textId="77777777" w:rsidR="00430FCC" w:rsidRPr="008E6C00" w:rsidRDefault="00000000">
            <w:pPr>
              <w:spacing w:after="0" w:line="240" w:lineRule="auto"/>
              <w:rPr>
                <w:noProof/>
                <w:lang w:val="ro-RO"/>
              </w:rPr>
            </w:pPr>
            <w:r w:rsidRPr="008E6C00">
              <w:rPr>
                <w:noProof/>
                <w:sz w:val="16"/>
                <w:lang w:val="ro-RO"/>
              </w:rPr>
              <w:t>Obiectiv; KPI și formulă; bază; țintă; termen; responsabil; acțiuni; resurse; frecvență; status; rezultat și decizie.</w:t>
            </w:r>
          </w:p>
        </w:tc>
      </w:tr>
      <w:tr w:rsidR="00430FCC" w:rsidRPr="008E6C00" w14:paraId="5DAA00B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7B299113" w14:textId="77777777" w:rsidR="00430FCC" w:rsidRPr="008E6C00" w:rsidRDefault="00000000">
            <w:pPr>
              <w:spacing w:after="0" w:line="240" w:lineRule="auto"/>
              <w:rPr>
                <w:noProof/>
                <w:lang w:val="ro-RO"/>
              </w:rPr>
            </w:pPr>
            <w:r w:rsidRPr="008E6C00">
              <w:rPr>
                <w:b/>
                <w:noProof/>
                <w:sz w:val="16"/>
                <w:lang w:val="ro-RO"/>
              </w:rPr>
              <w:t>Proprietar orientativ</w:t>
            </w:r>
          </w:p>
        </w:tc>
        <w:tc>
          <w:tcPr>
            <w:tcW w:w="7540" w:type="dxa"/>
            <w:shd w:val="clear" w:color="auto" w:fill="FFFFFF"/>
            <w:tcMar>
              <w:top w:w="80" w:type="dxa"/>
              <w:left w:w="90" w:type="dxa"/>
              <w:bottom w:w="80" w:type="dxa"/>
              <w:right w:w="90" w:type="dxa"/>
            </w:tcMar>
            <w:vAlign w:val="center"/>
          </w:tcPr>
          <w:p w14:paraId="04AF8C67" w14:textId="77777777" w:rsidR="00430FCC" w:rsidRPr="008E6C00" w:rsidRDefault="00000000">
            <w:pPr>
              <w:spacing w:after="0" w:line="240" w:lineRule="auto"/>
              <w:rPr>
                <w:noProof/>
                <w:lang w:val="ro-RO"/>
              </w:rPr>
            </w:pPr>
            <w:r w:rsidRPr="008E6C00">
              <w:rPr>
                <w:noProof/>
                <w:sz w:val="16"/>
                <w:lang w:val="ro-RO"/>
              </w:rPr>
              <w:t>Conducere și proprietarii proceselor.</w:t>
            </w:r>
          </w:p>
        </w:tc>
      </w:tr>
      <w:tr w:rsidR="00430FCC" w:rsidRPr="008E6C00" w14:paraId="1B88A2F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5DE965C2" w14:textId="77777777" w:rsidR="00430FCC" w:rsidRPr="008E6C00" w:rsidRDefault="00000000">
            <w:pPr>
              <w:spacing w:after="0" w:line="240" w:lineRule="auto"/>
              <w:rPr>
                <w:noProof/>
                <w:lang w:val="ro-RO"/>
              </w:rPr>
            </w:pPr>
            <w:r w:rsidRPr="008E6C00">
              <w:rPr>
                <w:b/>
                <w:noProof/>
                <w:sz w:val="16"/>
                <w:lang w:val="ro-RO"/>
              </w:rPr>
              <w:t>Revizuire / actualizare</w:t>
            </w:r>
          </w:p>
        </w:tc>
        <w:tc>
          <w:tcPr>
            <w:tcW w:w="7540" w:type="dxa"/>
            <w:shd w:val="clear" w:color="auto" w:fill="FFFFFF"/>
            <w:tcMar>
              <w:top w:w="80" w:type="dxa"/>
              <w:left w:w="90" w:type="dxa"/>
              <w:bottom w:w="80" w:type="dxa"/>
              <w:right w:w="90" w:type="dxa"/>
            </w:tcMar>
            <w:vAlign w:val="center"/>
          </w:tcPr>
          <w:p w14:paraId="5DF1AD0D" w14:textId="77777777" w:rsidR="00430FCC" w:rsidRPr="008E6C00" w:rsidRDefault="00000000">
            <w:pPr>
              <w:spacing w:after="0" w:line="240" w:lineRule="auto"/>
              <w:rPr>
                <w:noProof/>
                <w:lang w:val="ro-RO"/>
              </w:rPr>
            </w:pPr>
            <w:r w:rsidRPr="008E6C00">
              <w:rPr>
                <w:noProof/>
                <w:sz w:val="16"/>
                <w:lang w:val="ro-RO"/>
              </w:rPr>
              <w:t>La frecvența de monitorizare; revizuire formală cel puțin în analiza de management.</w:t>
            </w:r>
          </w:p>
        </w:tc>
      </w:tr>
      <w:tr w:rsidR="00430FCC" w:rsidRPr="008E6C00" w14:paraId="6372005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63DFBB82" w14:textId="77777777" w:rsidR="00430FCC" w:rsidRPr="008E6C00" w:rsidRDefault="00000000">
            <w:pPr>
              <w:spacing w:after="0" w:line="240" w:lineRule="auto"/>
              <w:rPr>
                <w:noProof/>
                <w:lang w:val="ro-RO"/>
              </w:rPr>
            </w:pPr>
            <w:r w:rsidRPr="008E6C00">
              <w:rPr>
                <w:b/>
                <w:noProof/>
                <w:sz w:val="16"/>
                <w:lang w:val="ro-RO"/>
              </w:rPr>
              <w:t>Dovezi asociate</w:t>
            </w:r>
          </w:p>
        </w:tc>
        <w:tc>
          <w:tcPr>
            <w:tcW w:w="7540" w:type="dxa"/>
            <w:shd w:val="clear" w:color="auto" w:fill="FFFFFF"/>
            <w:tcMar>
              <w:top w:w="80" w:type="dxa"/>
              <w:left w:w="90" w:type="dxa"/>
              <w:bottom w:w="80" w:type="dxa"/>
              <w:right w:w="90" w:type="dxa"/>
            </w:tcMar>
            <w:vAlign w:val="center"/>
          </w:tcPr>
          <w:p w14:paraId="192960C4" w14:textId="77777777" w:rsidR="00430FCC" w:rsidRPr="008E6C00" w:rsidRDefault="00000000">
            <w:pPr>
              <w:spacing w:after="0" w:line="240" w:lineRule="auto"/>
              <w:rPr>
                <w:noProof/>
                <w:lang w:val="ro-RO"/>
              </w:rPr>
            </w:pPr>
            <w:r w:rsidRPr="008E6C00">
              <w:rPr>
                <w:noProof/>
                <w:sz w:val="16"/>
                <w:lang w:val="ro-RO"/>
              </w:rPr>
              <w:t>Dashboard, rapoarte de proces, planuri de acțiune și decizii.</w:t>
            </w:r>
          </w:p>
        </w:tc>
      </w:tr>
      <w:tr w:rsidR="00430FCC" w:rsidRPr="008E6C00" w14:paraId="52A9EDE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2782F759" w14:textId="77777777" w:rsidR="00430FCC" w:rsidRPr="008E6C00" w:rsidRDefault="00000000">
            <w:pPr>
              <w:spacing w:after="0" w:line="240" w:lineRule="auto"/>
              <w:rPr>
                <w:noProof/>
                <w:lang w:val="ro-RO"/>
              </w:rPr>
            </w:pPr>
            <w:r w:rsidRPr="008E6C00">
              <w:rPr>
                <w:b/>
                <w:noProof/>
                <w:sz w:val="16"/>
                <w:lang w:val="ro-RO"/>
              </w:rPr>
              <w:t>Erori frecvente</w:t>
            </w:r>
          </w:p>
        </w:tc>
        <w:tc>
          <w:tcPr>
            <w:tcW w:w="7540" w:type="dxa"/>
            <w:shd w:val="clear" w:color="auto" w:fill="FFFFFF"/>
            <w:tcMar>
              <w:top w:w="80" w:type="dxa"/>
              <w:left w:w="90" w:type="dxa"/>
              <w:bottom w:w="80" w:type="dxa"/>
              <w:right w:w="90" w:type="dxa"/>
            </w:tcMar>
            <w:vAlign w:val="center"/>
          </w:tcPr>
          <w:p w14:paraId="6657D597" w14:textId="77777777" w:rsidR="00430FCC" w:rsidRPr="008E6C00" w:rsidRDefault="00000000">
            <w:pPr>
              <w:spacing w:after="0" w:line="240" w:lineRule="auto"/>
              <w:rPr>
                <w:noProof/>
                <w:lang w:val="ro-RO"/>
              </w:rPr>
            </w:pPr>
            <w:r w:rsidRPr="008E6C00">
              <w:rPr>
                <w:noProof/>
                <w:sz w:val="16"/>
                <w:lang w:val="ro-RO"/>
              </w:rPr>
              <w:t>Obiective fără bază, formulă sau termen; ținte identice anual fără justificare; lipsa acțiunilor la abatere.</w:t>
            </w:r>
          </w:p>
        </w:tc>
      </w:tr>
    </w:tbl>
    <w:p w14:paraId="5C188DE9" w14:textId="77777777" w:rsidR="00430FCC" w:rsidRPr="008E6C00" w:rsidRDefault="00430FCC">
      <w:pPr>
        <w:spacing w:after="40"/>
        <w:rPr>
          <w:noProof/>
          <w:lang w:val="ro-RO"/>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430FCC" w:rsidRPr="008E6C00" w14:paraId="3447B75A" w14:textId="77777777">
        <w:trPr>
          <w:jc w:val="center"/>
        </w:trPr>
        <w:tc>
          <w:tcPr>
            <w:tcW w:w="9921" w:type="dxa"/>
            <w:gridSpan w:val="2"/>
            <w:shd w:val="clear" w:color="auto" w:fill="D71920"/>
            <w:tcMar>
              <w:top w:w="80" w:type="dxa"/>
              <w:left w:w="90" w:type="dxa"/>
              <w:bottom w:w="80" w:type="dxa"/>
              <w:right w:w="90" w:type="dxa"/>
            </w:tcMar>
            <w:vAlign w:val="center"/>
          </w:tcPr>
          <w:p w14:paraId="3508F910" w14:textId="77777777" w:rsidR="00430FCC" w:rsidRPr="008E6C00" w:rsidRDefault="00000000">
            <w:pPr>
              <w:spacing w:after="0" w:line="240" w:lineRule="auto"/>
              <w:rPr>
                <w:noProof/>
                <w:lang w:val="ro-RO"/>
              </w:rPr>
            </w:pPr>
            <w:r w:rsidRPr="008E6C00">
              <w:rPr>
                <w:b/>
                <w:noProof/>
                <w:color w:val="FFFFFF"/>
                <w:sz w:val="22"/>
                <w:lang w:val="ro-RO"/>
              </w:rPr>
              <w:t>4.5. Registrul contextului, părților interesate și cerințelor</w:t>
            </w:r>
          </w:p>
        </w:tc>
      </w:tr>
      <w:tr w:rsidR="00430FCC" w:rsidRPr="008E6C00" w14:paraId="1116822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3E51B7AF" w14:textId="77777777" w:rsidR="00430FCC" w:rsidRPr="008E6C00" w:rsidRDefault="00000000">
            <w:pPr>
              <w:spacing w:after="0" w:line="240" w:lineRule="auto"/>
              <w:rPr>
                <w:noProof/>
                <w:lang w:val="ro-RO"/>
              </w:rPr>
            </w:pPr>
            <w:r w:rsidRPr="008E6C00">
              <w:rPr>
                <w:b/>
                <w:noProof/>
                <w:sz w:val="16"/>
                <w:lang w:val="ro-RO"/>
              </w:rPr>
              <w:t>Categorie</w:t>
            </w:r>
          </w:p>
        </w:tc>
        <w:tc>
          <w:tcPr>
            <w:tcW w:w="7540" w:type="dxa"/>
            <w:shd w:val="clear" w:color="auto" w:fill="FFFFFF"/>
            <w:tcMar>
              <w:top w:w="80" w:type="dxa"/>
              <w:left w:w="90" w:type="dxa"/>
              <w:bottom w:w="80" w:type="dxa"/>
              <w:right w:w="90" w:type="dxa"/>
            </w:tcMar>
            <w:vAlign w:val="center"/>
          </w:tcPr>
          <w:p w14:paraId="6000930F" w14:textId="77777777" w:rsidR="00430FCC" w:rsidRPr="008E6C00" w:rsidRDefault="00000000">
            <w:pPr>
              <w:spacing w:after="0" w:line="240" w:lineRule="auto"/>
              <w:rPr>
                <w:noProof/>
                <w:lang w:val="ro-RO"/>
              </w:rPr>
            </w:pPr>
            <w:r w:rsidRPr="008E6C00">
              <w:rPr>
                <w:noProof/>
                <w:sz w:val="16"/>
                <w:lang w:val="ro-RO"/>
              </w:rPr>
              <w:t>Document recomandat puternic</w:t>
            </w:r>
          </w:p>
        </w:tc>
      </w:tr>
      <w:tr w:rsidR="00430FCC" w:rsidRPr="008E6C00" w14:paraId="4749621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278C4553" w14:textId="77777777" w:rsidR="00430FCC" w:rsidRPr="008E6C00" w:rsidRDefault="00000000">
            <w:pPr>
              <w:spacing w:after="0" w:line="240" w:lineRule="auto"/>
              <w:rPr>
                <w:noProof/>
                <w:lang w:val="ro-RO"/>
              </w:rPr>
            </w:pPr>
            <w:r w:rsidRPr="008E6C00">
              <w:rPr>
                <w:b/>
                <w:noProof/>
                <w:sz w:val="16"/>
                <w:lang w:val="ro-RO"/>
              </w:rPr>
              <w:t>Referință ISO 9001</w:t>
            </w:r>
          </w:p>
        </w:tc>
        <w:tc>
          <w:tcPr>
            <w:tcW w:w="7540" w:type="dxa"/>
            <w:shd w:val="clear" w:color="auto" w:fill="FFFFFF"/>
            <w:tcMar>
              <w:top w:w="80" w:type="dxa"/>
              <w:left w:w="90" w:type="dxa"/>
              <w:bottom w:w="80" w:type="dxa"/>
              <w:right w:w="90" w:type="dxa"/>
            </w:tcMar>
            <w:vAlign w:val="center"/>
          </w:tcPr>
          <w:p w14:paraId="4B4C403E" w14:textId="77777777" w:rsidR="00430FCC" w:rsidRPr="008E6C00" w:rsidRDefault="00000000">
            <w:pPr>
              <w:spacing w:after="0" w:line="240" w:lineRule="auto"/>
              <w:rPr>
                <w:noProof/>
                <w:lang w:val="ro-RO"/>
              </w:rPr>
            </w:pPr>
            <w:r w:rsidRPr="008E6C00">
              <w:rPr>
                <w:noProof/>
                <w:sz w:val="16"/>
                <w:lang w:val="ro-RO"/>
              </w:rPr>
              <w:t>4.1, 4.2, 4.4.1</w:t>
            </w:r>
          </w:p>
        </w:tc>
      </w:tr>
      <w:tr w:rsidR="00430FCC" w:rsidRPr="008E6C00" w14:paraId="42BA735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6545D956" w14:textId="77777777" w:rsidR="00430FCC" w:rsidRPr="008E6C00" w:rsidRDefault="00000000">
            <w:pPr>
              <w:spacing w:after="0" w:line="240" w:lineRule="auto"/>
              <w:rPr>
                <w:noProof/>
                <w:lang w:val="ro-RO"/>
              </w:rPr>
            </w:pPr>
            <w:r w:rsidRPr="008E6C00">
              <w:rPr>
                <w:b/>
                <w:noProof/>
                <w:sz w:val="16"/>
                <w:lang w:val="ro-RO"/>
              </w:rPr>
              <w:t>Când este necesar</w:t>
            </w:r>
          </w:p>
        </w:tc>
        <w:tc>
          <w:tcPr>
            <w:tcW w:w="7540" w:type="dxa"/>
            <w:shd w:val="clear" w:color="auto" w:fill="FFFFFF"/>
            <w:tcMar>
              <w:top w:w="80" w:type="dxa"/>
              <w:left w:w="90" w:type="dxa"/>
              <w:bottom w:w="80" w:type="dxa"/>
              <w:right w:w="90" w:type="dxa"/>
            </w:tcMar>
            <w:vAlign w:val="center"/>
          </w:tcPr>
          <w:p w14:paraId="43AF9A2C" w14:textId="77777777" w:rsidR="00430FCC" w:rsidRPr="008E6C00" w:rsidRDefault="00000000">
            <w:pPr>
              <w:spacing w:after="0" w:line="240" w:lineRule="auto"/>
              <w:rPr>
                <w:noProof/>
                <w:lang w:val="ro-RO"/>
              </w:rPr>
            </w:pPr>
            <w:r w:rsidRPr="008E6C00">
              <w:rPr>
                <w:noProof/>
                <w:sz w:val="16"/>
                <w:lang w:val="ro-RO"/>
              </w:rPr>
              <w:t>Când organizația are nevoie de o dovadă clară și repetabilă a analizei contextului.</w:t>
            </w:r>
          </w:p>
        </w:tc>
      </w:tr>
      <w:tr w:rsidR="00430FCC" w:rsidRPr="008E6C00" w14:paraId="176BE0B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05E76C8F" w14:textId="77777777" w:rsidR="00430FCC" w:rsidRPr="008E6C00" w:rsidRDefault="00000000">
            <w:pPr>
              <w:spacing w:after="0" w:line="240" w:lineRule="auto"/>
              <w:rPr>
                <w:noProof/>
                <w:lang w:val="ro-RO"/>
              </w:rPr>
            </w:pPr>
            <w:r w:rsidRPr="008E6C00">
              <w:rPr>
                <w:b/>
                <w:noProof/>
                <w:sz w:val="16"/>
                <w:lang w:val="ro-RO"/>
              </w:rPr>
              <w:t>Scop</w:t>
            </w:r>
          </w:p>
        </w:tc>
        <w:tc>
          <w:tcPr>
            <w:tcW w:w="7540" w:type="dxa"/>
            <w:shd w:val="clear" w:color="auto" w:fill="FFFFFF"/>
            <w:tcMar>
              <w:top w:w="80" w:type="dxa"/>
              <w:left w:w="90" w:type="dxa"/>
              <w:bottom w:w="80" w:type="dxa"/>
              <w:right w:w="90" w:type="dxa"/>
            </w:tcMar>
            <w:vAlign w:val="center"/>
          </w:tcPr>
          <w:p w14:paraId="1A3C53E9" w14:textId="77777777" w:rsidR="00430FCC" w:rsidRPr="008E6C00" w:rsidRDefault="00000000">
            <w:pPr>
              <w:spacing w:after="0" w:line="240" w:lineRule="auto"/>
              <w:rPr>
                <w:noProof/>
                <w:lang w:val="ro-RO"/>
              </w:rPr>
            </w:pPr>
            <w:r w:rsidRPr="008E6C00">
              <w:rPr>
                <w:noProof/>
                <w:sz w:val="16"/>
                <w:lang w:val="ro-RO"/>
              </w:rPr>
              <w:t>Păstrează logica prin care organizația înțelege factorii relevanți și cerințele ce influențează SMC.</w:t>
            </w:r>
          </w:p>
        </w:tc>
      </w:tr>
      <w:tr w:rsidR="00430FCC" w:rsidRPr="008E6C00" w14:paraId="278897D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2097D858" w14:textId="77777777" w:rsidR="00430FCC" w:rsidRPr="008E6C00" w:rsidRDefault="00000000">
            <w:pPr>
              <w:spacing w:after="0" w:line="240" w:lineRule="auto"/>
              <w:rPr>
                <w:noProof/>
                <w:lang w:val="ro-RO"/>
              </w:rPr>
            </w:pPr>
            <w:r w:rsidRPr="008E6C00">
              <w:rPr>
                <w:b/>
                <w:noProof/>
                <w:sz w:val="16"/>
                <w:lang w:val="ro-RO"/>
              </w:rPr>
              <w:t>Conținut minim recomandat</w:t>
            </w:r>
          </w:p>
        </w:tc>
        <w:tc>
          <w:tcPr>
            <w:tcW w:w="7540" w:type="dxa"/>
            <w:shd w:val="clear" w:color="auto" w:fill="FFFFFF"/>
            <w:tcMar>
              <w:top w:w="80" w:type="dxa"/>
              <w:left w:w="90" w:type="dxa"/>
              <w:bottom w:w="80" w:type="dxa"/>
              <w:right w:w="90" w:type="dxa"/>
            </w:tcMar>
            <w:vAlign w:val="center"/>
          </w:tcPr>
          <w:p w14:paraId="7C536CF9" w14:textId="77777777" w:rsidR="00430FCC" w:rsidRPr="008E6C00" w:rsidRDefault="00000000">
            <w:pPr>
              <w:spacing w:after="0" w:line="240" w:lineRule="auto"/>
              <w:rPr>
                <w:noProof/>
                <w:lang w:val="ro-RO"/>
              </w:rPr>
            </w:pPr>
            <w:r w:rsidRPr="008E6C00">
              <w:rPr>
                <w:noProof/>
                <w:sz w:val="16"/>
                <w:lang w:val="ro-RO"/>
              </w:rPr>
              <w:t>Factori interni/externi; părți interesate; cerințe relevante; surse; proprietar; frecvență de monitorizare; impact asupra proceselor și riscurilor; relevanța schimbărilor climatice.</w:t>
            </w:r>
          </w:p>
        </w:tc>
      </w:tr>
      <w:tr w:rsidR="00430FCC" w:rsidRPr="008E6C00" w14:paraId="1071B11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3E354DCC" w14:textId="77777777" w:rsidR="00430FCC" w:rsidRPr="008E6C00" w:rsidRDefault="00000000">
            <w:pPr>
              <w:spacing w:after="0" w:line="240" w:lineRule="auto"/>
              <w:rPr>
                <w:noProof/>
                <w:lang w:val="ro-RO"/>
              </w:rPr>
            </w:pPr>
            <w:r w:rsidRPr="008E6C00">
              <w:rPr>
                <w:b/>
                <w:noProof/>
                <w:sz w:val="16"/>
                <w:lang w:val="ro-RO"/>
              </w:rPr>
              <w:t>Proprietar orientativ</w:t>
            </w:r>
          </w:p>
        </w:tc>
        <w:tc>
          <w:tcPr>
            <w:tcW w:w="7540" w:type="dxa"/>
            <w:shd w:val="clear" w:color="auto" w:fill="FFFFFF"/>
            <w:tcMar>
              <w:top w:w="80" w:type="dxa"/>
              <w:left w:w="90" w:type="dxa"/>
              <w:bottom w:w="80" w:type="dxa"/>
              <w:right w:w="90" w:type="dxa"/>
            </w:tcMar>
            <w:vAlign w:val="center"/>
          </w:tcPr>
          <w:p w14:paraId="1DF66447" w14:textId="77777777" w:rsidR="00430FCC" w:rsidRPr="008E6C00" w:rsidRDefault="00000000">
            <w:pPr>
              <w:spacing w:after="0" w:line="240" w:lineRule="auto"/>
              <w:rPr>
                <w:noProof/>
                <w:lang w:val="ro-RO"/>
              </w:rPr>
            </w:pPr>
            <w:r w:rsidRPr="008E6C00">
              <w:rPr>
                <w:noProof/>
                <w:sz w:val="16"/>
                <w:lang w:val="ro-RO"/>
              </w:rPr>
              <w:t>Conducere și responsabil SMC, cu aportul proprietarilor de proces.</w:t>
            </w:r>
          </w:p>
        </w:tc>
      </w:tr>
      <w:tr w:rsidR="00430FCC" w:rsidRPr="008E6C00" w14:paraId="5D52EBD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74A47DA6" w14:textId="77777777" w:rsidR="00430FCC" w:rsidRPr="008E6C00" w:rsidRDefault="00000000">
            <w:pPr>
              <w:spacing w:after="0" w:line="240" w:lineRule="auto"/>
              <w:rPr>
                <w:noProof/>
                <w:lang w:val="ro-RO"/>
              </w:rPr>
            </w:pPr>
            <w:r w:rsidRPr="008E6C00">
              <w:rPr>
                <w:b/>
                <w:noProof/>
                <w:sz w:val="16"/>
                <w:lang w:val="ro-RO"/>
              </w:rPr>
              <w:t>Revizuire / actualizare</w:t>
            </w:r>
          </w:p>
        </w:tc>
        <w:tc>
          <w:tcPr>
            <w:tcW w:w="7540" w:type="dxa"/>
            <w:shd w:val="clear" w:color="auto" w:fill="FFFFFF"/>
            <w:tcMar>
              <w:top w:w="80" w:type="dxa"/>
              <w:left w:w="90" w:type="dxa"/>
              <w:bottom w:w="80" w:type="dxa"/>
              <w:right w:w="90" w:type="dxa"/>
            </w:tcMar>
            <w:vAlign w:val="center"/>
          </w:tcPr>
          <w:p w14:paraId="65753A85" w14:textId="77777777" w:rsidR="00430FCC" w:rsidRPr="008E6C00" w:rsidRDefault="00000000">
            <w:pPr>
              <w:spacing w:after="0" w:line="240" w:lineRule="auto"/>
              <w:rPr>
                <w:noProof/>
                <w:lang w:val="ro-RO"/>
              </w:rPr>
            </w:pPr>
            <w:r w:rsidRPr="008E6C00">
              <w:rPr>
                <w:noProof/>
                <w:sz w:val="16"/>
                <w:lang w:val="ro-RO"/>
              </w:rPr>
              <w:t>Cel puțin anual și la schimbări de piață, legislație, tehnologie, lanț de aprovizionare sau climă.</w:t>
            </w:r>
          </w:p>
        </w:tc>
      </w:tr>
      <w:tr w:rsidR="00430FCC" w:rsidRPr="008E6C00" w14:paraId="1C8CAE3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512E63AE" w14:textId="77777777" w:rsidR="00430FCC" w:rsidRPr="008E6C00" w:rsidRDefault="00000000">
            <w:pPr>
              <w:spacing w:after="0" w:line="240" w:lineRule="auto"/>
              <w:rPr>
                <w:noProof/>
                <w:lang w:val="ro-RO"/>
              </w:rPr>
            </w:pPr>
            <w:r w:rsidRPr="008E6C00">
              <w:rPr>
                <w:b/>
                <w:noProof/>
                <w:sz w:val="16"/>
                <w:lang w:val="ro-RO"/>
              </w:rPr>
              <w:t>Dovezi asociate</w:t>
            </w:r>
          </w:p>
        </w:tc>
        <w:tc>
          <w:tcPr>
            <w:tcW w:w="7540" w:type="dxa"/>
            <w:shd w:val="clear" w:color="auto" w:fill="FFFFFF"/>
            <w:tcMar>
              <w:top w:w="80" w:type="dxa"/>
              <w:left w:w="90" w:type="dxa"/>
              <w:bottom w:w="80" w:type="dxa"/>
              <w:right w:w="90" w:type="dxa"/>
            </w:tcMar>
            <w:vAlign w:val="center"/>
          </w:tcPr>
          <w:p w14:paraId="7BB2FC79" w14:textId="77777777" w:rsidR="00430FCC" w:rsidRPr="008E6C00" w:rsidRDefault="00000000">
            <w:pPr>
              <w:spacing w:after="0" w:line="240" w:lineRule="auto"/>
              <w:rPr>
                <w:noProof/>
                <w:lang w:val="ro-RO"/>
              </w:rPr>
            </w:pPr>
            <w:r w:rsidRPr="008E6C00">
              <w:rPr>
                <w:noProof/>
                <w:sz w:val="16"/>
                <w:lang w:val="ro-RO"/>
              </w:rPr>
              <w:t>Analize, procese, riscuri, obiective și măsuri corelate cu factorii identificați.</w:t>
            </w:r>
          </w:p>
        </w:tc>
      </w:tr>
      <w:tr w:rsidR="00430FCC" w:rsidRPr="008E6C00" w14:paraId="4813FA9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5C050C70" w14:textId="77777777" w:rsidR="00430FCC" w:rsidRPr="008E6C00" w:rsidRDefault="00000000">
            <w:pPr>
              <w:spacing w:after="0" w:line="240" w:lineRule="auto"/>
              <w:rPr>
                <w:noProof/>
                <w:lang w:val="ro-RO"/>
              </w:rPr>
            </w:pPr>
            <w:r w:rsidRPr="008E6C00">
              <w:rPr>
                <w:b/>
                <w:noProof/>
                <w:sz w:val="16"/>
                <w:lang w:val="ro-RO"/>
              </w:rPr>
              <w:t>Erori frecvente</w:t>
            </w:r>
          </w:p>
        </w:tc>
        <w:tc>
          <w:tcPr>
            <w:tcW w:w="7540" w:type="dxa"/>
            <w:shd w:val="clear" w:color="auto" w:fill="FFFFFF"/>
            <w:tcMar>
              <w:top w:w="80" w:type="dxa"/>
              <w:left w:w="90" w:type="dxa"/>
              <w:bottom w:w="80" w:type="dxa"/>
              <w:right w:w="90" w:type="dxa"/>
            </w:tcMar>
            <w:vAlign w:val="center"/>
          </w:tcPr>
          <w:p w14:paraId="48BAF9F5" w14:textId="77777777" w:rsidR="00430FCC" w:rsidRPr="008E6C00" w:rsidRDefault="00000000">
            <w:pPr>
              <w:spacing w:after="0" w:line="240" w:lineRule="auto"/>
              <w:rPr>
                <w:noProof/>
                <w:lang w:val="ro-RO"/>
              </w:rPr>
            </w:pPr>
            <w:r w:rsidRPr="008E6C00">
              <w:rPr>
                <w:noProof/>
                <w:sz w:val="16"/>
                <w:lang w:val="ro-RO"/>
              </w:rPr>
              <w:t>Liste lungi fără relevanță; confuzie între parte interesată și cerință; lipsa monitorizării schimbărilor.</w:t>
            </w:r>
          </w:p>
        </w:tc>
      </w:tr>
    </w:tbl>
    <w:p w14:paraId="4181D48A" w14:textId="77777777" w:rsidR="00430FCC" w:rsidRPr="008E6C00" w:rsidRDefault="00430FCC">
      <w:pPr>
        <w:spacing w:after="40"/>
        <w:rPr>
          <w:noProof/>
          <w:lang w:val="ro-RO"/>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430FCC" w:rsidRPr="008E6C00" w14:paraId="65731A67" w14:textId="77777777">
        <w:trPr>
          <w:jc w:val="center"/>
        </w:trPr>
        <w:tc>
          <w:tcPr>
            <w:tcW w:w="9921" w:type="dxa"/>
            <w:gridSpan w:val="2"/>
            <w:shd w:val="clear" w:color="auto" w:fill="D71920"/>
            <w:tcMar>
              <w:top w:w="80" w:type="dxa"/>
              <w:left w:w="90" w:type="dxa"/>
              <w:bottom w:w="80" w:type="dxa"/>
              <w:right w:w="90" w:type="dxa"/>
            </w:tcMar>
            <w:vAlign w:val="center"/>
          </w:tcPr>
          <w:p w14:paraId="2CC38FDF" w14:textId="77777777" w:rsidR="00430FCC" w:rsidRPr="008E6C00" w:rsidRDefault="00000000">
            <w:pPr>
              <w:spacing w:after="0" w:line="240" w:lineRule="auto"/>
              <w:rPr>
                <w:noProof/>
                <w:lang w:val="ro-RO"/>
              </w:rPr>
            </w:pPr>
            <w:r w:rsidRPr="008E6C00">
              <w:rPr>
                <w:b/>
                <w:noProof/>
                <w:color w:val="FFFFFF"/>
                <w:sz w:val="22"/>
                <w:lang w:val="ro-RO"/>
              </w:rPr>
              <w:t>4.6. Registrul riscurilor și oportunităților</w:t>
            </w:r>
          </w:p>
        </w:tc>
      </w:tr>
      <w:tr w:rsidR="00430FCC" w:rsidRPr="008E6C00" w14:paraId="0596832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0BC8CAB2" w14:textId="77777777" w:rsidR="00430FCC" w:rsidRPr="008E6C00" w:rsidRDefault="00000000">
            <w:pPr>
              <w:spacing w:after="0" w:line="240" w:lineRule="auto"/>
              <w:rPr>
                <w:noProof/>
                <w:lang w:val="ro-RO"/>
              </w:rPr>
            </w:pPr>
            <w:r w:rsidRPr="008E6C00">
              <w:rPr>
                <w:b/>
                <w:noProof/>
                <w:sz w:val="16"/>
                <w:lang w:val="ro-RO"/>
              </w:rPr>
              <w:t>Categorie</w:t>
            </w:r>
          </w:p>
        </w:tc>
        <w:tc>
          <w:tcPr>
            <w:tcW w:w="7540" w:type="dxa"/>
            <w:shd w:val="clear" w:color="auto" w:fill="FFFFFF"/>
            <w:tcMar>
              <w:top w:w="80" w:type="dxa"/>
              <w:left w:w="90" w:type="dxa"/>
              <w:bottom w:w="80" w:type="dxa"/>
              <w:right w:w="90" w:type="dxa"/>
            </w:tcMar>
            <w:vAlign w:val="center"/>
          </w:tcPr>
          <w:p w14:paraId="3114CA02" w14:textId="77777777" w:rsidR="00430FCC" w:rsidRPr="008E6C00" w:rsidRDefault="00000000">
            <w:pPr>
              <w:spacing w:after="0" w:line="240" w:lineRule="auto"/>
              <w:rPr>
                <w:noProof/>
                <w:lang w:val="ro-RO"/>
              </w:rPr>
            </w:pPr>
            <w:r w:rsidRPr="008E6C00">
              <w:rPr>
                <w:noProof/>
                <w:sz w:val="16"/>
                <w:lang w:val="ro-RO"/>
              </w:rPr>
              <w:t>Document recomandat</w:t>
            </w:r>
          </w:p>
        </w:tc>
      </w:tr>
      <w:tr w:rsidR="00430FCC" w:rsidRPr="008E6C00" w14:paraId="7ADB9FE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7A32FDA8" w14:textId="77777777" w:rsidR="00430FCC" w:rsidRPr="008E6C00" w:rsidRDefault="00000000">
            <w:pPr>
              <w:spacing w:after="0" w:line="240" w:lineRule="auto"/>
              <w:rPr>
                <w:noProof/>
                <w:lang w:val="ro-RO"/>
              </w:rPr>
            </w:pPr>
            <w:r w:rsidRPr="008E6C00">
              <w:rPr>
                <w:b/>
                <w:noProof/>
                <w:sz w:val="16"/>
                <w:lang w:val="ro-RO"/>
              </w:rPr>
              <w:t>Referință ISO 9001</w:t>
            </w:r>
          </w:p>
        </w:tc>
        <w:tc>
          <w:tcPr>
            <w:tcW w:w="7540" w:type="dxa"/>
            <w:shd w:val="clear" w:color="auto" w:fill="FFFFFF"/>
            <w:tcMar>
              <w:top w:w="80" w:type="dxa"/>
              <w:left w:w="90" w:type="dxa"/>
              <w:bottom w:w="80" w:type="dxa"/>
              <w:right w:w="90" w:type="dxa"/>
            </w:tcMar>
            <w:vAlign w:val="center"/>
          </w:tcPr>
          <w:p w14:paraId="113A0B99" w14:textId="77777777" w:rsidR="00430FCC" w:rsidRPr="008E6C00" w:rsidRDefault="00000000">
            <w:pPr>
              <w:spacing w:after="0" w:line="240" w:lineRule="auto"/>
              <w:rPr>
                <w:noProof/>
                <w:lang w:val="ro-RO"/>
              </w:rPr>
            </w:pPr>
            <w:r w:rsidRPr="008E6C00">
              <w:rPr>
                <w:noProof/>
                <w:sz w:val="16"/>
                <w:lang w:val="ro-RO"/>
              </w:rPr>
              <w:t>6.1</w:t>
            </w:r>
          </w:p>
        </w:tc>
      </w:tr>
      <w:tr w:rsidR="00430FCC" w:rsidRPr="008E6C00" w14:paraId="6B47737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56927161" w14:textId="77777777" w:rsidR="00430FCC" w:rsidRPr="008E6C00" w:rsidRDefault="00000000">
            <w:pPr>
              <w:spacing w:after="0" w:line="240" w:lineRule="auto"/>
              <w:rPr>
                <w:noProof/>
                <w:lang w:val="ro-RO"/>
              </w:rPr>
            </w:pPr>
            <w:r w:rsidRPr="008E6C00">
              <w:rPr>
                <w:b/>
                <w:noProof/>
                <w:sz w:val="16"/>
                <w:lang w:val="ro-RO"/>
              </w:rPr>
              <w:t>Când este necesar</w:t>
            </w:r>
          </w:p>
        </w:tc>
        <w:tc>
          <w:tcPr>
            <w:tcW w:w="7540" w:type="dxa"/>
            <w:shd w:val="clear" w:color="auto" w:fill="FFFFFF"/>
            <w:tcMar>
              <w:top w:w="80" w:type="dxa"/>
              <w:left w:w="90" w:type="dxa"/>
              <w:bottom w:w="80" w:type="dxa"/>
              <w:right w:w="90" w:type="dxa"/>
            </w:tcMar>
            <w:vAlign w:val="center"/>
          </w:tcPr>
          <w:p w14:paraId="4B1477DF" w14:textId="77777777" w:rsidR="00430FCC" w:rsidRPr="008E6C00" w:rsidRDefault="00000000">
            <w:pPr>
              <w:spacing w:after="0" w:line="240" w:lineRule="auto"/>
              <w:rPr>
                <w:noProof/>
                <w:lang w:val="ro-RO"/>
              </w:rPr>
            </w:pPr>
            <w:r w:rsidRPr="008E6C00">
              <w:rPr>
                <w:noProof/>
                <w:sz w:val="16"/>
                <w:lang w:val="ro-RO"/>
              </w:rPr>
              <w:t>Întotdeauna</w:t>
            </w:r>
          </w:p>
        </w:tc>
      </w:tr>
      <w:tr w:rsidR="00430FCC" w:rsidRPr="008E6C00" w14:paraId="42F6394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2F265535" w14:textId="77777777" w:rsidR="00430FCC" w:rsidRPr="008E6C00" w:rsidRDefault="00000000">
            <w:pPr>
              <w:spacing w:after="0" w:line="240" w:lineRule="auto"/>
              <w:rPr>
                <w:noProof/>
                <w:lang w:val="ro-RO"/>
              </w:rPr>
            </w:pPr>
            <w:r w:rsidRPr="008E6C00">
              <w:rPr>
                <w:b/>
                <w:noProof/>
                <w:sz w:val="16"/>
                <w:lang w:val="ro-RO"/>
              </w:rPr>
              <w:t>Scop</w:t>
            </w:r>
          </w:p>
        </w:tc>
        <w:tc>
          <w:tcPr>
            <w:tcW w:w="7540" w:type="dxa"/>
            <w:shd w:val="clear" w:color="auto" w:fill="FFFFFF"/>
            <w:tcMar>
              <w:top w:w="80" w:type="dxa"/>
              <w:left w:w="90" w:type="dxa"/>
              <w:bottom w:w="80" w:type="dxa"/>
              <w:right w:w="90" w:type="dxa"/>
            </w:tcMar>
            <w:vAlign w:val="center"/>
          </w:tcPr>
          <w:p w14:paraId="6C9FA127" w14:textId="77777777" w:rsidR="00430FCC" w:rsidRPr="008E6C00" w:rsidRDefault="00000000">
            <w:pPr>
              <w:spacing w:after="0" w:line="240" w:lineRule="auto"/>
              <w:rPr>
                <w:noProof/>
                <w:lang w:val="ro-RO"/>
              </w:rPr>
            </w:pPr>
            <w:r w:rsidRPr="008E6C00">
              <w:rPr>
                <w:noProof/>
                <w:sz w:val="16"/>
                <w:lang w:val="ro-RO"/>
              </w:rPr>
              <w:t>Ajută procesele să prioritizeze măsurile necesare pentru rezultate și prevenirea efectelor nedorite.</w:t>
            </w:r>
          </w:p>
        </w:tc>
      </w:tr>
      <w:tr w:rsidR="00430FCC" w:rsidRPr="008E6C00" w14:paraId="1432A29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7AFFFFAD" w14:textId="77777777" w:rsidR="00430FCC" w:rsidRPr="008E6C00" w:rsidRDefault="00000000">
            <w:pPr>
              <w:spacing w:after="0" w:line="240" w:lineRule="auto"/>
              <w:rPr>
                <w:noProof/>
                <w:lang w:val="ro-RO"/>
              </w:rPr>
            </w:pPr>
            <w:r w:rsidRPr="008E6C00">
              <w:rPr>
                <w:b/>
                <w:noProof/>
                <w:sz w:val="16"/>
                <w:lang w:val="ro-RO"/>
              </w:rPr>
              <w:t>Conținut minim recomandat</w:t>
            </w:r>
          </w:p>
        </w:tc>
        <w:tc>
          <w:tcPr>
            <w:tcW w:w="7540" w:type="dxa"/>
            <w:shd w:val="clear" w:color="auto" w:fill="FFFFFF"/>
            <w:tcMar>
              <w:top w:w="80" w:type="dxa"/>
              <w:left w:w="90" w:type="dxa"/>
              <w:bottom w:w="80" w:type="dxa"/>
              <w:right w:w="90" w:type="dxa"/>
            </w:tcMar>
            <w:vAlign w:val="center"/>
          </w:tcPr>
          <w:p w14:paraId="4A009A77" w14:textId="77777777" w:rsidR="00430FCC" w:rsidRPr="008E6C00" w:rsidRDefault="00000000">
            <w:pPr>
              <w:spacing w:after="0" w:line="240" w:lineRule="auto"/>
              <w:rPr>
                <w:noProof/>
                <w:lang w:val="ro-RO"/>
              </w:rPr>
            </w:pPr>
            <w:r w:rsidRPr="008E6C00">
              <w:rPr>
                <w:noProof/>
                <w:sz w:val="16"/>
                <w:lang w:val="ro-RO"/>
              </w:rPr>
              <w:t>Proces; risc/oportunitate; cauză; efect; controale existente; evaluare; acțiune; responsabil; termen; rezultat; risc rezidual.</w:t>
            </w:r>
          </w:p>
        </w:tc>
      </w:tr>
      <w:tr w:rsidR="00430FCC" w:rsidRPr="008E6C00" w14:paraId="24CCB51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75937E9F" w14:textId="77777777" w:rsidR="00430FCC" w:rsidRPr="008E6C00" w:rsidRDefault="00000000">
            <w:pPr>
              <w:spacing w:after="0" w:line="240" w:lineRule="auto"/>
              <w:rPr>
                <w:noProof/>
                <w:lang w:val="ro-RO"/>
              </w:rPr>
            </w:pPr>
            <w:r w:rsidRPr="008E6C00">
              <w:rPr>
                <w:b/>
                <w:noProof/>
                <w:sz w:val="16"/>
                <w:lang w:val="ro-RO"/>
              </w:rPr>
              <w:t>Proprietar orientativ</w:t>
            </w:r>
          </w:p>
        </w:tc>
        <w:tc>
          <w:tcPr>
            <w:tcW w:w="7540" w:type="dxa"/>
            <w:shd w:val="clear" w:color="auto" w:fill="FFFFFF"/>
            <w:tcMar>
              <w:top w:w="80" w:type="dxa"/>
              <w:left w:w="90" w:type="dxa"/>
              <w:bottom w:w="80" w:type="dxa"/>
              <w:right w:w="90" w:type="dxa"/>
            </w:tcMar>
            <w:vAlign w:val="center"/>
          </w:tcPr>
          <w:p w14:paraId="366D93D2" w14:textId="77777777" w:rsidR="00430FCC" w:rsidRPr="008E6C00" w:rsidRDefault="00000000">
            <w:pPr>
              <w:spacing w:after="0" w:line="240" w:lineRule="auto"/>
              <w:rPr>
                <w:noProof/>
                <w:lang w:val="ro-RO"/>
              </w:rPr>
            </w:pPr>
            <w:r w:rsidRPr="008E6C00">
              <w:rPr>
                <w:noProof/>
                <w:sz w:val="16"/>
                <w:lang w:val="ro-RO"/>
              </w:rPr>
              <w:t>Proprietarii proceselor, coordonați de conducere/responsabil SMC.</w:t>
            </w:r>
          </w:p>
        </w:tc>
      </w:tr>
      <w:tr w:rsidR="00430FCC" w:rsidRPr="008E6C00" w14:paraId="6EE8B64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5C4BBFA4" w14:textId="77777777" w:rsidR="00430FCC" w:rsidRPr="008E6C00" w:rsidRDefault="00000000">
            <w:pPr>
              <w:spacing w:after="0" w:line="240" w:lineRule="auto"/>
              <w:rPr>
                <w:noProof/>
                <w:lang w:val="ro-RO"/>
              </w:rPr>
            </w:pPr>
            <w:r w:rsidRPr="008E6C00">
              <w:rPr>
                <w:b/>
                <w:noProof/>
                <w:sz w:val="16"/>
                <w:lang w:val="ro-RO"/>
              </w:rPr>
              <w:t>Revizuire / actualizare</w:t>
            </w:r>
          </w:p>
        </w:tc>
        <w:tc>
          <w:tcPr>
            <w:tcW w:w="7540" w:type="dxa"/>
            <w:shd w:val="clear" w:color="auto" w:fill="FFFFFF"/>
            <w:tcMar>
              <w:top w:w="80" w:type="dxa"/>
              <w:left w:w="90" w:type="dxa"/>
              <w:bottom w:w="80" w:type="dxa"/>
              <w:right w:w="90" w:type="dxa"/>
            </w:tcMar>
            <w:vAlign w:val="center"/>
          </w:tcPr>
          <w:p w14:paraId="6103EEB0" w14:textId="77777777" w:rsidR="00430FCC" w:rsidRPr="008E6C00" w:rsidRDefault="00000000">
            <w:pPr>
              <w:spacing w:after="0" w:line="240" w:lineRule="auto"/>
              <w:rPr>
                <w:noProof/>
                <w:lang w:val="ro-RO"/>
              </w:rPr>
            </w:pPr>
            <w:r w:rsidRPr="008E6C00">
              <w:rPr>
                <w:noProof/>
                <w:sz w:val="16"/>
                <w:lang w:val="ro-RO"/>
              </w:rPr>
              <w:t>La schimbări și la frecvența definită de organizație.</w:t>
            </w:r>
          </w:p>
        </w:tc>
      </w:tr>
      <w:tr w:rsidR="00430FCC" w:rsidRPr="008E6C00" w14:paraId="1E03441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70A64BB6" w14:textId="77777777" w:rsidR="00430FCC" w:rsidRPr="008E6C00" w:rsidRDefault="00000000">
            <w:pPr>
              <w:spacing w:after="0" w:line="240" w:lineRule="auto"/>
              <w:rPr>
                <w:noProof/>
                <w:lang w:val="ro-RO"/>
              </w:rPr>
            </w:pPr>
            <w:r w:rsidRPr="008E6C00">
              <w:rPr>
                <w:b/>
                <w:noProof/>
                <w:sz w:val="16"/>
                <w:lang w:val="ro-RO"/>
              </w:rPr>
              <w:t>Dovezi asociate</w:t>
            </w:r>
          </w:p>
        </w:tc>
        <w:tc>
          <w:tcPr>
            <w:tcW w:w="7540" w:type="dxa"/>
            <w:shd w:val="clear" w:color="auto" w:fill="FFFFFF"/>
            <w:tcMar>
              <w:top w:w="80" w:type="dxa"/>
              <w:left w:w="90" w:type="dxa"/>
              <w:bottom w:w="80" w:type="dxa"/>
              <w:right w:w="90" w:type="dxa"/>
            </w:tcMar>
            <w:vAlign w:val="center"/>
          </w:tcPr>
          <w:p w14:paraId="36B377AF" w14:textId="77777777" w:rsidR="00430FCC" w:rsidRPr="008E6C00" w:rsidRDefault="00000000">
            <w:pPr>
              <w:spacing w:after="0" w:line="240" w:lineRule="auto"/>
              <w:rPr>
                <w:noProof/>
                <w:lang w:val="ro-RO"/>
              </w:rPr>
            </w:pPr>
            <w:r w:rsidRPr="008E6C00">
              <w:rPr>
                <w:noProof/>
                <w:sz w:val="16"/>
                <w:lang w:val="ro-RO"/>
              </w:rPr>
              <w:t>Acțiuni implementate, KPI, incidente, reclamații, audituri și analize de eficacitate.</w:t>
            </w:r>
          </w:p>
        </w:tc>
      </w:tr>
      <w:tr w:rsidR="00430FCC" w:rsidRPr="008E6C00" w14:paraId="53BB57C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7E575C06" w14:textId="77777777" w:rsidR="00430FCC" w:rsidRPr="008E6C00" w:rsidRDefault="00000000">
            <w:pPr>
              <w:spacing w:after="0" w:line="240" w:lineRule="auto"/>
              <w:rPr>
                <w:noProof/>
                <w:lang w:val="ro-RO"/>
              </w:rPr>
            </w:pPr>
            <w:r w:rsidRPr="008E6C00">
              <w:rPr>
                <w:b/>
                <w:noProof/>
                <w:sz w:val="16"/>
                <w:lang w:val="ro-RO"/>
              </w:rPr>
              <w:t>Erori frecvente</w:t>
            </w:r>
          </w:p>
        </w:tc>
        <w:tc>
          <w:tcPr>
            <w:tcW w:w="7540" w:type="dxa"/>
            <w:shd w:val="clear" w:color="auto" w:fill="FFFFFF"/>
            <w:tcMar>
              <w:top w:w="80" w:type="dxa"/>
              <w:left w:w="90" w:type="dxa"/>
              <w:bottom w:w="80" w:type="dxa"/>
              <w:right w:w="90" w:type="dxa"/>
            </w:tcMar>
            <w:vAlign w:val="center"/>
          </w:tcPr>
          <w:p w14:paraId="78724B30" w14:textId="77777777" w:rsidR="00430FCC" w:rsidRPr="008E6C00" w:rsidRDefault="00000000">
            <w:pPr>
              <w:spacing w:after="0" w:line="240" w:lineRule="auto"/>
              <w:rPr>
                <w:noProof/>
                <w:lang w:val="ro-RO"/>
              </w:rPr>
            </w:pPr>
            <w:r w:rsidRPr="008E6C00">
              <w:rPr>
                <w:noProof/>
                <w:sz w:val="16"/>
                <w:lang w:val="ro-RO"/>
              </w:rPr>
              <w:t>Metode prea complicate; evaluări fără acțiuni; registru menținut doar de departamentul calitate.</w:t>
            </w:r>
          </w:p>
        </w:tc>
      </w:tr>
    </w:tbl>
    <w:p w14:paraId="5522C043" w14:textId="77777777" w:rsidR="00430FCC" w:rsidRPr="008E6C00" w:rsidRDefault="00430FCC">
      <w:pPr>
        <w:spacing w:after="40"/>
        <w:rPr>
          <w:noProof/>
          <w:lang w:val="ro-RO"/>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430FCC" w:rsidRPr="008E6C00" w14:paraId="1750F561" w14:textId="77777777">
        <w:trPr>
          <w:jc w:val="center"/>
        </w:trPr>
        <w:tc>
          <w:tcPr>
            <w:tcW w:w="9921" w:type="dxa"/>
            <w:gridSpan w:val="2"/>
            <w:shd w:val="clear" w:color="auto" w:fill="D71920"/>
            <w:tcMar>
              <w:top w:w="80" w:type="dxa"/>
              <w:left w:w="90" w:type="dxa"/>
              <w:bottom w:w="80" w:type="dxa"/>
              <w:right w:w="90" w:type="dxa"/>
            </w:tcMar>
            <w:vAlign w:val="center"/>
          </w:tcPr>
          <w:p w14:paraId="31369DD0" w14:textId="77777777" w:rsidR="00430FCC" w:rsidRPr="008E6C00" w:rsidRDefault="00000000">
            <w:pPr>
              <w:spacing w:after="0" w:line="240" w:lineRule="auto"/>
              <w:rPr>
                <w:noProof/>
                <w:lang w:val="ro-RO"/>
              </w:rPr>
            </w:pPr>
            <w:r w:rsidRPr="008E6C00">
              <w:rPr>
                <w:b/>
                <w:noProof/>
                <w:color w:val="FFFFFF"/>
                <w:sz w:val="22"/>
                <w:lang w:val="ro-RO"/>
              </w:rPr>
              <w:lastRenderedPageBreak/>
              <w:t>4.7. Regula de control al informațiilor documentate</w:t>
            </w:r>
          </w:p>
        </w:tc>
      </w:tr>
      <w:tr w:rsidR="00430FCC" w:rsidRPr="008E6C00" w14:paraId="035757E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17E2424A" w14:textId="77777777" w:rsidR="00430FCC" w:rsidRPr="008E6C00" w:rsidRDefault="00000000">
            <w:pPr>
              <w:spacing w:after="0" w:line="240" w:lineRule="auto"/>
              <w:rPr>
                <w:noProof/>
                <w:lang w:val="ro-RO"/>
              </w:rPr>
            </w:pPr>
            <w:r w:rsidRPr="008E6C00">
              <w:rPr>
                <w:b/>
                <w:noProof/>
                <w:sz w:val="16"/>
                <w:lang w:val="ro-RO"/>
              </w:rPr>
              <w:t>Categorie</w:t>
            </w:r>
          </w:p>
        </w:tc>
        <w:tc>
          <w:tcPr>
            <w:tcW w:w="7540" w:type="dxa"/>
            <w:shd w:val="clear" w:color="auto" w:fill="FFFFFF"/>
            <w:tcMar>
              <w:top w:w="80" w:type="dxa"/>
              <w:left w:w="90" w:type="dxa"/>
              <w:bottom w:w="80" w:type="dxa"/>
              <w:right w:w="90" w:type="dxa"/>
            </w:tcMar>
            <w:vAlign w:val="center"/>
          </w:tcPr>
          <w:p w14:paraId="5E15BF43" w14:textId="77777777" w:rsidR="00430FCC" w:rsidRPr="008E6C00" w:rsidRDefault="00000000">
            <w:pPr>
              <w:spacing w:after="0" w:line="240" w:lineRule="auto"/>
              <w:rPr>
                <w:noProof/>
                <w:lang w:val="ro-RO"/>
              </w:rPr>
            </w:pPr>
            <w:r w:rsidRPr="008E6C00">
              <w:rPr>
                <w:noProof/>
                <w:sz w:val="16"/>
                <w:lang w:val="ro-RO"/>
              </w:rPr>
              <w:t>Procedură, flux sau regulă menținută</w:t>
            </w:r>
          </w:p>
        </w:tc>
      </w:tr>
      <w:tr w:rsidR="00430FCC" w:rsidRPr="008E6C00" w14:paraId="48E16CB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48D3848B" w14:textId="77777777" w:rsidR="00430FCC" w:rsidRPr="008E6C00" w:rsidRDefault="00000000">
            <w:pPr>
              <w:spacing w:after="0" w:line="240" w:lineRule="auto"/>
              <w:rPr>
                <w:noProof/>
                <w:lang w:val="ro-RO"/>
              </w:rPr>
            </w:pPr>
            <w:r w:rsidRPr="008E6C00">
              <w:rPr>
                <w:b/>
                <w:noProof/>
                <w:sz w:val="16"/>
                <w:lang w:val="ro-RO"/>
              </w:rPr>
              <w:t>Referință ISO 9001</w:t>
            </w:r>
          </w:p>
        </w:tc>
        <w:tc>
          <w:tcPr>
            <w:tcW w:w="7540" w:type="dxa"/>
            <w:shd w:val="clear" w:color="auto" w:fill="FFFFFF"/>
            <w:tcMar>
              <w:top w:w="80" w:type="dxa"/>
              <w:left w:w="90" w:type="dxa"/>
              <w:bottom w:w="80" w:type="dxa"/>
              <w:right w:w="90" w:type="dxa"/>
            </w:tcMar>
            <w:vAlign w:val="center"/>
          </w:tcPr>
          <w:p w14:paraId="7590A39B" w14:textId="77777777" w:rsidR="00430FCC" w:rsidRPr="008E6C00" w:rsidRDefault="00000000">
            <w:pPr>
              <w:spacing w:after="0" w:line="240" w:lineRule="auto"/>
              <w:rPr>
                <w:noProof/>
                <w:lang w:val="ro-RO"/>
              </w:rPr>
            </w:pPr>
            <w:r w:rsidRPr="008E6C00">
              <w:rPr>
                <w:noProof/>
                <w:sz w:val="16"/>
                <w:lang w:val="ro-RO"/>
              </w:rPr>
              <w:t>7.5</w:t>
            </w:r>
          </w:p>
        </w:tc>
      </w:tr>
      <w:tr w:rsidR="00430FCC" w:rsidRPr="008E6C00" w14:paraId="316E281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0B14889E" w14:textId="77777777" w:rsidR="00430FCC" w:rsidRPr="008E6C00" w:rsidRDefault="00000000">
            <w:pPr>
              <w:spacing w:after="0" w:line="240" w:lineRule="auto"/>
              <w:rPr>
                <w:noProof/>
                <w:lang w:val="ro-RO"/>
              </w:rPr>
            </w:pPr>
            <w:r w:rsidRPr="008E6C00">
              <w:rPr>
                <w:b/>
                <w:noProof/>
                <w:sz w:val="16"/>
                <w:lang w:val="ro-RO"/>
              </w:rPr>
              <w:t>Când este necesar</w:t>
            </w:r>
          </w:p>
        </w:tc>
        <w:tc>
          <w:tcPr>
            <w:tcW w:w="7540" w:type="dxa"/>
            <w:shd w:val="clear" w:color="auto" w:fill="FFFFFF"/>
            <w:tcMar>
              <w:top w:w="80" w:type="dxa"/>
              <w:left w:w="90" w:type="dxa"/>
              <w:bottom w:w="80" w:type="dxa"/>
              <w:right w:w="90" w:type="dxa"/>
            </w:tcMar>
            <w:vAlign w:val="center"/>
          </w:tcPr>
          <w:p w14:paraId="2DC9CA99" w14:textId="77777777" w:rsidR="00430FCC" w:rsidRPr="008E6C00" w:rsidRDefault="00000000">
            <w:pPr>
              <w:spacing w:after="0" w:line="240" w:lineRule="auto"/>
              <w:rPr>
                <w:noProof/>
                <w:lang w:val="ro-RO"/>
              </w:rPr>
            </w:pPr>
            <w:r w:rsidRPr="008E6C00">
              <w:rPr>
                <w:noProof/>
                <w:sz w:val="16"/>
                <w:lang w:val="ro-RO"/>
              </w:rPr>
              <w:t>Întotdeauna</w:t>
            </w:r>
          </w:p>
        </w:tc>
      </w:tr>
      <w:tr w:rsidR="00430FCC" w:rsidRPr="008E6C00" w14:paraId="5656C70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6A04283B" w14:textId="77777777" w:rsidR="00430FCC" w:rsidRPr="008E6C00" w:rsidRDefault="00000000">
            <w:pPr>
              <w:spacing w:after="0" w:line="240" w:lineRule="auto"/>
              <w:rPr>
                <w:noProof/>
                <w:lang w:val="ro-RO"/>
              </w:rPr>
            </w:pPr>
            <w:r w:rsidRPr="008E6C00">
              <w:rPr>
                <w:b/>
                <w:noProof/>
                <w:sz w:val="16"/>
                <w:lang w:val="ro-RO"/>
              </w:rPr>
              <w:t>Scop</w:t>
            </w:r>
          </w:p>
        </w:tc>
        <w:tc>
          <w:tcPr>
            <w:tcW w:w="7540" w:type="dxa"/>
            <w:shd w:val="clear" w:color="auto" w:fill="FFFFFF"/>
            <w:tcMar>
              <w:top w:w="80" w:type="dxa"/>
              <w:left w:w="90" w:type="dxa"/>
              <w:bottom w:w="80" w:type="dxa"/>
              <w:right w:w="90" w:type="dxa"/>
            </w:tcMar>
            <w:vAlign w:val="center"/>
          </w:tcPr>
          <w:p w14:paraId="3C885CA4" w14:textId="77777777" w:rsidR="00430FCC" w:rsidRPr="008E6C00" w:rsidRDefault="00000000">
            <w:pPr>
              <w:spacing w:after="0" w:line="240" w:lineRule="auto"/>
              <w:rPr>
                <w:noProof/>
                <w:lang w:val="ro-RO"/>
              </w:rPr>
            </w:pPr>
            <w:r w:rsidRPr="008E6C00">
              <w:rPr>
                <w:noProof/>
                <w:sz w:val="16"/>
                <w:lang w:val="ro-RO"/>
              </w:rPr>
              <w:t>Asigură că utilizatorii au informația corectă, la locul potrivit, și că dovezile rămân protejate și recuperabile.</w:t>
            </w:r>
          </w:p>
        </w:tc>
      </w:tr>
      <w:tr w:rsidR="00430FCC" w:rsidRPr="008E6C00" w14:paraId="6EE3510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5A1F6F3A" w14:textId="77777777" w:rsidR="00430FCC" w:rsidRPr="008E6C00" w:rsidRDefault="00000000">
            <w:pPr>
              <w:spacing w:after="0" w:line="240" w:lineRule="auto"/>
              <w:rPr>
                <w:noProof/>
                <w:lang w:val="ro-RO"/>
              </w:rPr>
            </w:pPr>
            <w:r w:rsidRPr="008E6C00">
              <w:rPr>
                <w:b/>
                <w:noProof/>
                <w:sz w:val="16"/>
                <w:lang w:val="ro-RO"/>
              </w:rPr>
              <w:t>Conținut minim recomandat</w:t>
            </w:r>
          </w:p>
        </w:tc>
        <w:tc>
          <w:tcPr>
            <w:tcW w:w="7540" w:type="dxa"/>
            <w:shd w:val="clear" w:color="auto" w:fill="FFFFFF"/>
            <w:tcMar>
              <w:top w:w="80" w:type="dxa"/>
              <w:left w:w="90" w:type="dxa"/>
              <w:bottom w:w="80" w:type="dxa"/>
              <w:right w:w="90" w:type="dxa"/>
            </w:tcMar>
            <w:vAlign w:val="center"/>
          </w:tcPr>
          <w:p w14:paraId="02FAE9AD" w14:textId="77777777" w:rsidR="00430FCC" w:rsidRPr="008E6C00" w:rsidRDefault="00000000">
            <w:pPr>
              <w:spacing w:after="0" w:line="240" w:lineRule="auto"/>
              <w:rPr>
                <w:noProof/>
                <w:lang w:val="ro-RO"/>
              </w:rPr>
            </w:pPr>
            <w:r w:rsidRPr="008E6C00">
              <w:rPr>
                <w:noProof/>
                <w:sz w:val="16"/>
                <w:lang w:val="ro-RO"/>
              </w:rPr>
              <w:t>Creare; identificare; format; revizuire; aprobare; publicare; acces; distribuție; modificare; documente externe; păstrare; arhivare; eliminare; recuperare; protecție.</w:t>
            </w:r>
          </w:p>
        </w:tc>
      </w:tr>
      <w:tr w:rsidR="00430FCC" w:rsidRPr="008E6C00" w14:paraId="1C25A60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21A7BEA7" w14:textId="77777777" w:rsidR="00430FCC" w:rsidRPr="008E6C00" w:rsidRDefault="00000000">
            <w:pPr>
              <w:spacing w:after="0" w:line="240" w:lineRule="auto"/>
              <w:rPr>
                <w:noProof/>
                <w:lang w:val="ro-RO"/>
              </w:rPr>
            </w:pPr>
            <w:r w:rsidRPr="008E6C00">
              <w:rPr>
                <w:b/>
                <w:noProof/>
                <w:sz w:val="16"/>
                <w:lang w:val="ro-RO"/>
              </w:rPr>
              <w:t>Proprietar orientativ</w:t>
            </w:r>
          </w:p>
        </w:tc>
        <w:tc>
          <w:tcPr>
            <w:tcW w:w="7540" w:type="dxa"/>
            <w:shd w:val="clear" w:color="auto" w:fill="FFFFFF"/>
            <w:tcMar>
              <w:top w:w="80" w:type="dxa"/>
              <w:left w:w="90" w:type="dxa"/>
              <w:bottom w:w="80" w:type="dxa"/>
              <w:right w:w="90" w:type="dxa"/>
            </w:tcMar>
            <w:vAlign w:val="center"/>
          </w:tcPr>
          <w:p w14:paraId="3B49E010" w14:textId="77777777" w:rsidR="00430FCC" w:rsidRPr="008E6C00" w:rsidRDefault="00000000">
            <w:pPr>
              <w:spacing w:after="0" w:line="240" w:lineRule="auto"/>
              <w:rPr>
                <w:noProof/>
                <w:lang w:val="ro-RO"/>
              </w:rPr>
            </w:pPr>
            <w:r w:rsidRPr="008E6C00">
              <w:rPr>
                <w:noProof/>
                <w:sz w:val="16"/>
                <w:lang w:val="ro-RO"/>
              </w:rPr>
              <w:t>Responsabil SMC / administrator documente, cu proprietarii de proces și IT.</w:t>
            </w:r>
          </w:p>
        </w:tc>
      </w:tr>
      <w:tr w:rsidR="00430FCC" w:rsidRPr="008E6C00" w14:paraId="4A9F733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6B5EF058" w14:textId="77777777" w:rsidR="00430FCC" w:rsidRPr="008E6C00" w:rsidRDefault="00000000">
            <w:pPr>
              <w:spacing w:after="0" w:line="240" w:lineRule="auto"/>
              <w:rPr>
                <w:noProof/>
                <w:lang w:val="ro-RO"/>
              </w:rPr>
            </w:pPr>
            <w:r w:rsidRPr="008E6C00">
              <w:rPr>
                <w:b/>
                <w:noProof/>
                <w:sz w:val="16"/>
                <w:lang w:val="ro-RO"/>
              </w:rPr>
              <w:t>Revizuire / actualizare</w:t>
            </w:r>
          </w:p>
        </w:tc>
        <w:tc>
          <w:tcPr>
            <w:tcW w:w="7540" w:type="dxa"/>
            <w:shd w:val="clear" w:color="auto" w:fill="FFFFFF"/>
            <w:tcMar>
              <w:top w:w="80" w:type="dxa"/>
              <w:left w:w="90" w:type="dxa"/>
              <w:bottom w:w="80" w:type="dxa"/>
              <w:right w:w="90" w:type="dxa"/>
            </w:tcMar>
            <w:vAlign w:val="center"/>
          </w:tcPr>
          <w:p w14:paraId="34375AB4" w14:textId="77777777" w:rsidR="00430FCC" w:rsidRPr="008E6C00" w:rsidRDefault="00000000">
            <w:pPr>
              <w:spacing w:after="0" w:line="240" w:lineRule="auto"/>
              <w:rPr>
                <w:noProof/>
                <w:lang w:val="ro-RO"/>
              </w:rPr>
            </w:pPr>
            <w:r w:rsidRPr="008E6C00">
              <w:rPr>
                <w:noProof/>
                <w:sz w:val="16"/>
                <w:lang w:val="ro-RO"/>
              </w:rPr>
              <w:t>La schimbarea platformei, responsabilităților, cerințelor legale ori regulilor de securitate.</w:t>
            </w:r>
          </w:p>
        </w:tc>
      </w:tr>
      <w:tr w:rsidR="00430FCC" w:rsidRPr="008E6C00" w14:paraId="6776BD1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62151924" w14:textId="77777777" w:rsidR="00430FCC" w:rsidRPr="008E6C00" w:rsidRDefault="00000000">
            <w:pPr>
              <w:spacing w:after="0" w:line="240" w:lineRule="auto"/>
              <w:rPr>
                <w:noProof/>
                <w:lang w:val="ro-RO"/>
              </w:rPr>
            </w:pPr>
            <w:r w:rsidRPr="008E6C00">
              <w:rPr>
                <w:b/>
                <w:noProof/>
                <w:sz w:val="16"/>
                <w:lang w:val="ro-RO"/>
              </w:rPr>
              <w:t>Dovezi asociate</w:t>
            </w:r>
          </w:p>
        </w:tc>
        <w:tc>
          <w:tcPr>
            <w:tcW w:w="7540" w:type="dxa"/>
            <w:shd w:val="clear" w:color="auto" w:fill="FFFFFF"/>
            <w:tcMar>
              <w:top w:w="80" w:type="dxa"/>
              <w:left w:w="90" w:type="dxa"/>
              <w:bottom w:w="80" w:type="dxa"/>
              <w:right w:w="90" w:type="dxa"/>
            </w:tcMar>
            <w:vAlign w:val="center"/>
          </w:tcPr>
          <w:p w14:paraId="5E727170" w14:textId="77777777" w:rsidR="00430FCC" w:rsidRPr="008E6C00" w:rsidRDefault="00000000">
            <w:pPr>
              <w:spacing w:after="0" w:line="240" w:lineRule="auto"/>
              <w:rPr>
                <w:noProof/>
                <w:lang w:val="ro-RO"/>
              </w:rPr>
            </w:pPr>
            <w:r w:rsidRPr="008E6C00">
              <w:rPr>
                <w:noProof/>
                <w:sz w:val="16"/>
                <w:lang w:val="ro-RO"/>
              </w:rPr>
              <w:t>Lista master, istoric revizii, permisiuni, arhive, backupuri, verificări de recuperare.</w:t>
            </w:r>
          </w:p>
        </w:tc>
      </w:tr>
      <w:tr w:rsidR="00430FCC" w:rsidRPr="008E6C00" w14:paraId="69D9D5E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5140E84E" w14:textId="77777777" w:rsidR="00430FCC" w:rsidRPr="008E6C00" w:rsidRDefault="00000000">
            <w:pPr>
              <w:spacing w:after="0" w:line="240" w:lineRule="auto"/>
              <w:rPr>
                <w:noProof/>
                <w:lang w:val="ro-RO"/>
              </w:rPr>
            </w:pPr>
            <w:r w:rsidRPr="008E6C00">
              <w:rPr>
                <w:b/>
                <w:noProof/>
                <w:sz w:val="16"/>
                <w:lang w:val="ro-RO"/>
              </w:rPr>
              <w:t>Erori frecvente</w:t>
            </w:r>
          </w:p>
        </w:tc>
        <w:tc>
          <w:tcPr>
            <w:tcW w:w="7540" w:type="dxa"/>
            <w:shd w:val="clear" w:color="auto" w:fill="FFFFFF"/>
            <w:tcMar>
              <w:top w:w="80" w:type="dxa"/>
              <w:left w:w="90" w:type="dxa"/>
              <w:bottom w:w="80" w:type="dxa"/>
              <w:right w:w="90" w:type="dxa"/>
            </w:tcMar>
            <w:vAlign w:val="center"/>
          </w:tcPr>
          <w:p w14:paraId="421CE715" w14:textId="77777777" w:rsidR="00430FCC" w:rsidRPr="008E6C00" w:rsidRDefault="00000000">
            <w:pPr>
              <w:spacing w:after="0" w:line="240" w:lineRule="auto"/>
              <w:rPr>
                <w:noProof/>
                <w:lang w:val="ro-RO"/>
              </w:rPr>
            </w:pPr>
            <w:r w:rsidRPr="008E6C00">
              <w:rPr>
                <w:noProof/>
                <w:sz w:val="16"/>
                <w:lang w:val="ro-RO"/>
              </w:rPr>
              <w:t>Mai multe copii necontrolate; documente expirate la punctul de utilizare; parole partajate; termene de păstrare nedeterminate.</w:t>
            </w:r>
          </w:p>
        </w:tc>
      </w:tr>
    </w:tbl>
    <w:p w14:paraId="64F132B3" w14:textId="77777777" w:rsidR="00430FCC" w:rsidRPr="008E6C00" w:rsidRDefault="00430FCC">
      <w:pPr>
        <w:spacing w:after="40"/>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430FCC" w:rsidRPr="008E6C00" w14:paraId="3C6689CF" w14:textId="77777777">
        <w:trPr>
          <w:cantSplit/>
          <w:jc w:val="center"/>
        </w:trPr>
        <w:tc>
          <w:tcPr>
            <w:tcW w:w="1020" w:type="dxa"/>
            <w:shd w:val="clear" w:color="auto" w:fill="D71920"/>
            <w:tcMar>
              <w:top w:w="80" w:type="dxa"/>
              <w:left w:w="90" w:type="dxa"/>
              <w:bottom w:w="80" w:type="dxa"/>
              <w:right w:w="90" w:type="dxa"/>
            </w:tcMar>
            <w:vAlign w:val="center"/>
          </w:tcPr>
          <w:p w14:paraId="1432E70E" w14:textId="77777777" w:rsidR="00430FCC" w:rsidRPr="008E6C00" w:rsidRDefault="00000000">
            <w:pPr>
              <w:spacing w:after="0" w:line="240" w:lineRule="auto"/>
              <w:jc w:val="center"/>
              <w:rPr>
                <w:noProof/>
                <w:lang w:val="ro-RO"/>
              </w:rPr>
            </w:pPr>
            <w:r w:rsidRPr="008E6C00">
              <w:rPr>
                <w:b/>
                <w:noProof/>
                <w:color w:val="FFFFFF"/>
                <w:sz w:val="34"/>
                <w:lang w:val="ro-RO"/>
              </w:rPr>
              <w:t>5</w:t>
            </w:r>
          </w:p>
        </w:tc>
        <w:tc>
          <w:tcPr>
            <w:tcW w:w="8901" w:type="dxa"/>
            <w:shd w:val="clear" w:color="auto" w:fill="F3F4F5"/>
          </w:tcPr>
          <w:p w14:paraId="7FD6B862" w14:textId="77777777" w:rsidR="00430FCC" w:rsidRPr="008E6C00" w:rsidRDefault="00000000">
            <w:pPr>
              <w:spacing w:after="20"/>
              <w:rPr>
                <w:noProof/>
                <w:lang w:val="ro-RO"/>
              </w:rPr>
            </w:pPr>
            <w:r w:rsidRPr="008E6C00">
              <w:rPr>
                <w:b/>
                <w:noProof/>
                <w:sz w:val="28"/>
                <w:lang w:val="ro-RO"/>
              </w:rPr>
              <w:t>Documente esențiale pentru procesele suport și operaționale</w:t>
            </w:r>
          </w:p>
          <w:p w14:paraId="6B6C7F8F" w14:textId="77777777" w:rsidR="00430FCC" w:rsidRPr="008E6C00" w:rsidRDefault="00000000">
            <w:pPr>
              <w:spacing w:after="0"/>
              <w:rPr>
                <w:noProof/>
                <w:lang w:val="ro-RO"/>
              </w:rPr>
            </w:pPr>
            <w:r w:rsidRPr="008E6C00">
              <w:rPr>
                <w:noProof/>
                <w:color w:val="666666"/>
                <w:sz w:val="17"/>
                <w:lang w:val="ro-RO"/>
              </w:rPr>
              <w:t>Adaptați nivelul de detaliu la competență, risc și complexitate</w:t>
            </w:r>
          </w:p>
        </w:tc>
      </w:tr>
    </w:tbl>
    <w:p w14:paraId="44C1A397" w14:textId="77777777" w:rsidR="00430FCC" w:rsidRPr="008E6C00" w:rsidRDefault="00430FCC">
      <w:pPr>
        <w:spacing w:after="0"/>
        <w:rPr>
          <w:noProof/>
          <w:lang w:val="ro-RO"/>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430FCC" w:rsidRPr="008E6C00" w14:paraId="47C93F62" w14:textId="77777777">
        <w:trPr>
          <w:jc w:val="center"/>
        </w:trPr>
        <w:tc>
          <w:tcPr>
            <w:tcW w:w="9921" w:type="dxa"/>
            <w:gridSpan w:val="2"/>
            <w:shd w:val="clear" w:color="auto" w:fill="D71920"/>
            <w:tcMar>
              <w:top w:w="80" w:type="dxa"/>
              <w:left w:w="90" w:type="dxa"/>
              <w:bottom w:w="80" w:type="dxa"/>
              <w:right w:w="90" w:type="dxa"/>
            </w:tcMar>
            <w:vAlign w:val="center"/>
          </w:tcPr>
          <w:p w14:paraId="53ADA614" w14:textId="77777777" w:rsidR="00430FCC" w:rsidRPr="008E6C00" w:rsidRDefault="00000000">
            <w:pPr>
              <w:spacing w:after="0" w:line="240" w:lineRule="auto"/>
              <w:rPr>
                <w:noProof/>
                <w:lang w:val="ro-RO"/>
              </w:rPr>
            </w:pPr>
            <w:r w:rsidRPr="008E6C00">
              <w:rPr>
                <w:b/>
                <w:noProof/>
                <w:color w:val="FFFFFF"/>
                <w:sz w:val="22"/>
                <w:lang w:val="ro-RO"/>
              </w:rPr>
              <w:t>5.1. Matricea rolurilor și competențelor</w:t>
            </w:r>
          </w:p>
        </w:tc>
      </w:tr>
      <w:tr w:rsidR="00430FCC" w:rsidRPr="008E6C00" w14:paraId="0F7E98D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0E915E95" w14:textId="77777777" w:rsidR="00430FCC" w:rsidRPr="008E6C00" w:rsidRDefault="00000000">
            <w:pPr>
              <w:spacing w:after="0" w:line="240" w:lineRule="auto"/>
              <w:rPr>
                <w:noProof/>
                <w:lang w:val="ro-RO"/>
              </w:rPr>
            </w:pPr>
            <w:r w:rsidRPr="008E6C00">
              <w:rPr>
                <w:b/>
                <w:noProof/>
                <w:sz w:val="16"/>
                <w:lang w:val="ro-RO"/>
              </w:rPr>
              <w:t>Categorie</w:t>
            </w:r>
          </w:p>
        </w:tc>
        <w:tc>
          <w:tcPr>
            <w:tcW w:w="7540" w:type="dxa"/>
            <w:shd w:val="clear" w:color="auto" w:fill="FFFFFF"/>
            <w:tcMar>
              <w:top w:w="80" w:type="dxa"/>
              <w:left w:w="90" w:type="dxa"/>
              <w:bottom w:w="80" w:type="dxa"/>
              <w:right w:w="90" w:type="dxa"/>
            </w:tcMar>
            <w:vAlign w:val="center"/>
          </w:tcPr>
          <w:p w14:paraId="79E634A5" w14:textId="77777777" w:rsidR="00430FCC" w:rsidRPr="008E6C00" w:rsidRDefault="00000000">
            <w:pPr>
              <w:spacing w:after="0" w:line="240" w:lineRule="auto"/>
              <w:rPr>
                <w:noProof/>
                <w:lang w:val="ro-RO"/>
              </w:rPr>
            </w:pPr>
            <w:r w:rsidRPr="008E6C00">
              <w:rPr>
                <w:noProof/>
                <w:sz w:val="16"/>
                <w:lang w:val="ro-RO"/>
              </w:rPr>
              <w:t>Document menținut + înregistrări</w:t>
            </w:r>
          </w:p>
        </w:tc>
      </w:tr>
      <w:tr w:rsidR="00430FCC" w:rsidRPr="008E6C00" w14:paraId="3987FBE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06B9AC4D" w14:textId="77777777" w:rsidR="00430FCC" w:rsidRPr="008E6C00" w:rsidRDefault="00000000">
            <w:pPr>
              <w:spacing w:after="0" w:line="240" w:lineRule="auto"/>
              <w:rPr>
                <w:noProof/>
                <w:lang w:val="ro-RO"/>
              </w:rPr>
            </w:pPr>
            <w:r w:rsidRPr="008E6C00">
              <w:rPr>
                <w:b/>
                <w:noProof/>
                <w:sz w:val="16"/>
                <w:lang w:val="ro-RO"/>
              </w:rPr>
              <w:t>Referință ISO 9001</w:t>
            </w:r>
          </w:p>
        </w:tc>
        <w:tc>
          <w:tcPr>
            <w:tcW w:w="7540" w:type="dxa"/>
            <w:shd w:val="clear" w:color="auto" w:fill="FFFFFF"/>
            <w:tcMar>
              <w:top w:w="80" w:type="dxa"/>
              <w:left w:w="90" w:type="dxa"/>
              <w:bottom w:w="80" w:type="dxa"/>
              <w:right w:w="90" w:type="dxa"/>
            </w:tcMar>
            <w:vAlign w:val="center"/>
          </w:tcPr>
          <w:p w14:paraId="1C13AAB1" w14:textId="77777777" w:rsidR="00430FCC" w:rsidRPr="008E6C00" w:rsidRDefault="00000000">
            <w:pPr>
              <w:spacing w:after="0" w:line="240" w:lineRule="auto"/>
              <w:rPr>
                <w:noProof/>
                <w:lang w:val="ro-RO"/>
              </w:rPr>
            </w:pPr>
            <w:r w:rsidRPr="008E6C00">
              <w:rPr>
                <w:noProof/>
                <w:sz w:val="16"/>
                <w:lang w:val="ro-RO"/>
              </w:rPr>
              <w:t>5.3, 7.2, 7.3</w:t>
            </w:r>
          </w:p>
        </w:tc>
      </w:tr>
      <w:tr w:rsidR="00430FCC" w:rsidRPr="008E6C00" w14:paraId="12263EE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30D892B5" w14:textId="77777777" w:rsidR="00430FCC" w:rsidRPr="008E6C00" w:rsidRDefault="00000000">
            <w:pPr>
              <w:spacing w:after="0" w:line="240" w:lineRule="auto"/>
              <w:rPr>
                <w:noProof/>
                <w:lang w:val="ro-RO"/>
              </w:rPr>
            </w:pPr>
            <w:r w:rsidRPr="008E6C00">
              <w:rPr>
                <w:b/>
                <w:noProof/>
                <w:sz w:val="16"/>
                <w:lang w:val="ro-RO"/>
              </w:rPr>
              <w:t>Când este necesar</w:t>
            </w:r>
          </w:p>
        </w:tc>
        <w:tc>
          <w:tcPr>
            <w:tcW w:w="7540" w:type="dxa"/>
            <w:shd w:val="clear" w:color="auto" w:fill="FFFFFF"/>
            <w:tcMar>
              <w:top w:w="80" w:type="dxa"/>
              <w:left w:w="90" w:type="dxa"/>
              <w:bottom w:w="80" w:type="dxa"/>
              <w:right w:w="90" w:type="dxa"/>
            </w:tcMar>
            <w:vAlign w:val="center"/>
          </w:tcPr>
          <w:p w14:paraId="7F80FAE6" w14:textId="77777777" w:rsidR="00430FCC" w:rsidRPr="008E6C00" w:rsidRDefault="00000000">
            <w:pPr>
              <w:spacing w:after="0" w:line="240" w:lineRule="auto"/>
              <w:rPr>
                <w:noProof/>
                <w:lang w:val="ro-RO"/>
              </w:rPr>
            </w:pPr>
            <w:r w:rsidRPr="008E6C00">
              <w:rPr>
                <w:noProof/>
                <w:sz w:val="16"/>
                <w:lang w:val="ro-RO"/>
              </w:rPr>
              <w:t>Întotdeauna</w:t>
            </w:r>
          </w:p>
        </w:tc>
      </w:tr>
      <w:tr w:rsidR="00430FCC" w:rsidRPr="008E6C00" w14:paraId="7BC5A2C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60479C0D" w14:textId="77777777" w:rsidR="00430FCC" w:rsidRPr="008E6C00" w:rsidRDefault="00000000">
            <w:pPr>
              <w:spacing w:after="0" w:line="240" w:lineRule="auto"/>
              <w:rPr>
                <w:noProof/>
                <w:lang w:val="ro-RO"/>
              </w:rPr>
            </w:pPr>
            <w:r w:rsidRPr="008E6C00">
              <w:rPr>
                <w:b/>
                <w:noProof/>
                <w:sz w:val="16"/>
                <w:lang w:val="ro-RO"/>
              </w:rPr>
              <w:t>Scop</w:t>
            </w:r>
          </w:p>
        </w:tc>
        <w:tc>
          <w:tcPr>
            <w:tcW w:w="7540" w:type="dxa"/>
            <w:shd w:val="clear" w:color="auto" w:fill="FFFFFF"/>
            <w:tcMar>
              <w:top w:w="80" w:type="dxa"/>
              <w:left w:w="90" w:type="dxa"/>
              <w:bottom w:w="80" w:type="dxa"/>
              <w:right w:w="90" w:type="dxa"/>
            </w:tcMar>
            <w:vAlign w:val="center"/>
          </w:tcPr>
          <w:p w14:paraId="363A75CA" w14:textId="77777777" w:rsidR="00430FCC" w:rsidRPr="008E6C00" w:rsidRDefault="00000000">
            <w:pPr>
              <w:spacing w:after="0" w:line="240" w:lineRule="auto"/>
              <w:rPr>
                <w:noProof/>
                <w:lang w:val="ro-RO"/>
              </w:rPr>
            </w:pPr>
            <w:r w:rsidRPr="008E6C00">
              <w:rPr>
                <w:noProof/>
                <w:sz w:val="16"/>
                <w:lang w:val="ro-RO"/>
              </w:rPr>
              <w:t>Clarifică responsabilitățile și competențele necesare pentru activitățile care influențează calitatea.</w:t>
            </w:r>
          </w:p>
        </w:tc>
      </w:tr>
      <w:tr w:rsidR="00430FCC" w:rsidRPr="008E6C00" w14:paraId="51538B9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680237FB" w14:textId="77777777" w:rsidR="00430FCC" w:rsidRPr="008E6C00" w:rsidRDefault="00000000">
            <w:pPr>
              <w:spacing w:after="0" w:line="240" w:lineRule="auto"/>
              <w:rPr>
                <w:noProof/>
                <w:lang w:val="ro-RO"/>
              </w:rPr>
            </w:pPr>
            <w:r w:rsidRPr="008E6C00">
              <w:rPr>
                <w:b/>
                <w:noProof/>
                <w:sz w:val="16"/>
                <w:lang w:val="ro-RO"/>
              </w:rPr>
              <w:t>Conținut minim recomandat</w:t>
            </w:r>
          </w:p>
        </w:tc>
        <w:tc>
          <w:tcPr>
            <w:tcW w:w="7540" w:type="dxa"/>
            <w:shd w:val="clear" w:color="auto" w:fill="FFFFFF"/>
            <w:tcMar>
              <w:top w:w="80" w:type="dxa"/>
              <w:left w:w="90" w:type="dxa"/>
              <w:bottom w:w="80" w:type="dxa"/>
              <w:right w:w="90" w:type="dxa"/>
            </w:tcMar>
            <w:vAlign w:val="center"/>
          </w:tcPr>
          <w:p w14:paraId="382A7EE9" w14:textId="77777777" w:rsidR="00430FCC" w:rsidRPr="008E6C00" w:rsidRDefault="00000000">
            <w:pPr>
              <w:spacing w:after="0" w:line="240" w:lineRule="auto"/>
              <w:rPr>
                <w:noProof/>
                <w:lang w:val="ro-RO"/>
              </w:rPr>
            </w:pPr>
            <w:r w:rsidRPr="008E6C00">
              <w:rPr>
                <w:noProof/>
                <w:sz w:val="16"/>
                <w:lang w:val="ro-RO"/>
              </w:rPr>
              <w:t>Rol; responsabilități; competențe; calificări; experiență; autorizări; persoana evaluată; rezultat; acțiuni de dezvoltare; reevaluare.</w:t>
            </w:r>
          </w:p>
        </w:tc>
      </w:tr>
      <w:tr w:rsidR="00430FCC" w:rsidRPr="008E6C00" w14:paraId="56AC831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0D1FA6C8" w14:textId="77777777" w:rsidR="00430FCC" w:rsidRPr="008E6C00" w:rsidRDefault="00000000">
            <w:pPr>
              <w:spacing w:after="0" w:line="240" w:lineRule="auto"/>
              <w:rPr>
                <w:noProof/>
                <w:lang w:val="ro-RO"/>
              </w:rPr>
            </w:pPr>
            <w:r w:rsidRPr="008E6C00">
              <w:rPr>
                <w:b/>
                <w:noProof/>
                <w:sz w:val="16"/>
                <w:lang w:val="ro-RO"/>
              </w:rPr>
              <w:t>Proprietar orientativ</w:t>
            </w:r>
          </w:p>
        </w:tc>
        <w:tc>
          <w:tcPr>
            <w:tcW w:w="7540" w:type="dxa"/>
            <w:shd w:val="clear" w:color="auto" w:fill="FFFFFF"/>
            <w:tcMar>
              <w:top w:w="80" w:type="dxa"/>
              <w:left w:w="90" w:type="dxa"/>
              <w:bottom w:w="80" w:type="dxa"/>
              <w:right w:w="90" w:type="dxa"/>
            </w:tcMar>
            <w:vAlign w:val="center"/>
          </w:tcPr>
          <w:p w14:paraId="124E0899" w14:textId="77777777" w:rsidR="00430FCC" w:rsidRPr="008E6C00" w:rsidRDefault="00000000">
            <w:pPr>
              <w:spacing w:after="0" w:line="240" w:lineRule="auto"/>
              <w:rPr>
                <w:noProof/>
                <w:lang w:val="ro-RO"/>
              </w:rPr>
            </w:pPr>
            <w:r w:rsidRPr="008E6C00">
              <w:rPr>
                <w:noProof/>
                <w:sz w:val="16"/>
                <w:lang w:val="ro-RO"/>
              </w:rPr>
              <w:t>Manageri de proces și resurse umane.</w:t>
            </w:r>
          </w:p>
        </w:tc>
      </w:tr>
      <w:tr w:rsidR="00430FCC" w:rsidRPr="008E6C00" w14:paraId="762390A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332CE078" w14:textId="77777777" w:rsidR="00430FCC" w:rsidRPr="008E6C00" w:rsidRDefault="00000000">
            <w:pPr>
              <w:spacing w:after="0" w:line="240" w:lineRule="auto"/>
              <w:rPr>
                <w:noProof/>
                <w:lang w:val="ro-RO"/>
              </w:rPr>
            </w:pPr>
            <w:r w:rsidRPr="008E6C00">
              <w:rPr>
                <w:b/>
                <w:noProof/>
                <w:sz w:val="16"/>
                <w:lang w:val="ro-RO"/>
              </w:rPr>
              <w:t>Revizuire / actualizare</w:t>
            </w:r>
          </w:p>
        </w:tc>
        <w:tc>
          <w:tcPr>
            <w:tcW w:w="7540" w:type="dxa"/>
            <w:shd w:val="clear" w:color="auto" w:fill="FFFFFF"/>
            <w:tcMar>
              <w:top w:w="80" w:type="dxa"/>
              <w:left w:w="90" w:type="dxa"/>
              <w:bottom w:w="80" w:type="dxa"/>
              <w:right w:w="90" w:type="dxa"/>
            </w:tcMar>
            <w:vAlign w:val="center"/>
          </w:tcPr>
          <w:p w14:paraId="5BAC2566" w14:textId="77777777" w:rsidR="00430FCC" w:rsidRPr="008E6C00" w:rsidRDefault="00000000">
            <w:pPr>
              <w:spacing w:after="0" w:line="240" w:lineRule="auto"/>
              <w:rPr>
                <w:noProof/>
                <w:lang w:val="ro-RO"/>
              </w:rPr>
            </w:pPr>
            <w:r w:rsidRPr="008E6C00">
              <w:rPr>
                <w:noProof/>
                <w:sz w:val="16"/>
                <w:lang w:val="ro-RO"/>
              </w:rPr>
              <w:t>La schimbarea rolului, procesului sau cerințelor; reevaluare după instruiri ori incidente relevante.</w:t>
            </w:r>
          </w:p>
        </w:tc>
      </w:tr>
      <w:tr w:rsidR="00430FCC" w:rsidRPr="008E6C00" w14:paraId="045A6E3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4D71EF6C" w14:textId="77777777" w:rsidR="00430FCC" w:rsidRPr="008E6C00" w:rsidRDefault="00000000">
            <w:pPr>
              <w:spacing w:after="0" w:line="240" w:lineRule="auto"/>
              <w:rPr>
                <w:noProof/>
                <w:lang w:val="ro-RO"/>
              </w:rPr>
            </w:pPr>
            <w:r w:rsidRPr="008E6C00">
              <w:rPr>
                <w:b/>
                <w:noProof/>
                <w:sz w:val="16"/>
                <w:lang w:val="ro-RO"/>
              </w:rPr>
              <w:t>Dovezi asociate</w:t>
            </w:r>
          </w:p>
        </w:tc>
        <w:tc>
          <w:tcPr>
            <w:tcW w:w="7540" w:type="dxa"/>
            <w:shd w:val="clear" w:color="auto" w:fill="FFFFFF"/>
            <w:tcMar>
              <w:top w:w="80" w:type="dxa"/>
              <w:left w:w="90" w:type="dxa"/>
              <w:bottom w:w="80" w:type="dxa"/>
              <w:right w:w="90" w:type="dxa"/>
            </w:tcMar>
            <w:vAlign w:val="center"/>
          </w:tcPr>
          <w:p w14:paraId="26FAF374" w14:textId="77777777" w:rsidR="00430FCC" w:rsidRPr="008E6C00" w:rsidRDefault="00000000">
            <w:pPr>
              <w:spacing w:after="0" w:line="240" w:lineRule="auto"/>
              <w:rPr>
                <w:noProof/>
                <w:lang w:val="ro-RO"/>
              </w:rPr>
            </w:pPr>
            <w:r w:rsidRPr="008E6C00">
              <w:rPr>
                <w:noProof/>
                <w:sz w:val="16"/>
                <w:lang w:val="ro-RO"/>
              </w:rPr>
              <w:t>Fișe de post, diplome, teste, observații practice, autorizări și rezultate de evaluare.</w:t>
            </w:r>
          </w:p>
        </w:tc>
      </w:tr>
      <w:tr w:rsidR="00430FCC" w:rsidRPr="008E6C00" w14:paraId="49941A5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1C436CAE" w14:textId="77777777" w:rsidR="00430FCC" w:rsidRPr="008E6C00" w:rsidRDefault="00000000">
            <w:pPr>
              <w:spacing w:after="0" w:line="240" w:lineRule="auto"/>
              <w:rPr>
                <w:noProof/>
                <w:lang w:val="ro-RO"/>
              </w:rPr>
            </w:pPr>
            <w:r w:rsidRPr="008E6C00">
              <w:rPr>
                <w:b/>
                <w:noProof/>
                <w:sz w:val="16"/>
                <w:lang w:val="ro-RO"/>
              </w:rPr>
              <w:t>Erori frecvente</w:t>
            </w:r>
          </w:p>
        </w:tc>
        <w:tc>
          <w:tcPr>
            <w:tcW w:w="7540" w:type="dxa"/>
            <w:shd w:val="clear" w:color="auto" w:fill="FFFFFF"/>
            <w:tcMar>
              <w:top w:w="80" w:type="dxa"/>
              <w:left w:w="90" w:type="dxa"/>
              <w:bottom w:w="80" w:type="dxa"/>
              <w:right w:w="90" w:type="dxa"/>
            </w:tcMar>
            <w:vAlign w:val="center"/>
          </w:tcPr>
          <w:p w14:paraId="61AD1F3C" w14:textId="77777777" w:rsidR="00430FCC" w:rsidRPr="008E6C00" w:rsidRDefault="00000000">
            <w:pPr>
              <w:spacing w:after="0" w:line="240" w:lineRule="auto"/>
              <w:rPr>
                <w:noProof/>
                <w:lang w:val="ro-RO"/>
              </w:rPr>
            </w:pPr>
            <w:r w:rsidRPr="008E6C00">
              <w:rPr>
                <w:noProof/>
                <w:sz w:val="16"/>
                <w:lang w:val="ro-RO"/>
              </w:rPr>
              <w:t>Dovadă limitată la participarea la curs; responsabilități neclare; competență neverificată practic.</w:t>
            </w:r>
          </w:p>
        </w:tc>
      </w:tr>
    </w:tbl>
    <w:p w14:paraId="51C33167" w14:textId="77777777" w:rsidR="00430FCC" w:rsidRPr="008E6C00" w:rsidRDefault="00430FCC">
      <w:pPr>
        <w:spacing w:after="40"/>
        <w:rPr>
          <w:noProof/>
          <w:lang w:val="ro-RO"/>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430FCC" w:rsidRPr="008E6C00" w14:paraId="0608D7FA" w14:textId="77777777">
        <w:trPr>
          <w:jc w:val="center"/>
        </w:trPr>
        <w:tc>
          <w:tcPr>
            <w:tcW w:w="9921" w:type="dxa"/>
            <w:gridSpan w:val="2"/>
            <w:shd w:val="clear" w:color="auto" w:fill="D71920"/>
            <w:tcMar>
              <w:top w:w="80" w:type="dxa"/>
              <w:left w:w="90" w:type="dxa"/>
              <w:bottom w:w="80" w:type="dxa"/>
              <w:right w:w="90" w:type="dxa"/>
            </w:tcMar>
            <w:vAlign w:val="center"/>
          </w:tcPr>
          <w:p w14:paraId="484B264B" w14:textId="77777777" w:rsidR="00430FCC" w:rsidRPr="008E6C00" w:rsidRDefault="00000000">
            <w:pPr>
              <w:spacing w:after="0" w:line="240" w:lineRule="auto"/>
              <w:rPr>
                <w:noProof/>
                <w:lang w:val="ro-RO"/>
              </w:rPr>
            </w:pPr>
            <w:r w:rsidRPr="008E6C00">
              <w:rPr>
                <w:b/>
                <w:noProof/>
                <w:color w:val="FFFFFF"/>
                <w:sz w:val="22"/>
                <w:lang w:val="ro-RO"/>
              </w:rPr>
              <w:t>5.2. Revizuirea ofertelor, comenzilor și contractelor</w:t>
            </w:r>
          </w:p>
        </w:tc>
      </w:tr>
      <w:tr w:rsidR="00430FCC" w:rsidRPr="008E6C00" w14:paraId="7F4A118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1C52454C" w14:textId="77777777" w:rsidR="00430FCC" w:rsidRPr="008E6C00" w:rsidRDefault="00000000">
            <w:pPr>
              <w:spacing w:after="0" w:line="240" w:lineRule="auto"/>
              <w:rPr>
                <w:noProof/>
                <w:lang w:val="ro-RO"/>
              </w:rPr>
            </w:pPr>
            <w:r w:rsidRPr="008E6C00">
              <w:rPr>
                <w:b/>
                <w:noProof/>
                <w:sz w:val="16"/>
                <w:lang w:val="ro-RO"/>
              </w:rPr>
              <w:t>Categorie</w:t>
            </w:r>
          </w:p>
        </w:tc>
        <w:tc>
          <w:tcPr>
            <w:tcW w:w="7540" w:type="dxa"/>
            <w:shd w:val="clear" w:color="auto" w:fill="FFFFFF"/>
            <w:tcMar>
              <w:top w:w="80" w:type="dxa"/>
              <w:left w:w="90" w:type="dxa"/>
              <w:bottom w:w="80" w:type="dxa"/>
              <w:right w:w="90" w:type="dxa"/>
            </w:tcMar>
            <w:vAlign w:val="center"/>
          </w:tcPr>
          <w:p w14:paraId="1B394649" w14:textId="77777777" w:rsidR="00430FCC" w:rsidRPr="008E6C00" w:rsidRDefault="00000000">
            <w:pPr>
              <w:spacing w:after="0" w:line="240" w:lineRule="auto"/>
              <w:rPr>
                <w:noProof/>
                <w:lang w:val="ro-RO"/>
              </w:rPr>
            </w:pPr>
            <w:r w:rsidRPr="008E6C00">
              <w:rPr>
                <w:noProof/>
                <w:sz w:val="16"/>
                <w:lang w:val="ro-RO"/>
              </w:rPr>
              <w:t>Regulă de proces + înregistrări</w:t>
            </w:r>
          </w:p>
        </w:tc>
      </w:tr>
      <w:tr w:rsidR="00430FCC" w:rsidRPr="008E6C00" w14:paraId="6611EC5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578FF615" w14:textId="77777777" w:rsidR="00430FCC" w:rsidRPr="008E6C00" w:rsidRDefault="00000000">
            <w:pPr>
              <w:spacing w:after="0" w:line="240" w:lineRule="auto"/>
              <w:rPr>
                <w:noProof/>
                <w:lang w:val="ro-RO"/>
              </w:rPr>
            </w:pPr>
            <w:r w:rsidRPr="008E6C00">
              <w:rPr>
                <w:b/>
                <w:noProof/>
                <w:sz w:val="16"/>
                <w:lang w:val="ro-RO"/>
              </w:rPr>
              <w:t>Referință ISO 9001</w:t>
            </w:r>
          </w:p>
        </w:tc>
        <w:tc>
          <w:tcPr>
            <w:tcW w:w="7540" w:type="dxa"/>
            <w:shd w:val="clear" w:color="auto" w:fill="FFFFFF"/>
            <w:tcMar>
              <w:top w:w="80" w:type="dxa"/>
              <w:left w:w="90" w:type="dxa"/>
              <w:bottom w:w="80" w:type="dxa"/>
              <w:right w:w="90" w:type="dxa"/>
            </w:tcMar>
            <w:vAlign w:val="center"/>
          </w:tcPr>
          <w:p w14:paraId="48E075BF" w14:textId="77777777" w:rsidR="00430FCC" w:rsidRPr="008E6C00" w:rsidRDefault="00000000">
            <w:pPr>
              <w:spacing w:after="0" w:line="240" w:lineRule="auto"/>
              <w:rPr>
                <w:noProof/>
                <w:lang w:val="ro-RO"/>
              </w:rPr>
            </w:pPr>
            <w:r w:rsidRPr="008E6C00">
              <w:rPr>
                <w:noProof/>
                <w:sz w:val="16"/>
                <w:lang w:val="ro-RO"/>
              </w:rPr>
              <w:t>8.2</w:t>
            </w:r>
          </w:p>
        </w:tc>
      </w:tr>
      <w:tr w:rsidR="00430FCC" w:rsidRPr="008E6C00" w14:paraId="73AC793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58A58CAB" w14:textId="77777777" w:rsidR="00430FCC" w:rsidRPr="008E6C00" w:rsidRDefault="00000000">
            <w:pPr>
              <w:spacing w:after="0" w:line="240" w:lineRule="auto"/>
              <w:rPr>
                <w:noProof/>
                <w:lang w:val="ro-RO"/>
              </w:rPr>
            </w:pPr>
            <w:r w:rsidRPr="008E6C00">
              <w:rPr>
                <w:b/>
                <w:noProof/>
                <w:sz w:val="16"/>
                <w:lang w:val="ro-RO"/>
              </w:rPr>
              <w:t>Când este necesar</w:t>
            </w:r>
          </w:p>
        </w:tc>
        <w:tc>
          <w:tcPr>
            <w:tcW w:w="7540" w:type="dxa"/>
            <w:shd w:val="clear" w:color="auto" w:fill="FFFFFF"/>
            <w:tcMar>
              <w:top w:w="80" w:type="dxa"/>
              <w:left w:w="90" w:type="dxa"/>
              <w:bottom w:w="80" w:type="dxa"/>
              <w:right w:w="90" w:type="dxa"/>
            </w:tcMar>
            <w:vAlign w:val="center"/>
          </w:tcPr>
          <w:p w14:paraId="621250A3" w14:textId="77777777" w:rsidR="00430FCC" w:rsidRPr="008E6C00" w:rsidRDefault="00000000">
            <w:pPr>
              <w:spacing w:after="0" w:line="240" w:lineRule="auto"/>
              <w:rPr>
                <w:noProof/>
                <w:lang w:val="ro-RO"/>
              </w:rPr>
            </w:pPr>
            <w:r w:rsidRPr="008E6C00">
              <w:rPr>
                <w:noProof/>
                <w:sz w:val="16"/>
                <w:lang w:val="ro-RO"/>
              </w:rPr>
              <w:t>Întotdeauna</w:t>
            </w:r>
          </w:p>
        </w:tc>
      </w:tr>
      <w:tr w:rsidR="00430FCC" w:rsidRPr="008E6C00" w14:paraId="050C7B1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3AB34AC9" w14:textId="77777777" w:rsidR="00430FCC" w:rsidRPr="008E6C00" w:rsidRDefault="00000000">
            <w:pPr>
              <w:spacing w:after="0" w:line="240" w:lineRule="auto"/>
              <w:rPr>
                <w:noProof/>
                <w:lang w:val="ro-RO"/>
              </w:rPr>
            </w:pPr>
            <w:r w:rsidRPr="008E6C00">
              <w:rPr>
                <w:b/>
                <w:noProof/>
                <w:sz w:val="16"/>
                <w:lang w:val="ro-RO"/>
              </w:rPr>
              <w:t>Scop</w:t>
            </w:r>
          </w:p>
        </w:tc>
        <w:tc>
          <w:tcPr>
            <w:tcW w:w="7540" w:type="dxa"/>
            <w:shd w:val="clear" w:color="auto" w:fill="FFFFFF"/>
            <w:tcMar>
              <w:top w:w="80" w:type="dxa"/>
              <w:left w:w="90" w:type="dxa"/>
              <w:bottom w:w="80" w:type="dxa"/>
              <w:right w:w="90" w:type="dxa"/>
            </w:tcMar>
            <w:vAlign w:val="center"/>
          </w:tcPr>
          <w:p w14:paraId="0B48DB29" w14:textId="77777777" w:rsidR="00430FCC" w:rsidRPr="008E6C00" w:rsidRDefault="00000000">
            <w:pPr>
              <w:spacing w:after="0" w:line="240" w:lineRule="auto"/>
              <w:rPr>
                <w:noProof/>
                <w:lang w:val="ro-RO"/>
              </w:rPr>
            </w:pPr>
            <w:r w:rsidRPr="008E6C00">
              <w:rPr>
                <w:noProof/>
                <w:sz w:val="16"/>
                <w:lang w:val="ro-RO"/>
              </w:rPr>
              <w:t>Confirmă că cerințele clientului sunt înțelese, complete și realizabile înainte de angajament.</w:t>
            </w:r>
          </w:p>
        </w:tc>
      </w:tr>
      <w:tr w:rsidR="00430FCC" w:rsidRPr="008E6C00" w14:paraId="2AE0DDC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4ADA772C" w14:textId="77777777" w:rsidR="00430FCC" w:rsidRPr="008E6C00" w:rsidRDefault="00000000">
            <w:pPr>
              <w:spacing w:after="0" w:line="240" w:lineRule="auto"/>
              <w:rPr>
                <w:noProof/>
                <w:lang w:val="ro-RO"/>
              </w:rPr>
            </w:pPr>
            <w:r w:rsidRPr="008E6C00">
              <w:rPr>
                <w:b/>
                <w:noProof/>
                <w:sz w:val="16"/>
                <w:lang w:val="ro-RO"/>
              </w:rPr>
              <w:t>Conținut minim recomandat</w:t>
            </w:r>
          </w:p>
        </w:tc>
        <w:tc>
          <w:tcPr>
            <w:tcW w:w="7540" w:type="dxa"/>
            <w:shd w:val="clear" w:color="auto" w:fill="FFFFFF"/>
            <w:tcMar>
              <w:top w:w="80" w:type="dxa"/>
              <w:left w:w="90" w:type="dxa"/>
              <w:bottom w:w="80" w:type="dxa"/>
              <w:right w:w="90" w:type="dxa"/>
            </w:tcMar>
            <w:vAlign w:val="center"/>
          </w:tcPr>
          <w:p w14:paraId="3A1AA2B5" w14:textId="77777777" w:rsidR="00430FCC" w:rsidRPr="008E6C00" w:rsidRDefault="00000000">
            <w:pPr>
              <w:spacing w:after="0" w:line="240" w:lineRule="auto"/>
              <w:rPr>
                <w:noProof/>
                <w:lang w:val="ro-RO"/>
              </w:rPr>
            </w:pPr>
            <w:r w:rsidRPr="008E6C00">
              <w:rPr>
                <w:noProof/>
                <w:sz w:val="16"/>
                <w:lang w:val="ro-RO"/>
              </w:rPr>
              <w:t>Cerințe explicite și implicite; cerințe legale; diferențe față de ofertă; capacitate; termene; acceptare; modificări; comunicare către funcțiile afectate.</w:t>
            </w:r>
          </w:p>
        </w:tc>
      </w:tr>
      <w:tr w:rsidR="00430FCC" w:rsidRPr="008E6C00" w14:paraId="18B2B92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0FA92E4E" w14:textId="77777777" w:rsidR="00430FCC" w:rsidRPr="008E6C00" w:rsidRDefault="00000000">
            <w:pPr>
              <w:spacing w:after="0" w:line="240" w:lineRule="auto"/>
              <w:rPr>
                <w:noProof/>
                <w:lang w:val="ro-RO"/>
              </w:rPr>
            </w:pPr>
            <w:r w:rsidRPr="008E6C00">
              <w:rPr>
                <w:b/>
                <w:noProof/>
                <w:sz w:val="16"/>
                <w:lang w:val="ro-RO"/>
              </w:rPr>
              <w:t>Proprietar orientativ</w:t>
            </w:r>
          </w:p>
        </w:tc>
        <w:tc>
          <w:tcPr>
            <w:tcW w:w="7540" w:type="dxa"/>
            <w:shd w:val="clear" w:color="auto" w:fill="FFFFFF"/>
            <w:tcMar>
              <w:top w:w="80" w:type="dxa"/>
              <w:left w:w="90" w:type="dxa"/>
              <w:bottom w:w="80" w:type="dxa"/>
              <w:right w:w="90" w:type="dxa"/>
            </w:tcMar>
            <w:vAlign w:val="center"/>
          </w:tcPr>
          <w:p w14:paraId="68622858" w14:textId="77777777" w:rsidR="00430FCC" w:rsidRPr="008E6C00" w:rsidRDefault="00000000">
            <w:pPr>
              <w:spacing w:after="0" w:line="240" w:lineRule="auto"/>
              <w:rPr>
                <w:noProof/>
                <w:lang w:val="ro-RO"/>
              </w:rPr>
            </w:pPr>
            <w:r w:rsidRPr="008E6C00">
              <w:rPr>
                <w:noProof/>
                <w:sz w:val="16"/>
                <w:lang w:val="ro-RO"/>
              </w:rPr>
              <w:t>Vânzări/comercial, cu operațiuni, tehnic, juridic sau financiar după caz.</w:t>
            </w:r>
          </w:p>
        </w:tc>
      </w:tr>
      <w:tr w:rsidR="00430FCC" w:rsidRPr="008E6C00" w14:paraId="78B1471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1B759FFA" w14:textId="77777777" w:rsidR="00430FCC" w:rsidRPr="008E6C00" w:rsidRDefault="00000000">
            <w:pPr>
              <w:spacing w:after="0" w:line="240" w:lineRule="auto"/>
              <w:rPr>
                <w:noProof/>
                <w:lang w:val="ro-RO"/>
              </w:rPr>
            </w:pPr>
            <w:r w:rsidRPr="008E6C00">
              <w:rPr>
                <w:b/>
                <w:noProof/>
                <w:sz w:val="16"/>
                <w:lang w:val="ro-RO"/>
              </w:rPr>
              <w:t>Revizuire / actualizare</w:t>
            </w:r>
          </w:p>
        </w:tc>
        <w:tc>
          <w:tcPr>
            <w:tcW w:w="7540" w:type="dxa"/>
            <w:shd w:val="clear" w:color="auto" w:fill="FFFFFF"/>
            <w:tcMar>
              <w:top w:w="80" w:type="dxa"/>
              <w:left w:w="90" w:type="dxa"/>
              <w:bottom w:w="80" w:type="dxa"/>
              <w:right w:w="90" w:type="dxa"/>
            </w:tcMar>
            <w:vAlign w:val="center"/>
          </w:tcPr>
          <w:p w14:paraId="0A870401" w14:textId="77777777" w:rsidR="00430FCC" w:rsidRPr="008E6C00" w:rsidRDefault="00000000">
            <w:pPr>
              <w:spacing w:after="0" w:line="240" w:lineRule="auto"/>
              <w:rPr>
                <w:noProof/>
                <w:lang w:val="ro-RO"/>
              </w:rPr>
            </w:pPr>
            <w:r w:rsidRPr="008E6C00">
              <w:rPr>
                <w:noProof/>
                <w:sz w:val="16"/>
                <w:lang w:val="ro-RO"/>
              </w:rPr>
              <w:t>Pentru fiecare comandă relevantă și la fiecare modificare.</w:t>
            </w:r>
          </w:p>
        </w:tc>
      </w:tr>
      <w:tr w:rsidR="00430FCC" w:rsidRPr="008E6C00" w14:paraId="49D4868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44014E6B" w14:textId="77777777" w:rsidR="00430FCC" w:rsidRPr="008E6C00" w:rsidRDefault="00000000">
            <w:pPr>
              <w:spacing w:after="0" w:line="240" w:lineRule="auto"/>
              <w:rPr>
                <w:noProof/>
                <w:lang w:val="ro-RO"/>
              </w:rPr>
            </w:pPr>
            <w:r w:rsidRPr="008E6C00">
              <w:rPr>
                <w:b/>
                <w:noProof/>
                <w:sz w:val="16"/>
                <w:lang w:val="ro-RO"/>
              </w:rPr>
              <w:t>Dovezi asociate</w:t>
            </w:r>
          </w:p>
        </w:tc>
        <w:tc>
          <w:tcPr>
            <w:tcW w:w="7540" w:type="dxa"/>
            <w:shd w:val="clear" w:color="auto" w:fill="FFFFFF"/>
            <w:tcMar>
              <w:top w:w="80" w:type="dxa"/>
              <w:left w:w="90" w:type="dxa"/>
              <w:bottom w:w="80" w:type="dxa"/>
              <w:right w:w="90" w:type="dxa"/>
            </w:tcMar>
            <w:vAlign w:val="center"/>
          </w:tcPr>
          <w:p w14:paraId="012A2B87" w14:textId="77777777" w:rsidR="00430FCC" w:rsidRPr="008E6C00" w:rsidRDefault="00000000">
            <w:pPr>
              <w:spacing w:after="0" w:line="240" w:lineRule="auto"/>
              <w:rPr>
                <w:noProof/>
                <w:lang w:val="ro-RO"/>
              </w:rPr>
            </w:pPr>
            <w:r w:rsidRPr="008E6C00">
              <w:rPr>
                <w:noProof/>
                <w:sz w:val="16"/>
                <w:lang w:val="ro-RO"/>
              </w:rPr>
              <w:t>Ofertă aprobată, comandă, contract, e-mail, configurare în sistem și confirmare client.</w:t>
            </w:r>
          </w:p>
        </w:tc>
      </w:tr>
      <w:tr w:rsidR="00430FCC" w:rsidRPr="008E6C00" w14:paraId="058190A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793AA503" w14:textId="77777777" w:rsidR="00430FCC" w:rsidRPr="008E6C00" w:rsidRDefault="00000000">
            <w:pPr>
              <w:spacing w:after="0" w:line="240" w:lineRule="auto"/>
              <w:rPr>
                <w:noProof/>
                <w:lang w:val="ro-RO"/>
              </w:rPr>
            </w:pPr>
            <w:r w:rsidRPr="008E6C00">
              <w:rPr>
                <w:b/>
                <w:noProof/>
                <w:sz w:val="16"/>
                <w:lang w:val="ro-RO"/>
              </w:rPr>
              <w:t>Erori frecvente</w:t>
            </w:r>
          </w:p>
        </w:tc>
        <w:tc>
          <w:tcPr>
            <w:tcW w:w="7540" w:type="dxa"/>
            <w:shd w:val="clear" w:color="auto" w:fill="FFFFFF"/>
            <w:tcMar>
              <w:top w:w="80" w:type="dxa"/>
              <w:left w:w="90" w:type="dxa"/>
              <w:bottom w:w="80" w:type="dxa"/>
              <w:right w:w="90" w:type="dxa"/>
            </w:tcMar>
            <w:vAlign w:val="center"/>
          </w:tcPr>
          <w:p w14:paraId="59D96EEE" w14:textId="77777777" w:rsidR="00430FCC" w:rsidRPr="008E6C00" w:rsidRDefault="00000000">
            <w:pPr>
              <w:spacing w:after="0" w:line="240" w:lineRule="auto"/>
              <w:rPr>
                <w:noProof/>
                <w:lang w:val="ro-RO"/>
              </w:rPr>
            </w:pPr>
            <w:r w:rsidRPr="008E6C00">
              <w:rPr>
                <w:noProof/>
                <w:sz w:val="16"/>
                <w:lang w:val="ro-RO"/>
              </w:rPr>
              <w:t>Acceptarea automată fără verificarea capacității; modificări comunicate incomplet; cerințe verbale nedocumentate.</w:t>
            </w:r>
          </w:p>
        </w:tc>
      </w:tr>
    </w:tbl>
    <w:p w14:paraId="5696471B" w14:textId="77777777" w:rsidR="00430FCC" w:rsidRPr="008E6C00" w:rsidRDefault="00430FCC">
      <w:pPr>
        <w:spacing w:after="40"/>
        <w:rPr>
          <w:noProof/>
          <w:lang w:val="ro-RO"/>
        </w:rPr>
      </w:pPr>
    </w:p>
    <w:p w14:paraId="5E32AFBF" w14:textId="77777777" w:rsidR="00430FCC" w:rsidRPr="008E6C00" w:rsidRDefault="00000000">
      <w:pPr>
        <w:rPr>
          <w:noProof/>
          <w:lang w:val="ro-RO"/>
        </w:rPr>
      </w:pPr>
      <w:r w:rsidRPr="008E6C00">
        <w:rPr>
          <w:noProof/>
          <w:lang w:val="ro-RO"/>
        </w:rPr>
        <w:br w:type="page"/>
      </w: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430FCC" w:rsidRPr="008E6C00" w14:paraId="1698D686" w14:textId="77777777">
        <w:trPr>
          <w:jc w:val="center"/>
        </w:trPr>
        <w:tc>
          <w:tcPr>
            <w:tcW w:w="9921" w:type="dxa"/>
            <w:gridSpan w:val="2"/>
            <w:shd w:val="clear" w:color="auto" w:fill="D71920"/>
            <w:tcMar>
              <w:top w:w="80" w:type="dxa"/>
              <w:left w:w="90" w:type="dxa"/>
              <w:bottom w:w="80" w:type="dxa"/>
              <w:right w:w="90" w:type="dxa"/>
            </w:tcMar>
            <w:vAlign w:val="center"/>
          </w:tcPr>
          <w:p w14:paraId="598D2387" w14:textId="77777777" w:rsidR="00430FCC" w:rsidRPr="008E6C00" w:rsidRDefault="00000000">
            <w:pPr>
              <w:spacing w:after="0" w:line="240" w:lineRule="auto"/>
              <w:rPr>
                <w:noProof/>
                <w:lang w:val="ro-RO"/>
              </w:rPr>
            </w:pPr>
            <w:r w:rsidRPr="008E6C00">
              <w:rPr>
                <w:b/>
                <w:noProof/>
                <w:color w:val="FFFFFF"/>
                <w:sz w:val="22"/>
                <w:lang w:val="ro-RO"/>
              </w:rPr>
              <w:lastRenderedPageBreak/>
              <w:t>5.3. Controlul furnizorilor externi</w:t>
            </w:r>
          </w:p>
        </w:tc>
      </w:tr>
      <w:tr w:rsidR="00430FCC" w:rsidRPr="008E6C00" w14:paraId="1E0C43D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006A9C6A" w14:textId="77777777" w:rsidR="00430FCC" w:rsidRPr="008E6C00" w:rsidRDefault="00000000">
            <w:pPr>
              <w:spacing w:after="0" w:line="240" w:lineRule="auto"/>
              <w:rPr>
                <w:noProof/>
                <w:lang w:val="ro-RO"/>
              </w:rPr>
            </w:pPr>
            <w:r w:rsidRPr="008E6C00">
              <w:rPr>
                <w:b/>
                <w:noProof/>
                <w:sz w:val="16"/>
                <w:lang w:val="ro-RO"/>
              </w:rPr>
              <w:t>Categorie</w:t>
            </w:r>
          </w:p>
        </w:tc>
        <w:tc>
          <w:tcPr>
            <w:tcW w:w="7540" w:type="dxa"/>
            <w:shd w:val="clear" w:color="auto" w:fill="FFFFFF"/>
            <w:tcMar>
              <w:top w:w="80" w:type="dxa"/>
              <w:left w:w="90" w:type="dxa"/>
              <w:bottom w:w="80" w:type="dxa"/>
              <w:right w:w="90" w:type="dxa"/>
            </w:tcMar>
            <w:vAlign w:val="center"/>
          </w:tcPr>
          <w:p w14:paraId="14FF37CC" w14:textId="77777777" w:rsidR="00430FCC" w:rsidRPr="008E6C00" w:rsidRDefault="00000000">
            <w:pPr>
              <w:spacing w:after="0" w:line="240" w:lineRule="auto"/>
              <w:rPr>
                <w:noProof/>
                <w:lang w:val="ro-RO"/>
              </w:rPr>
            </w:pPr>
            <w:r w:rsidRPr="008E6C00">
              <w:rPr>
                <w:noProof/>
                <w:sz w:val="16"/>
                <w:lang w:val="ro-RO"/>
              </w:rPr>
              <w:t>Procedură/criterii + înregistrări</w:t>
            </w:r>
          </w:p>
        </w:tc>
      </w:tr>
      <w:tr w:rsidR="00430FCC" w:rsidRPr="008E6C00" w14:paraId="6F8BA56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5792321A" w14:textId="77777777" w:rsidR="00430FCC" w:rsidRPr="008E6C00" w:rsidRDefault="00000000">
            <w:pPr>
              <w:spacing w:after="0" w:line="240" w:lineRule="auto"/>
              <w:rPr>
                <w:noProof/>
                <w:lang w:val="ro-RO"/>
              </w:rPr>
            </w:pPr>
            <w:r w:rsidRPr="008E6C00">
              <w:rPr>
                <w:b/>
                <w:noProof/>
                <w:sz w:val="16"/>
                <w:lang w:val="ro-RO"/>
              </w:rPr>
              <w:t>Referință ISO 9001</w:t>
            </w:r>
          </w:p>
        </w:tc>
        <w:tc>
          <w:tcPr>
            <w:tcW w:w="7540" w:type="dxa"/>
            <w:shd w:val="clear" w:color="auto" w:fill="FFFFFF"/>
            <w:tcMar>
              <w:top w:w="80" w:type="dxa"/>
              <w:left w:w="90" w:type="dxa"/>
              <w:bottom w:w="80" w:type="dxa"/>
              <w:right w:w="90" w:type="dxa"/>
            </w:tcMar>
            <w:vAlign w:val="center"/>
          </w:tcPr>
          <w:p w14:paraId="1E990619" w14:textId="77777777" w:rsidR="00430FCC" w:rsidRPr="008E6C00" w:rsidRDefault="00000000">
            <w:pPr>
              <w:spacing w:after="0" w:line="240" w:lineRule="auto"/>
              <w:rPr>
                <w:noProof/>
                <w:lang w:val="ro-RO"/>
              </w:rPr>
            </w:pPr>
            <w:r w:rsidRPr="008E6C00">
              <w:rPr>
                <w:noProof/>
                <w:sz w:val="16"/>
                <w:lang w:val="ro-RO"/>
              </w:rPr>
              <w:t>8.4</w:t>
            </w:r>
          </w:p>
        </w:tc>
      </w:tr>
      <w:tr w:rsidR="00430FCC" w:rsidRPr="008E6C00" w14:paraId="7997537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5B563737" w14:textId="77777777" w:rsidR="00430FCC" w:rsidRPr="008E6C00" w:rsidRDefault="00000000">
            <w:pPr>
              <w:spacing w:after="0" w:line="240" w:lineRule="auto"/>
              <w:rPr>
                <w:noProof/>
                <w:lang w:val="ro-RO"/>
              </w:rPr>
            </w:pPr>
            <w:r w:rsidRPr="008E6C00">
              <w:rPr>
                <w:b/>
                <w:noProof/>
                <w:sz w:val="16"/>
                <w:lang w:val="ro-RO"/>
              </w:rPr>
              <w:t>Când este necesar</w:t>
            </w:r>
          </w:p>
        </w:tc>
        <w:tc>
          <w:tcPr>
            <w:tcW w:w="7540" w:type="dxa"/>
            <w:shd w:val="clear" w:color="auto" w:fill="FFFFFF"/>
            <w:tcMar>
              <w:top w:w="80" w:type="dxa"/>
              <w:left w:w="90" w:type="dxa"/>
              <w:bottom w:w="80" w:type="dxa"/>
              <w:right w:w="90" w:type="dxa"/>
            </w:tcMar>
            <w:vAlign w:val="center"/>
          </w:tcPr>
          <w:p w14:paraId="1591131F" w14:textId="77777777" w:rsidR="00430FCC" w:rsidRPr="008E6C00" w:rsidRDefault="00000000">
            <w:pPr>
              <w:spacing w:after="0" w:line="240" w:lineRule="auto"/>
              <w:rPr>
                <w:noProof/>
                <w:lang w:val="ro-RO"/>
              </w:rPr>
            </w:pPr>
            <w:r w:rsidRPr="008E6C00">
              <w:rPr>
                <w:noProof/>
                <w:sz w:val="16"/>
                <w:lang w:val="ro-RO"/>
              </w:rPr>
              <w:t>Întotdeauna</w:t>
            </w:r>
          </w:p>
        </w:tc>
      </w:tr>
      <w:tr w:rsidR="00430FCC" w:rsidRPr="008E6C00" w14:paraId="281D677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3D690552" w14:textId="77777777" w:rsidR="00430FCC" w:rsidRPr="008E6C00" w:rsidRDefault="00000000">
            <w:pPr>
              <w:spacing w:after="0" w:line="240" w:lineRule="auto"/>
              <w:rPr>
                <w:noProof/>
                <w:lang w:val="ro-RO"/>
              </w:rPr>
            </w:pPr>
            <w:r w:rsidRPr="008E6C00">
              <w:rPr>
                <w:b/>
                <w:noProof/>
                <w:sz w:val="16"/>
                <w:lang w:val="ro-RO"/>
              </w:rPr>
              <w:t>Scop</w:t>
            </w:r>
          </w:p>
        </w:tc>
        <w:tc>
          <w:tcPr>
            <w:tcW w:w="7540" w:type="dxa"/>
            <w:shd w:val="clear" w:color="auto" w:fill="FFFFFF"/>
            <w:tcMar>
              <w:top w:w="80" w:type="dxa"/>
              <w:left w:w="90" w:type="dxa"/>
              <w:bottom w:w="80" w:type="dxa"/>
              <w:right w:w="90" w:type="dxa"/>
            </w:tcMar>
            <w:vAlign w:val="center"/>
          </w:tcPr>
          <w:p w14:paraId="00FDEA98" w14:textId="77777777" w:rsidR="00430FCC" w:rsidRPr="008E6C00" w:rsidRDefault="00000000">
            <w:pPr>
              <w:spacing w:after="0" w:line="240" w:lineRule="auto"/>
              <w:rPr>
                <w:noProof/>
                <w:lang w:val="ro-RO"/>
              </w:rPr>
            </w:pPr>
            <w:r w:rsidRPr="008E6C00">
              <w:rPr>
                <w:noProof/>
                <w:sz w:val="16"/>
                <w:lang w:val="ro-RO"/>
              </w:rPr>
              <w:t>Asigură că produsele, serviciile și procesele externalizate respectă cerințele organizației.</w:t>
            </w:r>
          </w:p>
        </w:tc>
      </w:tr>
      <w:tr w:rsidR="00430FCC" w:rsidRPr="008E6C00" w14:paraId="233E4DD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0B180EF1" w14:textId="77777777" w:rsidR="00430FCC" w:rsidRPr="008E6C00" w:rsidRDefault="00000000">
            <w:pPr>
              <w:spacing w:after="0" w:line="240" w:lineRule="auto"/>
              <w:rPr>
                <w:noProof/>
                <w:lang w:val="ro-RO"/>
              </w:rPr>
            </w:pPr>
            <w:r w:rsidRPr="008E6C00">
              <w:rPr>
                <w:b/>
                <w:noProof/>
                <w:sz w:val="16"/>
                <w:lang w:val="ro-RO"/>
              </w:rPr>
              <w:t>Conținut minim recomandat</w:t>
            </w:r>
          </w:p>
        </w:tc>
        <w:tc>
          <w:tcPr>
            <w:tcW w:w="7540" w:type="dxa"/>
            <w:shd w:val="clear" w:color="auto" w:fill="FFFFFF"/>
            <w:tcMar>
              <w:top w:w="80" w:type="dxa"/>
              <w:left w:w="90" w:type="dxa"/>
              <w:bottom w:w="80" w:type="dxa"/>
              <w:right w:w="90" w:type="dxa"/>
            </w:tcMar>
            <w:vAlign w:val="center"/>
          </w:tcPr>
          <w:p w14:paraId="3501DB14" w14:textId="77777777" w:rsidR="00430FCC" w:rsidRPr="008E6C00" w:rsidRDefault="00000000">
            <w:pPr>
              <w:spacing w:after="0" w:line="240" w:lineRule="auto"/>
              <w:rPr>
                <w:noProof/>
                <w:lang w:val="ro-RO"/>
              </w:rPr>
            </w:pPr>
            <w:r w:rsidRPr="008E6C00">
              <w:rPr>
                <w:noProof/>
                <w:sz w:val="16"/>
                <w:lang w:val="ro-RO"/>
              </w:rPr>
              <w:t>Criticitate; criterii de selecție; aprobare; cerințe de achiziție; verificare; KPI; reevaluare; suspendare/dezaprobare; controlul proceselor externalizate.</w:t>
            </w:r>
          </w:p>
        </w:tc>
      </w:tr>
      <w:tr w:rsidR="00430FCC" w:rsidRPr="008E6C00" w14:paraId="15FF8D1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283D22D0" w14:textId="77777777" w:rsidR="00430FCC" w:rsidRPr="008E6C00" w:rsidRDefault="00000000">
            <w:pPr>
              <w:spacing w:after="0" w:line="240" w:lineRule="auto"/>
              <w:rPr>
                <w:noProof/>
                <w:lang w:val="ro-RO"/>
              </w:rPr>
            </w:pPr>
            <w:r w:rsidRPr="008E6C00">
              <w:rPr>
                <w:b/>
                <w:noProof/>
                <w:sz w:val="16"/>
                <w:lang w:val="ro-RO"/>
              </w:rPr>
              <w:t>Proprietar orientativ</w:t>
            </w:r>
          </w:p>
        </w:tc>
        <w:tc>
          <w:tcPr>
            <w:tcW w:w="7540" w:type="dxa"/>
            <w:shd w:val="clear" w:color="auto" w:fill="FFFFFF"/>
            <w:tcMar>
              <w:top w:w="80" w:type="dxa"/>
              <w:left w:w="90" w:type="dxa"/>
              <w:bottom w:w="80" w:type="dxa"/>
              <w:right w:w="90" w:type="dxa"/>
            </w:tcMar>
            <w:vAlign w:val="center"/>
          </w:tcPr>
          <w:p w14:paraId="4C6D3E65" w14:textId="77777777" w:rsidR="00430FCC" w:rsidRPr="008E6C00" w:rsidRDefault="00000000">
            <w:pPr>
              <w:spacing w:after="0" w:line="240" w:lineRule="auto"/>
              <w:rPr>
                <w:noProof/>
                <w:lang w:val="ro-RO"/>
              </w:rPr>
            </w:pPr>
            <w:r w:rsidRPr="008E6C00">
              <w:rPr>
                <w:noProof/>
                <w:sz w:val="16"/>
                <w:lang w:val="ro-RO"/>
              </w:rPr>
              <w:t>Achiziții și proprietarul procesului beneficiar.</w:t>
            </w:r>
          </w:p>
        </w:tc>
      </w:tr>
      <w:tr w:rsidR="00430FCC" w:rsidRPr="008E6C00" w14:paraId="307BD7C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07D34AE0" w14:textId="77777777" w:rsidR="00430FCC" w:rsidRPr="008E6C00" w:rsidRDefault="00000000">
            <w:pPr>
              <w:spacing w:after="0" w:line="240" w:lineRule="auto"/>
              <w:rPr>
                <w:noProof/>
                <w:lang w:val="ro-RO"/>
              </w:rPr>
            </w:pPr>
            <w:r w:rsidRPr="008E6C00">
              <w:rPr>
                <w:b/>
                <w:noProof/>
                <w:sz w:val="16"/>
                <w:lang w:val="ro-RO"/>
              </w:rPr>
              <w:t>Revizuire / actualizare</w:t>
            </w:r>
          </w:p>
        </w:tc>
        <w:tc>
          <w:tcPr>
            <w:tcW w:w="7540" w:type="dxa"/>
            <w:shd w:val="clear" w:color="auto" w:fill="FFFFFF"/>
            <w:tcMar>
              <w:top w:w="80" w:type="dxa"/>
              <w:left w:w="90" w:type="dxa"/>
              <w:bottom w:w="80" w:type="dxa"/>
              <w:right w:w="90" w:type="dxa"/>
            </w:tcMar>
            <w:vAlign w:val="center"/>
          </w:tcPr>
          <w:p w14:paraId="4FEC1F5B" w14:textId="77777777" w:rsidR="00430FCC" w:rsidRPr="008E6C00" w:rsidRDefault="00000000">
            <w:pPr>
              <w:spacing w:after="0" w:line="240" w:lineRule="auto"/>
              <w:rPr>
                <w:noProof/>
                <w:lang w:val="ro-RO"/>
              </w:rPr>
            </w:pPr>
            <w:r w:rsidRPr="008E6C00">
              <w:rPr>
                <w:noProof/>
                <w:sz w:val="16"/>
                <w:lang w:val="ro-RO"/>
              </w:rPr>
              <w:t>La aprobare, periodic și la incidente ori schimbări semnificative.</w:t>
            </w:r>
          </w:p>
        </w:tc>
      </w:tr>
      <w:tr w:rsidR="00430FCC" w:rsidRPr="008E6C00" w14:paraId="052D9BC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1A12A2F9" w14:textId="77777777" w:rsidR="00430FCC" w:rsidRPr="008E6C00" w:rsidRDefault="00000000">
            <w:pPr>
              <w:spacing w:after="0" w:line="240" w:lineRule="auto"/>
              <w:rPr>
                <w:noProof/>
                <w:lang w:val="ro-RO"/>
              </w:rPr>
            </w:pPr>
            <w:r w:rsidRPr="008E6C00">
              <w:rPr>
                <w:b/>
                <w:noProof/>
                <w:sz w:val="16"/>
                <w:lang w:val="ro-RO"/>
              </w:rPr>
              <w:t>Dovezi asociate</w:t>
            </w:r>
          </w:p>
        </w:tc>
        <w:tc>
          <w:tcPr>
            <w:tcW w:w="7540" w:type="dxa"/>
            <w:shd w:val="clear" w:color="auto" w:fill="FFFFFF"/>
            <w:tcMar>
              <w:top w:w="80" w:type="dxa"/>
              <w:left w:w="90" w:type="dxa"/>
              <w:bottom w:w="80" w:type="dxa"/>
              <w:right w:w="90" w:type="dxa"/>
            </w:tcMar>
            <w:vAlign w:val="center"/>
          </w:tcPr>
          <w:p w14:paraId="5802F995" w14:textId="77777777" w:rsidR="00430FCC" w:rsidRPr="008E6C00" w:rsidRDefault="00000000">
            <w:pPr>
              <w:spacing w:after="0" w:line="240" w:lineRule="auto"/>
              <w:rPr>
                <w:noProof/>
                <w:lang w:val="ro-RO"/>
              </w:rPr>
            </w:pPr>
            <w:r w:rsidRPr="008E6C00">
              <w:rPr>
                <w:noProof/>
                <w:sz w:val="16"/>
                <w:lang w:val="ro-RO"/>
              </w:rPr>
              <w:t>Listă furnizori aprobați, evaluări, recepții, reclamații, audituri și acțiuni.</w:t>
            </w:r>
          </w:p>
        </w:tc>
      </w:tr>
      <w:tr w:rsidR="00430FCC" w:rsidRPr="008E6C00" w14:paraId="4D2D16F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41BDE22E" w14:textId="77777777" w:rsidR="00430FCC" w:rsidRPr="008E6C00" w:rsidRDefault="00000000">
            <w:pPr>
              <w:spacing w:after="0" w:line="240" w:lineRule="auto"/>
              <w:rPr>
                <w:noProof/>
                <w:lang w:val="ro-RO"/>
              </w:rPr>
            </w:pPr>
            <w:r w:rsidRPr="008E6C00">
              <w:rPr>
                <w:b/>
                <w:noProof/>
                <w:sz w:val="16"/>
                <w:lang w:val="ro-RO"/>
              </w:rPr>
              <w:t>Erori frecvente</w:t>
            </w:r>
          </w:p>
        </w:tc>
        <w:tc>
          <w:tcPr>
            <w:tcW w:w="7540" w:type="dxa"/>
            <w:shd w:val="clear" w:color="auto" w:fill="FFFFFF"/>
            <w:tcMar>
              <w:top w:w="80" w:type="dxa"/>
              <w:left w:w="90" w:type="dxa"/>
              <w:bottom w:w="80" w:type="dxa"/>
              <w:right w:w="90" w:type="dxa"/>
            </w:tcMar>
            <w:vAlign w:val="center"/>
          </w:tcPr>
          <w:p w14:paraId="2C9AE417" w14:textId="77777777" w:rsidR="00430FCC" w:rsidRPr="008E6C00" w:rsidRDefault="00000000">
            <w:pPr>
              <w:spacing w:after="0" w:line="240" w:lineRule="auto"/>
              <w:rPr>
                <w:noProof/>
                <w:lang w:val="ro-RO"/>
              </w:rPr>
            </w:pPr>
            <w:r w:rsidRPr="008E6C00">
              <w:rPr>
                <w:noProof/>
                <w:sz w:val="16"/>
                <w:lang w:val="ro-RO"/>
              </w:rPr>
              <w:t>Aceleași criterii pentru toți furnizorii; evaluări bazate doar pe preț; lipsa controlului serviciilor externalizate.</w:t>
            </w:r>
          </w:p>
        </w:tc>
      </w:tr>
    </w:tbl>
    <w:p w14:paraId="55D75FBE" w14:textId="77777777" w:rsidR="00430FCC" w:rsidRPr="008E6C00" w:rsidRDefault="00430FCC">
      <w:pPr>
        <w:spacing w:after="40"/>
        <w:rPr>
          <w:noProof/>
          <w:lang w:val="ro-RO"/>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430FCC" w:rsidRPr="008E6C00" w14:paraId="64C163A2" w14:textId="77777777">
        <w:trPr>
          <w:jc w:val="center"/>
        </w:trPr>
        <w:tc>
          <w:tcPr>
            <w:tcW w:w="9921" w:type="dxa"/>
            <w:gridSpan w:val="2"/>
            <w:shd w:val="clear" w:color="auto" w:fill="D71920"/>
            <w:tcMar>
              <w:top w:w="80" w:type="dxa"/>
              <w:left w:w="90" w:type="dxa"/>
              <w:bottom w:w="80" w:type="dxa"/>
              <w:right w:w="90" w:type="dxa"/>
            </w:tcMar>
            <w:vAlign w:val="center"/>
          </w:tcPr>
          <w:p w14:paraId="4280DD95" w14:textId="77777777" w:rsidR="00430FCC" w:rsidRPr="008E6C00" w:rsidRDefault="00000000">
            <w:pPr>
              <w:spacing w:after="0" w:line="240" w:lineRule="auto"/>
              <w:rPr>
                <w:noProof/>
                <w:lang w:val="ro-RO"/>
              </w:rPr>
            </w:pPr>
            <w:r w:rsidRPr="008E6C00">
              <w:rPr>
                <w:b/>
                <w:noProof/>
                <w:color w:val="FFFFFF"/>
                <w:sz w:val="22"/>
                <w:lang w:val="ro-RO"/>
              </w:rPr>
              <w:t>5.4. Planificarea și controlul operațional</w:t>
            </w:r>
          </w:p>
        </w:tc>
      </w:tr>
      <w:tr w:rsidR="00430FCC" w:rsidRPr="008E6C00" w14:paraId="4E657A2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6A183B21" w14:textId="77777777" w:rsidR="00430FCC" w:rsidRPr="008E6C00" w:rsidRDefault="00000000">
            <w:pPr>
              <w:spacing w:after="0" w:line="240" w:lineRule="auto"/>
              <w:rPr>
                <w:noProof/>
                <w:lang w:val="ro-RO"/>
              </w:rPr>
            </w:pPr>
            <w:r w:rsidRPr="008E6C00">
              <w:rPr>
                <w:b/>
                <w:noProof/>
                <w:sz w:val="16"/>
                <w:lang w:val="ro-RO"/>
              </w:rPr>
              <w:t>Categorie</w:t>
            </w:r>
          </w:p>
        </w:tc>
        <w:tc>
          <w:tcPr>
            <w:tcW w:w="7540" w:type="dxa"/>
            <w:shd w:val="clear" w:color="auto" w:fill="FFFFFF"/>
            <w:tcMar>
              <w:top w:w="80" w:type="dxa"/>
              <w:left w:w="90" w:type="dxa"/>
              <w:bottom w:w="80" w:type="dxa"/>
              <w:right w:w="90" w:type="dxa"/>
            </w:tcMar>
            <w:vAlign w:val="center"/>
          </w:tcPr>
          <w:p w14:paraId="3EA155CD" w14:textId="77777777" w:rsidR="00430FCC" w:rsidRPr="008E6C00" w:rsidRDefault="00000000">
            <w:pPr>
              <w:spacing w:after="0" w:line="240" w:lineRule="auto"/>
              <w:rPr>
                <w:noProof/>
                <w:lang w:val="ro-RO"/>
              </w:rPr>
            </w:pPr>
            <w:r w:rsidRPr="008E6C00">
              <w:rPr>
                <w:noProof/>
                <w:sz w:val="16"/>
                <w:lang w:val="ro-RO"/>
              </w:rPr>
              <w:t>Documente menținute și înregistrări</w:t>
            </w:r>
          </w:p>
        </w:tc>
      </w:tr>
      <w:tr w:rsidR="00430FCC" w:rsidRPr="008E6C00" w14:paraId="174F7E9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260B29F8" w14:textId="77777777" w:rsidR="00430FCC" w:rsidRPr="008E6C00" w:rsidRDefault="00000000">
            <w:pPr>
              <w:spacing w:after="0" w:line="240" w:lineRule="auto"/>
              <w:rPr>
                <w:noProof/>
                <w:lang w:val="ro-RO"/>
              </w:rPr>
            </w:pPr>
            <w:r w:rsidRPr="008E6C00">
              <w:rPr>
                <w:b/>
                <w:noProof/>
                <w:sz w:val="16"/>
                <w:lang w:val="ro-RO"/>
              </w:rPr>
              <w:t>Referință ISO 9001</w:t>
            </w:r>
          </w:p>
        </w:tc>
        <w:tc>
          <w:tcPr>
            <w:tcW w:w="7540" w:type="dxa"/>
            <w:shd w:val="clear" w:color="auto" w:fill="FFFFFF"/>
            <w:tcMar>
              <w:top w:w="80" w:type="dxa"/>
              <w:left w:w="90" w:type="dxa"/>
              <w:bottom w:w="80" w:type="dxa"/>
              <w:right w:w="90" w:type="dxa"/>
            </w:tcMar>
            <w:vAlign w:val="center"/>
          </w:tcPr>
          <w:p w14:paraId="1555CABD" w14:textId="77777777" w:rsidR="00430FCC" w:rsidRPr="008E6C00" w:rsidRDefault="00000000">
            <w:pPr>
              <w:spacing w:after="0" w:line="240" w:lineRule="auto"/>
              <w:rPr>
                <w:noProof/>
                <w:lang w:val="ro-RO"/>
              </w:rPr>
            </w:pPr>
            <w:r w:rsidRPr="008E6C00">
              <w:rPr>
                <w:noProof/>
                <w:sz w:val="16"/>
                <w:lang w:val="ro-RO"/>
              </w:rPr>
              <w:t>8.1, 8.5.1</w:t>
            </w:r>
          </w:p>
        </w:tc>
      </w:tr>
      <w:tr w:rsidR="00430FCC" w:rsidRPr="008E6C00" w14:paraId="2A5C991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5FB93196" w14:textId="77777777" w:rsidR="00430FCC" w:rsidRPr="008E6C00" w:rsidRDefault="00000000">
            <w:pPr>
              <w:spacing w:after="0" w:line="240" w:lineRule="auto"/>
              <w:rPr>
                <w:noProof/>
                <w:lang w:val="ro-RO"/>
              </w:rPr>
            </w:pPr>
            <w:r w:rsidRPr="008E6C00">
              <w:rPr>
                <w:b/>
                <w:noProof/>
                <w:sz w:val="16"/>
                <w:lang w:val="ro-RO"/>
              </w:rPr>
              <w:t>Când este necesar</w:t>
            </w:r>
          </w:p>
        </w:tc>
        <w:tc>
          <w:tcPr>
            <w:tcW w:w="7540" w:type="dxa"/>
            <w:shd w:val="clear" w:color="auto" w:fill="FFFFFF"/>
            <w:tcMar>
              <w:top w:w="80" w:type="dxa"/>
              <w:left w:w="90" w:type="dxa"/>
              <w:bottom w:w="80" w:type="dxa"/>
              <w:right w:w="90" w:type="dxa"/>
            </w:tcMar>
            <w:vAlign w:val="center"/>
          </w:tcPr>
          <w:p w14:paraId="5EB03E8D" w14:textId="77777777" w:rsidR="00430FCC" w:rsidRPr="008E6C00" w:rsidRDefault="00000000">
            <w:pPr>
              <w:spacing w:after="0" w:line="240" w:lineRule="auto"/>
              <w:rPr>
                <w:noProof/>
                <w:lang w:val="ro-RO"/>
              </w:rPr>
            </w:pPr>
            <w:r w:rsidRPr="008E6C00">
              <w:rPr>
                <w:noProof/>
                <w:sz w:val="16"/>
                <w:lang w:val="ro-RO"/>
              </w:rPr>
              <w:t>Întotdeauna</w:t>
            </w:r>
          </w:p>
        </w:tc>
      </w:tr>
      <w:tr w:rsidR="00430FCC" w:rsidRPr="008E6C00" w14:paraId="31B0D20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3D6ACAF9" w14:textId="77777777" w:rsidR="00430FCC" w:rsidRPr="008E6C00" w:rsidRDefault="00000000">
            <w:pPr>
              <w:spacing w:after="0" w:line="240" w:lineRule="auto"/>
              <w:rPr>
                <w:noProof/>
                <w:lang w:val="ro-RO"/>
              </w:rPr>
            </w:pPr>
            <w:r w:rsidRPr="008E6C00">
              <w:rPr>
                <w:b/>
                <w:noProof/>
                <w:sz w:val="16"/>
                <w:lang w:val="ro-RO"/>
              </w:rPr>
              <w:t>Scop</w:t>
            </w:r>
          </w:p>
        </w:tc>
        <w:tc>
          <w:tcPr>
            <w:tcW w:w="7540" w:type="dxa"/>
            <w:shd w:val="clear" w:color="auto" w:fill="FFFFFF"/>
            <w:tcMar>
              <w:top w:w="80" w:type="dxa"/>
              <w:left w:w="90" w:type="dxa"/>
              <w:bottom w:w="80" w:type="dxa"/>
              <w:right w:w="90" w:type="dxa"/>
            </w:tcMar>
            <w:vAlign w:val="center"/>
          </w:tcPr>
          <w:p w14:paraId="44F97957" w14:textId="77777777" w:rsidR="00430FCC" w:rsidRPr="008E6C00" w:rsidRDefault="00000000">
            <w:pPr>
              <w:spacing w:after="0" w:line="240" w:lineRule="auto"/>
              <w:rPr>
                <w:noProof/>
                <w:lang w:val="ro-RO"/>
              </w:rPr>
            </w:pPr>
            <w:r w:rsidRPr="008E6C00">
              <w:rPr>
                <w:noProof/>
                <w:sz w:val="16"/>
                <w:lang w:val="ro-RO"/>
              </w:rPr>
              <w:t>Definește condițiile controlate pentru realizarea produselor și serviciilor conform cerințelor.</w:t>
            </w:r>
          </w:p>
        </w:tc>
      </w:tr>
      <w:tr w:rsidR="00430FCC" w:rsidRPr="008E6C00" w14:paraId="1A0D946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67752A35" w14:textId="77777777" w:rsidR="00430FCC" w:rsidRPr="008E6C00" w:rsidRDefault="00000000">
            <w:pPr>
              <w:spacing w:after="0" w:line="240" w:lineRule="auto"/>
              <w:rPr>
                <w:noProof/>
                <w:lang w:val="ro-RO"/>
              </w:rPr>
            </w:pPr>
            <w:r w:rsidRPr="008E6C00">
              <w:rPr>
                <w:b/>
                <w:noProof/>
                <w:sz w:val="16"/>
                <w:lang w:val="ro-RO"/>
              </w:rPr>
              <w:t>Conținut minim recomandat</w:t>
            </w:r>
          </w:p>
        </w:tc>
        <w:tc>
          <w:tcPr>
            <w:tcW w:w="7540" w:type="dxa"/>
            <w:shd w:val="clear" w:color="auto" w:fill="FFFFFF"/>
            <w:tcMar>
              <w:top w:w="80" w:type="dxa"/>
              <w:left w:w="90" w:type="dxa"/>
              <w:bottom w:w="80" w:type="dxa"/>
              <w:right w:w="90" w:type="dxa"/>
            </w:tcMar>
            <w:vAlign w:val="center"/>
          </w:tcPr>
          <w:p w14:paraId="14E115CA" w14:textId="77777777" w:rsidR="00430FCC" w:rsidRPr="008E6C00" w:rsidRDefault="00000000">
            <w:pPr>
              <w:spacing w:after="0" w:line="240" w:lineRule="auto"/>
              <w:rPr>
                <w:noProof/>
                <w:lang w:val="ro-RO"/>
              </w:rPr>
            </w:pPr>
            <w:r w:rsidRPr="008E6C00">
              <w:rPr>
                <w:noProof/>
                <w:sz w:val="16"/>
                <w:lang w:val="ro-RO"/>
              </w:rPr>
              <w:t>Caracteristici și rezultate; pași; resurse; competențe; criterii; metode; verificări; echipamente; mediu; prevenirea erorilor; responsabilități; înregistrări.</w:t>
            </w:r>
          </w:p>
        </w:tc>
      </w:tr>
      <w:tr w:rsidR="00430FCC" w:rsidRPr="008E6C00" w14:paraId="28363E1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1602880A" w14:textId="77777777" w:rsidR="00430FCC" w:rsidRPr="008E6C00" w:rsidRDefault="00000000">
            <w:pPr>
              <w:spacing w:after="0" w:line="240" w:lineRule="auto"/>
              <w:rPr>
                <w:noProof/>
                <w:lang w:val="ro-RO"/>
              </w:rPr>
            </w:pPr>
            <w:r w:rsidRPr="008E6C00">
              <w:rPr>
                <w:b/>
                <w:noProof/>
                <w:sz w:val="16"/>
                <w:lang w:val="ro-RO"/>
              </w:rPr>
              <w:t>Proprietar orientativ</w:t>
            </w:r>
          </w:p>
        </w:tc>
        <w:tc>
          <w:tcPr>
            <w:tcW w:w="7540" w:type="dxa"/>
            <w:shd w:val="clear" w:color="auto" w:fill="FFFFFF"/>
            <w:tcMar>
              <w:top w:w="80" w:type="dxa"/>
              <w:left w:w="90" w:type="dxa"/>
              <w:bottom w:w="80" w:type="dxa"/>
              <w:right w:w="90" w:type="dxa"/>
            </w:tcMar>
            <w:vAlign w:val="center"/>
          </w:tcPr>
          <w:p w14:paraId="7A299496" w14:textId="77777777" w:rsidR="00430FCC" w:rsidRPr="008E6C00" w:rsidRDefault="00000000">
            <w:pPr>
              <w:spacing w:after="0" w:line="240" w:lineRule="auto"/>
              <w:rPr>
                <w:noProof/>
                <w:lang w:val="ro-RO"/>
              </w:rPr>
            </w:pPr>
            <w:r w:rsidRPr="008E6C00">
              <w:rPr>
                <w:noProof/>
                <w:sz w:val="16"/>
                <w:lang w:val="ro-RO"/>
              </w:rPr>
              <w:t>Proprietarul procesului operațional.</w:t>
            </w:r>
          </w:p>
        </w:tc>
      </w:tr>
      <w:tr w:rsidR="00430FCC" w:rsidRPr="008E6C00" w14:paraId="58D16D5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43F90572" w14:textId="77777777" w:rsidR="00430FCC" w:rsidRPr="008E6C00" w:rsidRDefault="00000000">
            <w:pPr>
              <w:spacing w:after="0" w:line="240" w:lineRule="auto"/>
              <w:rPr>
                <w:noProof/>
                <w:lang w:val="ro-RO"/>
              </w:rPr>
            </w:pPr>
            <w:r w:rsidRPr="008E6C00">
              <w:rPr>
                <w:b/>
                <w:noProof/>
                <w:sz w:val="16"/>
                <w:lang w:val="ro-RO"/>
              </w:rPr>
              <w:t>Revizuire / actualizare</w:t>
            </w:r>
          </w:p>
        </w:tc>
        <w:tc>
          <w:tcPr>
            <w:tcW w:w="7540" w:type="dxa"/>
            <w:shd w:val="clear" w:color="auto" w:fill="FFFFFF"/>
            <w:tcMar>
              <w:top w:w="80" w:type="dxa"/>
              <w:left w:w="90" w:type="dxa"/>
              <w:bottom w:w="80" w:type="dxa"/>
              <w:right w:w="90" w:type="dxa"/>
            </w:tcMar>
            <w:vAlign w:val="center"/>
          </w:tcPr>
          <w:p w14:paraId="4352C161" w14:textId="77777777" w:rsidR="00430FCC" w:rsidRPr="008E6C00" w:rsidRDefault="00000000">
            <w:pPr>
              <w:spacing w:after="0" w:line="240" w:lineRule="auto"/>
              <w:rPr>
                <w:noProof/>
                <w:lang w:val="ro-RO"/>
              </w:rPr>
            </w:pPr>
            <w:r w:rsidRPr="008E6C00">
              <w:rPr>
                <w:noProof/>
                <w:sz w:val="16"/>
                <w:lang w:val="ro-RO"/>
              </w:rPr>
              <w:t>La introducerea sau modificarea produsului, serviciului, procesului, tehnologiei ori criteriilor.</w:t>
            </w:r>
          </w:p>
        </w:tc>
      </w:tr>
      <w:tr w:rsidR="00430FCC" w:rsidRPr="008E6C00" w14:paraId="064A096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755CB144" w14:textId="77777777" w:rsidR="00430FCC" w:rsidRPr="008E6C00" w:rsidRDefault="00000000">
            <w:pPr>
              <w:spacing w:after="0" w:line="240" w:lineRule="auto"/>
              <w:rPr>
                <w:noProof/>
                <w:lang w:val="ro-RO"/>
              </w:rPr>
            </w:pPr>
            <w:r w:rsidRPr="008E6C00">
              <w:rPr>
                <w:b/>
                <w:noProof/>
                <w:sz w:val="16"/>
                <w:lang w:val="ro-RO"/>
              </w:rPr>
              <w:t>Dovezi asociate</w:t>
            </w:r>
          </w:p>
        </w:tc>
        <w:tc>
          <w:tcPr>
            <w:tcW w:w="7540" w:type="dxa"/>
            <w:shd w:val="clear" w:color="auto" w:fill="FFFFFF"/>
            <w:tcMar>
              <w:top w:w="80" w:type="dxa"/>
              <w:left w:w="90" w:type="dxa"/>
              <w:bottom w:w="80" w:type="dxa"/>
              <w:right w:w="90" w:type="dxa"/>
            </w:tcMar>
            <w:vAlign w:val="center"/>
          </w:tcPr>
          <w:p w14:paraId="000977EA" w14:textId="77777777" w:rsidR="00430FCC" w:rsidRPr="008E6C00" w:rsidRDefault="00000000">
            <w:pPr>
              <w:spacing w:after="0" w:line="240" w:lineRule="auto"/>
              <w:rPr>
                <w:noProof/>
                <w:lang w:val="ro-RO"/>
              </w:rPr>
            </w:pPr>
            <w:r w:rsidRPr="008E6C00">
              <w:rPr>
                <w:noProof/>
                <w:sz w:val="16"/>
                <w:lang w:val="ro-RO"/>
              </w:rPr>
              <w:t>Planuri, ordine, fișe, loguri, rezultate de control, aprobări și evidența resurselor.</w:t>
            </w:r>
          </w:p>
        </w:tc>
      </w:tr>
      <w:tr w:rsidR="00430FCC" w:rsidRPr="008E6C00" w14:paraId="5DD1543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615678A6" w14:textId="77777777" w:rsidR="00430FCC" w:rsidRPr="008E6C00" w:rsidRDefault="00000000">
            <w:pPr>
              <w:spacing w:after="0" w:line="240" w:lineRule="auto"/>
              <w:rPr>
                <w:noProof/>
                <w:lang w:val="ro-RO"/>
              </w:rPr>
            </w:pPr>
            <w:r w:rsidRPr="008E6C00">
              <w:rPr>
                <w:b/>
                <w:noProof/>
                <w:sz w:val="16"/>
                <w:lang w:val="ro-RO"/>
              </w:rPr>
              <w:t>Erori frecvente</w:t>
            </w:r>
          </w:p>
        </w:tc>
        <w:tc>
          <w:tcPr>
            <w:tcW w:w="7540" w:type="dxa"/>
            <w:shd w:val="clear" w:color="auto" w:fill="FFFFFF"/>
            <w:tcMar>
              <w:top w:w="80" w:type="dxa"/>
              <w:left w:w="90" w:type="dxa"/>
              <w:bottom w:w="80" w:type="dxa"/>
              <w:right w:w="90" w:type="dxa"/>
            </w:tcMar>
            <w:vAlign w:val="center"/>
          </w:tcPr>
          <w:p w14:paraId="4D5F5875" w14:textId="77777777" w:rsidR="00430FCC" w:rsidRPr="008E6C00" w:rsidRDefault="00000000">
            <w:pPr>
              <w:spacing w:after="0" w:line="240" w:lineRule="auto"/>
              <w:rPr>
                <w:noProof/>
                <w:lang w:val="ro-RO"/>
              </w:rPr>
            </w:pPr>
            <w:r w:rsidRPr="008E6C00">
              <w:rPr>
                <w:noProof/>
                <w:sz w:val="16"/>
                <w:lang w:val="ro-RO"/>
              </w:rPr>
              <w:t>Instrucțiuni prea generale; lipsa criteriilor de acceptare; practici diferite între schimburi sau locații.</w:t>
            </w:r>
          </w:p>
        </w:tc>
      </w:tr>
    </w:tbl>
    <w:p w14:paraId="4297FE3F" w14:textId="77777777" w:rsidR="00430FCC" w:rsidRPr="008E6C00" w:rsidRDefault="00430FCC">
      <w:pPr>
        <w:spacing w:after="40"/>
        <w:rPr>
          <w:noProof/>
          <w:lang w:val="ro-RO"/>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430FCC" w:rsidRPr="008E6C00" w14:paraId="41EF0EB1" w14:textId="77777777">
        <w:trPr>
          <w:jc w:val="center"/>
        </w:trPr>
        <w:tc>
          <w:tcPr>
            <w:tcW w:w="9921" w:type="dxa"/>
            <w:gridSpan w:val="2"/>
            <w:shd w:val="clear" w:color="auto" w:fill="D71920"/>
            <w:tcMar>
              <w:top w:w="80" w:type="dxa"/>
              <w:left w:w="90" w:type="dxa"/>
              <w:bottom w:w="80" w:type="dxa"/>
              <w:right w:w="90" w:type="dxa"/>
            </w:tcMar>
            <w:vAlign w:val="center"/>
          </w:tcPr>
          <w:p w14:paraId="5C0188EF" w14:textId="77777777" w:rsidR="00430FCC" w:rsidRPr="008E6C00" w:rsidRDefault="00000000">
            <w:pPr>
              <w:spacing w:after="0" w:line="240" w:lineRule="auto"/>
              <w:rPr>
                <w:noProof/>
                <w:lang w:val="ro-RO"/>
              </w:rPr>
            </w:pPr>
            <w:r w:rsidRPr="008E6C00">
              <w:rPr>
                <w:b/>
                <w:noProof/>
                <w:color w:val="FFFFFF"/>
                <w:sz w:val="22"/>
                <w:lang w:val="ro-RO"/>
              </w:rPr>
              <w:t>5.5. Instrucțiuni de lucru și criterii de acceptare</w:t>
            </w:r>
          </w:p>
        </w:tc>
      </w:tr>
      <w:tr w:rsidR="00430FCC" w:rsidRPr="008E6C00" w14:paraId="11BECE2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0B137C4A" w14:textId="77777777" w:rsidR="00430FCC" w:rsidRPr="008E6C00" w:rsidRDefault="00000000">
            <w:pPr>
              <w:spacing w:after="0" w:line="240" w:lineRule="auto"/>
              <w:rPr>
                <w:noProof/>
                <w:lang w:val="ro-RO"/>
              </w:rPr>
            </w:pPr>
            <w:r w:rsidRPr="008E6C00">
              <w:rPr>
                <w:b/>
                <w:noProof/>
                <w:sz w:val="16"/>
                <w:lang w:val="ro-RO"/>
              </w:rPr>
              <w:t>Categorie</w:t>
            </w:r>
          </w:p>
        </w:tc>
        <w:tc>
          <w:tcPr>
            <w:tcW w:w="7540" w:type="dxa"/>
            <w:shd w:val="clear" w:color="auto" w:fill="FFFFFF"/>
            <w:tcMar>
              <w:top w:w="80" w:type="dxa"/>
              <w:left w:w="90" w:type="dxa"/>
              <w:bottom w:w="80" w:type="dxa"/>
              <w:right w:w="90" w:type="dxa"/>
            </w:tcMar>
            <w:vAlign w:val="center"/>
          </w:tcPr>
          <w:p w14:paraId="0593CA26" w14:textId="77777777" w:rsidR="00430FCC" w:rsidRPr="008E6C00" w:rsidRDefault="00000000">
            <w:pPr>
              <w:spacing w:after="0" w:line="240" w:lineRule="auto"/>
              <w:rPr>
                <w:noProof/>
                <w:lang w:val="ro-RO"/>
              </w:rPr>
            </w:pPr>
            <w:r w:rsidRPr="008E6C00">
              <w:rPr>
                <w:noProof/>
                <w:sz w:val="16"/>
                <w:lang w:val="ro-RO"/>
              </w:rPr>
              <w:t>Documente menținute după necesitate</w:t>
            </w:r>
          </w:p>
        </w:tc>
      </w:tr>
      <w:tr w:rsidR="00430FCC" w:rsidRPr="008E6C00" w14:paraId="0A5C32A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5FF85AEE" w14:textId="77777777" w:rsidR="00430FCC" w:rsidRPr="008E6C00" w:rsidRDefault="00000000">
            <w:pPr>
              <w:spacing w:after="0" w:line="240" w:lineRule="auto"/>
              <w:rPr>
                <w:noProof/>
                <w:lang w:val="ro-RO"/>
              </w:rPr>
            </w:pPr>
            <w:r w:rsidRPr="008E6C00">
              <w:rPr>
                <w:b/>
                <w:noProof/>
                <w:sz w:val="16"/>
                <w:lang w:val="ro-RO"/>
              </w:rPr>
              <w:t>Referință ISO 9001</w:t>
            </w:r>
          </w:p>
        </w:tc>
        <w:tc>
          <w:tcPr>
            <w:tcW w:w="7540" w:type="dxa"/>
            <w:shd w:val="clear" w:color="auto" w:fill="FFFFFF"/>
            <w:tcMar>
              <w:top w:w="80" w:type="dxa"/>
              <w:left w:w="90" w:type="dxa"/>
              <w:bottom w:w="80" w:type="dxa"/>
              <w:right w:w="90" w:type="dxa"/>
            </w:tcMar>
            <w:vAlign w:val="center"/>
          </w:tcPr>
          <w:p w14:paraId="55C53A58" w14:textId="77777777" w:rsidR="00430FCC" w:rsidRPr="008E6C00" w:rsidRDefault="00000000">
            <w:pPr>
              <w:spacing w:after="0" w:line="240" w:lineRule="auto"/>
              <w:rPr>
                <w:noProof/>
                <w:lang w:val="ro-RO"/>
              </w:rPr>
            </w:pPr>
            <w:r w:rsidRPr="008E6C00">
              <w:rPr>
                <w:noProof/>
                <w:sz w:val="16"/>
                <w:lang w:val="ro-RO"/>
              </w:rPr>
              <w:t>4.4, 7.5, 8.5.1, 8.6</w:t>
            </w:r>
          </w:p>
        </w:tc>
      </w:tr>
      <w:tr w:rsidR="00430FCC" w:rsidRPr="008E6C00" w14:paraId="0D3C0C7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0E105E6E" w14:textId="77777777" w:rsidR="00430FCC" w:rsidRPr="008E6C00" w:rsidRDefault="00000000">
            <w:pPr>
              <w:spacing w:after="0" w:line="240" w:lineRule="auto"/>
              <w:rPr>
                <w:noProof/>
                <w:lang w:val="ro-RO"/>
              </w:rPr>
            </w:pPr>
            <w:r w:rsidRPr="008E6C00">
              <w:rPr>
                <w:b/>
                <w:noProof/>
                <w:sz w:val="16"/>
                <w:lang w:val="ro-RO"/>
              </w:rPr>
              <w:t>Când este necesar</w:t>
            </w:r>
          </w:p>
        </w:tc>
        <w:tc>
          <w:tcPr>
            <w:tcW w:w="7540" w:type="dxa"/>
            <w:shd w:val="clear" w:color="auto" w:fill="FFFFFF"/>
            <w:tcMar>
              <w:top w:w="80" w:type="dxa"/>
              <w:left w:w="90" w:type="dxa"/>
              <w:bottom w:w="80" w:type="dxa"/>
              <w:right w:w="90" w:type="dxa"/>
            </w:tcMar>
            <w:vAlign w:val="center"/>
          </w:tcPr>
          <w:p w14:paraId="25035E0E" w14:textId="77777777" w:rsidR="00430FCC" w:rsidRPr="008E6C00" w:rsidRDefault="00000000">
            <w:pPr>
              <w:spacing w:after="0" w:line="240" w:lineRule="auto"/>
              <w:rPr>
                <w:noProof/>
                <w:lang w:val="ro-RO"/>
              </w:rPr>
            </w:pPr>
            <w:r w:rsidRPr="008E6C00">
              <w:rPr>
                <w:noProof/>
                <w:sz w:val="16"/>
                <w:lang w:val="ro-RO"/>
              </w:rPr>
              <w:t>Întotdeauna</w:t>
            </w:r>
          </w:p>
        </w:tc>
      </w:tr>
      <w:tr w:rsidR="00430FCC" w:rsidRPr="008E6C00" w14:paraId="0FADDE9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53B7E33D" w14:textId="77777777" w:rsidR="00430FCC" w:rsidRPr="008E6C00" w:rsidRDefault="00000000">
            <w:pPr>
              <w:spacing w:after="0" w:line="240" w:lineRule="auto"/>
              <w:rPr>
                <w:noProof/>
                <w:lang w:val="ro-RO"/>
              </w:rPr>
            </w:pPr>
            <w:r w:rsidRPr="008E6C00">
              <w:rPr>
                <w:b/>
                <w:noProof/>
                <w:sz w:val="16"/>
                <w:lang w:val="ro-RO"/>
              </w:rPr>
              <w:t>Scop</w:t>
            </w:r>
          </w:p>
        </w:tc>
        <w:tc>
          <w:tcPr>
            <w:tcW w:w="7540" w:type="dxa"/>
            <w:shd w:val="clear" w:color="auto" w:fill="FFFFFF"/>
            <w:tcMar>
              <w:top w:w="80" w:type="dxa"/>
              <w:left w:w="90" w:type="dxa"/>
              <w:bottom w:w="80" w:type="dxa"/>
              <w:right w:w="90" w:type="dxa"/>
            </w:tcMar>
            <w:vAlign w:val="center"/>
          </w:tcPr>
          <w:p w14:paraId="50956E1B" w14:textId="77777777" w:rsidR="00430FCC" w:rsidRPr="008E6C00" w:rsidRDefault="00000000">
            <w:pPr>
              <w:spacing w:after="0" w:line="240" w:lineRule="auto"/>
              <w:rPr>
                <w:noProof/>
                <w:lang w:val="ro-RO"/>
              </w:rPr>
            </w:pPr>
            <w:r w:rsidRPr="008E6C00">
              <w:rPr>
                <w:noProof/>
                <w:sz w:val="16"/>
                <w:lang w:val="ro-RO"/>
              </w:rPr>
              <w:t>Reduce variația și ajută personalul să execute și să verifice corect activitățile critice.</w:t>
            </w:r>
          </w:p>
        </w:tc>
      </w:tr>
      <w:tr w:rsidR="00430FCC" w:rsidRPr="008E6C00" w14:paraId="4A9E6DC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1C405BEF" w14:textId="77777777" w:rsidR="00430FCC" w:rsidRPr="008E6C00" w:rsidRDefault="00000000">
            <w:pPr>
              <w:spacing w:after="0" w:line="240" w:lineRule="auto"/>
              <w:rPr>
                <w:noProof/>
                <w:lang w:val="ro-RO"/>
              </w:rPr>
            </w:pPr>
            <w:r w:rsidRPr="008E6C00">
              <w:rPr>
                <w:b/>
                <w:noProof/>
                <w:sz w:val="16"/>
                <w:lang w:val="ro-RO"/>
              </w:rPr>
              <w:t>Conținut minim recomandat</w:t>
            </w:r>
          </w:p>
        </w:tc>
        <w:tc>
          <w:tcPr>
            <w:tcW w:w="7540" w:type="dxa"/>
            <w:shd w:val="clear" w:color="auto" w:fill="FFFFFF"/>
            <w:tcMar>
              <w:top w:w="80" w:type="dxa"/>
              <w:left w:w="90" w:type="dxa"/>
              <w:bottom w:w="80" w:type="dxa"/>
              <w:right w:w="90" w:type="dxa"/>
            </w:tcMar>
            <w:vAlign w:val="center"/>
          </w:tcPr>
          <w:p w14:paraId="6C13B1F1" w14:textId="77777777" w:rsidR="00430FCC" w:rsidRPr="008E6C00" w:rsidRDefault="00000000">
            <w:pPr>
              <w:spacing w:after="0" w:line="240" w:lineRule="auto"/>
              <w:rPr>
                <w:noProof/>
                <w:lang w:val="ro-RO"/>
              </w:rPr>
            </w:pPr>
            <w:r w:rsidRPr="008E6C00">
              <w:rPr>
                <w:noProof/>
                <w:sz w:val="16"/>
                <w:lang w:val="ro-RO"/>
              </w:rPr>
              <w:t>Scop; pași; parametri; toleranțe; imagini; puncte de control; criterii acceptare; echipament; siguranță relevantă; reacția la abatere.</w:t>
            </w:r>
          </w:p>
        </w:tc>
      </w:tr>
      <w:tr w:rsidR="00430FCC" w:rsidRPr="008E6C00" w14:paraId="09F20B6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3AE53AB0" w14:textId="77777777" w:rsidR="00430FCC" w:rsidRPr="008E6C00" w:rsidRDefault="00000000">
            <w:pPr>
              <w:spacing w:after="0" w:line="240" w:lineRule="auto"/>
              <w:rPr>
                <w:noProof/>
                <w:lang w:val="ro-RO"/>
              </w:rPr>
            </w:pPr>
            <w:r w:rsidRPr="008E6C00">
              <w:rPr>
                <w:b/>
                <w:noProof/>
                <w:sz w:val="16"/>
                <w:lang w:val="ro-RO"/>
              </w:rPr>
              <w:t>Proprietar orientativ</w:t>
            </w:r>
          </w:p>
        </w:tc>
        <w:tc>
          <w:tcPr>
            <w:tcW w:w="7540" w:type="dxa"/>
            <w:shd w:val="clear" w:color="auto" w:fill="FFFFFF"/>
            <w:tcMar>
              <w:top w:w="80" w:type="dxa"/>
              <w:left w:w="90" w:type="dxa"/>
              <w:bottom w:w="80" w:type="dxa"/>
              <w:right w:w="90" w:type="dxa"/>
            </w:tcMar>
            <w:vAlign w:val="center"/>
          </w:tcPr>
          <w:p w14:paraId="070946E9" w14:textId="77777777" w:rsidR="00430FCC" w:rsidRPr="008E6C00" w:rsidRDefault="00000000">
            <w:pPr>
              <w:spacing w:after="0" w:line="240" w:lineRule="auto"/>
              <w:rPr>
                <w:noProof/>
                <w:lang w:val="ro-RO"/>
              </w:rPr>
            </w:pPr>
            <w:r w:rsidRPr="008E6C00">
              <w:rPr>
                <w:noProof/>
                <w:sz w:val="16"/>
                <w:lang w:val="ro-RO"/>
              </w:rPr>
              <w:t>Expertul tehnic și managerul procesului.</w:t>
            </w:r>
          </w:p>
        </w:tc>
      </w:tr>
      <w:tr w:rsidR="00430FCC" w:rsidRPr="008E6C00" w14:paraId="71F18E2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25AB143B" w14:textId="77777777" w:rsidR="00430FCC" w:rsidRPr="008E6C00" w:rsidRDefault="00000000">
            <w:pPr>
              <w:spacing w:after="0" w:line="240" w:lineRule="auto"/>
              <w:rPr>
                <w:noProof/>
                <w:lang w:val="ro-RO"/>
              </w:rPr>
            </w:pPr>
            <w:r w:rsidRPr="008E6C00">
              <w:rPr>
                <w:b/>
                <w:noProof/>
                <w:sz w:val="16"/>
                <w:lang w:val="ro-RO"/>
              </w:rPr>
              <w:t>Revizuire / actualizare</w:t>
            </w:r>
          </w:p>
        </w:tc>
        <w:tc>
          <w:tcPr>
            <w:tcW w:w="7540" w:type="dxa"/>
            <w:shd w:val="clear" w:color="auto" w:fill="FFFFFF"/>
            <w:tcMar>
              <w:top w:w="80" w:type="dxa"/>
              <w:left w:w="90" w:type="dxa"/>
              <w:bottom w:w="80" w:type="dxa"/>
              <w:right w:w="90" w:type="dxa"/>
            </w:tcMar>
            <w:vAlign w:val="center"/>
          </w:tcPr>
          <w:p w14:paraId="2F33D14F" w14:textId="77777777" w:rsidR="00430FCC" w:rsidRPr="008E6C00" w:rsidRDefault="00000000">
            <w:pPr>
              <w:spacing w:after="0" w:line="240" w:lineRule="auto"/>
              <w:rPr>
                <w:noProof/>
                <w:lang w:val="ro-RO"/>
              </w:rPr>
            </w:pPr>
            <w:r w:rsidRPr="008E6C00">
              <w:rPr>
                <w:noProof/>
                <w:sz w:val="16"/>
                <w:lang w:val="ro-RO"/>
              </w:rPr>
              <w:t>La modificarea metodei, produsului, echipamentului, cerinței sau după erori recurente.</w:t>
            </w:r>
          </w:p>
        </w:tc>
      </w:tr>
      <w:tr w:rsidR="00430FCC" w:rsidRPr="008E6C00" w14:paraId="7F9DC59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5AE84351" w14:textId="77777777" w:rsidR="00430FCC" w:rsidRPr="008E6C00" w:rsidRDefault="00000000">
            <w:pPr>
              <w:spacing w:after="0" w:line="240" w:lineRule="auto"/>
              <w:rPr>
                <w:noProof/>
                <w:lang w:val="ro-RO"/>
              </w:rPr>
            </w:pPr>
            <w:r w:rsidRPr="008E6C00">
              <w:rPr>
                <w:b/>
                <w:noProof/>
                <w:sz w:val="16"/>
                <w:lang w:val="ro-RO"/>
              </w:rPr>
              <w:t>Dovezi asociate</w:t>
            </w:r>
          </w:p>
        </w:tc>
        <w:tc>
          <w:tcPr>
            <w:tcW w:w="7540" w:type="dxa"/>
            <w:shd w:val="clear" w:color="auto" w:fill="FFFFFF"/>
            <w:tcMar>
              <w:top w:w="80" w:type="dxa"/>
              <w:left w:w="90" w:type="dxa"/>
              <w:bottom w:w="80" w:type="dxa"/>
              <w:right w:w="90" w:type="dxa"/>
            </w:tcMar>
            <w:vAlign w:val="center"/>
          </w:tcPr>
          <w:p w14:paraId="1B6B54B8" w14:textId="77777777" w:rsidR="00430FCC" w:rsidRPr="008E6C00" w:rsidRDefault="00000000">
            <w:pPr>
              <w:spacing w:after="0" w:line="240" w:lineRule="auto"/>
              <w:rPr>
                <w:noProof/>
                <w:lang w:val="ro-RO"/>
              </w:rPr>
            </w:pPr>
            <w:r w:rsidRPr="008E6C00">
              <w:rPr>
                <w:noProof/>
                <w:sz w:val="16"/>
                <w:lang w:val="ro-RO"/>
              </w:rPr>
              <w:t>Observații la locul de muncă, rezultate conforme, instruiri și verificări.</w:t>
            </w:r>
          </w:p>
        </w:tc>
      </w:tr>
      <w:tr w:rsidR="00430FCC" w:rsidRPr="008E6C00" w14:paraId="6423624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62B2659B" w14:textId="77777777" w:rsidR="00430FCC" w:rsidRPr="008E6C00" w:rsidRDefault="00000000">
            <w:pPr>
              <w:spacing w:after="0" w:line="240" w:lineRule="auto"/>
              <w:rPr>
                <w:noProof/>
                <w:lang w:val="ro-RO"/>
              </w:rPr>
            </w:pPr>
            <w:r w:rsidRPr="008E6C00">
              <w:rPr>
                <w:b/>
                <w:noProof/>
                <w:sz w:val="16"/>
                <w:lang w:val="ro-RO"/>
              </w:rPr>
              <w:t>Erori frecvente</w:t>
            </w:r>
          </w:p>
        </w:tc>
        <w:tc>
          <w:tcPr>
            <w:tcW w:w="7540" w:type="dxa"/>
            <w:shd w:val="clear" w:color="auto" w:fill="FFFFFF"/>
            <w:tcMar>
              <w:top w:w="80" w:type="dxa"/>
              <w:left w:w="90" w:type="dxa"/>
              <w:bottom w:w="80" w:type="dxa"/>
              <w:right w:w="90" w:type="dxa"/>
            </w:tcMar>
            <w:vAlign w:val="center"/>
          </w:tcPr>
          <w:p w14:paraId="70F0E238" w14:textId="77777777" w:rsidR="00430FCC" w:rsidRPr="008E6C00" w:rsidRDefault="00000000">
            <w:pPr>
              <w:spacing w:after="0" w:line="240" w:lineRule="auto"/>
              <w:rPr>
                <w:noProof/>
                <w:lang w:val="ro-RO"/>
              </w:rPr>
            </w:pPr>
            <w:r w:rsidRPr="008E6C00">
              <w:rPr>
                <w:noProof/>
                <w:sz w:val="16"/>
                <w:lang w:val="ro-RO"/>
              </w:rPr>
              <w:t>Descrierea evidentului și omiterea punctelor critice; fotografii neactualizate; document inaccesibil la locul de utilizare.</w:t>
            </w:r>
          </w:p>
        </w:tc>
      </w:tr>
    </w:tbl>
    <w:p w14:paraId="3C7EE370" w14:textId="77777777" w:rsidR="00430FCC" w:rsidRPr="008E6C00" w:rsidRDefault="00430FCC">
      <w:pPr>
        <w:spacing w:after="40"/>
        <w:rPr>
          <w:noProof/>
          <w:lang w:val="ro-RO"/>
        </w:rPr>
      </w:pPr>
    </w:p>
    <w:p w14:paraId="6AE813C1" w14:textId="77777777" w:rsidR="00430FCC" w:rsidRPr="008E6C00" w:rsidRDefault="00000000">
      <w:pPr>
        <w:rPr>
          <w:noProof/>
          <w:lang w:val="ro-RO"/>
        </w:rPr>
      </w:pPr>
      <w:r w:rsidRPr="008E6C00">
        <w:rPr>
          <w:noProof/>
          <w:lang w:val="ro-RO"/>
        </w:rPr>
        <w:br w:type="page"/>
      </w: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430FCC" w:rsidRPr="008E6C00" w14:paraId="2474695E" w14:textId="77777777">
        <w:trPr>
          <w:jc w:val="center"/>
        </w:trPr>
        <w:tc>
          <w:tcPr>
            <w:tcW w:w="9921" w:type="dxa"/>
            <w:gridSpan w:val="2"/>
            <w:shd w:val="clear" w:color="auto" w:fill="D71920"/>
            <w:tcMar>
              <w:top w:w="80" w:type="dxa"/>
              <w:left w:w="90" w:type="dxa"/>
              <w:bottom w:w="80" w:type="dxa"/>
              <w:right w:w="90" w:type="dxa"/>
            </w:tcMar>
            <w:vAlign w:val="center"/>
          </w:tcPr>
          <w:p w14:paraId="644ACBAC" w14:textId="77777777" w:rsidR="00430FCC" w:rsidRPr="008E6C00" w:rsidRDefault="00000000">
            <w:pPr>
              <w:spacing w:after="0" w:line="240" w:lineRule="auto"/>
              <w:rPr>
                <w:noProof/>
                <w:lang w:val="ro-RO"/>
              </w:rPr>
            </w:pPr>
            <w:r w:rsidRPr="008E6C00">
              <w:rPr>
                <w:b/>
                <w:noProof/>
                <w:color w:val="FFFFFF"/>
                <w:sz w:val="22"/>
                <w:lang w:val="ro-RO"/>
              </w:rPr>
              <w:lastRenderedPageBreak/>
              <w:t>5.6. Eliberarea produselor și serviciilor</w:t>
            </w:r>
          </w:p>
        </w:tc>
      </w:tr>
      <w:tr w:rsidR="00430FCC" w:rsidRPr="008E6C00" w14:paraId="2646EB6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20FAF37F" w14:textId="77777777" w:rsidR="00430FCC" w:rsidRPr="008E6C00" w:rsidRDefault="00000000">
            <w:pPr>
              <w:spacing w:after="0" w:line="240" w:lineRule="auto"/>
              <w:rPr>
                <w:noProof/>
                <w:lang w:val="ro-RO"/>
              </w:rPr>
            </w:pPr>
            <w:r w:rsidRPr="008E6C00">
              <w:rPr>
                <w:b/>
                <w:noProof/>
                <w:sz w:val="16"/>
                <w:lang w:val="ro-RO"/>
              </w:rPr>
              <w:t>Categorie</w:t>
            </w:r>
          </w:p>
        </w:tc>
        <w:tc>
          <w:tcPr>
            <w:tcW w:w="7540" w:type="dxa"/>
            <w:shd w:val="clear" w:color="auto" w:fill="FFFFFF"/>
            <w:tcMar>
              <w:top w:w="80" w:type="dxa"/>
              <w:left w:w="90" w:type="dxa"/>
              <w:bottom w:w="80" w:type="dxa"/>
              <w:right w:w="90" w:type="dxa"/>
            </w:tcMar>
            <w:vAlign w:val="center"/>
          </w:tcPr>
          <w:p w14:paraId="565C1964" w14:textId="77777777" w:rsidR="00430FCC" w:rsidRPr="008E6C00" w:rsidRDefault="00000000">
            <w:pPr>
              <w:spacing w:after="0" w:line="240" w:lineRule="auto"/>
              <w:rPr>
                <w:noProof/>
                <w:lang w:val="ro-RO"/>
              </w:rPr>
            </w:pPr>
            <w:r w:rsidRPr="008E6C00">
              <w:rPr>
                <w:noProof/>
                <w:sz w:val="16"/>
                <w:lang w:val="ro-RO"/>
              </w:rPr>
              <w:t>Criterii + înregistrări</w:t>
            </w:r>
          </w:p>
        </w:tc>
      </w:tr>
      <w:tr w:rsidR="00430FCC" w:rsidRPr="008E6C00" w14:paraId="5F9F5C0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09C141E9" w14:textId="77777777" w:rsidR="00430FCC" w:rsidRPr="008E6C00" w:rsidRDefault="00000000">
            <w:pPr>
              <w:spacing w:after="0" w:line="240" w:lineRule="auto"/>
              <w:rPr>
                <w:noProof/>
                <w:lang w:val="ro-RO"/>
              </w:rPr>
            </w:pPr>
            <w:r w:rsidRPr="008E6C00">
              <w:rPr>
                <w:b/>
                <w:noProof/>
                <w:sz w:val="16"/>
                <w:lang w:val="ro-RO"/>
              </w:rPr>
              <w:t>Referință ISO 9001</w:t>
            </w:r>
          </w:p>
        </w:tc>
        <w:tc>
          <w:tcPr>
            <w:tcW w:w="7540" w:type="dxa"/>
            <w:shd w:val="clear" w:color="auto" w:fill="FFFFFF"/>
            <w:tcMar>
              <w:top w:w="80" w:type="dxa"/>
              <w:left w:w="90" w:type="dxa"/>
              <w:bottom w:w="80" w:type="dxa"/>
              <w:right w:w="90" w:type="dxa"/>
            </w:tcMar>
            <w:vAlign w:val="center"/>
          </w:tcPr>
          <w:p w14:paraId="560A2E4E" w14:textId="77777777" w:rsidR="00430FCC" w:rsidRPr="008E6C00" w:rsidRDefault="00000000">
            <w:pPr>
              <w:spacing w:after="0" w:line="240" w:lineRule="auto"/>
              <w:rPr>
                <w:noProof/>
                <w:lang w:val="ro-RO"/>
              </w:rPr>
            </w:pPr>
            <w:r w:rsidRPr="008E6C00">
              <w:rPr>
                <w:noProof/>
                <w:sz w:val="16"/>
                <w:lang w:val="ro-RO"/>
              </w:rPr>
              <w:t>8.6</w:t>
            </w:r>
          </w:p>
        </w:tc>
      </w:tr>
      <w:tr w:rsidR="00430FCC" w:rsidRPr="008E6C00" w14:paraId="6A682FF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7F9B1FE8" w14:textId="77777777" w:rsidR="00430FCC" w:rsidRPr="008E6C00" w:rsidRDefault="00000000">
            <w:pPr>
              <w:spacing w:after="0" w:line="240" w:lineRule="auto"/>
              <w:rPr>
                <w:noProof/>
                <w:lang w:val="ro-RO"/>
              </w:rPr>
            </w:pPr>
            <w:r w:rsidRPr="008E6C00">
              <w:rPr>
                <w:b/>
                <w:noProof/>
                <w:sz w:val="16"/>
                <w:lang w:val="ro-RO"/>
              </w:rPr>
              <w:t>Când este necesar</w:t>
            </w:r>
          </w:p>
        </w:tc>
        <w:tc>
          <w:tcPr>
            <w:tcW w:w="7540" w:type="dxa"/>
            <w:shd w:val="clear" w:color="auto" w:fill="FFFFFF"/>
            <w:tcMar>
              <w:top w:w="80" w:type="dxa"/>
              <w:left w:w="90" w:type="dxa"/>
              <w:bottom w:w="80" w:type="dxa"/>
              <w:right w:w="90" w:type="dxa"/>
            </w:tcMar>
            <w:vAlign w:val="center"/>
          </w:tcPr>
          <w:p w14:paraId="7D240887" w14:textId="77777777" w:rsidR="00430FCC" w:rsidRPr="008E6C00" w:rsidRDefault="00000000">
            <w:pPr>
              <w:spacing w:after="0" w:line="240" w:lineRule="auto"/>
              <w:rPr>
                <w:noProof/>
                <w:lang w:val="ro-RO"/>
              </w:rPr>
            </w:pPr>
            <w:r w:rsidRPr="008E6C00">
              <w:rPr>
                <w:noProof/>
                <w:sz w:val="16"/>
                <w:lang w:val="ro-RO"/>
              </w:rPr>
              <w:t>Întotdeauna</w:t>
            </w:r>
          </w:p>
        </w:tc>
      </w:tr>
      <w:tr w:rsidR="00430FCC" w:rsidRPr="008E6C00" w14:paraId="659FD03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3A05A3A6" w14:textId="77777777" w:rsidR="00430FCC" w:rsidRPr="008E6C00" w:rsidRDefault="00000000">
            <w:pPr>
              <w:spacing w:after="0" w:line="240" w:lineRule="auto"/>
              <w:rPr>
                <w:noProof/>
                <w:lang w:val="ro-RO"/>
              </w:rPr>
            </w:pPr>
            <w:r w:rsidRPr="008E6C00">
              <w:rPr>
                <w:b/>
                <w:noProof/>
                <w:sz w:val="16"/>
                <w:lang w:val="ro-RO"/>
              </w:rPr>
              <w:t>Scop</w:t>
            </w:r>
          </w:p>
        </w:tc>
        <w:tc>
          <w:tcPr>
            <w:tcW w:w="7540" w:type="dxa"/>
            <w:shd w:val="clear" w:color="auto" w:fill="FFFFFF"/>
            <w:tcMar>
              <w:top w:w="80" w:type="dxa"/>
              <w:left w:w="90" w:type="dxa"/>
              <w:bottom w:w="80" w:type="dxa"/>
              <w:right w:w="90" w:type="dxa"/>
            </w:tcMar>
            <w:vAlign w:val="center"/>
          </w:tcPr>
          <w:p w14:paraId="0563EDA0" w14:textId="77777777" w:rsidR="00430FCC" w:rsidRPr="008E6C00" w:rsidRDefault="00000000">
            <w:pPr>
              <w:spacing w:after="0" w:line="240" w:lineRule="auto"/>
              <w:rPr>
                <w:noProof/>
                <w:lang w:val="ro-RO"/>
              </w:rPr>
            </w:pPr>
            <w:r w:rsidRPr="008E6C00">
              <w:rPr>
                <w:noProof/>
                <w:sz w:val="16"/>
                <w:lang w:val="ro-RO"/>
              </w:rPr>
              <w:t>Previne livrarea înainte de confirmarea îndeplinirii criteriilor planificate.</w:t>
            </w:r>
          </w:p>
        </w:tc>
      </w:tr>
      <w:tr w:rsidR="00430FCC" w:rsidRPr="008E6C00" w14:paraId="348A869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3F02C310" w14:textId="77777777" w:rsidR="00430FCC" w:rsidRPr="008E6C00" w:rsidRDefault="00000000">
            <w:pPr>
              <w:spacing w:after="0" w:line="240" w:lineRule="auto"/>
              <w:rPr>
                <w:noProof/>
                <w:lang w:val="ro-RO"/>
              </w:rPr>
            </w:pPr>
            <w:r w:rsidRPr="008E6C00">
              <w:rPr>
                <w:b/>
                <w:noProof/>
                <w:sz w:val="16"/>
                <w:lang w:val="ro-RO"/>
              </w:rPr>
              <w:t>Conținut minim recomandat</w:t>
            </w:r>
          </w:p>
        </w:tc>
        <w:tc>
          <w:tcPr>
            <w:tcW w:w="7540" w:type="dxa"/>
            <w:shd w:val="clear" w:color="auto" w:fill="FFFFFF"/>
            <w:tcMar>
              <w:top w:w="80" w:type="dxa"/>
              <w:left w:w="90" w:type="dxa"/>
              <w:bottom w:w="80" w:type="dxa"/>
              <w:right w:w="90" w:type="dxa"/>
            </w:tcMar>
            <w:vAlign w:val="center"/>
          </w:tcPr>
          <w:p w14:paraId="68021FCA" w14:textId="77777777" w:rsidR="00430FCC" w:rsidRPr="008E6C00" w:rsidRDefault="00000000">
            <w:pPr>
              <w:spacing w:after="0" w:line="240" w:lineRule="auto"/>
              <w:rPr>
                <w:noProof/>
                <w:lang w:val="ro-RO"/>
              </w:rPr>
            </w:pPr>
            <w:r w:rsidRPr="008E6C00">
              <w:rPr>
                <w:noProof/>
                <w:sz w:val="16"/>
                <w:lang w:val="ro-RO"/>
              </w:rPr>
              <w:t>Criterii; rezultate verificare; status; excepții/concesii; data; identitatea persoanei care autorizează; trasabilitate către comandă sau lot.</w:t>
            </w:r>
          </w:p>
        </w:tc>
      </w:tr>
      <w:tr w:rsidR="00430FCC" w:rsidRPr="008E6C00" w14:paraId="5A2CA10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415917A8" w14:textId="77777777" w:rsidR="00430FCC" w:rsidRPr="008E6C00" w:rsidRDefault="00000000">
            <w:pPr>
              <w:spacing w:after="0" w:line="240" w:lineRule="auto"/>
              <w:rPr>
                <w:noProof/>
                <w:lang w:val="ro-RO"/>
              </w:rPr>
            </w:pPr>
            <w:r w:rsidRPr="008E6C00">
              <w:rPr>
                <w:b/>
                <w:noProof/>
                <w:sz w:val="16"/>
                <w:lang w:val="ro-RO"/>
              </w:rPr>
              <w:t>Proprietar orientativ</w:t>
            </w:r>
          </w:p>
        </w:tc>
        <w:tc>
          <w:tcPr>
            <w:tcW w:w="7540" w:type="dxa"/>
            <w:shd w:val="clear" w:color="auto" w:fill="FFFFFF"/>
            <w:tcMar>
              <w:top w:w="80" w:type="dxa"/>
              <w:left w:w="90" w:type="dxa"/>
              <w:bottom w:w="80" w:type="dxa"/>
              <w:right w:w="90" w:type="dxa"/>
            </w:tcMar>
            <w:vAlign w:val="center"/>
          </w:tcPr>
          <w:p w14:paraId="11ED5D9A" w14:textId="77777777" w:rsidR="00430FCC" w:rsidRPr="008E6C00" w:rsidRDefault="00000000">
            <w:pPr>
              <w:spacing w:after="0" w:line="240" w:lineRule="auto"/>
              <w:rPr>
                <w:noProof/>
                <w:lang w:val="ro-RO"/>
              </w:rPr>
            </w:pPr>
            <w:r w:rsidRPr="008E6C00">
              <w:rPr>
                <w:noProof/>
                <w:sz w:val="16"/>
                <w:lang w:val="ro-RO"/>
              </w:rPr>
              <w:t>Control calitate sau persoana autorizată de proces.</w:t>
            </w:r>
          </w:p>
        </w:tc>
      </w:tr>
      <w:tr w:rsidR="00430FCC" w:rsidRPr="008E6C00" w14:paraId="5F11FAC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7D2B7431" w14:textId="77777777" w:rsidR="00430FCC" w:rsidRPr="008E6C00" w:rsidRDefault="00000000">
            <w:pPr>
              <w:spacing w:after="0" w:line="240" w:lineRule="auto"/>
              <w:rPr>
                <w:noProof/>
                <w:lang w:val="ro-RO"/>
              </w:rPr>
            </w:pPr>
            <w:r w:rsidRPr="008E6C00">
              <w:rPr>
                <w:b/>
                <w:noProof/>
                <w:sz w:val="16"/>
                <w:lang w:val="ro-RO"/>
              </w:rPr>
              <w:t>Revizuire / actualizare</w:t>
            </w:r>
          </w:p>
        </w:tc>
        <w:tc>
          <w:tcPr>
            <w:tcW w:w="7540" w:type="dxa"/>
            <w:shd w:val="clear" w:color="auto" w:fill="FFFFFF"/>
            <w:tcMar>
              <w:top w:w="80" w:type="dxa"/>
              <w:left w:w="90" w:type="dxa"/>
              <w:bottom w:w="80" w:type="dxa"/>
              <w:right w:w="90" w:type="dxa"/>
            </w:tcMar>
            <w:vAlign w:val="center"/>
          </w:tcPr>
          <w:p w14:paraId="07158167" w14:textId="77777777" w:rsidR="00430FCC" w:rsidRPr="008E6C00" w:rsidRDefault="00000000">
            <w:pPr>
              <w:spacing w:after="0" w:line="240" w:lineRule="auto"/>
              <w:rPr>
                <w:noProof/>
                <w:lang w:val="ro-RO"/>
              </w:rPr>
            </w:pPr>
            <w:r w:rsidRPr="008E6C00">
              <w:rPr>
                <w:noProof/>
                <w:sz w:val="16"/>
                <w:lang w:val="ro-RO"/>
              </w:rPr>
              <w:t>La fiecare lot, comandă, etapă ori serviciu, conform planificării.</w:t>
            </w:r>
          </w:p>
        </w:tc>
      </w:tr>
      <w:tr w:rsidR="00430FCC" w:rsidRPr="008E6C00" w14:paraId="06EBD54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4FCF4EA8" w14:textId="77777777" w:rsidR="00430FCC" w:rsidRPr="008E6C00" w:rsidRDefault="00000000">
            <w:pPr>
              <w:spacing w:after="0" w:line="240" w:lineRule="auto"/>
              <w:rPr>
                <w:noProof/>
                <w:lang w:val="ro-RO"/>
              </w:rPr>
            </w:pPr>
            <w:r w:rsidRPr="008E6C00">
              <w:rPr>
                <w:b/>
                <w:noProof/>
                <w:sz w:val="16"/>
                <w:lang w:val="ro-RO"/>
              </w:rPr>
              <w:t>Dovezi asociate</w:t>
            </w:r>
          </w:p>
        </w:tc>
        <w:tc>
          <w:tcPr>
            <w:tcW w:w="7540" w:type="dxa"/>
            <w:shd w:val="clear" w:color="auto" w:fill="FFFFFF"/>
            <w:tcMar>
              <w:top w:w="80" w:type="dxa"/>
              <w:left w:w="90" w:type="dxa"/>
              <w:bottom w:w="80" w:type="dxa"/>
              <w:right w:w="90" w:type="dxa"/>
            </w:tcMar>
            <w:vAlign w:val="center"/>
          </w:tcPr>
          <w:p w14:paraId="5F09681C" w14:textId="77777777" w:rsidR="00430FCC" w:rsidRPr="008E6C00" w:rsidRDefault="00000000">
            <w:pPr>
              <w:spacing w:after="0" w:line="240" w:lineRule="auto"/>
              <w:rPr>
                <w:noProof/>
                <w:lang w:val="ro-RO"/>
              </w:rPr>
            </w:pPr>
            <w:r w:rsidRPr="008E6C00">
              <w:rPr>
                <w:noProof/>
                <w:sz w:val="16"/>
                <w:lang w:val="ro-RO"/>
              </w:rPr>
              <w:t>Raport de inspecție, certificat, semnătură electronică, status în aplicație.</w:t>
            </w:r>
          </w:p>
        </w:tc>
      </w:tr>
      <w:tr w:rsidR="00430FCC" w:rsidRPr="008E6C00" w14:paraId="50F50B1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80" w:type="dxa"/>
              <w:left w:w="90" w:type="dxa"/>
              <w:bottom w:w="80" w:type="dxa"/>
              <w:right w:w="90" w:type="dxa"/>
            </w:tcMar>
            <w:vAlign w:val="center"/>
          </w:tcPr>
          <w:p w14:paraId="20622691" w14:textId="77777777" w:rsidR="00430FCC" w:rsidRPr="008E6C00" w:rsidRDefault="00000000">
            <w:pPr>
              <w:spacing w:after="0" w:line="240" w:lineRule="auto"/>
              <w:rPr>
                <w:noProof/>
                <w:lang w:val="ro-RO"/>
              </w:rPr>
            </w:pPr>
            <w:r w:rsidRPr="008E6C00">
              <w:rPr>
                <w:b/>
                <w:noProof/>
                <w:sz w:val="16"/>
                <w:lang w:val="ro-RO"/>
              </w:rPr>
              <w:t>Erori frecvente</w:t>
            </w:r>
          </w:p>
        </w:tc>
        <w:tc>
          <w:tcPr>
            <w:tcW w:w="7540" w:type="dxa"/>
            <w:shd w:val="clear" w:color="auto" w:fill="FFFFFF"/>
            <w:tcMar>
              <w:top w:w="80" w:type="dxa"/>
              <w:left w:w="90" w:type="dxa"/>
              <w:bottom w:w="80" w:type="dxa"/>
              <w:right w:w="90" w:type="dxa"/>
            </w:tcMar>
            <w:vAlign w:val="center"/>
          </w:tcPr>
          <w:p w14:paraId="706E425E" w14:textId="77777777" w:rsidR="00430FCC" w:rsidRPr="008E6C00" w:rsidRDefault="00000000">
            <w:pPr>
              <w:spacing w:after="0" w:line="240" w:lineRule="auto"/>
              <w:rPr>
                <w:noProof/>
                <w:lang w:val="ro-RO"/>
              </w:rPr>
            </w:pPr>
            <w:r w:rsidRPr="008E6C00">
              <w:rPr>
                <w:noProof/>
                <w:sz w:val="16"/>
                <w:lang w:val="ro-RO"/>
              </w:rPr>
              <w:t>Eliberare bazată pe presupuneri; semnături fără criterii; persoană neautorizată; dovezi greu de legat de produs/serviciu.</w:t>
            </w:r>
          </w:p>
        </w:tc>
      </w:tr>
    </w:tbl>
    <w:p w14:paraId="63B7E77E" w14:textId="77777777" w:rsidR="00430FCC" w:rsidRPr="008E6C00" w:rsidRDefault="00430FCC">
      <w:pPr>
        <w:spacing w:after="40"/>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430FCC" w:rsidRPr="008E6C00" w14:paraId="7A14BC3D" w14:textId="77777777">
        <w:trPr>
          <w:cantSplit/>
          <w:jc w:val="center"/>
        </w:trPr>
        <w:tc>
          <w:tcPr>
            <w:tcW w:w="1020" w:type="dxa"/>
            <w:shd w:val="clear" w:color="auto" w:fill="D71920"/>
            <w:tcMar>
              <w:top w:w="80" w:type="dxa"/>
              <w:left w:w="90" w:type="dxa"/>
              <w:bottom w:w="80" w:type="dxa"/>
              <w:right w:w="90" w:type="dxa"/>
            </w:tcMar>
            <w:vAlign w:val="center"/>
          </w:tcPr>
          <w:p w14:paraId="2138C110" w14:textId="77777777" w:rsidR="00430FCC" w:rsidRPr="008E6C00" w:rsidRDefault="00000000">
            <w:pPr>
              <w:spacing w:after="0" w:line="240" w:lineRule="auto"/>
              <w:jc w:val="center"/>
              <w:rPr>
                <w:noProof/>
                <w:lang w:val="ro-RO"/>
              </w:rPr>
            </w:pPr>
            <w:r w:rsidRPr="008E6C00">
              <w:rPr>
                <w:b/>
                <w:noProof/>
                <w:color w:val="FFFFFF"/>
                <w:sz w:val="34"/>
                <w:lang w:val="ro-RO"/>
              </w:rPr>
              <w:t>6</w:t>
            </w:r>
          </w:p>
        </w:tc>
        <w:tc>
          <w:tcPr>
            <w:tcW w:w="8901" w:type="dxa"/>
            <w:shd w:val="clear" w:color="auto" w:fill="F3F4F5"/>
          </w:tcPr>
          <w:p w14:paraId="1953590F" w14:textId="77777777" w:rsidR="00430FCC" w:rsidRPr="008E6C00" w:rsidRDefault="00000000">
            <w:pPr>
              <w:spacing w:after="20"/>
              <w:rPr>
                <w:noProof/>
                <w:lang w:val="ro-RO"/>
              </w:rPr>
            </w:pPr>
            <w:r w:rsidRPr="008E6C00">
              <w:rPr>
                <w:b/>
                <w:noProof/>
                <w:sz w:val="28"/>
                <w:lang w:val="ro-RO"/>
              </w:rPr>
              <w:t>Documente condiționale și situații speciale</w:t>
            </w:r>
          </w:p>
          <w:p w14:paraId="2D8C4A8D" w14:textId="77777777" w:rsidR="00430FCC" w:rsidRPr="008E6C00" w:rsidRDefault="00000000">
            <w:pPr>
              <w:spacing w:after="0"/>
              <w:rPr>
                <w:noProof/>
                <w:lang w:val="ro-RO"/>
              </w:rPr>
            </w:pPr>
            <w:r w:rsidRPr="008E6C00">
              <w:rPr>
                <w:noProof/>
                <w:color w:val="666666"/>
                <w:sz w:val="17"/>
                <w:lang w:val="ro-RO"/>
              </w:rPr>
              <w:t>Nu creați documente pentru activități care nu există, dar controlați riguros ceea ce este aplicabil</w:t>
            </w:r>
          </w:p>
        </w:tc>
      </w:tr>
    </w:tbl>
    <w:p w14:paraId="08867922" w14:textId="77777777" w:rsidR="00430FCC" w:rsidRPr="008E6C00" w:rsidRDefault="00430FCC">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438"/>
        <w:gridCol w:w="3628"/>
        <w:gridCol w:w="3855"/>
      </w:tblGrid>
      <w:tr w:rsidR="00430FCC" w:rsidRPr="008E6C00" w14:paraId="26EDE3CC" w14:textId="77777777">
        <w:trPr>
          <w:tblHeader/>
          <w:jc w:val="center"/>
        </w:trPr>
        <w:tc>
          <w:tcPr>
            <w:tcW w:w="2438" w:type="dxa"/>
            <w:shd w:val="clear" w:color="auto" w:fill="D71920"/>
            <w:tcMar>
              <w:top w:w="80" w:type="dxa"/>
              <w:left w:w="90" w:type="dxa"/>
              <w:bottom w:w="80" w:type="dxa"/>
              <w:right w:w="90" w:type="dxa"/>
            </w:tcMar>
            <w:vAlign w:val="center"/>
          </w:tcPr>
          <w:p w14:paraId="29E1C254" w14:textId="77777777" w:rsidR="00430FCC" w:rsidRPr="008E6C00" w:rsidRDefault="00000000">
            <w:pPr>
              <w:spacing w:after="0" w:line="240" w:lineRule="auto"/>
              <w:jc w:val="center"/>
              <w:rPr>
                <w:noProof/>
                <w:lang w:val="ro-RO"/>
              </w:rPr>
            </w:pPr>
            <w:r w:rsidRPr="008E6C00">
              <w:rPr>
                <w:b/>
                <w:noProof/>
                <w:color w:val="FFFFFF"/>
                <w:sz w:val="16"/>
                <w:lang w:val="ro-RO"/>
              </w:rPr>
              <w:t>DOMENIU</w:t>
            </w:r>
          </w:p>
        </w:tc>
        <w:tc>
          <w:tcPr>
            <w:tcW w:w="3628" w:type="dxa"/>
            <w:shd w:val="clear" w:color="auto" w:fill="D71920"/>
            <w:tcMar>
              <w:top w:w="80" w:type="dxa"/>
              <w:left w:w="90" w:type="dxa"/>
              <w:bottom w:w="80" w:type="dxa"/>
              <w:right w:w="90" w:type="dxa"/>
            </w:tcMar>
            <w:vAlign w:val="center"/>
          </w:tcPr>
          <w:p w14:paraId="54E8D41A" w14:textId="77777777" w:rsidR="00430FCC" w:rsidRPr="008E6C00" w:rsidRDefault="00000000">
            <w:pPr>
              <w:spacing w:after="0" w:line="240" w:lineRule="auto"/>
              <w:jc w:val="center"/>
              <w:rPr>
                <w:noProof/>
                <w:lang w:val="ro-RO"/>
              </w:rPr>
            </w:pPr>
            <w:r w:rsidRPr="008E6C00">
              <w:rPr>
                <w:b/>
                <w:noProof/>
                <w:color w:val="FFFFFF"/>
                <w:sz w:val="16"/>
                <w:lang w:val="ro-RO"/>
              </w:rPr>
              <w:t>DOCUMENTAȚIE POSIBILĂ</w:t>
            </w:r>
          </w:p>
        </w:tc>
        <w:tc>
          <w:tcPr>
            <w:tcW w:w="3855" w:type="dxa"/>
            <w:shd w:val="clear" w:color="auto" w:fill="D71920"/>
            <w:tcMar>
              <w:top w:w="80" w:type="dxa"/>
              <w:left w:w="90" w:type="dxa"/>
              <w:bottom w:w="80" w:type="dxa"/>
              <w:right w:w="90" w:type="dxa"/>
            </w:tcMar>
            <w:vAlign w:val="center"/>
          </w:tcPr>
          <w:p w14:paraId="031DBD25" w14:textId="77777777" w:rsidR="00430FCC" w:rsidRPr="008E6C00" w:rsidRDefault="00000000">
            <w:pPr>
              <w:spacing w:after="0" w:line="240" w:lineRule="auto"/>
              <w:jc w:val="center"/>
              <w:rPr>
                <w:noProof/>
                <w:lang w:val="ro-RO"/>
              </w:rPr>
            </w:pPr>
            <w:r w:rsidRPr="008E6C00">
              <w:rPr>
                <w:b/>
                <w:noProof/>
                <w:color w:val="FFFFFF"/>
                <w:sz w:val="16"/>
                <w:lang w:val="ro-RO"/>
              </w:rPr>
              <w:t>CÂND ESTE NECESARĂ</w:t>
            </w:r>
          </w:p>
        </w:tc>
      </w:tr>
      <w:tr w:rsidR="00430FCC" w:rsidRPr="008E6C00" w14:paraId="6DA0E9B1" w14:textId="77777777">
        <w:trPr>
          <w:cantSplit/>
          <w:jc w:val="center"/>
        </w:trPr>
        <w:tc>
          <w:tcPr>
            <w:tcW w:w="2438" w:type="dxa"/>
            <w:shd w:val="clear" w:color="auto" w:fill="FFFFFF"/>
            <w:tcMar>
              <w:top w:w="80" w:type="dxa"/>
              <w:left w:w="90" w:type="dxa"/>
              <w:bottom w:w="80" w:type="dxa"/>
              <w:right w:w="90" w:type="dxa"/>
            </w:tcMar>
            <w:vAlign w:val="center"/>
          </w:tcPr>
          <w:p w14:paraId="0F48DB29" w14:textId="77777777" w:rsidR="00430FCC" w:rsidRPr="008E6C00" w:rsidRDefault="00000000">
            <w:pPr>
              <w:spacing w:after="0" w:line="240" w:lineRule="auto"/>
              <w:rPr>
                <w:noProof/>
                <w:lang w:val="ro-RO"/>
              </w:rPr>
            </w:pPr>
            <w:r w:rsidRPr="008E6C00">
              <w:rPr>
                <w:noProof/>
                <w:sz w:val="15"/>
                <w:lang w:val="ro-RO"/>
              </w:rPr>
              <w:t>Proiectare și dezvoltare</w:t>
            </w:r>
          </w:p>
        </w:tc>
        <w:tc>
          <w:tcPr>
            <w:tcW w:w="3628" w:type="dxa"/>
            <w:shd w:val="clear" w:color="auto" w:fill="FFFFFF"/>
            <w:tcMar>
              <w:top w:w="80" w:type="dxa"/>
              <w:left w:w="90" w:type="dxa"/>
              <w:bottom w:w="80" w:type="dxa"/>
              <w:right w:w="90" w:type="dxa"/>
            </w:tcMar>
            <w:vAlign w:val="center"/>
          </w:tcPr>
          <w:p w14:paraId="790C7A66" w14:textId="77777777" w:rsidR="00430FCC" w:rsidRPr="008E6C00" w:rsidRDefault="00000000">
            <w:pPr>
              <w:spacing w:after="0" w:line="240" w:lineRule="auto"/>
              <w:rPr>
                <w:noProof/>
                <w:lang w:val="ro-RO"/>
              </w:rPr>
            </w:pPr>
            <w:r w:rsidRPr="008E6C00">
              <w:rPr>
                <w:noProof/>
                <w:sz w:val="15"/>
                <w:lang w:val="ro-RO"/>
              </w:rPr>
              <w:t>Plan, intrări, controale, ieșiri și schimbări.</w:t>
            </w:r>
          </w:p>
        </w:tc>
        <w:tc>
          <w:tcPr>
            <w:tcW w:w="3855" w:type="dxa"/>
            <w:shd w:val="clear" w:color="auto" w:fill="FFFFFF"/>
            <w:tcMar>
              <w:top w:w="80" w:type="dxa"/>
              <w:left w:w="90" w:type="dxa"/>
              <w:bottom w:w="80" w:type="dxa"/>
              <w:right w:w="90" w:type="dxa"/>
            </w:tcMar>
            <w:vAlign w:val="center"/>
          </w:tcPr>
          <w:p w14:paraId="6EC09855" w14:textId="77777777" w:rsidR="00430FCC" w:rsidRPr="008E6C00" w:rsidRDefault="00000000">
            <w:pPr>
              <w:spacing w:after="0" w:line="240" w:lineRule="auto"/>
              <w:rPr>
                <w:noProof/>
                <w:lang w:val="ro-RO"/>
              </w:rPr>
            </w:pPr>
            <w:r w:rsidRPr="008E6C00">
              <w:rPr>
                <w:noProof/>
                <w:sz w:val="15"/>
                <w:lang w:val="ro-RO"/>
              </w:rPr>
              <w:t>Când organizația stabilește sau modifică soluția tehnică/funcțională, nu doar execută cerințe complete primite.</w:t>
            </w:r>
          </w:p>
        </w:tc>
      </w:tr>
      <w:tr w:rsidR="00430FCC" w:rsidRPr="008E6C00" w14:paraId="0A8AB1DA" w14:textId="77777777">
        <w:trPr>
          <w:cantSplit/>
          <w:jc w:val="center"/>
        </w:trPr>
        <w:tc>
          <w:tcPr>
            <w:tcW w:w="2438" w:type="dxa"/>
            <w:shd w:val="clear" w:color="auto" w:fill="FAFAFA"/>
            <w:tcMar>
              <w:top w:w="80" w:type="dxa"/>
              <w:left w:w="90" w:type="dxa"/>
              <w:bottom w:w="80" w:type="dxa"/>
              <w:right w:w="90" w:type="dxa"/>
            </w:tcMar>
            <w:vAlign w:val="center"/>
          </w:tcPr>
          <w:p w14:paraId="51320C08" w14:textId="77777777" w:rsidR="00430FCC" w:rsidRPr="008E6C00" w:rsidRDefault="00000000">
            <w:pPr>
              <w:spacing w:after="0" w:line="240" w:lineRule="auto"/>
              <w:rPr>
                <w:noProof/>
                <w:lang w:val="ro-RO"/>
              </w:rPr>
            </w:pPr>
            <w:r w:rsidRPr="008E6C00">
              <w:rPr>
                <w:noProof/>
                <w:sz w:val="15"/>
                <w:lang w:val="ro-RO"/>
              </w:rPr>
              <w:t>Trasabilitate</w:t>
            </w:r>
          </w:p>
        </w:tc>
        <w:tc>
          <w:tcPr>
            <w:tcW w:w="3628" w:type="dxa"/>
            <w:shd w:val="clear" w:color="auto" w:fill="FAFAFA"/>
            <w:tcMar>
              <w:top w:w="80" w:type="dxa"/>
              <w:left w:w="90" w:type="dxa"/>
              <w:bottom w:w="80" w:type="dxa"/>
              <w:right w:w="90" w:type="dxa"/>
            </w:tcMar>
            <w:vAlign w:val="center"/>
          </w:tcPr>
          <w:p w14:paraId="08047BEE" w14:textId="77777777" w:rsidR="00430FCC" w:rsidRPr="008E6C00" w:rsidRDefault="00000000">
            <w:pPr>
              <w:spacing w:after="0" w:line="240" w:lineRule="auto"/>
              <w:rPr>
                <w:noProof/>
                <w:lang w:val="ro-RO"/>
              </w:rPr>
            </w:pPr>
            <w:r w:rsidRPr="008E6C00">
              <w:rPr>
                <w:noProof/>
                <w:sz w:val="15"/>
                <w:lang w:val="ro-RO"/>
              </w:rPr>
              <w:t>Reguli de identificare și înregistrări pe lot/serie/versiune.</w:t>
            </w:r>
          </w:p>
        </w:tc>
        <w:tc>
          <w:tcPr>
            <w:tcW w:w="3855" w:type="dxa"/>
            <w:shd w:val="clear" w:color="auto" w:fill="FAFAFA"/>
            <w:tcMar>
              <w:top w:w="80" w:type="dxa"/>
              <w:left w:w="90" w:type="dxa"/>
              <w:bottom w:w="80" w:type="dxa"/>
              <w:right w:w="90" w:type="dxa"/>
            </w:tcMar>
            <w:vAlign w:val="center"/>
          </w:tcPr>
          <w:p w14:paraId="2F1317F4" w14:textId="77777777" w:rsidR="00430FCC" w:rsidRPr="008E6C00" w:rsidRDefault="00000000">
            <w:pPr>
              <w:spacing w:after="0" w:line="240" w:lineRule="auto"/>
              <w:rPr>
                <w:noProof/>
                <w:lang w:val="ro-RO"/>
              </w:rPr>
            </w:pPr>
            <w:r w:rsidRPr="008E6C00">
              <w:rPr>
                <w:noProof/>
                <w:sz w:val="15"/>
                <w:lang w:val="ro-RO"/>
              </w:rPr>
              <w:t>Când este cerută legal, contractual, de client sau necesară pentru controlul riscului.</w:t>
            </w:r>
          </w:p>
        </w:tc>
      </w:tr>
      <w:tr w:rsidR="00430FCC" w:rsidRPr="008E6C00" w14:paraId="3D579A97" w14:textId="77777777">
        <w:trPr>
          <w:cantSplit/>
          <w:jc w:val="center"/>
        </w:trPr>
        <w:tc>
          <w:tcPr>
            <w:tcW w:w="2438" w:type="dxa"/>
            <w:shd w:val="clear" w:color="auto" w:fill="FFFFFF"/>
            <w:tcMar>
              <w:top w:w="80" w:type="dxa"/>
              <w:left w:w="90" w:type="dxa"/>
              <w:bottom w:w="80" w:type="dxa"/>
              <w:right w:w="90" w:type="dxa"/>
            </w:tcMar>
            <w:vAlign w:val="center"/>
          </w:tcPr>
          <w:p w14:paraId="05D5B33E" w14:textId="77777777" w:rsidR="00430FCC" w:rsidRPr="008E6C00" w:rsidRDefault="00000000">
            <w:pPr>
              <w:spacing w:after="0" w:line="240" w:lineRule="auto"/>
              <w:rPr>
                <w:noProof/>
                <w:lang w:val="ro-RO"/>
              </w:rPr>
            </w:pPr>
            <w:r w:rsidRPr="008E6C00">
              <w:rPr>
                <w:noProof/>
                <w:sz w:val="15"/>
                <w:lang w:val="ro-RO"/>
              </w:rPr>
              <w:t>Calibrare și verificare</w:t>
            </w:r>
          </w:p>
        </w:tc>
        <w:tc>
          <w:tcPr>
            <w:tcW w:w="3628" w:type="dxa"/>
            <w:shd w:val="clear" w:color="auto" w:fill="FFFFFF"/>
            <w:tcMar>
              <w:top w:w="80" w:type="dxa"/>
              <w:left w:w="90" w:type="dxa"/>
              <w:bottom w:w="80" w:type="dxa"/>
              <w:right w:w="90" w:type="dxa"/>
            </w:tcMar>
            <w:vAlign w:val="center"/>
          </w:tcPr>
          <w:p w14:paraId="724A0A17" w14:textId="77777777" w:rsidR="00430FCC" w:rsidRPr="008E6C00" w:rsidRDefault="00000000">
            <w:pPr>
              <w:spacing w:after="0" w:line="240" w:lineRule="auto"/>
              <w:rPr>
                <w:noProof/>
                <w:lang w:val="ro-RO"/>
              </w:rPr>
            </w:pPr>
            <w:r w:rsidRPr="008E6C00">
              <w:rPr>
                <w:noProof/>
                <w:sz w:val="15"/>
                <w:lang w:val="ro-RO"/>
              </w:rPr>
              <w:t>Registru echipamente, stare, intervale, rezultate și reacția la neconformitate.</w:t>
            </w:r>
          </w:p>
        </w:tc>
        <w:tc>
          <w:tcPr>
            <w:tcW w:w="3855" w:type="dxa"/>
            <w:shd w:val="clear" w:color="auto" w:fill="FFFFFF"/>
            <w:tcMar>
              <w:top w:w="80" w:type="dxa"/>
              <w:left w:w="90" w:type="dxa"/>
              <w:bottom w:w="80" w:type="dxa"/>
              <w:right w:w="90" w:type="dxa"/>
            </w:tcMar>
            <w:vAlign w:val="center"/>
          </w:tcPr>
          <w:p w14:paraId="1D7219E1" w14:textId="77777777" w:rsidR="00430FCC" w:rsidRPr="008E6C00" w:rsidRDefault="00000000">
            <w:pPr>
              <w:spacing w:after="0" w:line="240" w:lineRule="auto"/>
              <w:rPr>
                <w:noProof/>
                <w:lang w:val="ro-RO"/>
              </w:rPr>
            </w:pPr>
            <w:r w:rsidRPr="008E6C00">
              <w:rPr>
                <w:noProof/>
                <w:sz w:val="15"/>
                <w:lang w:val="ro-RO"/>
              </w:rPr>
              <w:t>Când validitatea măsurării influențează decizia de conformitate.</w:t>
            </w:r>
          </w:p>
        </w:tc>
      </w:tr>
      <w:tr w:rsidR="00430FCC" w:rsidRPr="008E6C00" w14:paraId="50E23E7C" w14:textId="77777777">
        <w:trPr>
          <w:cantSplit/>
          <w:jc w:val="center"/>
        </w:trPr>
        <w:tc>
          <w:tcPr>
            <w:tcW w:w="2438" w:type="dxa"/>
            <w:shd w:val="clear" w:color="auto" w:fill="FAFAFA"/>
            <w:tcMar>
              <w:top w:w="80" w:type="dxa"/>
              <w:left w:w="90" w:type="dxa"/>
              <w:bottom w:w="80" w:type="dxa"/>
              <w:right w:w="90" w:type="dxa"/>
            </w:tcMar>
            <w:vAlign w:val="center"/>
          </w:tcPr>
          <w:p w14:paraId="64D26221" w14:textId="77777777" w:rsidR="00430FCC" w:rsidRPr="008E6C00" w:rsidRDefault="00000000">
            <w:pPr>
              <w:spacing w:after="0" w:line="240" w:lineRule="auto"/>
              <w:rPr>
                <w:noProof/>
                <w:lang w:val="ro-RO"/>
              </w:rPr>
            </w:pPr>
            <w:r w:rsidRPr="008E6C00">
              <w:rPr>
                <w:noProof/>
                <w:sz w:val="15"/>
                <w:lang w:val="ro-RO"/>
              </w:rPr>
              <w:t>Proprietatea clientului</w:t>
            </w:r>
          </w:p>
        </w:tc>
        <w:tc>
          <w:tcPr>
            <w:tcW w:w="3628" w:type="dxa"/>
            <w:shd w:val="clear" w:color="auto" w:fill="FAFAFA"/>
            <w:tcMar>
              <w:top w:w="80" w:type="dxa"/>
              <w:left w:w="90" w:type="dxa"/>
              <w:bottom w:w="80" w:type="dxa"/>
              <w:right w:w="90" w:type="dxa"/>
            </w:tcMar>
            <w:vAlign w:val="center"/>
          </w:tcPr>
          <w:p w14:paraId="760B6C91" w14:textId="77777777" w:rsidR="00430FCC" w:rsidRPr="008E6C00" w:rsidRDefault="00000000">
            <w:pPr>
              <w:spacing w:after="0" w:line="240" w:lineRule="auto"/>
              <w:rPr>
                <w:noProof/>
                <w:lang w:val="ro-RO"/>
              </w:rPr>
            </w:pPr>
            <w:r w:rsidRPr="008E6C00">
              <w:rPr>
                <w:noProof/>
                <w:sz w:val="15"/>
                <w:lang w:val="ro-RO"/>
              </w:rPr>
              <w:t>Registru primire, protecție, incidente și comunicare.</w:t>
            </w:r>
          </w:p>
        </w:tc>
        <w:tc>
          <w:tcPr>
            <w:tcW w:w="3855" w:type="dxa"/>
            <w:shd w:val="clear" w:color="auto" w:fill="FAFAFA"/>
            <w:tcMar>
              <w:top w:w="80" w:type="dxa"/>
              <w:left w:w="90" w:type="dxa"/>
              <w:bottom w:w="80" w:type="dxa"/>
              <w:right w:w="90" w:type="dxa"/>
            </w:tcMar>
            <w:vAlign w:val="center"/>
          </w:tcPr>
          <w:p w14:paraId="2F50FC0D" w14:textId="77777777" w:rsidR="00430FCC" w:rsidRPr="008E6C00" w:rsidRDefault="00000000">
            <w:pPr>
              <w:spacing w:after="0" w:line="240" w:lineRule="auto"/>
              <w:rPr>
                <w:noProof/>
                <w:lang w:val="ro-RO"/>
              </w:rPr>
            </w:pPr>
            <w:r w:rsidRPr="008E6C00">
              <w:rPr>
                <w:noProof/>
                <w:sz w:val="15"/>
                <w:lang w:val="ro-RO"/>
              </w:rPr>
              <w:t>Când organizația primește materiale, echipamente, date, proprietate intelectuală sau informații personale.</w:t>
            </w:r>
          </w:p>
        </w:tc>
      </w:tr>
      <w:tr w:rsidR="00430FCC" w:rsidRPr="008E6C00" w14:paraId="121BC7DA" w14:textId="77777777">
        <w:trPr>
          <w:cantSplit/>
          <w:jc w:val="center"/>
        </w:trPr>
        <w:tc>
          <w:tcPr>
            <w:tcW w:w="2438" w:type="dxa"/>
            <w:shd w:val="clear" w:color="auto" w:fill="FFFFFF"/>
            <w:tcMar>
              <w:top w:w="80" w:type="dxa"/>
              <w:left w:w="90" w:type="dxa"/>
              <w:bottom w:w="80" w:type="dxa"/>
              <w:right w:w="90" w:type="dxa"/>
            </w:tcMar>
            <w:vAlign w:val="center"/>
          </w:tcPr>
          <w:p w14:paraId="12840AFE" w14:textId="77777777" w:rsidR="00430FCC" w:rsidRPr="008E6C00" w:rsidRDefault="00000000">
            <w:pPr>
              <w:spacing w:after="0" w:line="240" w:lineRule="auto"/>
              <w:rPr>
                <w:noProof/>
                <w:lang w:val="ro-RO"/>
              </w:rPr>
            </w:pPr>
            <w:r w:rsidRPr="008E6C00">
              <w:rPr>
                <w:noProof/>
                <w:sz w:val="15"/>
                <w:lang w:val="ro-RO"/>
              </w:rPr>
              <w:t>Planul calității</w:t>
            </w:r>
          </w:p>
        </w:tc>
        <w:tc>
          <w:tcPr>
            <w:tcW w:w="3628" w:type="dxa"/>
            <w:shd w:val="clear" w:color="auto" w:fill="FFFFFF"/>
            <w:tcMar>
              <w:top w:w="80" w:type="dxa"/>
              <w:left w:w="90" w:type="dxa"/>
              <w:bottom w:w="80" w:type="dxa"/>
              <w:right w:w="90" w:type="dxa"/>
            </w:tcMar>
            <w:vAlign w:val="center"/>
          </w:tcPr>
          <w:p w14:paraId="6EA673FC" w14:textId="77777777" w:rsidR="00430FCC" w:rsidRPr="008E6C00" w:rsidRDefault="00000000">
            <w:pPr>
              <w:spacing w:after="0" w:line="240" w:lineRule="auto"/>
              <w:rPr>
                <w:noProof/>
                <w:lang w:val="ro-RO"/>
              </w:rPr>
            </w:pPr>
            <w:r w:rsidRPr="008E6C00">
              <w:rPr>
                <w:noProof/>
                <w:sz w:val="15"/>
                <w:lang w:val="ro-RO"/>
              </w:rPr>
              <w:t>Controale specifice unui produs, contract, proiect sau client.</w:t>
            </w:r>
          </w:p>
        </w:tc>
        <w:tc>
          <w:tcPr>
            <w:tcW w:w="3855" w:type="dxa"/>
            <w:shd w:val="clear" w:color="auto" w:fill="FFFFFF"/>
            <w:tcMar>
              <w:top w:w="80" w:type="dxa"/>
              <w:left w:w="90" w:type="dxa"/>
              <w:bottom w:w="80" w:type="dxa"/>
              <w:right w:w="90" w:type="dxa"/>
            </w:tcMar>
            <w:vAlign w:val="center"/>
          </w:tcPr>
          <w:p w14:paraId="02BC6FDB" w14:textId="77777777" w:rsidR="00430FCC" w:rsidRPr="008E6C00" w:rsidRDefault="00000000">
            <w:pPr>
              <w:spacing w:after="0" w:line="240" w:lineRule="auto"/>
              <w:rPr>
                <w:noProof/>
                <w:lang w:val="ro-RO"/>
              </w:rPr>
            </w:pPr>
            <w:r w:rsidRPr="008E6C00">
              <w:rPr>
                <w:noProof/>
                <w:sz w:val="15"/>
                <w:lang w:val="ro-RO"/>
              </w:rPr>
              <w:t>Când fluxul general nu este suficient pentru cerințe particulare.</w:t>
            </w:r>
          </w:p>
        </w:tc>
      </w:tr>
      <w:tr w:rsidR="00430FCC" w:rsidRPr="008E6C00" w14:paraId="215691DA" w14:textId="77777777">
        <w:trPr>
          <w:cantSplit/>
          <w:jc w:val="center"/>
        </w:trPr>
        <w:tc>
          <w:tcPr>
            <w:tcW w:w="2438" w:type="dxa"/>
            <w:shd w:val="clear" w:color="auto" w:fill="FAFAFA"/>
            <w:tcMar>
              <w:top w:w="80" w:type="dxa"/>
              <w:left w:w="90" w:type="dxa"/>
              <w:bottom w:w="80" w:type="dxa"/>
              <w:right w:w="90" w:type="dxa"/>
            </w:tcMar>
            <w:vAlign w:val="center"/>
          </w:tcPr>
          <w:p w14:paraId="4ECEBEE1" w14:textId="77777777" w:rsidR="00430FCC" w:rsidRPr="008E6C00" w:rsidRDefault="00000000">
            <w:pPr>
              <w:spacing w:after="0" w:line="240" w:lineRule="auto"/>
              <w:rPr>
                <w:noProof/>
                <w:lang w:val="ro-RO"/>
              </w:rPr>
            </w:pPr>
            <w:r w:rsidRPr="008E6C00">
              <w:rPr>
                <w:noProof/>
                <w:sz w:val="15"/>
                <w:lang w:val="ro-RO"/>
              </w:rPr>
              <w:t>Validarea proceselor</w:t>
            </w:r>
          </w:p>
        </w:tc>
        <w:tc>
          <w:tcPr>
            <w:tcW w:w="3628" w:type="dxa"/>
            <w:shd w:val="clear" w:color="auto" w:fill="FAFAFA"/>
            <w:tcMar>
              <w:top w:w="80" w:type="dxa"/>
              <w:left w:w="90" w:type="dxa"/>
              <w:bottom w:w="80" w:type="dxa"/>
              <w:right w:w="90" w:type="dxa"/>
            </w:tcMar>
            <w:vAlign w:val="center"/>
          </w:tcPr>
          <w:p w14:paraId="6C7D8F8F" w14:textId="77777777" w:rsidR="00430FCC" w:rsidRPr="008E6C00" w:rsidRDefault="00000000">
            <w:pPr>
              <w:spacing w:after="0" w:line="240" w:lineRule="auto"/>
              <w:rPr>
                <w:noProof/>
                <w:lang w:val="ro-RO"/>
              </w:rPr>
            </w:pPr>
            <w:r w:rsidRPr="008E6C00">
              <w:rPr>
                <w:noProof/>
                <w:sz w:val="15"/>
                <w:lang w:val="ro-RO"/>
              </w:rPr>
              <w:t>Criterii, calificări, parametri, aprobări și revalidare.</w:t>
            </w:r>
          </w:p>
        </w:tc>
        <w:tc>
          <w:tcPr>
            <w:tcW w:w="3855" w:type="dxa"/>
            <w:shd w:val="clear" w:color="auto" w:fill="FAFAFA"/>
            <w:tcMar>
              <w:top w:w="80" w:type="dxa"/>
              <w:left w:w="90" w:type="dxa"/>
              <w:bottom w:w="80" w:type="dxa"/>
              <w:right w:w="90" w:type="dxa"/>
            </w:tcMar>
            <w:vAlign w:val="center"/>
          </w:tcPr>
          <w:p w14:paraId="27F94847" w14:textId="77777777" w:rsidR="00430FCC" w:rsidRPr="008E6C00" w:rsidRDefault="00000000">
            <w:pPr>
              <w:spacing w:after="0" w:line="240" w:lineRule="auto"/>
              <w:rPr>
                <w:noProof/>
                <w:lang w:val="ro-RO"/>
              </w:rPr>
            </w:pPr>
            <w:r w:rsidRPr="008E6C00">
              <w:rPr>
                <w:noProof/>
                <w:sz w:val="15"/>
                <w:lang w:val="ro-RO"/>
              </w:rPr>
              <w:t>Când rezultatul nu poate fi verificat complet după realizare sau defectele apar doar la utilizare.</w:t>
            </w:r>
          </w:p>
        </w:tc>
      </w:tr>
      <w:tr w:rsidR="00430FCC" w:rsidRPr="008E6C00" w14:paraId="14179C8C" w14:textId="77777777">
        <w:trPr>
          <w:cantSplit/>
          <w:jc w:val="center"/>
        </w:trPr>
        <w:tc>
          <w:tcPr>
            <w:tcW w:w="2438" w:type="dxa"/>
            <w:shd w:val="clear" w:color="auto" w:fill="FFFFFF"/>
            <w:tcMar>
              <w:top w:w="80" w:type="dxa"/>
              <w:left w:w="90" w:type="dxa"/>
              <w:bottom w:w="80" w:type="dxa"/>
              <w:right w:w="90" w:type="dxa"/>
            </w:tcMar>
            <w:vAlign w:val="center"/>
          </w:tcPr>
          <w:p w14:paraId="11262BAB" w14:textId="77777777" w:rsidR="00430FCC" w:rsidRPr="008E6C00" w:rsidRDefault="00000000">
            <w:pPr>
              <w:spacing w:after="0" w:line="240" w:lineRule="auto"/>
              <w:rPr>
                <w:noProof/>
                <w:lang w:val="ro-RO"/>
              </w:rPr>
            </w:pPr>
            <w:r w:rsidRPr="008E6C00">
              <w:rPr>
                <w:noProof/>
                <w:sz w:val="15"/>
                <w:lang w:val="ro-RO"/>
              </w:rPr>
              <w:t>Continuitate și situații de urgență</w:t>
            </w:r>
          </w:p>
        </w:tc>
        <w:tc>
          <w:tcPr>
            <w:tcW w:w="3628" w:type="dxa"/>
            <w:shd w:val="clear" w:color="auto" w:fill="FFFFFF"/>
            <w:tcMar>
              <w:top w:w="80" w:type="dxa"/>
              <w:left w:w="90" w:type="dxa"/>
              <w:bottom w:w="80" w:type="dxa"/>
              <w:right w:w="90" w:type="dxa"/>
            </w:tcMar>
            <w:vAlign w:val="center"/>
          </w:tcPr>
          <w:p w14:paraId="0065FFF0" w14:textId="77777777" w:rsidR="00430FCC" w:rsidRPr="008E6C00" w:rsidRDefault="00000000">
            <w:pPr>
              <w:spacing w:after="0" w:line="240" w:lineRule="auto"/>
              <w:rPr>
                <w:noProof/>
                <w:lang w:val="ro-RO"/>
              </w:rPr>
            </w:pPr>
            <w:r w:rsidRPr="008E6C00">
              <w:rPr>
                <w:noProof/>
                <w:sz w:val="15"/>
                <w:lang w:val="ro-RO"/>
              </w:rPr>
              <w:t>Măsuri, responsabilități, contacte, alternative și teste.</w:t>
            </w:r>
          </w:p>
        </w:tc>
        <w:tc>
          <w:tcPr>
            <w:tcW w:w="3855" w:type="dxa"/>
            <w:shd w:val="clear" w:color="auto" w:fill="FFFFFF"/>
            <w:tcMar>
              <w:top w:w="80" w:type="dxa"/>
              <w:left w:w="90" w:type="dxa"/>
              <w:bottom w:w="80" w:type="dxa"/>
              <w:right w:w="90" w:type="dxa"/>
            </w:tcMar>
            <w:vAlign w:val="center"/>
          </w:tcPr>
          <w:p w14:paraId="6418523B" w14:textId="77777777" w:rsidR="00430FCC" w:rsidRPr="008E6C00" w:rsidRDefault="00000000">
            <w:pPr>
              <w:spacing w:after="0" w:line="240" w:lineRule="auto"/>
              <w:rPr>
                <w:noProof/>
                <w:lang w:val="ro-RO"/>
              </w:rPr>
            </w:pPr>
            <w:r w:rsidRPr="008E6C00">
              <w:rPr>
                <w:noProof/>
                <w:sz w:val="15"/>
                <w:lang w:val="ro-RO"/>
              </w:rPr>
              <w:t>Când întreruperile pot afecta semnificativ livrarea conformă și cerințele clientului.</w:t>
            </w:r>
          </w:p>
        </w:tc>
      </w:tr>
      <w:tr w:rsidR="00430FCC" w:rsidRPr="008E6C00" w14:paraId="0E0ACB9D" w14:textId="77777777">
        <w:trPr>
          <w:cantSplit/>
          <w:jc w:val="center"/>
        </w:trPr>
        <w:tc>
          <w:tcPr>
            <w:tcW w:w="2438" w:type="dxa"/>
            <w:shd w:val="clear" w:color="auto" w:fill="FAFAFA"/>
            <w:tcMar>
              <w:top w:w="80" w:type="dxa"/>
              <w:left w:w="90" w:type="dxa"/>
              <w:bottom w:w="80" w:type="dxa"/>
              <w:right w:w="90" w:type="dxa"/>
            </w:tcMar>
            <w:vAlign w:val="center"/>
          </w:tcPr>
          <w:p w14:paraId="68DD5311" w14:textId="77777777" w:rsidR="00430FCC" w:rsidRPr="008E6C00" w:rsidRDefault="00000000">
            <w:pPr>
              <w:spacing w:after="0" w:line="240" w:lineRule="auto"/>
              <w:rPr>
                <w:noProof/>
                <w:lang w:val="ro-RO"/>
              </w:rPr>
            </w:pPr>
            <w:r w:rsidRPr="008E6C00">
              <w:rPr>
                <w:noProof/>
                <w:sz w:val="15"/>
                <w:lang w:val="ro-RO"/>
              </w:rPr>
              <w:t>Cerințe climatice relevante</w:t>
            </w:r>
          </w:p>
        </w:tc>
        <w:tc>
          <w:tcPr>
            <w:tcW w:w="3628" w:type="dxa"/>
            <w:shd w:val="clear" w:color="auto" w:fill="FAFAFA"/>
            <w:tcMar>
              <w:top w:w="80" w:type="dxa"/>
              <w:left w:w="90" w:type="dxa"/>
              <w:bottom w:w="80" w:type="dxa"/>
              <w:right w:w="90" w:type="dxa"/>
            </w:tcMar>
            <w:vAlign w:val="center"/>
          </w:tcPr>
          <w:p w14:paraId="0DC89376" w14:textId="77777777" w:rsidR="00430FCC" w:rsidRPr="008E6C00" w:rsidRDefault="00000000">
            <w:pPr>
              <w:spacing w:after="0" w:line="240" w:lineRule="auto"/>
              <w:rPr>
                <w:noProof/>
                <w:lang w:val="ro-RO"/>
              </w:rPr>
            </w:pPr>
            <w:r w:rsidRPr="008E6C00">
              <w:rPr>
                <w:noProof/>
                <w:sz w:val="15"/>
                <w:lang w:val="ro-RO"/>
              </w:rPr>
              <w:t>Evaluarea impactului asupra contextului, părților interesate, riscurilor și operațiunilor.</w:t>
            </w:r>
          </w:p>
        </w:tc>
        <w:tc>
          <w:tcPr>
            <w:tcW w:w="3855" w:type="dxa"/>
            <w:shd w:val="clear" w:color="auto" w:fill="FAFAFA"/>
            <w:tcMar>
              <w:top w:w="80" w:type="dxa"/>
              <w:left w:w="90" w:type="dxa"/>
              <w:bottom w:w="80" w:type="dxa"/>
              <w:right w:w="90" w:type="dxa"/>
            </w:tcMar>
            <w:vAlign w:val="center"/>
          </w:tcPr>
          <w:p w14:paraId="62CDD900" w14:textId="77777777" w:rsidR="00430FCC" w:rsidRPr="008E6C00" w:rsidRDefault="00000000">
            <w:pPr>
              <w:spacing w:after="0" w:line="240" w:lineRule="auto"/>
              <w:rPr>
                <w:noProof/>
                <w:lang w:val="ro-RO"/>
              </w:rPr>
            </w:pPr>
            <w:r w:rsidRPr="008E6C00">
              <w:rPr>
                <w:noProof/>
                <w:sz w:val="15"/>
                <w:lang w:val="ro-RO"/>
              </w:rPr>
              <w:t>Când schimbările climatice sunt relevante pentru capacitatea SMC de a obține rezultatele intenționate.</w:t>
            </w:r>
          </w:p>
        </w:tc>
      </w:tr>
    </w:tbl>
    <w:p w14:paraId="4F320E1E" w14:textId="77777777" w:rsidR="00430FCC" w:rsidRPr="008E6C00" w:rsidRDefault="00430FCC">
      <w:pPr>
        <w:spacing w:after="20"/>
        <w:rPr>
          <w:noProof/>
          <w:lang w:val="ro-RO"/>
        </w:rPr>
      </w:pPr>
    </w:p>
    <w:p w14:paraId="4E5464B2" w14:textId="77777777" w:rsidR="00430FCC" w:rsidRPr="008E6C00" w:rsidRDefault="00000000">
      <w:pPr>
        <w:pStyle w:val="Heading2"/>
        <w:rPr>
          <w:noProof/>
          <w:lang w:val="ro-RO"/>
        </w:rPr>
      </w:pPr>
      <w:r w:rsidRPr="008E6C00">
        <w:rPr>
          <w:noProof/>
          <w:lang w:val="ro-RO"/>
        </w:rPr>
        <w:t>Test pentru aplicabilitatea proiectării</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953"/>
        <w:gridCol w:w="1984"/>
        <w:gridCol w:w="1984"/>
      </w:tblGrid>
      <w:tr w:rsidR="00430FCC" w:rsidRPr="008E6C00" w14:paraId="01C0068F" w14:textId="77777777">
        <w:trPr>
          <w:tblHeader/>
          <w:jc w:val="center"/>
        </w:trPr>
        <w:tc>
          <w:tcPr>
            <w:tcW w:w="5953" w:type="dxa"/>
            <w:shd w:val="clear" w:color="auto" w:fill="D71920"/>
            <w:tcMar>
              <w:top w:w="80" w:type="dxa"/>
              <w:left w:w="90" w:type="dxa"/>
              <w:bottom w:w="80" w:type="dxa"/>
              <w:right w:w="90" w:type="dxa"/>
            </w:tcMar>
            <w:vAlign w:val="center"/>
          </w:tcPr>
          <w:p w14:paraId="16A7EBAA" w14:textId="77777777" w:rsidR="00430FCC" w:rsidRPr="008E6C00" w:rsidRDefault="00000000">
            <w:pPr>
              <w:spacing w:after="0" w:line="240" w:lineRule="auto"/>
              <w:jc w:val="center"/>
              <w:rPr>
                <w:noProof/>
                <w:lang w:val="ro-RO"/>
              </w:rPr>
            </w:pPr>
            <w:r w:rsidRPr="008E6C00">
              <w:rPr>
                <w:b/>
                <w:noProof/>
                <w:color w:val="FFFFFF"/>
                <w:sz w:val="16"/>
                <w:lang w:val="ro-RO"/>
              </w:rPr>
              <w:t>ÎNTREBARE</w:t>
            </w:r>
          </w:p>
        </w:tc>
        <w:tc>
          <w:tcPr>
            <w:tcW w:w="1984" w:type="dxa"/>
            <w:shd w:val="clear" w:color="auto" w:fill="D71920"/>
            <w:tcMar>
              <w:top w:w="80" w:type="dxa"/>
              <w:left w:w="90" w:type="dxa"/>
              <w:bottom w:w="80" w:type="dxa"/>
              <w:right w:w="90" w:type="dxa"/>
            </w:tcMar>
            <w:vAlign w:val="center"/>
          </w:tcPr>
          <w:p w14:paraId="43089AEB" w14:textId="77777777" w:rsidR="00430FCC" w:rsidRPr="008E6C00" w:rsidRDefault="00000000">
            <w:pPr>
              <w:spacing w:after="0" w:line="240" w:lineRule="auto"/>
              <w:jc w:val="center"/>
              <w:rPr>
                <w:noProof/>
                <w:lang w:val="ro-RO"/>
              </w:rPr>
            </w:pPr>
            <w:r w:rsidRPr="008E6C00">
              <w:rPr>
                <w:b/>
                <w:noProof/>
                <w:color w:val="FFFFFF"/>
                <w:sz w:val="16"/>
                <w:lang w:val="ro-RO"/>
              </w:rPr>
              <w:t>DA</w:t>
            </w:r>
          </w:p>
        </w:tc>
        <w:tc>
          <w:tcPr>
            <w:tcW w:w="1984" w:type="dxa"/>
            <w:shd w:val="clear" w:color="auto" w:fill="D71920"/>
            <w:tcMar>
              <w:top w:w="80" w:type="dxa"/>
              <w:left w:w="90" w:type="dxa"/>
              <w:bottom w:w="80" w:type="dxa"/>
              <w:right w:w="90" w:type="dxa"/>
            </w:tcMar>
            <w:vAlign w:val="center"/>
          </w:tcPr>
          <w:p w14:paraId="3C2C121F" w14:textId="77777777" w:rsidR="00430FCC" w:rsidRPr="008E6C00" w:rsidRDefault="00000000">
            <w:pPr>
              <w:spacing w:after="0" w:line="240" w:lineRule="auto"/>
              <w:jc w:val="center"/>
              <w:rPr>
                <w:noProof/>
                <w:lang w:val="ro-RO"/>
              </w:rPr>
            </w:pPr>
            <w:r w:rsidRPr="008E6C00">
              <w:rPr>
                <w:b/>
                <w:noProof/>
                <w:color w:val="FFFFFF"/>
                <w:sz w:val="16"/>
                <w:lang w:val="ro-RO"/>
              </w:rPr>
              <w:t>NU</w:t>
            </w:r>
          </w:p>
        </w:tc>
      </w:tr>
      <w:tr w:rsidR="00430FCC" w:rsidRPr="008E6C00" w14:paraId="141B10AE" w14:textId="77777777">
        <w:trPr>
          <w:cantSplit/>
          <w:jc w:val="center"/>
        </w:trPr>
        <w:tc>
          <w:tcPr>
            <w:tcW w:w="5953" w:type="dxa"/>
            <w:shd w:val="clear" w:color="auto" w:fill="FFFFFF"/>
            <w:tcMar>
              <w:top w:w="80" w:type="dxa"/>
              <w:left w:w="90" w:type="dxa"/>
              <w:bottom w:w="80" w:type="dxa"/>
              <w:right w:w="90" w:type="dxa"/>
            </w:tcMar>
            <w:vAlign w:val="center"/>
          </w:tcPr>
          <w:p w14:paraId="3EC84084" w14:textId="77777777" w:rsidR="00430FCC" w:rsidRPr="008E6C00" w:rsidRDefault="00000000">
            <w:pPr>
              <w:spacing w:after="0" w:line="240" w:lineRule="auto"/>
              <w:rPr>
                <w:noProof/>
                <w:lang w:val="ro-RO"/>
              </w:rPr>
            </w:pPr>
            <w:r w:rsidRPr="008E6C00">
              <w:rPr>
                <w:noProof/>
                <w:sz w:val="16"/>
                <w:lang w:val="ro-RO"/>
              </w:rPr>
              <w:t>Organizația decide caracteristici, funcții sau soluții care nu sunt complet specificate de client?</w:t>
            </w:r>
          </w:p>
        </w:tc>
        <w:tc>
          <w:tcPr>
            <w:tcW w:w="1984" w:type="dxa"/>
            <w:shd w:val="clear" w:color="auto" w:fill="FFFFFF"/>
            <w:tcMar>
              <w:top w:w="80" w:type="dxa"/>
              <w:left w:w="90" w:type="dxa"/>
              <w:bottom w:w="80" w:type="dxa"/>
              <w:right w:w="90" w:type="dxa"/>
            </w:tcMar>
            <w:vAlign w:val="center"/>
          </w:tcPr>
          <w:p w14:paraId="235FD402" w14:textId="77777777" w:rsidR="00430FCC" w:rsidRPr="008E6C00" w:rsidRDefault="00000000">
            <w:pPr>
              <w:spacing w:after="0" w:line="240" w:lineRule="auto"/>
              <w:rPr>
                <w:noProof/>
                <w:lang w:val="ro-RO"/>
              </w:rPr>
            </w:pPr>
            <w:r w:rsidRPr="008E6C00">
              <w:rPr>
                <w:noProof/>
                <w:sz w:val="16"/>
                <w:lang w:val="ro-RO"/>
              </w:rPr>
              <w:t>Proiectarea este probabil aplicabilă.</w:t>
            </w:r>
          </w:p>
        </w:tc>
        <w:tc>
          <w:tcPr>
            <w:tcW w:w="1984" w:type="dxa"/>
            <w:shd w:val="clear" w:color="auto" w:fill="FFFFFF"/>
            <w:tcMar>
              <w:top w:w="80" w:type="dxa"/>
              <w:left w:w="90" w:type="dxa"/>
              <w:bottom w:w="80" w:type="dxa"/>
              <w:right w:w="90" w:type="dxa"/>
            </w:tcMar>
            <w:vAlign w:val="center"/>
          </w:tcPr>
          <w:p w14:paraId="2E552938" w14:textId="77777777" w:rsidR="00430FCC" w:rsidRPr="008E6C00" w:rsidRDefault="00000000">
            <w:pPr>
              <w:spacing w:after="0" w:line="240" w:lineRule="auto"/>
              <w:rPr>
                <w:noProof/>
                <w:lang w:val="ro-RO"/>
              </w:rPr>
            </w:pPr>
            <w:r w:rsidRPr="008E6C00">
              <w:rPr>
                <w:noProof/>
                <w:sz w:val="16"/>
                <w:lang w:val="ro-RO"/>
              </w:rPr>
              <w:t>Continuați analiza.</w:t>
            </w:r>
          </w:p>
        </w:tc>
      </w:tr>
      <w:tr w:rsidR="00430FCC" w:rsidRPr="008E6C00" w14:paraId="75D9E4BE" w14:textId="77777777">
        <w:trPr>
          <w:cantSplit/>
          <w:jc w:val="center"/>
        </w:trPr>
        <w:tc>
          <w:tcPr>
            <w:tcW w:w="5953" w:type="dxa"/>
            <w:shd w:val="clear" w:color="auto" w:fill="FAFAFA"/>
            <w:tcMar>
              <w:top w:w="80" w:type="dxa"/>
              <w:left w:w="90" w:type="dxa"/>
              <w:bottom w:w="80" w:type="dxa"/>
              <w:right w:w="90" w:type="dxa"/>
            </w:tcMar>
            <w:vAlign w:val="center"/>
          </w:tcPr>
          <w:p w14:paraId="6D5B93B0" w14:textId="77777777" w:rsidR="00430FCC" w:rsidRPr="008E6C00" w:rsidRDefault="00000000">
            <w:pPr>
              <w:spacing w:after="0" w:line="240" w:lineRule="auto"/>
              <w:rPr>
                <w:noProof/>
                <w:lang w:val="ro-RO"/>
              </w:rPr>
            </w:pPr>
            <w:r w:rsidRPr="008E6C00">
              <w:rPr>
                <w:noProof/>
                <w:sz w:val="16"/>
                <w:lang w:val="ro-RO"/>
              </w:rPr>
              <w:t>Sunt realizate calcule, prototipuri, configurări, rețete, arhitecturi sau metode noi?</w:t>
            </w:r>
          </w:p>
        </w:tc>
        <w:tc>
          <w:tcPr>
            <w:tcW w:w="1984" w:type="dxa"/>
            <w:shd w:val="clear" w:color="auto" w:fill="FAFAFA"/>
            <w:tcMar>
              <w:top w:w="80" w:type="dxa"/>
              <w:left w:w="90" w:type="dxa"/>
              <w:bottom w:w="80" w:type="dxa"/>
              <w:right w:w="90" w:type="dxa"/>
            </w:tcMar>
            <w:vAlign w:val="center"/>
          </w:tcPr>
          <w:p w14:paraId="6D3DB4C8" w14:textId="77777777" w:rsidR="00430FCC" w:rsidRPr="008E6C00" w:rsidRDefault="00000000">
            <w:pPr>
              <w:spacing w:after="0" w:line="240" w:lineRule="auto"/>
              <w:rPr>
                <w:noProof/>
                <w:lang w:val="ro-RO"/>
              </w:rPr>
            </w:pPr>
            <w:r w:rsidRPr="008E6C00">
              <w:rPr>
                <w:noProof/>
                <w:sz w:val="16"/>
                <w:lang w:val="ro-RO"/>
              </w:rPr>
              <w:t>Controlați intrările, revizuirile, verificarea/validarea și ieșirile.</w:t>
            </w:r>
          </w:p>
        </w:tc>
        <w:tc>
          <w:tcPr>
            <w:tcW w:w="1984" w:type="dxa"/>
            <w:shd w:val="clear" w:color="auto" w:fill="FAFAFA"/>
            <w:tcMar>
              <w:top w:w="80" w:type="dxa"/>
              <w:left w:w="90" w:type="dxa"/>
              <w:bottom w:w="80" w:type="dxa"/>
              <w:right w:w="90" w:type="dxa"/>
            </w:tcMar>
            <w:vAlign w:val="center"/>
          </w:tcPr>
          <w:p w14:paraId="734D4195" w14:textId="77777777" w:rsidR="00430FCC" w:rsidRPr="008E6C00" w:rsidRDefault="00000000">
            <w:pPr>
              <w:spacing w:after="0" w:line="240" w:lineRule="auto"/>
              <w:rPr>
                <w:noProof/>
                <w:lang w:val="ro-RO"/>
              </w:rPr>
            </w:pPr>
            <w:r w:rsidRPr="008E6C00">
              <w:rPr>
                <w:noProof/>
                <w:sz w:val="16"/>
                <w:lang w:val="ro-RO"/>
              </w:rPr>
              <w:t>Poate fi doar planificare operațională.</w:t>
            </w:r>
          </w:p>
        </w:tc>
      </w:tr>
      <w:tr w:rsidR="00430FCC" w:rsidRPr="008E6C00" w14:paraId="6C80EC31" w14:textId="77777777">
        <w:trPr>
          <w:cantSplit/>
          <w:jc w:val="center"/>
        </w:trPr>
        <w:tc>
          <w:tcPr>
            <w:tcW w:w="5953" w:type="dxa"/>
            <w:shd w:val="clear" w:color="auto" w:fill="FFFFFF"/>
            <w:tcMar>
              <w:top w:w="80" w:type="dxa"/>
              <w:left w:w="90" w:type="dxa"/>
              <w:bottom w:w="80" w:type="dxa"/>
              <w:right w:w="90" w:type="dxa"/>
            </w:tcMar>
            <w:vAlign w:val="center"/>
          </w:tcPr>
          <w:p w14:paraId="4329315A" w14:textId="77777777" w:rsidR="00430FCC" w:rsidRPr="008E6C00" w:rsidRDefault="00000000">
            <w:pPr>
              <w:spacing w:after="0" w:line="240" w:lineRule="auto"/>
              <w:rPr>
                <w:noProof/>
                <w:lang w:val="ro-RO"/>
              </w:rPr>
            </w:pPr>
            <w:r w:rsidRPr="008E6C00">
              <w:rPr>
                <w:noProof/>
                <w:sz w:val="16"/>
                <w:lang w:val="ro-RO"/>
              </w:rPr>
              <w:t>O eroare de soluție poate afecta clientul chiar dacă execuția respectă instrucțiunile?</w:t>
            </w:r>
          </w:p>
        </w:tc>
        <w:tc>
          <w:tcPr>
            <w:tcW w:w="1984" w:type="dxa"/>
            <w:shd w:val="clear" w:color="auto" w:fill="FFFFFF"/>
            <w:tcMar>
              <w:top w:w="80" w:type="dxa"/>
              <w:left w:w="90" w:type="dxa"/>
              <w:bottom w:w="80" w:type="dxa"/>
              <w:right w:w="90" w:type="dxa"/>
            </w:tcMar>
            <w:vAlign w:val="center"/>
          </w:tcPr>
          <w:p w14:paraId="1E572BEE" w14:textId="77777777" w:rsidR="00430FCC" w:rsidRPr="008E6C00" w:rsidRDefault="00000000">
            <w:pPr>
              <w:spacing w:after="0" w:line="240" w:lineRule="auto"/>
              <w:rPr>
                <w:noProof/>
                <w:lang w:val="ro-RO"/>
              </w:rPr>
            </w:pPr>
            <w:r w:rsidRPr="008E6C00">
              <w:rPr>
                <w:noProof/>
                <w:sz w:val="16"/>
                <w:lang w:val="ro-RO"/>
              </w:rPr>
              <w:t>Proiectarea este aplicabilă.</w:t>
            </w:r>
          </w:p>
        </w:tc>
        <w:tc>
          <w:tcPr>
            <w:tcW w:w="1984" w:type="dxa"/>
            <w:shd w:val="clear" w:color="auto" w:fill="FFFFFF"/>
            <w:tcMar>
              <w:top w:w="80" w:type="dxa"/>
              <w:left w:w="90" w:type="dxa"/>
              <w:bottom w:w="80" w:type="dxa"/>
              <w:right w:w="90" w:type="dxa"/>
            </w:tcMar>
            <w:vAlign w:val="center"/>
          </w:tcPr>
          <w:p w14:paraId="113D01F6" w14:textId="77777777" w:rsidR="00430FCC" w:rsidRPr="008E6C00" w:rsidRDefault="00000000">
            <w:pPr>
              <w:spacing w:after="0" w:line="240" w:lineRule="auto"/>
              <w:rPr>
                <w:noProof/>
                <w:lang w:val="ro-RO"/>
              </w:rPr>
            </w:pPr>
            <w:r w:rsidRPr="008E6C00">
              <w:rPr>
                <w:noProof/>
                <w:sz w:val="16"/>
                <w:lang w:val="ro-RO"/>
              </w:rPr>
              <w:t>Documentați justificarea neaplicabilității.</w:t>
            </w:r>
          </w:p>
        </w:tc>
      </w:tr>
    </w:tbl>
    <w:p w14:paraId="28F20BFD" w14:textId="77777777" w:rsidR="00430FCC" w:rsidRPr="008E6C00" w:rsidRDefault="00430FCC">
      <w:pPr>
        <w:spacing w:after="20"/>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430FCC" w:rsidRPr="008E6C00" w14:paraId="47690608" w14:textId="77777777">
        <w:trPr>
          <w:cantSplit/>
          <w:jc w:val="center"/>
        </w:trPr>
        <w:tc>
          <w:tcPr>
            <w:tcW w:w="1020" w:type="dxa"/>
            <w:shd w:val="clear" w:color="auto" w:fill="D71920"/>
            <w:tcMar>
              <w:top w:w="80" w:type="dxa"/>
              <w:left w:w="90" w:type="dxa"/>
              <w:bottom w:w="80" w:type="dxa"/>
              <w:right w:w="90" w:type="dxa"/>
            </w:tcMar>
            <w:vAlign w:val="center"/>
          </w:tcPr>
          <w:p w14:paraId="68C2A9DF" w14:textId="77777777" w:rsidR="00430FCC" w:rsidRPr="008E6C00" w:rsidRDefault="00000000">
            <w:pPr>
              <w:spacing w:after="0" w:line="240" w:lineRule="auto"/>
              <w:jc w:val="center"/>
              <w:rPr>
                <w:noProof/>
                <w:lang w:val="ro-RO"/>
              </w:rPr>
            </w:pPr>
            <w:r w:rsidRPr="008E6C00">
              <w:rPr>
                <w:b/>
                <w:noProof/>
                <w:color w:val="FFFFFF"/>
                <w:sz w:val="34"/>
                <w:lang w:val="ro-RO"/>
              </w:rPr>
              <w:t>7</w:t>
            </w:r>
          </w:p>
        </w:tc>
        <w:tc>
          <w:tcPr>
            <w:tcW w:w="8901" w:type="dxa"/>
            <w:shd w:val="clear" w:color="auto" w:fill="F3F4F5"/>
          </w:tcPr>
          <w:p w14:paraId="0EFBBC5D" w14:textId="77777777" w:rsidR="00430FCC" w:rsidRPr="008E6C00" w:rsidRDefault="00000000">
            <w:pPr>
              <w:spacing w:after="20"/>
              <w:rPr>
                <w:noProof/>
                <w:lang w:val="ro-RO"/>
              </w:rPr>
            </w:pPr>
            <w:r w:rsidRPr="008E6C00">
              <w:rPr>
                <w:b/>
                <w:noProof/>
                <w:sz w:val="28"/>
                <w:lang w:val="ro-RO"/>
              </w:rPr>
              <w:t>Controlul ciclului de viață al documentelor</w:t>
            </w:r>
          </w:p>
          <w:p w14:paraId="6A75E1EC" w14:textId="77777777" w:rsidR="00430FCC" w:rsidRPr="008E6C00" w:rsidRDefault="00000000">
            <w:pPr>
              <w:spacing w:after="0"/>
              <w:rPr>
                <w:noProof/>
                <w:lang w:val="ro-RO"/>
              </w:rPr>
            </w:pPr>
            <w:r w:rsidRPr="008E6C00">
              <w:rPr>
                <w:noProof/>
                <w:color w:val="666666"/>
                <w:sz w:val="17"/>
                <w:lang w:val="ro-RO"/>
              </w:rPr>
              <w:t>Fiecare informație trebuie să fie identificabilă, actuală, accesibilă și protejată</w:t>
            </w:r>
          </w:p>
        </w:tc>
      </w:tr>
    </w:tbl>
    <w:p w14:paraId="23193EF1" w14:textId="77777777" w:rsidR="00430FCC" w:rsidRPr="008E6C00" w:rsidRDefault="00430FCC">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814"/>
        <w:gridCol w:w="5669"/>
        <w:gridCol w:w="2438"/>
      </w:tblGrid>
      <w:tr w:rsidR="00430FCC" w:rsidRPr="008E6C00" w14:paraId="011F3A4D" w14:textId="77777777">
        <w:trPr>
          <w:tblHeader/>
          <w:jc w:val="center"/>
        </w:trPr>
        <w:tc>
          <w:tcPr>
            <w:tcW w:w="1814" w:type="dxa"/>
            <w:shd w:val="clear" w:color="auto" w:fill="D71920"/>
            <w:tcMar>
              <w:top w:w="80" w:type="dxa"/>
              <w:left w:w="90" w:type="dxa"/>
              <w:bottom w:w="80" w:type="dxa"/>
              <w:right w:w="90" w:type="dxa"/>
            </w:tcMar>
            <w:vAlign w:val="center"/>
          </w:tcPr>
          <w:p w14:paraId="1A907BD2" w14:textId="77777777" w:rsidR="00430FCC" w:rsidRPr="008E6C00" w:rsidRDefault="00000000">
            <w:pPr>
              <w:spacing w:after="0" w:line="240" w:lineRule="auto"/>
              <w:jc w:val="center"/>
              <w:rPr>
                <w:noProof/>
                <w:lang w:val="ro-RO"/>
              </w:rPr>
            </w:pPr>
            <w:r w:rsidRPr="008E6C00">
              <w:rPr>
                <w:b/>
                <w:noProof/>
                <w:color w:val="FFFFFF"/>
                <w:sz w:val="16"/>
                <w:lang w:val="ro-RO"/>
              </w:rPr>
              <w:t>ETAPĂ</w:t>
            </w:r>
          </w:p>
        </w:tc>
        <w:tc>
          <w:tcPr>
            <w:tcW w:w="5669" w:type="dxa"/>
            <w:shd w:val="clear" w:color="auto" w:fill="D71920"/>
            <w:tcMar>
              <w:top w:w="80" w:type="dxa"/>
              <w:left w:w="90" w:type="dxa"/>
              <w:bottom w:w="80" w:type="dxa"/>
              <w:right w:w="90" w:type="dxa"/>
            </w:tcMar>
            <w:vAlign w:val="center"/>
          </w:tcPr>
          <w:p w14:paraId="33EAD9B8" w14:textId="77777777" w:rsidR="00430FCC" w:rsidRPr="008E6C00" w:rsidRDefault="00000000">
            <w:pPr>
              <w:spacing w:after="0" w:line="240" w:lineRule="auto"/>
              <w:jc w:val="center"/>
              <w:rPr>
                <w:noProof/>
                <w:lang w:val="ro-RO"/>
              </w:rPr>
            </w:pPr>
            <w:r w:rsidRPr="008E6C00">
              <w:rPr>
                <w:b/>
                <w:noProof/>
                <w:color w:val="FFFFFF"/>
                <w:sz w:val="16"/>
                <w:lang w:val="ro-RO"/>
              </w:rPr>
              <w:t>CONTROL MINIM</w:t>
            </w:r>
          </w:p>
        </w:tc>
        <w:tc>
          <w:tcPr>
            <w:tcW w:w="2438" w:type="dxa"/>
            <w:shd w:val="clear" w:color="auto" w:fill="D71920"/>
            <w:tcMar>
              <w:top w:w="80" w:type="dxa"/>
              <w:left w:w="90" w:type="dxa"/>
              <w:bottom w:w="80" w:type="dxa"/>
              <w:right w:w="90" w:type="dxa"/>
            </w:tcMar>
            <w:vAlign w:val="center"/>
          </w:tcPr>
          <w:p w14:paraId="53AF24AF" w14:textId="77777777" w:rsidR="00430FCC" w:rsidRPr="008E6C00" w:rsidRDefault="00000000">
            <w:pPr>
              <w:spacing w:after="0" w:line="240" w:lineRule="auto"/>
              <w:jc w:val="center"/>
              <w:rPr>
                <w:noProof/>
                <w:lang w:val="ro-RO"/>
              </w:rPr>
            </w:pPr>
            <w:r w:rsidRPr="008E6C00">
              <w:rPr>
                <w:b/>
                <w:noProof/>
                <w:color w:val="FFFFFF"/>
                <w:sz w:val="16"/>
                <w:lang w:val="ro-RO"/>
              </w:rPr>
              <w:t>RESPONSABIL ORIENTATIV</w:t>
            </w:r>
          </w:p>
        </w:tc>
      </w:tr>
      <w:tr w:rsidR="00430FCC" w:rsidRPr="008E6C00" w14:paraId="2DEC5F56" w14:textId="77777777">
        <w:trPr>
          <w:cantSplit/>
          <w:jc w:val="center"/>
        </w:trPr>
        <w:tc>
          <w:tcPr>
            <w:tcW w:w="1814" w:type="dxa"/>
            <w:shd w:val="clear" w:color="auto" w:fill="FFFFFF"/>
            <w:tcMar>
              <w:top w:w="80" w:type="dxa"/>
              <w:left w:w="90" w:type="dxa"/>
              <w:bottom w:w="80" w:type="dxa"/>
              <w:right w:w="90" w:type="dxa"/>
            </w:tcMar>
            <w:vAlign w:val="center"/>
          </w:tcPr>
          <w:p w14:paraId="260C3E97" w14:textId="77777777" w:rsidR="00430FCC" w:rsidRPr="008E6C00" w:rsidRDefault="00000000">
            <w:pPr>
              <w:spacing w:after="0" w:line="240" w:lineRule="auto"/>
              <w:rPr>
                <w:noProof/>
                <w:lang w:val="ro-RO"/>
              </w:rPr>
            </w:pPr>
            <w:r w:rsidRPr="008E6C00">
              <w:rPr>
                <w:noProof/>
                <w:sz w:val="16"/>
                <w:lang w:val="ro-RO"/>
              </w:rPr>
              <w:lastRenderedPageBreak/>
              <w:t>Creare</w:t>
            </w:r>
          </w:p>
        </w:tc>
        <w:tc>
          <w:tcPr>
            <w:tcW w:w="5669" w:type="dxa"/>
            <w:shd w:val="clear" w:color="auto" w:fill="FFFFFF"/>
            <w:tcMar>
              <w:top w:w="80" w:type="dxa"/>
              <w:left w:w="90" w:type="dxa"/>
              <w:bottom w:w="80" w:type="dxa"/>
              <w:right w:w="90" w:type="dxa"/>
            </w:tcMar>
            <w:vAlign w:val="center"/>
          </w:tcPr>
          <w:p w14:paraId="3EC9FD8D" w14:textId="77777777" w:rsidR="00430FCC" w:rsidRPr="008E6C00" w:rsidRDefault="00000000">
            <w:pPr>
              <w:spacing w:after="0" w:line="240" w:lineRule="auto"/>
              <w:rPr>
                <w:noProof/>
                <w:lang w:val="ro-RO"/>
              </w:rPr>
            </w:pPr>
            <w:r w:rsidRPr="008E6C00">
              <w:rPr>
                <w:noProof/>
                <w:sz w:val="16"/>
                <w:lang w:val="ro-RO"/>
              </w:rPr>
              <w:t>Șablon adecvat, limbaj clar, proprietar și identificare unică.</w:t>
            </w:r>
          </w:p>
        </w:tc>
        <w:tc>
          <w:tcPr>
            <w:tcW w:w="2438" w:type="dxa"/>
            <w:shd w:val="clear" w:color="auto" w:fill="FFFFFF"/>
            <w:tcMar>
              <w:top w:w="80" w:type="dxa"/>
              <w:left w:w="90" w:type="dxa"/>
              <w:bottom w:w="80" w:type="dxa"/>
              <w:right w:w="90" w:type="dxa"/>
            </w:tcMar>
            <w:vAlign w:val="center"/>
          </w:tcPr>
          <w:p w14:paraId="6610CF44" w14:textId="77777777" w:rsidR="00430FCC" w:rsidRPr="008E6C00" w:rsidRDefault="00000000">
            <w:pPr>
              <w:spacing w:after="0" w:line="240" w:lineRule="auto"/>
              <w:rPr>
                <w:noProof/>
                <w:lang w:val="ro-RO"/>
              </w:rPr>
            </w:pPr>
            <w:r w:rsidRPr="008E6C00">
              <w:rPr>
                <w:noProof/>
                <w:sz w:val="16"/>
                <w:lang w:val="ro-RO"/>
              </w:rPr>
              <w:t>Autor / proprietar proces</w:t>
            </w:r>
          </w:p>
        </w:tc>
      </w:tr>
      <w:tr w:rsidR="00430FCC" w:rsidRPr="008E6C00" w14:paraId="5730E598" w14:textId="77777777">
        <w:trPr>
          <w:cantSplit/>
          <w:jc w:val="center"/>
        </w:trPr>
        <w:tc>
          <w:tcPr>
            <w:tcW w:w="1814" w:type="dxa"/>
            <w:shd w:val="clear" w:color="auto" w:fill="FAFAFA"/>
            <w:tcMar>
              <w:top w:w="80" w:type="dxa"/>
              <w:left w:w="90" w:type="dxa"/>
              <w:bottom w:w="80" w:type="dxa"/>
              <w:right w:w="90" w:type="dxa"/>
            </w:tcMar>
            <w:vAlign w:val="center"/>
          </w:tcPr>
          <w:p w14:paraId="601234D7" w14:textId="77777777" w:rsidR="00430FCC" w:rsidRPr="008E6C00" w:rsidRDefault="00000000">
            <w:pPr>
              <w:spacing w:after="0" w:line="240" w:lineRule="auto"/>
              <w:rPr>
                <w:noProof/>
                <w:lang w:val="ro-RO"/>
              </w:rPr>
            </w:pPr>
            <w:r w:rsidRPr="008E6C00">
              <w:rPr>
                <w:noProof/>
                <w:sz w:val="16"/>
                <w:lang w:val="ro-RO"/>
              </w:rPr>
              <w:t>Revizuire tehnică</w:t>
            </w:r>
          </w:p>
        </w:tc>
        <w:tc>
          <w:tcPr>
            <w:tcW w:w="5669" w:type="dxa"/>
            <w:shd w:val="clear" w:color="auto" w:fill="FAFAFA"/>
            <w:tcMar>
              <w:top w:w="80" w:type="dxa"/>
              <w:left w:w="90" w:type="dxa"/>
              <w:bottom w:w="80" w:type="dxa"/>
              <w:right w:w="90" w:type="dxa"/>
            </w:tcMar>
            <w:vAlign w:val="center"/>
          </w:tcPr>
          <w:p w14:paraId="35820AB3" w14:textId="77777777" w:rsidR="00430FCC" w:rsidRPr="008E6C00" w:rsidRDefault="00000000">
            <w:pPr>
              <w:spacing w:after="0" w:line="240" w:lineRule="auto"/>
              <w:rPr>
                <w:noProof/>
                <w:lang w:val="ro-RO"/>
              </w:rPr>
            </w:pPr>
            <w:r w:rsidRPr="008E6C00">
              <w:rPr>
                <w:noProof/>
                <w:sz w:val="16"/>
                <w:lang w:val="ro-RO"/>
              </w:rPr>
              <w:t>Conținut corect, complet, executabil și coerent cu alte documente.</w:t>
            </w:r>
          </w:p>
        </w:tc>
        <w:tc>
          <w:tcPr>
            <w:tcW w:w="2438" w:type="dxa"/>
            <w:shd w:val="clear" w:color="auto" w:fill="FAFAFA"/>
            <w:tcMar>
              <w:top w:w="80" w:type="dxa"/>
              <w:left w:w="90" w:type="dxa"/>
              <w:bottom w:w="80" w:type="dxa"/>
              <w:right w:w="90" w:type="dxa"/>
            </w:tcMar>
            <w:vAlign w:val="center"/>
          </w:tcPr>
          <w:p w14:paraId="58E152C3" w14:textId="77777777" w:rsidR="00430FCC" w:rsidRPr="008E6C00" w:rsidRDefault="00000000">
            <w:pPr>
              <w:spacing w:after="0" w:line="240" w:lineRule="auto"/>
              <w:rPr>
                <w:noProof/>
                <w:lang w:val="ro-RO"/>
              </w:rPr>
            </w:pPr>
            <w:r w:rsidRPr="008E6C00">
              <w:rPr>
                <w:noProof/>
                <w:sz w:val="16"/>
                <w:lang w:val="ro-RO"/>
              </w:rPr>
              <w:t>Expert / funcții afectate</w:t>
            </w:r>
          </w:p>
        </w:tc>
      </w:tr>
      <w:tr w:rsidR="00430FCC" w:rsidRPr="008E6C00" w14:paraId="498697AA" w14:textId="77777777">
        <w:trPr>
          <w:cantSplit/>
          <w:jc w:val="center"/>
        </w:trPr>
        <w:tc>
          <w:tcPr>
            <w:tcW w:w="1814" w:type="dxa"/>
            <w:shd w:val="clear" w:color="auto" w:fill="FFFFFF"/>
            <w:tcMar>
              <w:top w:w="80" w:type="dxa"/>
              <w:left w:w="90" w:type="dxa"/>
              <w:bottom w:w="80" w:type="dxa"/>
              <w:right w:w="90" w:type="dxa"/>
            </w:tcMar>
            <w:vAlign w:val="center"/>
          </w:tcPr>
          <w:p w14:paraId="09E4E17F" w14:textId="77777777" w:rsidR="00430FCC" w:rsidRPr="008E6C00" w:rsidRDefault="00000000">
            <w:pPr>
              <w:spacing w:after="0" w:line="240" w:lineRule="auto"/>
              <w:rPr>
                <w:noProof/>
                <w:lang w:val="ro-RO"/>
              </w:rPr>
            </w:pPr>
            <w:r w:rsidRPr="008E6C00">
              <w:rPr>
                <w:noProof/>
                <w:sz w:val="16"/>
                <w:lang w:val="ro-RO"/>
              </w:rPr>
              <w:t>Aprobare</w:t>
            </w:r>
          </w:p>
        </w:tc>
        <w:tc>
          <w:tcPr>
            <w:tcW w:w="5669" w:type="dxa"/>
            <w:shd w:val="clear" w:color="auto" w:fill="FFFFFF"/>
            <w:tcMar>
              <w:top w:w="80" w:type="dxa"/>
              <w:left w:w="90" w:type="dxa"/>
              <w:bottom w:w="80" w:type="dxa"/>
              <w:right w:w="90" w:type="dxa"/>
            </w:tcMar>
            <w:vAlign w:val="center"/>
          </w:tcPr>
          <w:p w14:paraId="2CAB807B" w14:textId="77777777" w:rsidR="00430FCC" w:rsidRPr="008E6C00" w:rsidRDefault="00000000">
            <w:pPr>
              <w:spacing w:after="0" w:line="240" w:lineRule="auto"/>
              <w:rPr>
                <w:noProof/>
                <w:lang w:val="ro-RO"/>
              </w:rPr>
            </w:pPr>
            <w:r w:rsidRPr="008E6C00">
              <w:rPr>
                <w:noProof/>
                <w:sz w:val="16"/>
                <w:lang w:val="ro-RO"/>
              </w:rPr>
              <w:t>Autoritate definită înainte de publicare.</w:t>
            </w:r>
          </w:p>
        </w:tc>
        <w:tc>
          <w:tcPr>
            <w:tcW w:w="2438" w:type="dxa"/>
            <w:shd w:val="clear" w:color="auto" w:fill="FFFFFF"/>
            <w:tcMar>
              <w:top w:w="80" w:type="dxa"/>
              <w:left w:w="90" w:type="dxa"/>
              <w:bottom w:w="80" w:type="dxa"/>
              <w:right w:w="90" w:type="dxa"/>
            </w:tcMar>
            <w:vAlign w:val="center"/>
          </w:tcPr>
          <w:p w14:paraId="4A6CC321" w14:textId="77777777" w:rsidR="00430FCC" w:rsidRPr="008E6C00" w:rsidRDefault="00000000">
            <w:pPr>
              <w:spacing w:after="0" w:line="240" w:lineRule="auto"/>
              <w:rPr>
                <w:noProof/>
                <w:lang w:val="ro-RO"/>
              </w:rPr>
            </w:pPr>
            <w:r w:rsidRPr="008E6C00">
              <w:rPr>
                <w:noProof/>
                <w:sz w:val="16"/>
                <w:lang w:val="ro-RO"/>
              </w:rPr>
              <w:t>Manager autorizat</w:t>
            </w:r>
          </w:p>
        </w:tc>
      </w:tr>
      <w:tr w:rsidR="00430FCC" w:rsidRPr="008E6C00" w14:paraId="1BA52FCC" w14:textId="77777777">
        <w:trPr>
          <w:cantSplit/>
          <w:jc w:val="center"/>
        </w:trPr>
        <w:tc>
          <w:tcPr>
            <w:tcW w:w="1814" w:type="dxa"/>
            <w:shd w:val="clear" w:color="auto" w:fill="FAFAFA"/>
            <w:tcMar>
              <w:top w:w="80" w:type="dxa"/>
              <w:left w:w="90" w:type="dxa"/>
              <w:bottom w:w="80" w:type="dxa"/>
              <w:right w:w="90" w:type="dxa"/>
            </w:tcMar>
            <w:vAlign w:val="center"/>
          </w:tcPr>
          <w:p w14:paraId="4B7523F5" w14:textId="77777777" w:rsidR="00430FCC" w:rsidRPr="008E6C00" w:rsidRDefault="00000000">
            <w:pPr>
              <w:spacing w:after="0" w:line="240" w:lineRule="auto"/>
              <w:rPr>
                <w:noProof/>
                <w:lang w:val="ro-RO"/>
              </w:rPr>
            </w:pPr>
            <w:r w:rsidRPr="008E6C00">
              <w:rPr>
                <w:noProof/>
                <w:sz w:val="16"/>
                <w:lang w:val="ro-RO"/>
              </w:rPr>
              <w:t>Publicare</w:t>
            </w:r>
          </w:p>
        </w:tc>
        <w:tc>
          <w:tcPr>
            <w:tcW w:w="5669" w:type="dxa"/>
            <w:shd w:val="clear" w:color="auto" w:fill="FAFAFA"/>
            <w:tcMar>
              <w:top w:w="80" w:type="dxa"/>
              <w:left w:w="90" w:type="dxa"/>
              <w:bottom w:w="80" w:type="dxa"/>
              <w:right w:w="90" w:type="dxa"/>
            </w:tcMar>
            <w:vAlign w:val="center"/>
          </w:tcPr>
          <w:p w14:paraId="67F1479E" w14:textId="77777777" w:rsidR="00430FCC" w:rsidRPr="008E6C00" w:rsidRDefault="00000000">
            <w:pPr>
              <w:spacing w:after="0" w:line="240" w:lineRule="auto"/>
              <w:rPr>
                <w:noProof/>
                <w:lang w:val="ro-RO"/>
              </w:rPr>
            </w:pPr>
            <w:r w:rsidRPr="008E6C00">
              <w:rPr>
                <w:noProof/>
                <w:sz w:val="16"/>
                <w:lang w:val="ro-RO"/>
              </w:rPr>
              <w:t>Versiunea aprobată devine disponibilă la punctul de utilizare.</w:t>
            </w:r>
          </w:p>
        </w:tc>
        <w:tc>
          <w:tcPr>
            <w:tcW w:w="2438" w:type="dxa"/>
            <w:shd w:val="clear" w:color="auto" w:fill="FAFAFA"/>
            <w:tcMar>
              <w:top w:w="80" w:type="dxa"/>
              <w:left w:w="90" w:type="dxa"/>
              <w:bottom w:w="80" w:type="dxa"/>
              <w:right w:w="90" w:type="dxa"/>
            </w:tcMar>
            <w:vAlign w:val="center"/>
          </w:tcPr>
          <w:p w14:paraId="2E555B88" w14:textId="77777777" w:rsidR="00430FCC" w:rsidRPr="008E6C00" w:rsidRDefault="00000000">
            <w:pPr>
              <w:spacing w:after="0" w:line="240" w:lineRule="auto"/>
              <w:rPr>
                <w:noProof/>
                <w:lang w:val="ro-RO"/>
              </w:rPr>
            </w:pPr>
            <w:r w:rsidRPr="008E6C00">
              <w:rPr>
                <w:noProof/>
                <w:sz w:val="16"/>
                <w:lang w:val="ro-RO"/>
              </w:rPr>
              <w:t>Administrator documente / IT</w:t>
            </w:r>
          </w:p>
        </w:tc>
      </w:tr>
      <w:tr w:rsidR="00430FCC" w:rsidRPr="008E6C00" w14:paraId="5EBC4BE0" w14:textId="77777777">
        <w:trPr>
          <w:cantSplit/>
          <w:jc w:val="center"/>
        </w:trPr>
        <w:tc>
          <w:tcPr>
            <w:tcW w:w="1814" w:type="dxa"/>
            <w:shd w:val="clear" w:color="auto" w:fill="FFFFFF"/>
            <w:tcMar>
              <w:top w:w="80" w:type="dxa"/>
              <w:left w:w="90" w:type="dxa"/>
              <w:bottom w:w="80" w:type="dxa"/>
              <w:right w:w="90" w:type="dxa"/>
            </w:tcMar>
            <w:vAlign w:val="center"/>
          </w:tcPr>
          <w:p w14:paraId="2B277236" w14:textId="77777777" w:rsidR="00430FCC" w:rsidRPr="008E6C00" w:rsidRDefault="00000000">
            <w:pPr>
              <w:spacing w:after="0" w:line="240" w:lineRule="auto"/>
              <w:rPr>
                <w:noProof/>
                <w:lang w:val="ro-RO"/>
              </w:rPr>
            </w:pPr>
            <w:r w:rsidRPr="008E6C00">
              <w:rPr>
                <w:noProof/>
                <w:sz w:val="16"/>
                <w:lang w:val="ro-RO"/>
              </w:rPr>
              <w:t>Distribuție și acces</w:t>
            </w:r>
          </w:p>
        </w:tc>
        <w:tc>
          <w:tcPr>
            <w:tcW w:w="5669" w:type="dxa"/>
            <w:shd w:val="clear" w:color="auto" w:fill="FFFFFF"/>
            <w:tcMar>
              <w:top w:w="80" w:type="dxa"/>
              <w:left w:w="90" w:type="dxa"/>
              <w:bottom w:w="80" w:type="dxa"/>
              <w:right w:w="90" w:type="dxa"/>
            </w:tcMar>
            <w:vAlign w:val="center"/>
          </w:tcPr>
          <w:p w14:paraId="235557F0" w14:textId="77777777" w:rsidR="00430FCC" w:rsidRPr="008E6C00" w:rsidRDefault="00000000">
            <w:pPr>
              <w:spacing w:after="0" w:line="240" w:lineRule="auto"/>
              <w:rPr>
                <w:noProof/>
                <w:lang w:val="ro-RO"/>
              </w:rPr>
            </w:pPr>
            <w:r w:rsidRPr="008E6C00">
              <w:rPr>
                <w:noProof/>
                <w:sz w:val="16"/>
                <w:lang w:val="ro-RO"/>
              </w:rPr>
              <w:t>Permisiuni în funcție de rol; copiile tipărite controlate dacă sunt necesare.</w:t>
            </w:r>
          </w:p>
        </w:tc>
        <w:tc>
          <w:tcPr>
            <w:tcW w:w="2438" w:type="dxa"/>
            <w:shd w:val="clear" w:color="auto" w:fill="FFFFFF"/>
            <w:tcMar>
              <w:top w:w="80" w:type="dxa"/>
              <w:left w:w="90" w:type="dxa"/>
              <w:bottom w:w="80" w:type="dxa"/>
              <w:right w:w="90" w:type="dxa"/>
            </w:tcMar>
            <w:vAlign w:val="center"/>
          </w:tcPr>
          <w:p w14:paraId="1C1B4F42" w14:textId="77777777" w:rsidR="00430FCC" w:rsidRPr="008E6C00" w:rsidRDefault="00000000">
            <w:pPr>
              <w:spacing w:after="0" w:line="240" w:lineRule="auto"/>
              <w:rPr>
                <w:noProof/>
                <w:lang w:val="ro-RO"/>
              </w:rPr>
            </w:pPr>
            <w:r w:rsidRPr="008E6C00">
              <w:rPr>
                <w:noProof/>
                <w:sz w:val="16"/>
                <w:lang w:val="ro-RO"/>
              </w:rPr>
              <w:t>Proprietar + IT</w:t>
            </w:r>
          </w:p>
        </w:tc>
      </w:tr>
      <w:tr w:rsidR="00430FCC" w:rsidRPr="008E6C00" w14:paraId="2071BF6A" w14:textId="77777777">
        <w:trPr>
          <w:cantSplit/>
          <w:jc w:val="center"/>
        </w:trPr>
        <w:tc>
          <w:tcPr>
            <w:tcW w:w="1814" w:type="dxa"/>
            <w:shd w:val="clear" w:color="auto" w:fill="FAFAFA"/>
            <w:tcMar>
              <w:top w:w="80" w:type="dxa"/>
              <w:left w:w="90" w:type="dxa"/>
              <w:bottom w:w="80" w:type="dxa"/>
              <w:right w:w="90" w:type="dxa"/>
            </w:tcMar>
            <w:vAlign w:val="center"/>
          </w:tcPr>
          <w:p w14:paraId="78B7B35A" w14:textId="77777777" w:rsidR="00430FCC" w:rsidRPr="008E6C00" w:rsidRDefault="00000000">
            <w:pPr>
              <w:spacing w:after="0" w:line="240" w:lineRule="auto"/>
              <w:rPr>
                <w:noProof/>
                <w:lang w:val="ro-RO"/>
              </w:rPr>
            </w:pPr>
            <w:r w:rsidRPr="008E6C00">
              <w:rPr>
                <w:noProof/>
                <w:sz w:val="16"/>
                <w:lang w:val="ro-RO"/>
              </w:rPr>
              <w:t>Modificare</w:t>
            </w:r>
          </w:p>
        </w:tc>
        <w:tc>
          <w:tcPr>
            <w:tcW w:w="5669" w:type="dxa"/>
            <w:shd w:val="clear" w:color="auto" w:fill="FAFAFA"/>
            <w:tcMar>
              <w:top w:w="80" w:type="dxa"/>
              <w:left w:w="90" w:type="dxa"/>
              <w:bottom w:w="80" w:type="dxa"/>
              <w:right w:w="90" w:type="dxa"/>
            </w:tcMar>
            <w:vAlign w:val="center"/>
          </w:tcPr>
          <w:p w14:paraId="3A6881E0" w14:textId="77777777" w:rsidR="00430FCC" w:rsidRPr="008E6C00" w:rsidRDefault="00000000">
            <w:pPr>
              <w:spacing w:after="0" w:line="240" w:lineRule="auto"/>
              <w:rPr>
                <w:noProof/>
                <w:lang w:val="ro-RO"/>
              </w:rPr>
            </w:pPr>
            <w:r w:rsidRPr="008E6C00">
              <w:rPr>
                <w:noProof/>
                <w:sz w:val="16"/>
                <w:lang w:val="ro-RO"/>
              </w:rPr>
              <w:t>Motiv, impact, aprobare, istoric și comunicare către utilizatori.</w:t>
            </w:r>
          </w:p>
        </w:tc>
        <w:tc>
          <w:tcPr>
            <w:tcW w:w="2438" w:type="dxa"/>
            <w:shd w:val="clear" w:color="auto" w:fill="FAFAFA"/>
            <w:tcMar>
              <w:top w:w="80" w:type="dxa"/>
              <w:left w:w="90" w:type="dxa"/>
              <w:bottom w:w="80" w:type="dxa"/>
              <w:right w:w="90" w:type="dxa"/>
            </w:tcMar>
            <w:vAlign w:val="center"/>
          </w:tcPr>
          <w:p w14:paraId="564B43B8" w14:textId="77777777" w:rsidR="00430FCC" w:rsidRPr="008E6C00" w:rsidRDefault="00000000">
            <w:pPr>
              <w:spacing w:after="0" w:line="240" w:lineRule="auto"/>
              <w:rPr>
                <w:noProof/>
                <w:lang w:val="ro-RO"/>
              </w:rPr>
            </w:pPr>
            <w:r w:rsidRPr="008E6C00">
              <w:rPr>
                <w:noProof/>
                <w:sz w:val="16"/>
                <w:lang w:val="ro-RO"/>
              </w:rPr>
              <w:t>Autor + aprobator</w:t>
            </w:r>
          </w:p>
        </w:tc>
      </w:tr>
      <w:tr w:rsidR="00430FCC" w:rsidRPr="008E6C00" w14:paraId="1E80858A" w14:textId="77777777">
        <w:trPr>
          <w:cantSplit/>
          <w:jc w:val="center"/>
        </w:trPr>
        <w:tc>
          <w:tcPr>
            <w:tcW w:w="1814" w:type="dxa"/>
            <w:shd w:val="clear" w:color="auto" w:fill="FFFFFF"/>
            <w:tcMar>
              <w:top w:w="80" w:type="dxa"/>
              <w:left w:w="90" w:type="dxa"/>
              <w:bottom w:w="80" w:type="dxa"/>
              <w:right w:w="90" w:type="dxa"/>
            </w:tcMar>
            <w:vAlign w:val="center"/>
          </w:tcPr>
          <w:p w14:paraId="46C9099E" w14:textId="77777777" w:rsidR="00430FCC" w:rsidRPr="008E6C00" w:rsidRDefault="00000000">
            <w:pPr>
              <w:spacing w:after="0" w:line="240" w:lineRule="auto"/>
              <w:rPr>
                <w:noProof/>
                <w:lang w:val="ro-RO"/>
              </w:rPr>
            </w:pPr>
            <w:r w:rsidRPr="008E6C00">
              <w:rPr>
                <w:noProof/>
                <w:sz w:val="16"/>
                <w:lang w:val="ro-RO"/>
              </w:rPr>
              <w:t>Retragere</w:t>
            </w:r>
          </w:p>
        </w:tc>
        <w:tc>
          <w:tcPr>
            <w:tcW w:w="5669" w:type="dxa"/>
            <w:shd w:val="clear" w:color="auto" w:fill="FFFFFF"/>
            <w:tcMar>
              <w:top w:w="80" w:type="dxa"/>
              <w:left w:w="90" w:type="dxa"/>
              <w:bottom w:w="80" w:type="dxa"/>
              <w:right w:w="90" w:type="dxa"/>
            </w:tcMar>
            <w:vAlign w:val="center"/>
          </w:tcPr>
          <w:p w14:paraId="2982D083" w14:textId="77777777" w:rsidR="00430FCC" w:rsidRPr="008E6C00" w:rsidRDefault="00000000">
            <w:pPr>
              <w:spacing w:after="0" w:line="240" w:lineRule="auto"/>
              <w:rPr>
                <w:noProof/>
                <w:lang w:val="ro-RO"/>
              </w:rPr>
            </w:pPr>
            <w:r w:rsidRPr="008E6C00">
              <w:rPr>
                <w:noProof/>
                <w:sz w:val="16"/>
                <w:lang w:val="ro-RO"/>
              </w:rPr>
              <w:t>Versiunile depășite sunt eliminate din utilizare sau marcate clar.</w:t>
            </w:r>
          </w:p>
        </w:tc>
        <w:tc>
          <w:tcPr>
            <w:tcW w:w="2438" w:type="dxa"/>
            <w:shd w:val="clear" w:color="auto" w:fill="FFFFFF"/>
            <w:tcMar>
              <w:top w:w="80" w:type="dxa"/>
              <w:left w:w="90" w:type="dxa"/>
              <w:bottom w:w="80" w:type="dxa"/>
              <w:right w:w="90" w:type="dxa"/>
            </w:tcMar>
            <w:vAlign w:val="center"/>
          </w:tcPr>
          <w:p w14:paraId="1A85EA77" w14:textId="77777777" w:rsidR="00430FCC" w:rsidRPr="008E6C00" w:rsidRDefault="00000000">
            <w:pPr>
              <w:spacing w:after="0" w:line="240" w:lineRule="auto"/>
              <w:rPr>
                <w:noProof/>
                <w:lang w:val="ro-RO"/>
              </w:rPr>
            </w:pPr>
            <w:r w:rsidRPr="008E6C00">
              <w:rPr>
                <w:noProof/>
                <w:sz w:val="16"/>
                <w:lang w:val="ro-RO"/>
              </w:rPr>
              <w:t>Administrator documente</w:t>
            </w:r>
          </w:p>
        </w:tc>
      </w:tr>
      <w:tr w:rsidR="00430FCC" w:rsidRPr="008E6C00" w14:paraId="1EDA5315" w14:textId="77777777">
        <w:trPr>
          <w:cantSplit/>
          <w:jc w:val="center"/>
        </w:trPr>
        <w:tc>
          <w:tcPr>
            <w:tcW w:w="1814" w:type="dxa"/>
            <w:shd w:val="clear" w:color="auto" w:fill="FAFAFA"/>
            <w:tcMar>
              <w:top w:w="80" w:type="dxa"/>
              <w:left w:w="90" w:type="dxa"/>
              <w:bottom w:w="80" w:type="dxa"/>
              <w:right w:w="90" w:type="dxa"/>
            </w:tcMar>
            <w:vAlign w:val="center"/>
          </w:tcPr>
          <w:p w14:paraId="438FBC59" w14:textId="77777777" w:rsidR="00430FCC" w:rsidRPr="008E6C00" w:rsidRDefault="00000000">
            <w:pPr>
              <w:spacing w:after="0" w:line="240" w:lineRule="auto"/>
              <w:rPr>
                <w:noProof/>
                <w:lang w:val="ro-RO"/>
              </w:rPr>
            </w:pPr>
            <w:r w:rsidRPr="008E6C00">
              <w:rPr>
                <w:noProof/>
                <w:sz w:val="16"/>
                <w:lang w:val="ro-RO"/>
              </w:rPr>
              <w:t>Arhivare</w:t>
            </w:r>
          </w:p>
        </w:tc>
        <w:tc>
          <w:tcPr>
            <w:tcW w:w="5669" w:type="dxa"/>
            <w:shd w:val="clear" w:color="auto" w:fill="FAFAFA"/>
            <w:tcMar>
              <w:top w:w="80" w:type="dxa"/>
              <w:left w:w="90" w:type="dxa"/>
              <w:bottom w:w="80" w:type="dxa"/>
              <w:right w:w="90" w:type="dxa"/>
            </w:tcMar>
            <w:vAlign w:val="center"/>
          </w:tcPr>
          <w:p w14:paraId="7C398B87" w14:textId="77777777" w:rsidR="00430FCC" w:rsidRPr="008E6C00" w:rsidRDefault="00000000">
            <w:pPr>
              <w:spacing w:after="0" w:line="240" w:lineRule="auto"/>
              <w:rPr>
                <w:noProof/>
                <w:lang w:val="ro-RO"/>
              </w:rPr>
            </w:pPr>
            <w:r w:rsidRPr="008E6C00">
              <w:rPr>
                <w:noProof/>
                <w:sz w:val="16"/>
                <w:lang w:val="ro-RO"/>
              </w:rPr>
              <w:t>Păstrare protejată pe perioada stabilită și recuperare verificată.</w:t>
            </w:r>
          </w:p>
        </w:tc>
        <w:tc>
          <w:tcPr>
            <w:tcW w:w="2438" w:type="dxa"/>
            <w:shd w:val="clear" w:color="auto" w:fill="FAFAFA"/>
            <w:tcMar>
              <w:top w:w="80" w:type="dxa"/>
              <w:left w:w="90" w:type="dxa"/>
              <w:bottom w:w="80" w:type="dxa"/>
              <w:right w:w="90" w:type="dxa"/>
            </w:tcMar>
            <w:vAlign w:val="center"/>
          </w:tcPr>
          <w:p w14:paraId="46AABB25" w14:textId="77777777" w:rsidR="00430FCC" w:rsidRPr="008E6C00" w:rsidRDefault="00000000">
            <w:pPr>
              <w:spacing w:after="0" w:line="240" w:lineRule="auto"/>
              <w:rPr>
                <w:noProof/>
                <w:lang w:val="ro-RO"/>
              </w:rPr>
            </w:pPr>
            <w:r w:rsidRPr="008E6C00">
              <w:rPr>
                <w:noProof/>
                <w:sz w:val="16"/>
                <w:lang w:val="ro-RO"/>
              </w:rPr>
              <w:t>Proprietar înregistrări / IT</w:t>
            </w:r>
          </w:p>
        </w:tc>
      </w:tr>
      <w:tr w:rsidR="00430FCC" w:rsidRPr="008E6C00" w14:paraId="2B6E9F94" w14:textId="77777777">
        <w:trPr>
          <w:cantSplit/>
          <w:jc w:val="center"/>
        </w:trPr>
        <w:tc>
          <w:tcPr>
            <w:tcW w:w="1814" w:type="dxa"/>
            <w:shd w:val="clear" w:color="auto" w:fill="FFFFFF"/>
            <w:tcMar>
              <w:top w:w="80" w:type="dxa"/>
              <w:left w:w="90" w:type="dxa"/>
              <w:bottom w:w="80" w:type="dxa"/>
              <w:right w:w="90" w:type="dxa"/>
            </w:tcMar>
            <w:vAlign w:val="center"/>
          </w:tcPr>
          <w:p w14:paraId="38B221E6" w14:textId="77777777" w:rsidR="00430FCC" w:rsidRPr="008E6C00" w:rsidRDefault="00000000">
            <w:pPr>
              <w:spacing w:after="0" w:line="240" w:lineRule="auto"/>
              <w:rPr>
                <w:noProof/>
                <w:lang w:val="ro-RO"/>
              </w:rPr>
            </w:pPr>
            <w:r w:rsidRPr="008E6C00">
              <w:rPr>
                <w:noProof/>
                <w:sz w:val="16"/>
                <w:lang w:val="ro-RO"/>
              </w:rPr>
              <w:t>Eliminare</w:t>
            </w:r>
          </w:p>
        </w:tc>
        <w:tc>
          <w:tcPr>
            <w:tcW w:w="5669" w:type="dxa"/>
            <w:shd w:val="clear" w:color="auto" w:fill="FFFFFF"/>
            <w:tcMar>
              <w:top w:w="80" w:type="dxa"/>
              <w:left w:w="90" w:type="dxa"/>
              <w:bottom w:w="80" w:type="dxa"/>
              <w:right w:w="90" w:type="dxa"/>
            </w:tcMar>
            <w:vAlign w:val="center"/>
          </w:tcPr>
          <w:p w14:paraId="24CB4328" w14:textId="77777777" w:rsidR="00430FCC" w:rsidRPr="008E6C00" w:rsidRDefault="00000000">
            <w:pPr>
              <w:spacing w:after="0" w:line="240" w:lineRule="auto"/>
              <w:rPr>
                <w:noProof/>
                <w:lang w:val="ro-RO"/>
              </w:rPr>
            </w:pPr>
            <w:r w:rsidRPr="008E6C00">
              <w:rPr>
                <w:noProof/>
                <w:sz w:val="16"/>
                <w:lang w:val="ro-RO"/>
              </w:rPr>
              <w:t>Ștergere/distrugere autorizată, sigură și conformă cerințelor.</w:t>
            </w:r>
          </w:p>
        </w:tc>
        <w:tc>
          <w:tcPr>
            <w:tcW w:w="2438" w:type="dxa"/>
            <w:shd w:val="clear" w:color="auto" w:fill="FFFFFF"/>
            <w:tcMar>
              <w:top w:w="80" w:type="dxa"/>
              <w:left w:w="90" w:type="dxa"/>
              <w:bottom w:w="80" w:type="dxa"/>
              <w:right w:w="90" w:type="dxa"/>
            </w:tcMar>
            <w:vAlign w:val="center"/>
          </w:tcPr>
          <w:p w14:paraId="24DC1DC4" w14:textId="77777777" w:rsidR="00430FCC" w:rsidRPr="008E6C00" w:rsidRDefault="00000000">
            <w:pPr>
              <w:spacing w:after="0" w:line="240" w:lineRule="auto"/>
              <w:rPr>
                <w:noProof/>
                <w:lang w:val="ro-RO"/>
              </w:rPr>
            </w:pPr>
            <w:r w:rsidRPr="008E6C00">
              <w:rPr>
                <w:noProof/>
                <w:sz w:val="16"/>
                <w:lang w:val="ro-RO"/>
              </w:rPr>
              <w:t>Proprietar + juridic/IT după caz</w:t>
            </w:r>
          </w:p>
        </w:tc>
      </w:tr>
    </w:tbl>
    <w:p w14:paraId="4DECAD28" w14:textId="77777777" w:rsidR="00430FCC" w:rsidRPr="008E6C00" w:rsidRDefault="00430FCC">
      <w:pPr>
        <w:spacing w:after="20"/>
        <w:rPr>
          <w:noProof/>
          <w:lang w:val="ro-RO"/>
        </w:rPr>
      </w:pPr>
    </w:p>
    <w:p w14:paraId="0BBBC0CF" w14:textId="77777777" w:rsidR="00430FCC" w:rsidRPr="008E6C00" w:rsidRDefault="00000000">
      <w:pPr>
        <w:pStyle w:val="Heading2"/>
        <w:rPr>
          <w:noProof/>
          <w:lang w:val="ro-RO"/>
        </w:rPr>
      </w:pPr>
      <w:r w:rsidRPr="008E6C00">
        <w:rPr>
          <w:noProof/>
          <w:lang w:val="ro-RO"/>
        </w:rPr>
        <w:t>Elemente minime în antetul unui document</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28"/>
        <w:gridCol w:w="3969"/>
        <w:gridCol w:w="1928"/>
        <w:gridCol w:w="2098"/>
      </w:tblGrid>
      <w:tr w:rsidR="00430FCC" w:rsidRPr="008E6C00" w14:paraId="003CC4B0" w14:textId="77777777">
        <w:trPr>
          <w:jc w:val="center"/>
        </w:trPr>
        <w:tc>
          <w:tcPr>
            <w:tcW w:w="1928" w:type="dxa"/>
            <w:shd w:val="clear" w:color="auto" w:fill="F3F4F5"/>
            <w:tcMar>
              <w:top w:w="80" w:type="dxa"/>
              <w:left w:w="90" w:type="dxa"/>
              <w:bottom w:w="80" w:type="dxa"/>
              <w:right w:w="90" w:type="dxa"/>
            </w:tcMar>
            <w:vAlign w:val="center"/>
          </w:tcPr>
          <w:p w14:paraId="3CE0808B" w14:textId="77777777" w:rsidR="00430FCC" w:rsidRPr="008E6C00" w:rsidRDefault="00000000">
            <w:pPr>
              <w:spacing w:after="0" w:line="240" w:lineRule="auto"/>
              <w:rPr>
                <w:noProof/>
                <w:lang w:val="ro-RO"/>
              </w:rPr>
            </w:pPr>
            <w:r w:rsidRPr="008E6C00">
              <w:rPr>
                <w:b/>
                <w:noProof/>
                <w:sz w:val="16"/>
                <w:lang w:val="ro-RO"/>
              </w:rPr>
              <w:t>Titlu document</w:t>
            </w:r>
          </w:p>
        </w:tc>
        <w:tc>
          <w:tcPr>
            <w:tcW w:w="3969" w:type="dxa"/>
            <w:shd w:val="clear" w:color="auto" w:fill="FFFFFF"/>
            <w:tcMar>
              <w:top w:w="80" w:type="dxa"/>
              <w:left w:w="90" w:type="dxa"/>
              <w:bottom w:w="80" w:type="dxa"/>
              <w:right w:w="90" w:type="dxa"/>
            </w:tcMar>
            <w:vAlign w:val="center"/>
          </w:tcPr>
          <w:p w14:paraId="0BB028F2" w14:textId="77777777" w:rsidR="00430FCC" w:rsidRPr="008E6C00" w:rsidRDefault="00000000">
            <w:pPr>
              <w:spacing w:after="0" w:line="240" w:lineRule="auto"/>
              <w:rPr>
                <w:noProof/>
                <w:lang w:val="ro-RO"/>
              </w:rPr>
            </w:pPr>
            <w:r w:rsidRPr="008E6C00">
              <w:rPr>
                <w:noProof/>
                <w:sz w:val="16"/>
                <w:lang w:val="ro-RO"/>
              </w:rPr>
              <w:t>______________________________________________</w:t>
            </w:r>
          </w:p>
        </w:tc>
        <w:tc>
          <w:tcPr>
            <w:tcW w:w="1928" w:type="dxa"/>
            <w:shd w:val="clear" w:color="auto" w:fill="F3F4F5"/>
            <w:tcMar>
              <w:top w:w="80" w:type="dxa"/>
              <w:left w:w="90" w:type="dxa"/>
              <w:bottom w:w="80" w:type="dxa"/>
              <w:right w:w="90" w:type="dxa"/>
            </w:tcMar>
            <w:vAlign w:val="center"/>
          </w:tcPr>
          <w:p w14:paraId="001F743B" w14:textId="77777777" w:rsidR="00430FCC" w:rsidRPr="008E6C00" w:rsidRDefault="00000000">
            <w:pPr>
              <w:spacing w:after="0" w:line="240" w:lineRule="auto"/>
              <w:rPr>
                <w:noProof/>
                <w:lang w:val="ro-RO"/>
              </w:rPr>
            </w:pPr>
            <w:r w:rsidRPr="008E6C00">
              <w:rPr>
                <w:b/>
                <w:noProof/>
                <w:sz w:val="16"/>
                <w:lang w:val="ro-RO"/>
              </w:rPr>
              <w:t>Cod</w:t>
            </w:r>
          </w:p>
        </w:tc>
        <w:tc>
          <w:tcPr>
            <w:tcW w:w="2098" w:type="dxa"/>
            <w:shd w:val="clear" w:color="auto" w:fill="FFFFFF"/>
            <w:tcMar>
              <w:top w:w="80" w:type="dxa"/>
              <w:left w:w="90" w:type="dxa"/>
              <w:bottom w:w="80" w:type="dxa"/>
              <w:right w:w="90" w:type="dxa"/>
            </w:tcMar>
            <w:vAlign w:val="center"/>
          </w:tcPr>
          <w:p w14:paraId="51BAA445" w14:textId="77777777" w:rsidR="00430FCC" w:rsidRPr="008E6C00" w:rsidRDefault="00000000">
            <w:pPr>
              <w:spacing w:after="0" w:line="240" w:lineRule="auto"/>
              <w:rPr>
                <w:noProof/>
                <w:lang w:val="ro-RO"/>
              </w:rPr>
            </w:pPr>
            <w:r w:rsidRPr="008E6C00">
              <w:rPr>
                <w:noProof/>
                <w:sz w:val="16"/>
                <w:lang w:val="ro-RO"/>
              </w:rPr>
              <w:t>________________</w:t>
            </w:r>
          </w:p>
        </w:tc>
      </w:tr>
      <w:tr w:rsidR="00430FCC" w:rsidRPr="008E6C00" w14:paraId="4826C8EC" w14:textId="77777777">
        <w:trPr>
          <w:jc w:val="center"/>
        </w:trPr>
        <w:tc>
          <w:tcPr>
            <w:tcW w:w="1928" w:type="dxa"/>
            <w:shd w:val="clear" w:color="auto" w:fill="F3F4F5"/>
            <w:tcMar>
              <w:top w:w="80" w:type="dxa"/>
              <w:left w:w="90" w:type="dxa"/>
              <w:bottom w:w="80" w:type="dxa"/>
              <w:right w:w="90" w:type="dxa"/>
            </w:tcMar>
            <w:vAlign w:val="center"/>
          </w:tcPr>
          <w:p w14:paraId="365238BA" w14:textId="77777777" w:rsidR="00430FCC" w:rsidRPr="008E6C00" w:rsidRDefault="00000000">
            <w:pPr>
              <w:spacing w:after="0" w:line="240" w:lineRule="auto"/>
              <w:rPr>
                <w:noProof/>
                <w:lang w:val="ro-RO"/>
              </w:rPr>
            </w:pPr>
            <w:r w:rsidRPr="008E6C00">
              <w:rPr>
                <w:b/>
                <w:noProof/>
                <w:sz w:val="16"/>
                <w:lang w:val="ro-RO"/>
              </w:rPr>
              <w:t>Proces</w:t>
            </w:r>
          </w:p>
        </w:tc>
        <w:tc>
          <w:tcPr>
            <w:tcW w:w="3969" w:type="dxa"/>
            <w:shd w:val="clear" w:color="auto" w:fill="FFFFFF"/>
            <w:tcMar>
              <w:top w:w="80" w:type="dxa"/>
              <w:left w:w="90" w:type="dxa"/>
              <w:bottom w:w="80" w:type="dxa"/>
              <w:right w:w="90" w:type="dxa"/>
            </w:tcMar>
            <w:vAlign w:val="center"/>
          </w:tcPr>
          <w:p w14:paraId="0B571888" w14:textId="77777777" w:rsidR="00430FCC" w:rsidRPr="008E6C00" w:rsidRDefault="00000000">
            <w:pPr>
              <w:spacing w:after="0" w:line="240" w:lineRule="auto"/>
              <w:rPr>
                <w:noProof/>
                <w:lang w:val="ro-RO"/>
              </w:rPr>
            </w:pPr>
            <w:r w:rsidRPr="008E6C00">
              <w:rPr>
                <w:noProof/>
                <w:sz w:val="16"/>
                <w:lang w:val="ro-RO"/>
              </w:rPr>
              <w:t>______________________________________________</w:t>
            </w:r>
          </w:p>
        </w:tc>
        <w:tc>
          <w:tcPr>
            <w:tcW w:w="1928" w:type="dxa"/>
            <w:shd w:val="clear" w:color="auto" w:fill="F3F4F5"/>
            <w:tcMar>
              <w:top w:w="80" w:type="dxa"/>
              <w:left w:w="90" w:type="dxa"/>
              <w:bottom w:w="80" w:type="dxa"/>
              <w:right w:w="90" w:type="dxa"/>
            </w:tcMar>
            <w:vAlign w:val="center"/>
          </w:tcPr>
          <w:p w14:paraId="2754DCEB" w14:textId="77777777" w:rsidR="00430FCC" w:rsidRPr="008E6C00" w:rsidRDefault="00000000">
            <w:pPr>
              <w:spacing w:after="0" w:line="240" w:lineRule="auto"/>
              <w:rPr>
                <w:noProof/>
                <w:lang w:val="ro-RO"/>
              </w:rPr>
            </w:pPr>
            <w:r w:rsidRPr="008E6C00">
              <w:rPr>
                <w:b/>
                <w:noProof/>
                <w:sz w:val="16"/>
                <w:lang w:val="ro-RO"/>
              </w:rPr>
              <w:t>Revizie</w:t>
            </w:r>
          </w:p>
        </w:tc>
        <w:tc>
          <w:tcPr>
            <w:tcW w:w="2098" w:type="dxa"/>
            <w:shd w:val="clear" w:color="auto" w:fill="FFFFFF"/>
            <w:tcMar>
              <w:top w:w="80" w:type="dxa"/>
              <w:left w:w="90" w:type="dxa"/>
              <w:bottom w:w="80" w:type="dxa"/>
              <w:right w:w="90" w:type="dxa"/>
            </w:tcMar>
            <w:vAlign w:val="center"/>
          </w:tcPr>
          <w:p w14:paraId="7DABF018" w14:textId="77777777" w:rsidR="00430FCC" w:rsidRPr="008E6C00" w:rsidRDefault="00000000">
            <w:pPr>
              <w:spacing w:after="0" w:line="240" w:lineRule="auto"/>
              <w:rPr>
                <w:noProof/>
                <w:lang w:val="ro-RO"/>
              </w:rPr>
            </w:pPr>
            <w:r w:rsidRPr="008E6C00">
              <w:rPr>
                <w:noProof/>
                <w:sz w:val="16"/>
                <w:lang w:val="ro-RO"/>
              </w:rPr>
              <w:t>________________</w:t>
            </w:r>
          </w:p>
        </w:tc>
      </w:tr>
      <w:tr w:rsidR="00430FCC" w:rsidRPr="008E6C00" w14:paraId="27DA1EDC" w14:textId="77777777">
        <w:trPr>
          <w:jc w:val="center"/>
        </w:trPr>
        <w:tc>
          <w:tcPr>
            <w:tcW w:w="1928" w:type="dxa"/>
            <w:shd w:val="clear" w:color="auto" w:fill="F3F4F5"/>
            <w:tcMar>
              <w:top w:w="80" w:type="dxa"/>
              <w:left w:w="90" w:type="dxa"/>
              <w:bottom w:w="80" w:type="dxa"/>
              <w:right w:w="90" w:type="dxa"/>
            </w:tcMar>
            <w:vAlign w:val="center"/>
          </w:tcPr>
          <w:p w14:paraId="12F6D77C" w14:textId="77777777" w:rsidR="00430FCC" w:rsidRPr="008E6C00" w:rsidRDefault="00000000">
            <w:pPr>
              <w:spacing w:after="0" w:line="240" w:lineRule="auto"/>
              <w:rPr>
                <w:noProof/>
                <w:lang w:val="ro-RO"/>
              </w:rPr>
            </w:pPr>
            <w:r w:rsidRPr="008E6C00">
              <w:rPr>
                <w:b/>
                <w:noProof/>
                <w:sz w:val="16"/>
                <w:lang w:val="ro-RO"/>
              </w:rPr>
              <w:t>Proprietar</w:t>
            </w:r>
          </w:p>
        </w:tc>
        <w:tc>
          <w:tcPr>
            <w:tcW w:w="3969" w:type="dxa"/>
            <w:shd w:val="clear" w:color="auto" w:fill="FFFFFF"/>
            <w:tcMar>
              <w:top w:w="80" w:type="dxa"/>
              <w:left w:w="90" w:type="dxa"/>
              <w:bottom w:w="80" w:type="dxa"/>
              <w:right w:w="90" w:type="dxa"/>
            </w:tcMar>
            <w:vAlign w:val="center"/>
          </w:tcPr>
          <w:p w14:paraId="22B56A0B" w14:textId="77777777" w:rsidR="00430FCC" w:rsidRPr="008E6C00" w:rsidRDefault="00000000">
            <w:pPr>
              <w:spacing w:after="0" w:line="240" w:lineRule="auto"/>
              <w:rPr>
                <w:noProof/>
                <w:lang w:val="ro-RO"/>
              </w:rPr>
            </w:pPr>
            <w:r w:rsidRPr="008E6C00">
              <w:rPr>
                <w:noProof/>
                <w:sz w:val="16"/>
                <w:lang w:val="ro-RO"/>
              </w:rPr>
              <w:t>______________________________________________</w:t>
            </w:r>
          </w:p>
        </w:tc>
        <w:tc>
          <w:tcPr>
            <w:tcW w:w="1928" w:type="dxa"/>
            <w:shd w:val="clear" w:color="auto" w:fill="F3F4F5"/>
            <w:tcMar>
              <w:top w:w="80" w:type="dxa"/>
              <w:left w:w="90" w:type="dxa"/>
              <w:bottom w:w="80" w:type="dxa"/>
              <w:right w:w="90" w:type="dxa"/>
            </w:tcMar>
            <w:vAlign w:val="center"/>
          </w:tcPr>
          <w:p w14:paraId="24B1F21A" w14:textId="77777777" w:rsidR="00430FCC" w:rsidRPr="008E6C00" w:rsidRDefault="00000000">
            <w:pPr>
              <w:spacing w:after="0" w:line="240" w:lineRule="auto"/>
              <w:rPr>
                <w:noProof/>
                <w:lang w:val="ro-RO"/>
              </w:rPr>
            </w:pPr>
            <w:r w:rsidRPr="008E6C00">
              <w:rPr>
                <w:b/>
                <w:noProof/>
                <w:sz w:val="16"/>
                <w:lang w:val="ro-RO"/>
              </w:rPr>
              <w:t>Data intrării în vigoare</w:t>
            </w:r>
          </w:p>
        </w:tc>
        <w:tc>
          <w:tcPr>
            <w:tcW w:w="2098" w:type="dxa"/>
            <w:shd w:val="clear" w:color="auto" w:fill="FFFFFF"/>
            <w:tcMar>
              <w:top w:w="80" w:type="dxa"/>
              <w:left w:w="90" w:type="dxa"/>
              <w:bottom w:w="80" w:type="dxa"/>
              <w:right w:w="90" w:type="dxa"/>
            </w:tcMar>
            <w:vAlign w:val="center"/>
          </w:tcPr>
          <w:p w14:paraId="59A19B92" w14:textId="77777777" w:rsidR="00430FCC" w:rsidRPr="008E6C00" w:rsidRDefault="00000000">
            <w:pPr>
              <w:spacing w:after="0" w:line="240" w:lineRule="auto"/>
              <w:rPr>
                <w:noProof/>
                <w:lang w:val="ro-RO"/>
              </w:rPr>
            </w:pPr>
            <w:r w:rsidRPr="008E6C00">
              <w:rPr>
                <w:noProof/>
                <w:sz w:val="16"/>
                <w:lang w:val="ro-RO"/>
              </w:rPr>
              <w:t>________________</w:t>
            </w:r>
          </w:p>
        </w:tc>
      </w:tr>
      <w:tr w:rsidR="00430FCC" w:rsidRPr="008E6C00" w14:paraId="5788CDDE" w14:textId="77777777">
        <w:trPr>
          <w:jc w:val="center"/>
        </w:trPr>
        <w:tc>
          <w:tcPr>
            <w:tcW w:w="1928" w:type="dxa"/>
            <w:shd w:val="clear" w:color="auto" w:fill="F3F4F5"/>
            <w:tcMar>
              <w:top w:w="80" w:type="dxa"/>
              <w:left w:w="90" w:type="dxa"/>
              <w:bottom w:w="80" w:type="dxa"/>
              <w:right w:w="90" w:type="dxa"/>
            </w:tcMar>
            <w:vAlign w:val="center"/>
          </w:tcPr>
          <w:p w14:paraId="75DEAA32" w14:textId="77777777" w:rsidR="00430FCC" w:rsidRPr="008E6C00" w:rsidRDefault="00000000">
            <w:pPr>
              <w:spacing w:after="0" w:line="240" w:lineRule="auto"/>
              <w:rPr>
                <w:noProof/>
                <w:lang w:val="ro-RO"/>
              </w:rPr>
            </w:pPr>
            <w:r w:rsidRPr="008E6C00">
              <w:rPr>
                <w:b/>
                <w:noProof/>
                <w:sz w:val="16"/>
                <w:lang w:val="ro-RO"/>
              </w:rPr>
              <w:t>Elaborat de</w:t>
            </w:r>
          </w:p>
        </w:tc>
        <w:tc>
          <w:tcPr>
            <w:tcW w:w="3969" w:type="dxa"/>
            <w:shd w:val="clear" w:color="auto" w:fill="FFFFFF"/>
            <w:tcMar>
              <w:top w:w="80" w:type="dxa"/>
              <w:left w:w="90" w:type="dxa"/>
              <w:bottom w:w="80" w:type="dxa"/>
              <w:right w:w="90" w:type="dxa"/>
            </w:tcMar>
            <w:vAlign w:val="center"/>
          </w:tcPr>
          <w:p w14:paraId="7A343CEB" w14:textId="77777777" w:rsidR="00430FCC" w:rsidRPr="008E6C00" w:rsidRDefault="00000000">
            <w:pPr>
              <w:spacing w:after="0" w:line="240" w:lineRule="auto"/>
              <w:rPr>
                <w:noProof/>
                <w:lang w:val="ro-RO"/>
              </w:rPr>
            </w:pPr>
            <w:r w:rsidRPr="008E6C00">
              <w:rPr>
                <w:noProof/>
                <w:sz w:val="16"/>
                <w:lang w:val="ro-RO"/>
              </w:rPr>
              <w:t>______________________________________________</w:t>
            </w:r>
          </w:p>
        </w:tc>
        <w:tc>
          <w:tcPr>
            <w:tcW w:w="1928" w:type="dxa"/>
            <w:shd w:val="clear" w:color="auto" w:fill="F3F4F5"/>
            <w:tcMar>
              <w:top w:w="80" w:type="dxa"/>
              <w:left w:w="90" w:type="dxa"/>
              <w:bottom w:w="80" w:type="dxa"/>
              <w:right w:w="90" w:type="dxa"/>
            </w:tcMar>
            <w:vAlign w:val="center"/>
          </w:tcPr>
          <w:p w14:paraId="4111EDD8" w14:textId="77777777" w:rsidR="00430FCC" w:rsidRPr="008E6C00" w:rsidRDefault="00000000">
            <w:pPr>
              <w:spacing w:after="0" w:line="240" w:lineRule="auto"/>
              <w:rPr>
                <w:noProof/>
                <w:lang w:val="ro-RO"/>
              </w:rPr>
            </w:pPr>
            <w:r w:rsidRPr="008E6C00">
              <w:rPr>
                <w:b/>
                <w:noProof/>
                <w:sz w:val="16"/>
                <w:lang w:val="ro-RO"/>
              </w:rPr>
              <w:t>Aprobat de</w:t>
            </w:r>
          </w:p>
        </w:tc>
        <w:tc>
          <w:tcPr>
            <w:tcW w:w="2098" w:type="dxa"/>
            <w:shd w:val="clear" w:color="auto" w:fill="FFFFFF"/>
            <w:tcMar>
              <w:top w:w="80" w:type="dxa"/>
              <w:left w:w="90" w:type="dxa"/>
              <w:bottom w:w="80" w:type="dxa"/>
              <w:right w:w="90" w:type="dxa"/>
            </w:tcMar>
            <w:vAlign w:val="center"/>
          </w:tcPr>
          <w:p w14:paraId="67DE55A7" w14:textId="77777777" w:rsidR="00430FCC" w:rsidRPr="008E6C00" w:rsidRDefault="00000000">
            <w:pPr>
              <w:spacing w:after="0" w:line="240" w:lineRule="auto"/>
              <w:rPr>
                <w:noProof/>
                <w:lang w:val="ro-RO"/>
              </w:rPr>
            </w:pPr>
            <w:r w:rsidRPr="008E6C00">
              <w:rPr>
                <w:noProof/>
                <w:sz w:val="16"/>
                <w:lang w:val="ro-RO"/>
              </w:rPr>
              <w:t>________________</w:t>
            </w:r>
          </w:p>
        </w:tc>
      </w:tr>
    </w:tbl>
    <w:p w14:paraId="364EB490" w14:textId="77777777" w:rsidR="00430FCC" w:rsidRPr="008E6C00" w:rsidRDefault="00000000">
      <w:pPr>
        <w:pStyle w:val="Heading2"/>
        <w:rPr>
          <w:noProof/>
          <w:lang w:val="ro-RO"/>
        </w:rPr>
      </w:pPr>
      <w:r w:rsidRPr="008E6C00">
        <w:rPr>
          <w:noProof/>
          <w:lang w:val="ro-RO"/>
        </w:rPr>
        <w:t>Istoric al reviziilor</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850"/>
        <w:gridCol w:w="1417"/>
        <w:gridCol w:w="4535"/>
        <w:gridCol w:w="1587"/>
        <w:gridCol w:w="1531"/>
      </w:tblGrid>
      <w:tr w:rsidR="00430FCC" w:rsidRPr="008E6C00" w14:paraId="2FF99F62" w14:textId="77777777">
        <w:trPr>
          <w:tblHeader/>
          <w:jc w:val="center"/>
        </w:trPr>
        <w:tc>
          <w:tcPr>
            <w:tcW w:w="850" w:type="dxa"/>
            <w:shd w:val="clear" w:color="auto" w:fill="D71920"/>
            <w:tcMar>
              <w:top w:w="80" w:type="dxa"/>
              <w:left w:w="90" w:type="dxa"/>
              <w:bottom w:w="80" w:type="dxa"/>
              <w:right w:w="90" w:type="dxa"/>
            </w:tcMar>
            <w:vAlign w:val="center"/>
          </w:tcPr>
          <w:p w14:paraId="0471B5E8" w14:textId="77777777" w:rsidR="00430FCC" w:rsidRPr="008E6C00" w:rsidRDefault="00000000">
            <w:pPr>
              <w:spacing w:after="0" w:line="240" w:lineRule="auto"/>
              <w:jc w:val="center"/>
              <w:rPr>
                <w:noProof/>
                <w:lang w:val="ro-RO"/>
              </w:rPr>
            </w:pPr>
            <w:r w:rsidRPr="008E6C00">
              <w:rPr>
                <w:b/>
                <w:noProof/>
                <w:color w:val="FFFFFF"/>
                <w:sz w:val="14"/>
                <w:lang w:val="ro-RO"/>
              </w:rPr>
              <w:t>REV.</w:t>
            </w:r>
          </w:p>
        </w:tc>
        <w:tc>
          <w:tcPr>
            <w:tcW w:w="1417" w:type="dxa"/>
            <w:shd w:val="clear" w:color="auto" w:fill="D71920"/>
            <w:tcMar>
              <w:top w:w="80" w:type="dxa"/>
              <w:left w:w="90" w:type="dxa"/>
              <w:bottom w:w="80" w:type="dxa"/>
              <w:right w:w="90" w:type="dxa"/>
            </w:tcMar>
            <w:vAlign w:val="center"/>
          </w:tcPr>
          <w:p w14:paraId="195C4499" w14:textId="77777777" w:rsidR="00430FCC" w:rsidRPr="008E6C00" w:rsidRDefault="00000000">
            <w:pPr>
              <w:spacing w:after="0" w:line="240" w:lineRule="auto"/>
              <w:jc w:val="center"/>
              <w:rPr>
                <w:noProof/>
                <w:lang w:val="ro-RO"/>
              </w:rPr>
            </w:pPr>
            <w:r w:rsidRPr="008E6C00">
              <w:rPr>
                <w:b/>
                <w:noProof/>
                <w:color w:val="FFFFFF"/>
                <w:sz w:val="14"/>
                <w:lang w:val="ro-RO"/>
              </w:rPr>
              <w:t>DATA</w:t>
            </w:r>
          </w:p>
        </w:tc>
        <w:tc>
          <w:tcPr>
            <w:tcW w:w="4535" w:type="dxa"/>
            <w:shd w:val="clear" w:color="auto" w:fill="D71920"/>
            <w:tcMar>
              <w:top w:w="80" w:type="dxa"/>
              <w:left w:w="90" w:type="dxa"/>
              <w:bottom w:w="80" w:type="dxa"/>
              <w:right w:w="90" w:type="dxa"/>
            </w:tcMar>
            <w:vAlign w:val="center"/>
          </w:tcPr>
          <w:p w14:paraId="03C067B8" w14:textId="77777777" w:rsidR="00430FCC" w:rsidRPr="008E6C00" w:rsidRDefault="00000000">
            <w:pPr>
              <w:spacing w:after="0" w:line="240" w:lineRule="auto"/>
              <w:jc w:val="center"/>
              <w:rPr>
                <w:noProof/>
                <w:lang w:val="ro-RO"/>
              </w:rPr>
            </w:pPr>
            <w:r w:rsidRPr="008E6C00">
              <w:rPr>
                <w:b/>
                <w:noProof/>
                <w:color w:val="FFFFFF"/>
                <w:sz w:val="14"/>
                <w:lang w:val="ro-RO"/>
              </w:rPr>
              <w:t>DESCRIEREA MODIFICĂRII</w:t>
            </w:r>
          </w:p>
        </w:tc>
        <w:tc>
          <w:tcPr>
            <w:tcW w:w="1587" w:type="dxa"/>
            <w:shd w:val="clear" w:color="auto" w:fill="D71920"/>
            <w:tcMar>
              <w:top w:w="80" w:type="dxa"/>
              <w:left w:w="90" w:type="dxa"/>
              <w:bottom w:w="80" w:type="dxa"/>
              <w:right w:w="90" w:type="dxa"/>
            </w:tcMar>
            <w:vAlign w:val="center"/>
          </w:tcPr>
          <w:p w14:paraId="0757B1EC" w14:textId="77777777" w:rsidR="00430FCC" w:rsidRPr="008E6C00" w:rsidRDefault="00000000">
            <w:pPr>
              <w:spacing w:after="0" w:line="240" w:lineRule="auto"/>
              <w:jc w:val="center"/>
              <w:rPr>
                <w:noProof/>
                <w:lang w:val="ro-RO"/>
              </w:rPr>
            </w:pPr>
            <w:r w:rsidRPr="008E6C00">
              <w:rPr>
                <w:b/>
                <w:noProof/>
                <w:color w:val="FFFFFF"/>
                <w:sz w:val="14"/>
                <w:lang w:val="ro-RO"/>
              </w:rPr>
              <w:t>ELABORAT</w:t>
            </w:r>
          </w:p>
        </w:tc>
        <w:tc>
          <w:tcPr>
            <w:tcW w:w="1531" w:type="dxa"/>
            <w:shd w:val="clear" w:color="auto" w:fill="D71920"/>
            <w:tcMar>
              <w:top w:w="80" w:type="dxa"/>
              <w:left w:w="90" w:type="dxa"/>
              <w:bottom w:w="80" w:type="dxa"/>
              <w:right w:w="90" w:type="dxa"/>
            </w:tcMar>
            <w:vAlign w:val="center"/>
          </w:tcPr>
          <w:p w14:paraId="4A51676D" w14:textId="77777777" w:rsidR="00430FCC" w:rsidRPr="008E6C00" w:rsidRDefault="00000000">
            <w:pPr>
              <w:spacing w:after="0" w:line="240" w:lineRule="auto"/>
              <w:jc w:val="center"/>
              <w:rPr>
                <w:noProof/>
                <w:lang w:val="ro-RO"/>
              </w:rPr>
            </w:pPr>
            <w:r w:rsidRPr="008E6C00">
              <w:rPr>
                <w:b/>
                <w:noProof/>
                <w:color w:val="FFFFFF"/>
                <w:sz w:val="14"/>
                <w:lang w:val="ro-RO"/>
              </w:rPr>
              <w:t>APROBAT</w:t>
            </w:r>
          </w:p>
        </w:tc>
      </w:tr>
      <w:tr w:rsidR="00430FCC" w:rsidRPr="008E6C00" w14:paraId="6037A760" w14:textId="77777777">
        <w:trPr>
          <w:cantSplit/>
          <w:jc w:val="center"/>
        </w:trPr>
        <w:tc>
          <w:tcPr>
            <w:tcW w:w="850" w:type="dxa"/>
            <w:shd w:val="clear" w:color="auto" w:fill="FFFFFF"/>
            <w:tcMar>
              <w:top w:w="80" w:type="dxa"/>
              <w:left w:w="90" w:type="dxa"/>
              <w:bottom w:w="80" w:type="dxa"/>
              <w:right w:w="90" w:type="dxa"/>
            </w:tcMar>
            <w:vAlign w:val="center"/>
          </w:tcPr>
          <w:p w14:paraId="166443D4" w14:textId="77777777" w:rsidR="00430FCC" w:rsidRPr="008E6C00" w:rsidRDefault="00430FCC">
            <w:pPr>
              <w:spacing w:after="0" w:line="240" w:lineRule="auto"/>
              <w:rPr>
                <w:noProof/>
                <w:lang w:val="ro-RO"/>
              </w:rPr>
            </w:pPr>
          </w:p>
        </w:tc>
        <w:tc>
          <w:tcPr>
            <w:tcW w:w="1417" w:type="dxa"/>
            <w:shd w:val="clear" w:color="auto" w:fill="FFFFFF"/>
            <w:tcMar>
              <w:top w:w="80" w:type="dxa"/>
              <w:left w:w="90" w:type="dxa"/>
              <w:bottom w:w="80" w:type="dxa"/>
              <w:right w:w="90" w:type="dxa"/>
            </w:tcMar>
            <w:vAlign w:val="center"/>
          </w:tcPr>
          <w:p w14:paraId="1F8ACB99" w14:textId="77777777" w:rsidR="00430FCC" w:rsidRPr="008E6C00" w:rsidRDefault="00430FCC">
            <w:pPr>
              <w:spacing w:after="0" w:line="240" w:lineRule="auto"/>
              <w:rPr>
                <w:noProof/>
                <w:lang w:val="ro-RO"/>
              </w:rPr>
            </w:pPr>
          </w:p>
        </w:tc>
        <w:tc>
          <w:tcPr>
            <w:tcW w:w="4535" w:type="dxa"/>
            <w:shd w:val="clear" w:color="auto" w:fill="FFFFFF"/>
            <w:tcMar>
              <w:top w:w="80" w:type="dxa"/>
              <w:left w:w="90" w:type="dxa"/>
              <w:bottom w:w="80" w:type="dxa"/>
              <w:right w:w="90" w:type="dxa"/>
            </w:tcMar>
            <w:vAlign w:val="center"/>
          </w:tcPr>
          <w:p w14:paraId="2AB16D2C" w14:textId="77777777" w:rsidR="00430FCC" w:rsidRPr="008E6C00" w:rsidRDefault="00430FCC">
            <w:pPr>
              <w:spacing w:after="0" w:line="240" w:lineRule="auto"/>
              <w:rPr>
                <w:noProof/>
                <w:lang w:val="ro-RO"/>
              </w:rPr>
            </w:pPr>
          </w:p>
        </w:tc>
        <w:tc>
          <w:tcPr>
            <w:tcW w:w="1587" w:type="dxa"/>
            <w:shd w:val="clear" w:color="auto" w:fill="FFFFFF"/>
            <w:tcMar>
              <w:top w:w="80" w:type="dxa"/>
              <w:left w:w="90" w:type="dxa"/>
              <w:bottom w:w="80" w:type="dxa"/>
              <w:right w:w="90" w:type="dxa"/>
            </w:tcMar>
            <w:vAlign w:val="center"/>
          </w:tcPr>
          <w:p w14:paraId="73B5FA7C" w14:textId="77777777" w:rsidR="00430FCC" w:rsidRPr="008E6C00" w:rsidRDefault="00430FCC">
            <w:pPr>
              <w:spacing w:after="0" w:line="240" w:lineRule="auto"/>
              <w:rPr>
                <w:noProof/>
                <w:lang w:val="ro-RO"/>
              </w:rPr>
            </w:pPr>
          </w:p>
        </w:tc>
        <w:tc>
          <w:tcPr>
            <w:tcW w:w="1531" w:type="dxa"/>
            <w:shd w:val="clear" w:color="auto" w:fill="FFFFFF"/>
            <w:tcMar>
              <w:top w:w="80" w:type="dxa"/>
              <w:left w:w="90" w:type="dxa"/>
              <w:bottom w:w="80" w:type="dxa"/>
              <w:right w:w="90" w:type="dxa"/>
            </w:tcMar>
            <w:vAlign w:val="center"/>
          </w:tcPr>
          <w:p w14:paraId="27576E85" w14:textId="77777777" w:rsidR="00430FCC" w:rsidRPr="008E6C00" w:rsidRDefault="00430FCC">
            <w:pPr>
              <w:spacing w:after="0" w:line="240" w:lineRule="auto"/>
              <w:rPr>
                <w:noProof/>
                <w:lang w:val="ro-RO"/>
              </w:rPr>
            </w:pPr>
          </w:p>
        </w:tc>
      </w:tr>
      <w:tr w:rsidR="00430FCC" w:rsidRPr="008E6C00" w14:paraId="5DEBCB11" w14:textId="77777777">
        <w:trPr>
          <w:cantSplit/>
          <w:jc w:val="center"/>
        </w:trPr>
        <w:tc>
          <w:tcPr>
            <w:tcW w:w="850" w:type="dxa"/>
            <w:shd w:val="clear" w:color="auto" w:fill="FAFAFA"/>
            <w:tcMar>
              <w:top w:w="80" w:type="dxa"/>
              <w:left w:w="90" w:type="dxa"/>
              <w:bottom w:w="80" w:type="dxa"/>
              <w:right w:w="90" w:type="dxa"/>
            </w:tcMar>
            <w:vAlign w:val="center"/>
          </w:tcPr>
          <w:p w14:paraId="521CFD84" w14:textId="77777777" w:rsidR="00430FCC" w:rsidRPr="008E6C00" w:rsidRDefault="00430FCC">
            <w:pPr>
              <w:spacing w:after="0" w:line="240" w:lineRule="auto"/>
              <w:rPr>
                <w:noProof/>
                <w:lang w:val="ro-RO"/>
              </w:rPr>
            </w:pPr>
          </w:p>
        </w:tc>
        <w:tc>
          <w:tcPr>
            <w:tcW w:w="1417" w:type="dxa"/>
            <w:shd w:val="clear" w:color="auto" w:fill="FAFAFA"/>
            <w:tcMar>
              <w:top w:w="80" w:type="dxa"/>
              <w:left w:w="90" w:type="dxa"/>
              <w:bottom w:w="80" w:type="dxa"/>
              <w:right w:w="90" w:type="dxa"/>
            </w:tcMar>
            <w:vAlign w:val="center"/>
          </w:tcPr>
          <w:p w14:paraId="3D36A385" w14:textId="77777777" w:rsidR="00430FCC" w:rsidRPr="008E6C00" w:rsidRDefault="00430FCC">
            <w:pPr>
              <w:spacing w:after="0" w:line="240" w:lineRule="auto"/>
              <w:rPr>
                <w:noProof/>
                <w:lang w:val="ro-RO"/>
              </w:rPr>
            </w:pPr>
          </w:p>
        </w:tc>
        <w:tc>
          <w:tcPr>
            <w:tcW w:w="4535" w:type="dxa"/>
            <w:shd w:val="clear" w:color="auto" w:fill="FAFAFA"/>
            <w:tcMar>
              <w:top w:w="80" w:type="dxa"/>
              <w:left w:w="90" w:type="dxa"/>
              <w:bottom w:w="80" w:type="dxa"/>
              <w:right w:w="90" w:type="dxa"/>
            </w:tcMar>
            <w:vAlign w:val="center"/>
          </w:tcPr>
          <w:p w14:paraId="742BF4BD" w14:textId="77777777" w:rsidR="00430FCC" w:rsidRPr="008E6C00" w:rsidRDefault="00430FCC">
            <w:pPr>
              <w:spacing w:after="0" w:line="240" w:lineRule="auto"/>
              <w:rPr>
                <w:noProof/>
                <w:lang w:val="ro-RO"/>
              </w:rPr>
            </w:pPr>
          </w:p>
        </w:tc>
        <w:tc>
          <w:tcPr>
            <w:tcW w:w="1587" w:type="dxa"/>
            <w:shd w:val="clear" w:color="auto" w:fill="FAFAFA"/>
            <w:tcMar>
              <w:top w:w="80" w:type="dxa"/>
              <w:left w:w="90" w:type="dxa"/>
              <w:bottom w:w="80" w:type="dxa"/>
              <w:right w:w="90" w:type="dxa"/>
            </w:tcMar>
            <w:vAlign w:val="center"/>
          </w:tcPr>
          <w:p w14:paraId="5558E52E" w14:textId="77777777" w:rsidR="00430FCC" w:rsidRPr="008E6C00" w:rsidRDefault="00430FCC">
            <w:pPr>
              <w:spacing w:after="0" w:line="240" w:lineRule="auto"/>
              <w:rPr>
                <w:noProof/>
                <w:lang w:val="ro-RO"/>
              </w:rPr>
            </w:pPr>
          </w:p>
        </w:tc>
        <w:tc>
          <w:tcPr>
            <w:tcW w:w="1531" w:type="dxa"/>
            <w:shd w:val="clear" w:color="auto" w:fill="FAFAFA"/>
            <w:tcMar>
              <w:top w:w="80" w:type="dxa"/>
              <w:left w:w="90" w:type="dxa"/>
              <w:bottom w:w="80" w:type="dxa"/>
              <w:right w:w="90" w:type="dxa"/>
            </w:tcMar>
            <w:vAlign w:val="center"/>
          </w:tcPr>
          <w:p w14:paraId="4E5CEC8D" w14:textId="77777777" w:rsidR="00430FCC" w:rsidRPr="008E6C00" w:rsidRDefault="00430FCC">
            <w:pPr>
              <w:spacing w:after="0" w:line="240" w:lineRule="auto"/>
              <w:rPr>
                <w:noProof/>
                <w:lang w:val="ro-RO"/>
              </w:rPr>
            </w:pPr>
          </w:p>
        </w:tc>
      </w:tr>
      <w:tr w:rsidR="00430FCC" w:rsidRPr="008E6C00" w14:paraId="19FBCA59" w14:textId="77777777">
        <w:trPr>
          <w:cantSplit/>
          <w:jc w:val="center"/>
        </w:trPr>
        <w:tc>
          <w:tcPr>
            <w:tcW w:w="850" w:type="dxa"/>
            <w:shd w:val="clear" w:color="auto" w:fill="FFFFFF"/>
            <w:tcMar>
              <w:top w:w="80" w:type="dxa"/>
              <w:left w:w="90" w:type="dxa"/>
              <w:bottom w:w="80" w:type="dxa"/>
              <w:right w:w="90" w:type="dxa"/>
            </w:tcMar>
            <w:vAlign w:val="center"/>
          </w:tcPr>
          <w:p w14:paraId="39DA2FF4" w14:textId="77777777" w:rsidR="00430FCC" w:rsidRPr="008E6C00" w:rsidRDefault="00430FCC">
            <w:pPr>
              <w:spacing w:after="0" w:line="240" w:lineRule="auto"/>
              <w:rPr>
                <w:noProof/>
                <w:lang w:val="ro-RO"/>
              </w:rPr>
            </w:pPr>
          </w:p>
        </w:tc>
        <w:tc>
          <w:tcPr>
            <w:tcW w:w="1417" w:type="dxa"/>
            <w:shd w:val="clear" w:color="auto" w:fill="FFFFFF"/>
            <w:tcMar>
              <w:top w:w="80" w:type="dxa"/>
              <w:left w:w="90" w:type="dxa"/>
              <w:bottom w:w="80" w:type="dxa"/>
              <w:right w:w="90" w:type="dxa"/>
            </w:tcMar>
            <w:vAlign w:val="center"/>
          </w:tcPr>
          <w:p w14:paraId="026E893F" w14:textId="77777777" w:rsidR="00430FCC" w:rsidRPr="008E6C00" w:rsidRDefault="00430FCC">
            <w:pPr>
              <w:spacing w:after="0" w:line="240" w:lineRule="auto"/>
              <w:rPr>
                <w:noProof/>
                <w:lang w:val="ro-RO"/>
              </w:rPr>
            </w:pPr>
          </w:p>
        </w:tc>
        <w:tc>
          <w:tcPr>
            <w:tcW w:w="4535" w:type="dxa"/>
            <w:shd w:val="clear" w:color="auto" w:fill="FFFFFF"/>
            <w:tcMar>
              <w:top w:w="80" w:type="dxa"/>
              <w:left w:w="90" w:type="dxa"/>
              <w:bottom w:w="80" w:type="dxa"/>
              <w:right w:w="90" w:type="dxa"/>
            </w:tcMar>
            <w:vAlign w:val="center"/>
          </w:tcPr>
          <w:p w14:paraId="6593F50D" w14:textId="77777777" w:rsidR="00430FCC" w:rsidRPr="008E6C00" w:rsidRDefault="00430FCC">
            <w:pPr>
              <w:spacing w:after="0" w:line="240" w:lineRule="auto"/>
              <w:rPr>
                <w:noProof/>
                <w:lang w:val="ro-RO"/>
              </w:rPr>
            </w:pPr>
          </w:p>
        </w:tc>
        <w:tc>
          <w:tcPr>
            <w:tcW w:w="1587" w:type="dxa"/>
            <w:shd w:val="clear" w:color="auto" w:fill="FFFFFF"/>
            <w:tcMar>
              <w:top w:w="80" w:type="dxa"/>
              <w:left w:w="90" w:type="dxa"/>
              <w:bottom w:w="80" w:type="dxa"/>
              <w:right w:w="90" w:type="dxa"/>
            </w:tcMar>
            <w:vAlign w:val="center"/>
          </w:tcPr>
          <w:p w14:paraId="782CD248" w14:textId="77777777" w:rsidR="00430FCC" w:rsidRPr="008E6C00" w:rsidRDefault="00430FCC">
            <w:pPr>
              <w:spacing w:after="0" w:line="240" w:lineRule="auto"/>
              <w:rPr>
                <w:noProof/>
                <w:lang w:val="ro-RO"/>
              </w:rPr>
            </w:pPr>
          </w:p>
        </w:tc>
        <w:tc>
          <w:tcPr>
            <w:tcW w:w="1531" w:type="dxa"/>
            <w:shd w:val="clear" w:color="auto" w:fill="FFFFFF"/>
            <w:tcMar>
              <w:top w:w="80" w:type="dxa"/>
              <w:left w:w="90" w:type="dxa"/>
              <w:bottom w:w="80" w:type="dxa"/>
              <w:right w:w="90" w:type="dxa"/>
            </w:tcMar>
            <w:vAlign w:val="center"/>
          </w:tcPr>
          <w:p w14:paraId="6A8C0DD6" w14:textId="77777777" w:rsidR="00430FCC" w:rsidRPr="008E6C00" w:rsidRDefault="00430FCC">
            <w:pPr>
              <w:spacing w:after="0" w:line="240" w:lineRule="auto"/>
              <w:rPr>
                <w:noProof/>
                <w:lang w:val="ro-RO"/>
              </w:rPr>
            </w:pPr>
          </w:p>
        </w:tc>
      </w:tr>
      <w:tr w:rsidR="00430FCC" w:rsidRPr="008E6C00" w14:paraId="3CAEC8EC" w14:textId="77777777">
        <w:trPr>
          <w:cantSplit/>
          <w:jc w:val="center"/>
        </w:trPr>
        <w:tc>
          <w:tcPr>
            <w:tcW w:w="850" w:type="dxa"/>
            <w:shd w:val="clear" w:color="auto" w:fill="FAFAFA"/>
            <w:tcMar>
              <w:top w:w="80" w:type="dxa"/>
              <w:left w:w="90" w:type="dxa"/>
              <w:bottom w:w="80" w:type="dxa"/>
              <w:right w:w="90" w:type="dxa"/>
            </w:tcMar>
            <w:vAlign w:val="center"/>
          </w:tcPr>
          <w:p w14:paraId="6B8E789E" w14:textId="77777777" w:rsidR="00430FCC" w:rsidRPr="008E6C00" w:rsidRDefault="00430FCC">
            <w:pPr>
              <w:spacing w:after="0" w:line="240" w:lineRule="auto"/>
              <w:rPr>
                <w:noProof/>
                <w:lang w:val="ro-RO"/>
              </w:rPr>
            </w:pPr>
          </w:p>
        </w:tc>
        <w:tc>
          <w:tcPr>
            <w:tcW w:w="1417" w:type="dxa"/>
            <w:shd w:val="clear" w:color="auto" w:fill="FAFAFA"/>
            <w:tcMar>
              <w:top w:w="80" w:type="dxa"/>
              <w:left w:w="90" w:type="dxa"/>
              <w:bottom w:w="80" w:type="dxa"/>
              <w:right w:w="90" w:type="dxa"/>
            </w:tcMar>
            <w:vAlign w:val="center"/>
          </w:tcPr>
          <w:p w14:paraId="53B63FC1" w14:textId="77777777" w:rsidR="00430FCC" w:rsidRPr="008E6C00" w:rsidRDefault="00430FCC">
            <w:pPr>
              <w:spacing w:after="0" w:line="240" w:lineRule="auto"/>
              <w:rPr>
                <w:noProof/>
                <w:lang w:val="ro-RO"/>
              </w:rPr>
            </w:pPr>
          </w:p>
        </w:tc>
        <w:tc>
          <w:tcPr>
            <w:tcW w:w="4535" w:type="dxa"/>
            <w:shd w:val="clear" w:color="auto" w:fill="FAFAFA"/>
            <w:tcMar>
              <w:top w:w="80" w:type="dxa"/>
              <w:left w:w="90" w:type="dxa"/>
              <w:bottom w:w="80" w:type="dxa"/>
              <w:right w:w="90" w:type="dxa"/>
            </w:tcMar>
            <w:vAlign w:val="center"/>
          </w:tcPr>
          <w:p w14:paraId="11B8C0C8" w14:textId="77777777" w:rsidR="00430FCC" w:rsidRPr="008E6C00" w:rsidRDefault="00430FCC">
            <w:pPr>
              <w:spacing w:after="0" w:line="240" w:lineRule="auto"/>
              <w:rPr>
                <w:noProof/>
                <w:lang w:val="ro-RO"/>
              </w:rPr>
            </w:pPr>
          </w:p>
        </w:tc>
        <w:tc>
          <w:tcPr>
            <w:tcW w:w="1587" w:type="dxa"/>
            <w:shd w:val="clear" w:color="auto" w:fill="FAFAFA"/>
            <w:tcMar>
              <w:top w:w="80" w:type="dxa"/>
              <w:left w:w="90" w:type="dxa"/>
              <w:bottom w:w="80" w:type="dxa"/>
              <w:right w:w="90" w:type="dxa"/>
            </w:tcMar>
            <w:vAlign w:val="center"/>
          </w:tcPr>
          <w:p w14:paraId="77C8812F" w14:textId="77777777" w:rsidR="00430FCC" w:rsidRPr="008E6C00" w:rsidRDefault="00430FCC">
            <w:pPr>
              <w:spacing w:after="0" w:line="240" w:lineRule="auto"/>
              <w:rPr>
                <w:noProof/>
                <w:lang w:val="ro-RO"/>
              </w:rPr>
            </w:pPr>
          </w:p>
        </w:tc>
        <w:tc>
          <w:tcPr>
            <w:tcW w:w="1531" w:type="dxa"/>
            <w:shd w:val="clear" w:color="auto" w:fill="FAFAFA"/>
            <w:tcMar>
              <w:top w:w="80" w:type="dxa"/>
              <w:left w:w="90" w:type="dxa"/>
              <w:bottom w:w="80" w:type="dxa"/>
              <w:right w:w="90" w:type="dxa"/>
            </w:tcMar>
            <w:vAlign w:val="center"/>
          </w:tcPr>
          <w:p w14:paraId="6210E1AE" w14:textId="77777777" w:rsidR="00430FCC" w:rsidRPr="008E6C00" w:rsidRDefault="00430FCC">
            <w:pPr>
              <w:spacing w:after="0" w:line="240" w:lineRule="auto"/>
              <w:rPr>
                <w:noProof/>
                <w:lang w:val="ro-RO"/>
              </w:rPr>
            </w:pPr>
          </w:p>
        </w:tc>
      </w:tr>
      <w:tr w:rsidR="00430FCC" w:rsidRPr="008E6C00" w14:paraId="4D327327" w14:textId="77777777">
        <w:trPr>
          <w:cantSplit/>
          <w:jc w:val="center"/>
        </w:trPr>
        <w:tc>
          <w:tcPr>
            <w:tcW w:w="850" w:type="dxa"/>
            <w:shd w:val="clear" w:color="auto" w:fill="FFFFFF"/>
            <w:tcMar>
              <w:top w:w="80" w:type="dxa"/>
              <w:left w:w="90" w:type="dxa"/>
              <w:bottom w:w="80" w:type="dxa"/>
              <w:right w:w="90" w:type="dxa"/>
            </w:tcMar>
            <w:vAlign w:val="center"/>
          </w:tcPr>
          <w:p w14:paraId="185ED11D" w14:textId="77777777" w:rsidR="00430FCC" w:rsidRPr="008E6C00" w:rsidRDefault="00430FCC">
            <w:pPr>
              <w:spacing w:after="0" w:line="240" w:lineRule="auto"/>
              <w:rPr>
                <w:noProof/>
                <w:lang w:val="ro-RO"/>
              </w:rPr>
            </w:pPr>
          </w:p>
        </w:tc>
        <w:tc>
          <w:tcPr>
            <w:tcW w:w="1417" w:type="dxa"/>
            <w:shd w:val="clear" w:color="auto" w:fill="FFFFFF"/>
            <w:tcMar>
              <w:top w:w="80" w:type="dxa"/>
              <w:left w:w="90" w:type="dxa"/>
              <w:bottom w:w="80" w:type="dxa"/>
              <w:right w:w="90" w:type="dxa"/>
            </w:tcMar>
            <w:vAlign w:val="center"/>
          </w:tcPr>
          <w:p w14:paraId="0889150A" w14:textId="77777777" w:rsidR="00430FCC" w:rsidRPr="008E6C00" w:rsidRDefault="00430FCC">
            <w:pPr>
              <w:spacing w:after="0" w:line="240" w:lineRule="auto"/>
              <w:rPr>
                <w:noProof/>
                <w:lang w:val="ro-RO"/>
              </w:rPr>
            </w:pPr>
          </w:p>
        </w:tc>
        <w:tc>
          <w:tcPr>
            <w:tcW w:w="4535" w:type="dxa"/>
            <w:shd w:val="clear" w:color="auto" w:fill="FFFFFF"/>
            <w:tcMar>
              <w:top w:w="80" w:type="dxa"/>
              <w:left w:w="90" w:type="dxa"/>
              <w:bottom w:w="80" w:type="dxa"/>
              <w:right w:w="90" w:type="dxa"/>
            </w:tcMar>
            <w:vAlign w:val="center"/>
          </w:tcPr>
          <w:p w14:paraId="0DF8C966" w14:textId="77777777" w:rsidR="00430FCC" w:rsidRPr="008E6C00" w:rsidRDefault="00430FCC">
            <w:pPr>
              <w:spacing w:after="0" w:line="240" w:lineRule="auto"/>
              <w:rPr>
                <w:noProof/>
                <w:lang w:val="ro-RO"/>
              </w:rPr>
            </w:pPr>
          </w:p>
        </w:tc>
        <w:tc>
          <w:tcPr>
            <w:tcW w:w="1587" w:type="dxa"/>
            <w:shd w:val="clear" w:color="auto" w:fill="FFFFFF"/>
            <w:tcMar>
              <w:top w:w="80" w:type="dxa"/>
              <w:left w:w="90" w:type="dxa"/>
              <w:bottom w:w="80" w:type="dxa"/>
              <w:right w:w="90" w:type="dxa"/>
            </w:tcMar>
            <w:vAlign w:val="center"/>
          </w:tcPr>
          <w:p w14:paraId="1C52FA57" w14:textId="77777777" w:rsidR="00430FCC" w:rsidRPr="008E6C00" w:rsidRDefault="00430FCC">
            <w:pPr>
              <w:spacing w:after="0" w:line="240" w:lineRule="auto"/>
              <w:rPr>
                <w:noProof/>
                <w:lang w:val="ro-RO"/>
              </w:rPr>
            </w:pPr>
          </w:p>
        </w:tc>
        <w:tc>
          <w:tcPr>
            <w:tcW w:w="1531" w:type="dxa"/>
            <w:shd w:val="clear" w:color="auto" w:fill="FFFFFF"/>
            <w:tcMar>
              <w:top w:w="80" w:type="dxa"/>
              <w:left w:w="90" w:type="dxa"/>
              <w:bottom w:w="80" w:type="dxa"/>
              <w:right w:w="90" w:type="dxa"/>
            </w:tcMar>
            <w:vAlign w:val="center"/>
          </w:tcPr>
          <w:p w14:paraId="365A9C7F" w14:textId="77777777" w:rsidR="00430FCC" w:rsidRPr="008E6C00" w:rsidRDefault="00430FCC">
            <w:pPr>
              <w:spacing w:after="0" w:line="240" w:lineRule="auto"/>
              <w:rPr>
                <w:noProof/>
                <w:lang w:val="ro-RO"/>
              </w:rPr>
            </w:pPr>
          </w:p>
        </w:tc>
      </w:tr>
    </w:tbl>
    <w:p w14:paraId="23786FCB" w14:textId="77777777" w:rsidR="00430FCC" w:rsidRPr="008E6C00" w:rsidRDefault="00430FCC">
      <w:pPr>
        <w:spacing w:after="20"/>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430FCC" w:rsidRPr="008E6C00" w14:paraId="30576D05" w14:textId="77777777">
        <w:trPr>
          <w:cantSplit/>
          <w:jc w:val="center"/>
        </w:trPr>
        <w:tc>
          <w:tcPr>
            <w:tcW w:w="567" w:type="dxa"/>
            <w:shd w:val="clear" w:color="auto" w:fill="D71920"/>
            <w:tcMar>
              <w:top w:w="80" w:type="dxa"/>
              <w:left w:w="90" w:type="dxa"/>
              <w:bottom w:w="80" w:type="dxa"/>
              <w:right w:w="90" w:type="dxa"/>
            </w:tcMar>
            <w:vAlign w:val="center"/>
          </w:tcPr>
          <w:p w14:paraId="5E65834E" w14:textId="77777777" w:rsidR="00430FCC" w:rsidRPr="008E6C00" w:rsidRDefault="00000000">
            <w:pPr>
              <w:spacing w:after="0" w:line="240" w:lineRule="auto"/>
              <w:jc w:val="center"/>
              <w:rPr>
                <w:noProof/>
                <w:lang w:val="ro-RO"/>
              </w:rPr>
            </w:pPr>
            <w:r w:rsidRPr="008E6C00">
              <w:rPr>
                <w:b/>
                <w:noProof/>
                <w:color w:val="FFFFFF"/>
                <w:sz w:val="32"/>
                <w:lang w:val="ro-RO"/>
              </w:rPr>
              <w:t>i</w:t>
            </w:r>
          </w:p>
        </w:tc>
        <w:tc>
          <w:tcPr>
            <w:tcW w:w="9354" w:type="dxa"/>
            <w:shd w:val="clear" w:color="auto" w:fill="FCEBEC"/>
          </w:tcPr>
          <w:p w14:paraId="776B28E4" w14:textId="77777777" w:rsidR="00430FCC" w:rsidRPr="008E6C00" w:rsidRDefault="00000000">
            <w:pPr>
              <w:spacing w:after="40"/>
              <w:rPr>
                <w:noProof/>
                <w:lang w:val="ro-RO"/>
              </w:rPr>
            </w:pPr>
            <w:r w:rsidRPr="008E6C00">
              <w:rPr>
                <w:b/>
                <w:noProof/>
                <w:color w:val="D71920"/>
                <w:lang w:val="ro-RO"/>
              </w:rPr>
              <w:t>SEMNĂTURA ELECTRONICĂ ȘI APROBAREA ÎN APLICAȚIE</w:t>
            </w:r>
          </w:p>
          <w:p w14:paraId="650C9FB2" w14:textId="77777777" w:rsidR="00430FCC" w:rsidRPr="008E6C00" w:rsidRDefault="00000000">
            <w:pPr>
              <w:spacing w:after="0" w:line="252" w:lineRule="auto"/>
              <w:rPr>
                <w:noProof/>
                <w:lang w:val="ro-RO"/>
              </w:rPr>
            </w:pPr>
            <w:r w:rsidRPr="008E6C00">
              <w:rPr>
                <w:noProof/>
                <w:sz w:val="17"/>
                <w:lang w:val="ro-RO"/>
              </w:rPr>
              <w:t>Aprobarea nu trebuie să fie neapărat o semnătură olografă. Fluxul electronic este acceptabil dacă identitatea, autoritatea, data, integritatea și istoricul sunt controlate și pot fi demonstrate.</w:t>
            </w:r>
          </w:p>
        </w:tc>
      </w:tr>
    </w:tbl>
    <w:p w14:paraId="24FE2E3D" w14:textId="77777777" w:rsidR="00430FCC" w:rsidRPr="008E6C00" w:rsidRDefault="00430FCC">
      <w:pPr>
        <w:spacing w:after="0"/>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430FCC" w:rsidRPr="008E6C00" w14:paraId="7C2B9F14" w14:textId="77777777">
        <w:trPr>
          <w:cantSplit/>
          <w:jc w:val="center"/>
        </w:trPr>
        <w:tc>
          <w:tcPr>
            <w:tcW w:w="1020" w:type="dxa"/>
            <w:shd w:val="clear" w:color="auto" w:fill="D71920"/>
            <w:tcMar>
              <w:top w:w="80" w:type="dxa"/>
              <w:left w:w="90" w:type="dxa"/>
              <w:bottom w:w="80" w:type="dxa"/>
              <w:right w:w="90" w:type="dxa"/>
            </w:tcMar>
            <w:vAlign w:val="center"/>
          </w:tcPr>
          <w:p w14:paraId="46409055" w14:textId="77777777" w:rsidR="00430FCC" w:rsidRPr="008E6C00" w:rsidRDefault="00000000">
            <w:pPr>
              <w:spacing w:after="0" w:line="240" w:lineRule="auto"/>
              <w:jc w:val="center"/>
              <w:rPr>
                <w:noProof/>
                <w:lang w:val="ro-RO"/>
              </w:rPr>
            </w:pPr>
            <w:r w:rsidRPr="008E6C00">
              <w:rPr>
                <w:b/>
                <w:noProof/>
                <w:color w:val="FFFFFF"/>
                <w:sz w:val="34"/>
                <w:lang w:val="ro-RO"/>
              </w:rPr>
              <w:t>8</w:t>
            </w:r>
          </w:p>
        </w:tc>
        <w:tc>
          <w:tcPr>
            <w:tcW w:w="8901" w:type="dxa"/>
            <w:shd w:val="clear" w:color="auto" w:fill="F3F4F5"/>
          </w:tcPr>
          <w:p w14:paraId="35EDF33B" w14:textId="77777777" w:rsidR="00430FCC" w:rsidRPr="008E6C00" w:rsidRDefault="00000000">
            <w:pPr>
              <w:spacing w:after="20"/>
              <w:rPr>
                <w:noProof/>
                <w:lang w:val="ro-RO"/>
              </w:rPr>
            </w:pPr>
            <w:r w:rsidRPr="008E6C00">
              <w:rPr>
                <w:b/>
                <w:noProof/>
                <w:sz w:val="28"/>
                <w:lang w:val="ro-RO"/>
              </w:rPr>
              <w:t>Modele completabile</w:t>
            </w:r>
          </w:p>
          <w:p w14:paraId="0498FCEC" w14:textId="77777777" w:rsidR="00430FCC" w:rsidRPr="008E6C00" w:rsidRDefault="00000000">
            <w:pPr>
              <w:spacing w:after="0"/>
              <w:rPr>
                <w:noProof/>
                <w:lang w:val="ro-RO"/>
              </w:rPr>
            </w:pPr>
            <w:r w:rsidRPr="008E6C00">
              <w:rPr>
                <w:noProof/>
                <w:color w:val="666666"/>
                <w:sz w:val="17"/>
                <w:lang w:val="ro-RO"/>
              </w:rPr>
              <w:t>Folosiți modelele ca punct de pornire, apoi adaptați câmpurile la procese și cerințe</w:t>
            </w:r>
          </w:p>
        </w:tc>
      </w:tr>
    </w:tbl>
    <w:p w14:paraId="3082CF0F" w14:textId="77777777" w:rsidR="00430FCC" w:rsidRPr="008E6C00" w:rsidRDefault="00430FCC">
      <w:pPr>
        <w:spacing w:after="0"/>
        <w:rPr>
          <w:noProof/>
          <w:lang w:val="ro-RO"/>
        </w:rPr>
      </w:pPr>
    </w:p>
    <w:p w14:paraId="254E319E" w14:textId="77777777" w:rsidR="00430FCC" w:rsidRPr="008E6C00" w:rsidRDefault="00000000">
      <w:pPr>
        <w:pStyle w:val="Heading2"/>
        <w:rPr>
          <w:noProof/>
          <w:lang w:val="ro-RO"/>
        </w:rPr>
      </w:pPr>
      <w:r w:rsidRPr="008E6C00">
        <w:rPr>
          <w:noProof/>
          <w:lang w:val="ro-RO"/>
        </w:rPr>
        <w:t>Lista master a documentelor</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020"/>
        <w:gridCol w:w="2154"/>
        <w:gridCol w:w="1417"/>
        <w:gridCol w:w="1531"/>
        <w:gridCol w:w="680"/>
        <w:gridCol w:w="1134"/>
        <w:gridCol w:w="1417"/>
        <w:gridCol w:w="567"/>
      </w:tblGrid>
      <w:tr w:rsidR="00430FCC" w:rsidRPr="008E6C00" w14:paraId="07985323" w14:textId="77777777">
        <w:trPr>
          <w:tblHeader/>
          <w:jc w:val="center"/>
        </w:trPr>
        <w:tc>
          <w:tcPr>
            <w:tcW w:w="1020" w:type="dxa"/>
            <w:shd w:val="clear" w:color="auto" w:fill="D71920"/>
            <w:tcMar>
              <w:top w:w="80" w:type="dxa"/>
              <w:left w:w="90" w:type="dxa"/>
              <w:bottom w:w="80" w:type="dxa"/>
              <w:right w:w="90" w:type="dxa"/>
            </w:tcMar>
            <w:vAlign w:val="center"/>
          </w:tcPr>
          <w:p w14:paraId="43D23298" w14:textId="77777777" w:rsidR="00430FCC" w:rsidRPr="008E6C00" w:rsidRDefault="00000000">
            <w:pPr>
              <w:spacing w:after="0" w:line="240" w:lineRule="auto"/>
              <w:jc w:val="center"/>
              <w:rPr>
                <w:noProof/>
                <w:lang w:val="ro-RO"/>
              </w:rPr>
            </w:pPr>
            <w:r w:rsidRPr="008E6C00">
              <w:rPr>
                <w:b/>
                <w:noProof/>
                <w:color w:val="FFFFFF"/>
                <w:sz w:val="14"/>
                <w:lang w:val="ro-RO"/>
              </w:rPr>
              <w:t>COD</w:t>
            </w:r>
          </w:p>
        </w:tc>
        <w:tc>
          <w:tcPr>
            <w:tcW w:w="2154" w:type="dxa"/>
            <w:shd w:val="clear" w:color="auto" w:fill="D71920"/>
            <w:tcMar>
              <w:top w:w="80" w:type="dxa"/>
              <w:left w:w="90" w:type="dxa"/>
              <w:bottom w:w="80" w:type="dxa"/>
              <w:right w:w="90" w:type="dxa"/>
            </w:tcMar>
            <w:vAlign w:val="center"/>
          </w:tcPr>
          <w:p w14:paraId="71EBD3E6" w14:textId="77777777" w:rsidR="00430FCC" w:rsidRPr="008E6C00" w:rsidRDefault="00000000">
            <w:pPr>
              <w:spacing w:after="0" w:line="240" w:lineRule="auto"/>
              <w:jc w:val="center"/>
              <w:rPr>
                <w:noProof/>
                <w:lang w:val="ro-RO"/>
              </w:rPr>
            </w:pPr>
            <w:r w:rsidRPr="008E6C00">
              <w:rPr>
                <w:b/>
                <w:noProof/>
                <w:color w:val="FFFFFF"/>
                <w:sz w:val="14"/>
                <w:lang w:val="ro-RO"/>
              </w:rPr>
              <w:t>TITLU</w:t>
            </w:r>
          </w:p>
        </w:tc>
        <w:tc>
          <w:tcPr>
            <w:tcW w:w="1417" w:type="dxa"/>
            <w:shd w:val="clear" w:color="auto" w:fill="D71920"/>
            <w:tcMar>
              <w:top w:w="80" w:type="dxa"/>
              <w:left w:w="90" w:type="dxa"/>
              <w:bottom w:w="80" w:type="dxa"/>
              <w:right w:w="90" w:type="dxa"/>
            </w:tcMar>
            <w:vAlign w:val="center"/>
          </w:tcPr>
          <w:p w14:paraId="7F2D00DB" w14:textId="77777777" w:rsidR="00430FCC" w:rsidRPr="008E6C00" w:rsidRDefault="00000000">
            <w:pPr>
              <w:spacing w:after="0" w:line="240" w:lineRule="auto"/>
              <w:jc w:val="center"/>
              <w:rPr>
                <w:noProof/>
                <w:lang w:val="ro-RO"/>
              </w:rPr>
            </w:pPr>
            <w:r w:rsidRPr="008E6C00">
              <w:rPr>
                <w:b/>
                <w:noProof/>
                <w:color w:val="FFFFFF"/>
                <w:sz w:val="14"/>
                <w:lang w:val="ro-RO"/>
              </w:rPr>
              <w:t>PROCES</w:t>
            </w:r>
          </w:p>
        </w:tc>
        <w:tc>
          <w:tcPr>
            <w:tcW w:w="1531" w:type="dxa"/>
            <w:shd w:val="clear" w:color="auto" w:fill="D71920"/>
            <w:tcMar>
              <w:top w:w="80" w:type="dxa"/>
              <w:left w:w="90" w:type="dxa"/>
              <w:bottom w:w="80" w:type="dxa"/>
              <w:right w:w="90" w:type="dxa"/>
            </w:tcMar>
            <w:vAlign w:val="center"/>
          </w:tcPr>
          <w:p w14:paraId="7C86DDBF" w14:textId="77777777" w:rsidR="00430FCC" w:rsidRPr="008E6C00" w:rsidRDefault="00000000">
            <w:pPr>
              <w:spacing w:after="0" w:line="240" w:lineRule="auto"/>
              <w:jc w:val="center"/>
              <w:rPr>
                <w:noProof/>
                <w:lang w:val="ro-RO"/>
              </w:rPr>
            </w:pPr>
            <w:r w:rsidRPr="008E6C00">
              <w:rPr>
                <w:b/>
                <w:noProof/>
                <w:color w:val="FFFFFF"/>
                <w:sz w:val="14"/>
                <w:lang w:val="ro-RO"/>
              </w:rPr>
              <w:t>PROPRIETAR</w:t>
            </w:r>
          </w:p>
        </w:tc>
        <w:tc>
          <w:tcPr>
            <w:tcW w:w="680" w:type="dxa"/>
            <w:shd w:val="clear" w:color="auto" w:fill="D71920"/>
            <w:tcMar>
              <w:top w:w="80" w:type="dxa"/>
              <w:left w:w="90" w:type="dxa"/>
              <w:bottom w:w="80" w:type="dxa"/>
              <w:right w:w="90" w:type="dxa"/>
            </w:tcMar>
            <w:vAlign w:val="center"/>
          </w:tcPr>
          <w:p w14:paraId="5CF5E2E5" w14:textId="77777777" w:rsidR="00430FCC" w:rsidRPr="008E6C00" w:rsidRDefault="00000000">
            <w:pPr>
              <w:spacing w:after="0" w:line="240" w:lineRule="auto"/>
              <w:jc w:val="center"/>
              <w:rPr>
                <w:noProof/>
                <w:lang w:val="ro-RO"/>
              </w:rPr>
            </w:pPr>
            <w:r w:rsidRPr="008E6C00">
              <w:rPr>
                <w:b/>
                <w:noProof/>
                <w:color w:val="FFFFFF"/>
                <w:sz w:val="14"/>
                <w:lang w:val="ro-RO"/>
              </w:rPr>
              <w:t>REV.</w:t>
            </w:r>
          </w:p>
        </w:tc>
        <w:tc>
          <w:tcPr>
            <w:tcW w:w="1134" w:type="dxa"/>
            <w:shd w:val="clear" w:color="auto" w:fill="D71920"/>
            <w:tcMar>
              <w:top w:w="80" w:type="dxa"/>
              <w:left w:w="90" w:type="dxa"/>
              <w:bottom w:w="80" w:type="dxa"/>
              <w:right w:w="90" w:type="dxa"/>
            </w:tcMar>
            <w:vAlign w:val="center"/>
          </w:tcPr>
          <w:p w14:paraId="600E446E" w14:textId="77777777" w:rsidR="00430FCC" w:rsidRPr="008E6C00" w:rsidRDefault="00000000">
            <w:pPr>
              <w:spacing w:after="0" w:line="240" w:lineRule="auto"/>
              <w:jc w:val="center"/>
              <w:rPr>
                <w:noProof/>
                <w:lang w:val="ro-RO"/>
              </w:rPr>
            </w:pPr>
            <w:r w:rsidRPr="008E6C00">
              <w:rPr>
                <w:b/>
                <w:noProof/>
                <w:color w:val="FFFFFF"/>
                <w:sz w:val="14"/>
                <w:lang w:val="ro-RO"/>
              </w:rPr>
              <w:t>DATA</w:t>
            </w:r>
          </w:p>
        </w:tc>
        <w:tc>
          <w:tcPr>
            <w:tcW w:w="1417" w:type="dxa"/>
            <w:shd w:val="clear" w:color="auto" w:fill="D71920"/>
            <w:tcMar>
              <w:top w:w="80" w:type="dxa"/>
              <w:left w:w="90" w:type="dxa"/>
              <w:bottom w:w="80" w:type="dxa"/>
              <w:right w:w="90" w:type="dxa"/>
            </w:tcMar>
            <w:vAlign w:val="center"/>
          </w:tcPr>
          <w:p w14:paraId="1E64169D" w14:textId="77777777" w:rsidR="00430FCC" w:rsidRPr="008E6C00" w:rsidRDefault="00000000">
            <w:pPr>
              <w:spacing w:after="0" w:line="240" w:lineRule="auto"/>
              <w:jc w:val="center"/>
              <w:rPr>
                <w:noProof/>
                <w:lang w:val="ro-RO"/>
              </w:rPr>
            </w:pPr>
            <w:r w:rsidRPr="008E6C00">
              <w:rPr>
                <w:b/>
                <w:noProof/>
                <w:color w:val="FFFFFF"/>
                <w:sz w:val="14"/>
                <w:lang w:val="ro-RO"/>
              </w:rPr>
              <w:t>LOCAȚIE / LINK</w:t>
            </w:r>
          </w:p>
        </w:tc>
        <w:tc>
          <w:tcPr>
            <w:tcW w:w="567" w:type="dxa"/>
            <w:shd w:val="clear" w:color="auto" w:fill="D71920"/>
            <w:tcMar>
              <w:top w:w="80" w:type="dxa"/>
              <w:left w:w="90" w:type="dxa"/>
              <w:bottom w:w="80" w:type="dxa"/>
              <w:right w:w="90" w:type="dxa"/>
            </w:tcMar>
            <w:vAlign w:val="center"/>
          </w:tcPr>
          <w:p w14:paraId="00C45909" w14:textId="77777777" w:rsidR="00430FCC" w:rsidRPr="008E6C00" w:rsidRDefault="00000000">
            <w:pPr>
              <w:spacing w:after="0" w:line="240" w:lineRule="auto"/>
              <w:jc w:val="center"/>
              <w:rPr>
                <w:noProof/>
                <w:lang w:val="ro-RO"/>
              </w:rPr>
            </w:pPr>
            <w:r w:rsidRPr="008E6C00">
              <w:rPr>
                <w:b/>
                <w:noProof/>
                <w:color w:val="FFFFFF"/>
                <w:sz w:val="14"/>
                <w:lang w:val="ro-RO"/>
              </w:rPr>
              <w:t>STATUS</w:t>
            </w:r>
          </w:p>
        </w:tc>
      </w:tr>
      <w:tr w:rsidR="00430FCC" w:rsidRPr="008E6C00" w14:paraId="5E6E88E9" w14:textId="77777777">
        <w:trPr>
          <w:cantSplit/>
          <w:jc w:val="center"/>
        </w:trPr>
        <w:tc>
          <w:tcPr>
            <w:tcW w:w="1020" w:type="dxa"/>
            <w:shd w:val="clear" w:color="auto" w:fill="FFFFFF"/>
            <w:tcMar>
              <w:top w:w="80" w:type="dxa"/>
              <w:left w:w="90" w:type="dxa"/>
              <w:bottom w:w="80" w:type="dxa"/>
              <w:right w:w="90" w:type="dxa"/>
            </w:tcMar>
            <w:vAlign w:val="center"/>
          </w:tcPr>
          <w:p w14:paraId="79BA2746" w14:textId="77777777" w:rsidR="00430FCC" w:rsidRPr="008E6C00" w:rsidRDefault="00430FCC">
            <w:pPr>
              <w:spacing w:after="0" w:line="240" w:lineRule="auto"/>
              <w:rPr>
                <w:noProof/>
                <w:lang w:val="ro-RO"/>
              </w:rPr>
            </w:pPr>
          </w:p>
        </w:tc>
        <w:tc>
          <w:tcPr>
            <w:tcW w:w="2154" w:type="dxa"/>
            <w:shd w:val="clear" w:color="auto" w:fill="FFFFFF"/>
            <w:tcMar>
              <w:top w:w="80" w:type="dxa"/>
              <w:left w:w="90" w:type="dxa"/>
              <w:bottom w:w="80" w:type="dxa"/>
              <w:right w:w="90" w:type="dxa"/>
            </w:tcMar>
            <w:vAlign w:val="center"/>
          </w:tcPr>
          <w:p w14:paraId="7581B1A8" w14:textId="77777777" w:rsidR="00430FCC" w:rsidRPr="008E6C00" w:rsidRDefault="00430FCC">
            <w:pPr>
              <w:spacing w:after="0" w:line="240" w:lineRule="auto"/>
              <w:rPr>
                <w:noProof/>
                <w:lang w:val="ro-RO"/>
              </w:rPr>
            </w:pPr>
          </w:p>
        </w:tc>
        <w:tc>
          <w:tcPr>
            <w:tcW w:w="1417" w:type="dxa"/>
            <w:shd w:val="clear" w:color="auto" w:fill="FFFFFF"/>
            <w:tcMar>
              <w:top w:w="80" w:type="dxa"/>
              <w:left w:w="90" w:type="dxa"/>
              <w:bottom w:w="80" w:type="dxa"/>
              <w:right w:w="90" w:type="dxa"/>
            </w:tcMar>
            <w:vAlign w:val="center"/>
          </w:tcPr>
          <w:p w14:paraId="0B8980FB" w14:textId="77777777" w:rsidR="00430FCC" w:rsidRPr="008E6C00" w:rsidRDefault="00430FCC">
            <w:pPr>
              <w:spacing w:after="0" w:line="240" w:lineRule="auto"/>
              <w:rPr>
                <w:noProof/>
                <w:lang w:val="ro-RO"/>
              </w:rPr>
            </w:pPr>
          </w:p>
        </w:tc>
        <w:tc>
          <w:tcPr>
            <w:tcW w:w="1531" w:type="dxa"/>
            <w:shd w:val="clear" w:color="auto" w:fill="FFFFFF"/>
            <w:tcMar>
              <w:top w:w="80" w:type="dxa"/>
              <w:left w:w="90" w:type="dxa"/>
              <w:bottom w:w="80" w:type="dxa"/>
              <w:right w:w="90" w:type="dxa"/>
            </w:tcMar>
            <w:vAlign w:val="center"/>
          </w:tcPr>
          <w:p w14:paraId="3525D5E8" w14:textId="77777777" w:rsidR="00430FCC" w:rsidRPr="008E6C00" w:rsidRDefault="00430FCC">
            <w:pPr>
              <w:spacing w:after="0" w:line="240" w:lineRule="auto"/>
              <w:rPr>
                <w:noProof/>
                <w:lang w:val="ro-RO"/>
              </w:rPr>
            </w:pPr>
          </w:p>
        </w:tc>
        <w:tc>
          <w:tcPr>
            <w:tcW w:w="680" w:type="dxa"/>
            <w:shd w:val="clear" w:color="auto" w:fill="FFFFFF"/>
            <w:tcMar>
              <w:top w:w="80" w:type="dxa"/>
              <w:left w:w="90" w:type="dxa"/>
              <w:bottom w:w="80" w:type="dxa"/>
              <w:right w:w="90" w:type="dxa"/>
            </w:tcMar>
            <w:vAlign w:val="center"/>
          </w:tcPr>
          <w:p w14:paraId="078BEC04" w14:textId="77777777" w:rsidR="00430FCC" w:rsidRPr="008E6C00" w:rsidRDefault="00430FCC">
            <w:pPr>
              <w:spacing w:after="0" w:line="240" w:lineRule="auto"/>
              <w:rPr>
                <w:noProof/>
                <w:lang w:val="ro-RO"/>
              </w:rPr>
            </w:pPr>
          </w:p>
        </w:tc>
        <w:tc>
          <w:tcPr>
            <w:tcW w:w="1134" w:type="dxa"/>
            <w:shd w:val="clear" w:color="auto" w:fill="FFFFFF"/>
            <w:tcMar>
              <w:top w:w="80" w:type="dxa"/>
              <w:left w:w="90" w:type="dxa"/>
              <w:bottom w:w="80" w:type="dxa"/>
              <w:right w:w="90" w:type="dxa"/>
            </w:tcMar>
            <w:vAlign w:val="center"/>
          </w:tcPr>
          <w:p w14:paraId="1DEA1AEA" w14:textId="77777777" w:rsidR="00430FCC" w:rsidRPr="008E6C00" w:rsidRDefault="00430FCC">
            <w:pPr>
              <w:spacing w:after="0" w:line="240" w:lineRule="auto"/>
              <w:rPr>
                <w:noProof/>
                <w:lang w:val="ro-RO"/>
              </w:rPr>
            </w:pPr>
          </w:p>
        </w:tc>
        <w:tc>
          <w:tcPr>
            <w:tcW w:w="1417" w:type="dxa"/>
            <w:shd w:val="clear" w:color="auto" w:fill="FFFFFF"/>
            <w:tcMar>
              <w:top w:w="80" w:type="dxa"/>
              <w:left w:w="90" w:type="dxa"/>
              <w:bottom w:w="80" w:type="dxa"/>
              <w:right w:w="90" w:type="dxa"/>
            </w:tcMar>
            <w:vAlign w:val="center"/>
          </w:tcPr>
          <w:p w14:paraId="39174518" w14:textId="77777777" w:rsidR="00430FCC" w:rsidRPr="008E6C00" w:rsidRDefault="00430FCC">
            <w:pPr>
              <w:spacing w:after="0" w:line="240" w:lineRule="auto"/>
              <w:rPr>
                <w:noProof/>
                <w:lang w:val="ro-RO"/>
              </w:rPr>
            </w:pPr>
          </w:p>
        </w:tc>
        <w:tc>
          <w:tcPr>
            <w:tcW w:w="567" w:type="dxa"/>
            <w:shd w:val="clear" w:color="auto" w:fill="FFFFFF"/>
            <w:tcMar>
              <w:top w:w="80" w:type="dxa"/>
              <w:left w:w="90" w:type="dxa"/>
              <w:bottom w:w="80" w:type="dxa"/>
              <w:right w:w="90" w:type="dxa"/>
            </w:tcMar>
            <w:vAlign w:val="center"/>
          </w:tcPr>
          <w:p w14:paraId="4CC28B80" w14:textId="77777777" w:rsidR="00430FCC" w:rsidRPr="008E6C00" w:rsidRDefault="00430FCC">
            <w:pPr>
              <w:spacing w:after="0" w:line="240" w:lineRule="auto"/>
              <w:rPr>
                <w:noProof/>
                <w:lang w:val="ro-RO"/>
              </w:rPr>
            </w:pPr>
          </w:p>
        </w:tc>
      </w:tr>
      <w:tr w:rsidR="00430FCC" w:rsidRPr="008E6C00" w14:paraId="7E0C722D" w14:textId="77777777">
        <w:trPr>
          <w:cantSplit/>
          <w:jc w:val="center"/>
        </w:trPr>
        <w:tc>
          <w:tcPr>
            <w:tcW w:w="1020" w:type="dxa"/>
            <w:shd w:val="clear" w:color="auto" w:fill="FAFAFA"/>
            <w:tcMar>
              <w:top w:w="80" w:type="dxa"/>
              <w:left w:w="90" w:type="dxa"/>
              <w:bottom w:w="80" w:type="dxa"/>
              <w:right w:w="90" w:type="dxa"/>
            </w:tcMar>
            <w:vAlign w:val="center"/>
          </w:tcPr>
          <w:p w14:paraId="51874390" w14:textId="77777777" w:rsidR="00430FCC" w:rsidRPr="008E6C00" w:rsidRDefault="00430FCC">
            <w:pPr>
              <w:spacing w:after="0" w:line="240" w:lineRule="auto"/>
              <w:rPr>
                <w:noProof/>
                <w:lang w:val="ro-RO"/>
              </w:rPr>
            </w:pPr>
          </w:p>
        </w:tc>
        <w:tc>
          <w:tcPr>
            <w:tcW w:w="2154" w:type="dxa"/>
            <w:shd w:val="clear" w:color="auto" w:fill="FAFAFA"/>
            <w:tcMar>
              <w:top w:w="80" w:type="dxa"/>
              <w:left w:w="90" w:type="dxa"/>
              <w:bottom w:w="80" w:type="dxa"/>
              <w:right w:w="90" w:type="dxa"/>
            </w:tcMar>
            <w:vAlign w:val="center"/>
          </w:tcPr>
          <w:p w14:paraId="4D37BAE3" w14:textId="77777777" w:rsidR="00430FCC" w:rsidRPr="008E6C00" w:rsidRDefault="00430FCC">
            <w:pPr>
              <w:spacing w:after="0" w:line="240" w:lineRule="auto"/>
              <w:rPr>
                <w:noProof/>
                <w:lang w:val="ro-RO"/>
              </w:rPr>
            </w:pPr>
          </w:p>
        </w:tc>
        <w:tc>
          <w:tcPr>
            <w:tcW w:w="1417" w:type="dxa"/>
            <w:shd w:val="clear" w:color="auto" w:fill="FAFAFA"/>
            <w:tcMar>
              <w:top w:w="80" w:type="dxa"/>
              <w:left w:w="90" w:type="dxa"/>
              <w:bottom w:w="80" w:type="dxa"/>
              <w:right w:w="90" w:type="dxa"/>
            </w:tcMar>
            <w:vAlign w:val="center"/>
          </w:tcPr>
          <w:p w14:paraId="6E096C8E" w14:textId="77777777" w:rsidR="00430FCC" w:rsidRPr="008E6C00" w:rsidRDefault="00430FCC">
            <w:pPr>
              <w:spacing w:after="0" w:line="240" w:lineRule="auto"/>
              <w:rPr>
                <w:noProof/>
                <w:lang w:val="ro-RO"/>
              </w:rPr>
            </w:pPr>
          </w:p>
        </w:tc>
        <w:tc>
          <w:tcPr>
            <w:tcW w:w="1531" w:type="dxa"/>
            <w:shd w:val="clear" w:color="auto" w:fill="FAFAFA"/>
            <w:tcMar>
              <w:top w:w="80" w:type="dxa"/>
              <w:left w:w="90" w:type="dxa"/>
              <w:bottom w:w="80" w:type="dxa"/>
              <w:right w:w="90" w:type="dxa"/>
            </w:tcMar>
            <w:vAlign w:val="center"/>
          </w:tcPr>
          <w:p w14:paraId="7A967879" w14:textId="77777777" w:rsidR="00430FCC" w:rsidRPr="008E6C00" w:rsidRDefault="00430FCC">
            <w:pPr>
              <w:spacing w:after="0" w:line="240" w:lineRule="auto"/>
              <w:rPr>
                <w:noProof/>
                <w:lang w:val="ro-RO"/>
              </w:rPr>
            </w:pPr>
          </w:p>
        </w:tc>
        <w:tc>
          <w:tcPr>
            <w:tcW w:w="680" w:type="dxa"/>
            <w:shd w:val="clear" w:color="auto" w:fill="FAFAFA"/>
            <w:tcMar>
              <w:top w:w="80" w:type="dxa"/>
              <w:left w:w="90" w:type="dxa"/>
              <w:bottom w:w="80" w:type="dxa"/>
              <w:right w:w="90" w:type="dxa"/>
            </w:tcMar>
            <w:vAlign w:val="center"/>
          </w:tcPr>
          <w:p w14:paraId="7998A194" w14:textId="77777777" w:rsidR="00430FCC" w:rsidRPr="008E6C00" w:rsidRDefault="00430FCC">
            <w:pPr>
              <w:spacing w:after="0" w:line="240" w:lineRule="auto"/>
              <w:rPr>
                <w:noProof/>
                <w:lang w:val="ro-RO"/>
              </w:rPr>
            </w:pPr>
          </w:p>
        </w:tc>
        <w:tc>
          <w:tcPr>
            <w:tcW w:w="1134" w:type="dxa"/>
            <w:shd w:val="clear" w:color="auto" w:fill="FAFAFA"/>
            <w:tcMar>
              <w:top w:w="80" w:type="dxa"/>
              <w:left w:w="90" w:type="dxa"/>
              <w:bottom w:w="80" w:type="dxa"/>
              <w:right w:w="90" w:type="dxa"/>
            </w:tcMar>
            <w:vAlign w:val="center"/>
          </w:tcPr>
          <w:p w14:paraId="6F7BB30F" w14:textId="77777777" w:rsidR="00430FCC" w:rsidRPr="008E6C00" w:rsidRDefault="00430FCC">
            <w:pPr>
              <w:spacing w:after="0" w:line="240" w:lineRule="auto"/>
              <w:rPr>
                <w:noProof/>
                <w:lang w:val="ro-RO"/>
              </w:rPr>
            </w:pPr>
          </w:p>
        </w:tc>
        <w:tc>
          <w:tcPr>
            <w:tcW w:w="1417" w:type="dxa"/>
            <w:shd w:val="clear" w:color="auto" w:fill="FAFAFA"/>
            <w:tcMar>
              <w:top w:w="80" w:type="dxa"/>
              <w:left w:w="90" w:type="dxa"/>
              <w:bottom w:w="80" w:type="dxa"/>
              <w:right w:w="90" w:type="dxa"/>
            </w:tcMar>
            <w:vAlign w:val="center"/>
          </w:tcPr>
          <w:p w14:paraId="77912FDF" w14:textId="77777777" w:rsidR="00430FCC" w:rsidRPr="008E6C00" w:rsidRDefault="00430FCC">
            <w:pPr>
              <w:spacing w:after="0" w:line="240" w:lineRule="auto"/>
              <w:rPr>
                <w:noProof/>
                <w:lang w:val="ro-RO"/>
              </w:rPr>
            </w:pPr>
          </w:p>
        </w:tc>
        <w:tc>
          <w:tcPr>
            <w:tcW w:w="567" w:type="dxa"/>
            <w:shd w:val="clear" w:color="auto" w:fill="FAFAFA"/>
            <w:tcMar>
              <w:top w:w="80" w:type="dxa"/>
              <w:left w:w="90" w:type="dxa"/>
              <w:bottom w:w="80" w:type="dxa"/>
              <w:right w:w="90" w:type="dxa"/>
            </w:tcMar>
            <w:vAlign w:val="center"/>
          </w:tcPr>
          <w:p w14:paraId="17E66DBC" w14:textId="77777777" w:rsidR="00430FCC" w:rsidRPr="008E6C00" w:rsidRDefault="00430FCC">
            <w:pPr>
              <w:spacing w:after="0" w:line="240" w:lineRule="auto"/>
              <w:rPr>
                <w:noProof/>
                <w:lang w:val="ro-RO"/>
              </w:rPr>
            </w:pPr>
          </w:p>
        </w:tc>
      </w:tr>
      <w:tr w:rsidR="00430FCC" w:rsidRPr="008E6C00" w14:paraId="3F7DED5E" w14:textId="77777777">
        <w:trPr>
          <w:cantSplit/>
          <w:jc w:val="center"/>
        </w:trPr>
        <w:tc>
          <w:tcPr>
            <w:tcW w:w="1020" w:type="dxa"/>
            <w:shd w:val="clear" w:color="auto" w:fill="FFFFFF"/>
            <w:tcMar>
              <w:top w:w="80" w:type="dxa"/>
              <w:left w:w="90" w:type="dxa"/>
              <w:bottom w:w="80" w:type="dxa"/>
              <w:right w:w="90" w:type="dxa"/>
            </w:tcMar>
            <w:vAlign w:val="center"/>
          </w:tcPr>
          <w:p w14:paraId="3E8520FC" w14:textId="77777777" w:rsidR="00430FCC" w:rsidRPr="008E6C00" w:rsidRDefault="00430FCC">
            <w:pPr>
              <w:spacing w:after="0" w:line="240" w:lineRule="auto"/>
              <w:rPr>
                <w:noProof/>
                <w:lang w:val="ro-RO"/>
              </w:rPr>
            </w:pPr>
          </w:p>
        </w:tc>
        <w:tc>
          <w:tcPr>
            <w:tcW w:w="2154" w:type="dxa"/>
            <w:shd w:val="clear" w:color="auto" w:fill="FFFFFF"/>
            <w:tcMar>
              <w:top w:w="80" w:type="dxa"/>
              <w:left w:w="90" w:type="dxa"/>
              <w:bottom w:w="80" w:type="dxa"/>
              <w:right w:w="90" w:type="dxa"/>
            </w:tcMar>
            <w:vAlign w:val="center"/>
          </w:tcPr>
          <w:p w14:paraId="144F281C" w14:textId="77777777" w:rsidR="00430FCC" w:rsidRPr="008E6C00" w:rsidRDefault="00430FCC">
            <w:pPr>
              <w:spacing w:after="0" w:line="240" w:lineRule="auto"/>
              <w:rPr>
                <w:noProof/>
                <w:lang w:val="ro-RO"/>
              </w:rPr>
            </w:pPr>
          </w:p>
        </w:tc>
        <w:tc>
          <w:tcPr>
            <w:tcW w:w="1417" w:type="dxa"/>
            <w:shd w:val="clear" w:color="auto" w:fill="FFFFFF"/>
            <w:tcMar>
              <w:top w:w="80" w:type="dxa"/>
              <w:left w:w="90" w:type="dxa"/>
              <w:bottom w:w="80" w:type="dxa"/>
              <w:right w:w="90" w:type="dxa"/>
            </w:tcMar>
            <w:vAlign w:val="center"/>
          </w:tcPr>
          <w:p w14:paraId="3BC2755E" w14:textId="77777777" w:rsidR="00430FCC" w:rsidRPr="008E6C00" w:rsidRDefault="00430FCC">
            <w:pPr>
              <w:spacing w:after="0" w:line="240" w:lineRule="auto"/>
              <w:rPr>
                <w:noProof/>
                <w:lang w:val="ro-RO"/>
              </w:rPr>
            </w:pPr>
          </w:p>
        </w:tc>
        <w:tc>
          <w:tcPr>
            <w:tcW w:w="1531" w:type="dxa"/>
            <w:shd w:val="clear" w:color="auto" w:fill="FFFFFF"/>
            <w:tcMar>
              <w:top w:w="80" w:type="dxa"/>
              <w:left w:w="90" w:type="dxa"/>
              <w:bottom w:w="80" w:type="dxa"/>
              <w:right w:w="90" w:type="dxa"/>
            </w:tcMar>
            <w:vAlign w:val="center"/>
          </w:tcPr>
          <w:p w14:paraId="2E1D5DA8" w14:textId="77777777" w:rsidR="00430FCC" w:rsidRPr="008E6C00" w:rsidRDefault="00430FCC">
            <w:pPr>
              <w:spacing w:after="0" w:line="240" w:lineRule="auto"/>
              <w:rPr>
                <w:noProof/>
                <w:lang w:val="ro-RO"/>
              </w:rPr>
            </w:pPr>
          </w:p>
        </w:tc>
        <w:tc>
          <w:tcPr>
            <w:tcW w:w="680" w:type="dxa"/>
            <w:shd w:val="clear" w:color="auto" w:fill="FFFFFF"/>
            <w:tcMar>
              <w:top w:w="80" w:type="dxa"/>
              <w:left w:w="90" w:type="dxa"/>
              <w:bottom w:w="80" w:type="dxa"/>
              <w:right w:w="90" w:type="dxa"/>
            </w:tcMar>
            <w:vAlign w:val="center"/>
          </w:tcPr>
          <w:p w14:paraId="379ECCF3" w14:textId="77777777" w:rsidR="00430FCC" w:rsidRPr="008E6C00" w:rsidRDefault="00430FCC">
            <w:pPr>
              <w:spacing w:after="0" w:line="240" w:lineRule="auto"/>
              <w:rPr>
                <w:noProof/>
                <w:lang w:val="ro-RO"/>
              </w:rPr>
            </w:pPr>
          </w:p>
        </w:tc>
        <w:tc>
          <w:tcPr>
            <w:tcW w:w="1134" w:type="dxa"/>
            <w:shd w:val="clear" w:color="auto" w:fill="FFFFFF"/>
            <w:tcMar>
              <w:top w:w="80" w:type="dxa"/>
              <w:left w:w="90" w:type="dxa"/>
              <w:bottom w:w="80" w:type="dxa"/>
              <w:right w:w="90" w:type="dxa"/>
            </w:tcMar>
            <w:vAlign w:val="center"/>
          </w:tcPr>
          <w:p w14:paraId="622954BA" w14:textId="77777777" w:rsidR="00430FCC" w:rsidRPr="008E6C00" w:rsidRDefault="00430FCC">
            <w:pPr>
              <w:spacing w:after="0" w:line="240" w:lineRule="auto"/>
              <w:rPr>
                <w:noProof/>
                <w:lang w:val="ro-RO"/>
              </w:rPr>
            </w:pPr>
          </w:p>
        </w:tc>
        <w:tc>
          <w:tcPr>
            <w:tcW w:w="1417" w:type="dxa"/>
            <w:shd w:val="clear" w:color="auto" w:fill="FFFFFF"/>
            <w:tcMar>
              <w:top w:w="80" w:type="dxa"/>
              <w:left w:w="90" w:type="dxa"/>
              <w:bottom w:w="80" w:type="dxa"/>
              <w:right w:w="90" w:type="dxa"/>
            </w:tcMar>
            <w:vAlign w:val="center"/>
          </w:tcPr>
          <w:p w14:paraId="66A4443A" w14:textId="77777777" w:rsidR="00430FCC" w:rsidRPr="008E6C00" w:rsidRDefault="00430FCC">
            <w:pPr>
              <w:spacing w:after="0" w:line="240" w:lineRule="auto"/>
              <w:rPr>
                <w:noProof/>
                <w:lang w:val="ro-RO"/>
              </w:rPr>
            </w:pPr>
          </w:p>
        </w:tc>
        <w:tc>
          <w:tcPr>
            <w:tcW w:w="567" w:type="dxa"/>
            <w:shd w:val="clear" w:color="auto" w:fill="FFFFFF"/>
            <w:tcMar>
              <w:top w:w="80" w:type="dxa"/>
              <w:left w:w="90" w:type="dxa"/>
              <w:bottom w:w="80" w:type="dxa"/>
              <w:right w:w="90" w:type="dxa"/>
            </w:tcMar>
            <w:vAlign w:val="center"/>
          </w:tcPr>
          <w:p w14:paraId="46DA4B0C" w14:textId="77777777" w:rsidR="00430FCC" w:rsidRPr="008E6C00" w:rsidRDefault="00430FCC">
            <w:pPr>
              <w:spacing w:after="0" w:line="240" w:lineRule="auto"/>
              <w:rPr>
                <w:noProof/>
                <w:lang w:val="ro-RO"/>
              </w:rPr>
            </w:pPr>
          </w:p>
        </w:tc>
      </w:tr>
      <w:tr w:rsidR="00430FCC" w:rsidRPr="008E6C00" w14:paraId="5100E69A" w14:textId="77777777">
        <w:trPr>
          <w:cantSplit/>
          <w:jc w:val="center"/>
        </w:trPr>
        <w:tc>
          <w:tcPr>
            <w:tcW w:w="1020" w:type="dxa"/>
            <w:shd w:val="clear" w:color="auto" w:fill="FAFAFA"/>
            <w:tcMar>
              <w:top w:w="80" w:type="dxa"/>
              <w:left w:w="90" w:type="dxa"/>
              <w:bottom w:w="80" w:type="dxa"/>
              <w:right w:w="90" w:type="dxa"/>
            </w:tcMar>
            <w:vAlign w:val="center"/>
          </w:tcPr>
          <w:p w14:paraId="5D07F91A" w14:textId="77777777" w:rsidR="00430FCC" w:rsidRPr="008E6C00" w:rsidRDefault="00430FCC">
            <w:pPr>
              <w:spacing w:after="0" w:line="240" w:lineRule="auto"/>
              <w:rPr>
                <w:noProof/>
                <w:lang w:val="ro-RO"/>
              </w:rPr>
            </w:pPr>
          </w:p>
        </w:tc>
        <w:tc>
          <w:tcPr>
            <w:tcW w:w="2154" w:type="dxa"/>
            <w:shd w:val="clear" w:color="auto" w:fill="FAFAFA"/>
            <w:tcMar>
              <w:top w:w="80" w:type="dxa"/>
              <w:left w:w="90" w:type="dxa"/>
              <w:bottom w:w="80" w:type="dxa"/>
              <w:right w:w="90" w:type="dxa"/>
            </w:tcMar>
            <w:vAlign w:val="center"/>
          </w:tcPr>
          <w:p w14:paraId="15EC3F01" w14:textId="77777777" w:rsidR="00430FCC" w:rsidRPr="008E6C00" w:rsidRDefault="00430FCC">
            <w:pPr>
              <w:spacing w:after="0" w:line="240" w:lineRule="auto"/>
              <w:rPr>
                <w:noProof/>
                <w:lang w:val="ro-RO"/>
              </w:rPr>
            </w:pPr>
          </w:p>
        </w:tc>
        <w:tc>
          <w:tcPr>
            <w:tcW w:w="1417" w:type="dxa"/>
            <w:shd w:val="clear" w:color="auto" w:fill="FAFAFA"/>
            <w:tcMar>
              <w:top w:w="80" w:type="dxa"/>
              <w:left w:w="90" w:type="dxa"/>
              <w:bottom w:w="80" w:type="dxa"/>
              <w:right w:w="90" w:type="dxa"/>
            </w:tcMar>
            <w:vAlign w:val="center"/>
          </w:tcPr>
          <w:p w14:paraId="2339B3B3" w14:textId="77777777" w:rsidR="00430FCC" w:rsidRPr="008E6C00" w:rsidRDefault="00430FCC">
            <w:pPr>
              <w:spacing w:after="0" w:line="240" w:lineRule="auto"/>
              <w:rPr>
                <w:noProof/>
                <w:lang w:val="ro-RO"/>
              </w:rPr>
            </w:pPr>
          </w:p>
        </w:tc>
        <w:tc>
          <w:tcPr>
            <w:tcW w:w="1531" w:type="dxa"/>
            <w:shd w:val="clear" w:color="auto" w:fill="FAFAFA"/>
            <w:tcMar>
              <w:top w:w="80" w:type="dxa"/>
              <w:left w:w="90" w:type="dxa"/>
              <w:bottom w:w="80" w:type="dxa"/>
              <w:right w:w="90" w:type="dxa"/>
            </w:tcMar>
            <w:vAlign w:val="center"/>
          </w:tcPr>
          <w:p w14:paraId="77AFA58D" w14:textId="77777777" w:rsidR="00430FCC" w:rsidRPr="008E6C00" w:rsidRDefault="00430FCC">
            <w:pPr>
              <w:spacing w:after="0" w:line="240" w:lineRule="auto"/>
              <w:rPr>
                <w:noProof/>
                <w:lang w:val="ro-RO"/>
              </w:rPr>
            </w:pPr>
          </w:p>
        </w:tc>
        <w:tc>
          <w:tcPr>
            <w:tcW w:w="680" w:type="dxa"/>
            <w:shd w:val="clear" w:color="auto" w:fill="FAFAFA"/>
            <w:tcMar>
              <w:top w:w="80" w:type="dxa"/>
              <w:left w:w="90" w:type="dxa"/>
              <w:bottom w:w="80" w:type="dxa"/>
              <w:right w:w="90" w:type="dxa"/>
            </w:tcMar>
            <w:vAlign w:val="center"/>
          </w:tcPr>
          <w:p w14:paraId="286F1606" w14:textId="77777777" w:rsidR="00430FCC" w:rsidRPr="008E6C00" w:rsidRDefault="00430FCC">
            <w:pPr>
              <w:spacing w:after="0" w:line="240" w:lineRule="auto"/>
              <w:rPr>
                <w:noProof/>
                <w:lang w:val="ro-RO"/>
              </w:rPr>
            </w:pPr>
          </w:p>
        </w:tc>
        <w:tc>
          <w:tcPr>
            <w:tcW w:w="1134" w:type="dxa"/>
            <w:shd w:val="clear" w:color="auto" w:fill="FAFAFA"/>
            <w:tcMar>
              <w:top w:w="80" w:type="dxa"/>
              <w:left w:w="90" w:type="dxa"/>
              <w:bottom w:w="80" w:type="dxa"/>
              <w:right w:w="90" w:type="dxa"/>
            </w:tcMar>
            <w:vAlign w:val="center"/>
          </w:tcPr>
          <w:p w14:paraId="48ACAB23" w14:textId="77777777" w:rsidR="00430FCC" w:rsidRPr="008E6C00" w:rsidRDefault="00430FCC">
            <w:pPr>
              <w:spacing w:after="0" w:line="240" w:lineRule="auto"/>
              <w:rPr>
                <w:noProof/>
                <w:lang w:val="ro-RO"/>
              </w:rPr>
            </w:pPr>
          </w:p>
        </w:tc>
        <w:tc>
          <w:tcPr>
            <w:tcW w:w="1417" w:type="dxa"/>
            <w:shd w:val="clear" w:color="auto" w:fill="FAFAFA"/>
            <w:tcMar>
              <w:top w:w="80" w:type="dxa"/>
              <w:left w:w="90" w:type="dxa"/>
              <w:bottom w:w="80" w:type="dxa"/>
              <w:right w:w="90" w:type="dxa"/>
            </w:tcMar>
            <w:vAlign w:val="center"/>
          </w:tcPr>
          <w:p w14:paraId="232E3815" w14:textId="77777777" w:rsidR="00430FCC" w:rsidRPr="008E6C00" w:rsidRDefault="00430FCC">
            <w:pPr>
              <w:spacing w:after="0" w:line="240" w:lineRule="auto"/>
              <w:rPr>
                <w:noProof/>
                <w:lang w:val="ro-RO"/>
              </w:rPr>
            </w:pPr>
          </w:p>
        </w:tc>
        <w:tc>
          <w:tcPr>
            <w:tcW w:w="567" w:type="dxa"/>
            <w:shd w:val="clear" w:color="auto" w:fill="FAFAFA"/>
            <w:tcMar>
              <w:top w:w="80" w:type="dxa"/>
              <w:left w:w="90" w:type="dxa"/>
              <w:bottom w:w="80" w:type="dxa"/>
              <w:right w:w="90" w:type="dxa"/>
            </w:tcMar>
            <w:vAlign w:val="center"/>
          </w:tcPr>
          <w:p w14:paraId="3F2A335A" w14:textId="77777777" w:rsidR="00430FCC" w:rsidRPr="008E6C00" w:rsidRDefault="00430FCC">
            <w:pPr>
              <w:spacing w:after="0" w:line="240" w:lineRule="auto"/>
              <w:rPr>
                <w:noProof/>
                <w:lang w:val="ro-RO"/>
              </w:rPr>
            </w:pPr>
          </w:p>
        </w:tc>
      </w:tr>
      <w:tr w:rsidR="00430FCC" w:rsidRPr="008E6C00" w14:paraId="5E9A7E18" w14:textId="77777777">
        <w:trPr>
          <w:cantSplit/>
          <w:jc w:val="center"/>
        </w:trPr>
        <w:tc>
          <w:tcPr>
            <w:tcW w:w="1020" w:type="dxa"/>
            <w:shd w:val="clear" w:color="auto" w:fill="FFFFFF"/>
            <w:tcMar>
              <w:top w:w="80" w:type="dxa"/>
              <w:left w:w="90" w:type="dxa"/>
              <w:bottom w:w="80" w:type="dxa"/>
              <w:right w:w="90" w:type="dxa"/>
            </w:tcMar>
            <w:vAlign w:val="center"/>
          </w:tcPr>
          <w:p w14:paraId="2A9B72CB" w14:textId="77777777" w:rsidR="00430FCC" w:rsidRPr="008E6C00" w:rsidRDefault="00430FCC">
            <w:pPr>
              <w:spacing w:after="0" w:line="240" w:lineRule="auto"/>
              <w:rPr>
                <w:noProof/>
                <w:lang w:val="ro-RO"/>
              </w:rPr>
            </w:pPr>
          </w:p>
        </w:tc>
        <w:tc>
          <w:tcPr>
            <w:tcW w:w="2154" w:type="dxa"/>
            <w:shd w:val="clear" w:color="auto" w:fill="FFFFFF"/>
            <w:tcMar>
              <w:top w:w="80" w:type="dxa"/>
              <w:left w:w="90" w:type="dxa"/>
              <w:bottom w:w="80" w:type="dxa"/>
              <w:right w:w="90" w:type="dxa"/>
            </w:tcMar>
            <w:vAlign w:val="center"/>
          </w:tcPr>
          <w:p w14:paraId="288FAF36" w14:textId="77777777" w:rsidR="00430FCC" w:rsidRPr="008E6C00" w:rsidRDefault="00430FCC">
            <w:pPr>
              <w:spacing w:after="0" w:line="240" w:lineRule="auto"/>
              <w:rPr>
                <w:noProof/>
                <w:lang w:val="ro-RO"/>
              </w:rPr>
            </w:pPr>
          </w:p>
        </w:tc>
        <w:tc>
          <w:tcPr>
            <w:tcW w:w="1417" w:type="dxa"/>
            <w:shd w:val="clear" w:color="auto" w:fill="FFFFFF"/>
            <w:tcMar>
              <w:top w:w="80" w:type="dxa"/>
              <w:left w:w="90" w:type="dxa"/>
              <w:bottom w:w="80" w:type="dxa"/>
              <w:right w:w="90" w:type="dxa"/>
            </w:tcMar>
            <w:vAlign w:val="center"/>
          </w:tcPr>
          <w:p w14:paraId="2B417FD0" w14:textId="77777777" w:rsidR="00430FCC" w:rsidRPr="008E6C00" w:rsidRDefault="00430FCC">
            <w:pPr>
              <w:spacing w:after="0" w:line="240" w:lineRule="auto"/>
              <w:rPr>
                <w:noProof/>
                <w:lang w:val="ro-RO"/>
              </w:rPr>
            </w:pPr>
          </w:p>
        </w:tc>
        <w:tc>
          <w:tcPr>
            <w:tcW w:w="1531" w:type="dxa"/>
            <w:shd w:val="clear" w:color="auto" w:fill="FFFFFF"/>
            <w:tcMar>
              <w:top w:w="80" w:type="dxa"/>
              <w:left w:w="90" w:type="dxa"/>
              <w:bottom w:w="80" w:type="dxa"/>
              <w:right w:w="90" w:type="dxa"/>
            </w:tcMar>
            <w:vAlign w:val="center"/>
          </w:tcPr>
          <w:p w14:paraId="0AD11633" w14:textId="77777777" w:rsidR="00430FCC" w:rsidRPr="008E6C00" w:rsidRDefault="00430FCC">
            <w:pPr>
              <w:spacing w:after="0" w:line="240" w:lineRule="auto"/>
              <w:rPr>
                <w:noProof/>
                <w:lang w:val="ro-RO"/>
              </w:rPr>
            </w:pPr>
          </w:p>
        </w:tc>
        <w:tc>
          <w:tcPr>
            <w:tcW w:w="680" w:type="dxa"/>
            <w:shd w:val="clear" w:color="auto" w:fill="FFFFFF"/>
            <w:tcMar>
              <w:top w:w="80" w:type="dxa"/>
              <w:left w:w="90" w:type="dxa"/>
              <w:bottom w:w="80" w:type="dxa"/>
              <w:right w:w="90" w:type="dxa"/>
            </w:tcMar>
            <w:vAlign w:val="center"/>
          </w:tcPr>
          <w:p w14:paraId="124D4885" w14:textId="77777777" w:rsidR="00430FCC" w:rsidRPr="008E6C00" w:rsidRDefault="00430FCC">
            <w:pPr>
              <w:spacing w:after="0" w:line="240" w:lineRule="auto"/>
              <w:rPr>
                <w:noProof/>
                <w:lang w:val="ro-RO"/>
              </w:rPr>
            </w:pPr>
          </w:p>
        </w:tc>
        <w:tc>
          <w:tcPr>
            <w:tcW w:w="1134" w:type="dxa"/>
            <w:shd w:val="clear" w:color="auto" w:fill="FFFFFF"/>
            <w:tcMar>
              <w:top w:w="80" w:type="dxa"/>
              <w:left w:w="90" w:type="dxa"/>
              <w:bottom w:w="80" w:type="dxa"/>
              <w:right w:w="90" w:type="dxa"/>
            </w:tcMar>
            <w:vAlign w:val="center"/>
          </w:tcPr>
          <w:p w14:paraId="39E3CD51" w14:textId="77777777" w:rsidR="00430FCC" w:rsidRPr="008E6C00" w:rsidRDefault="00430FCC">
            <w:pPr>
              <w:spacing w:after="0" w:line="240" w:lineRule="auto"/>
              <w:rPr>
                <w:noProof/>
                <w:lang w:val="ro-RO"/>
              </w:rPr>
            </w:pPr>
          </w:p>
        </w:tc>
        <w:tc>
          <w:tcPr>
            <w:tcW w:w="1417" w:type="dxa"/>
            <w:shd w:val="clear" w:color="auto" w:fill="FFFFFF"/>
            <w:tcMar>
              <w:top w:w="80" w:type="dxa"/>
              <w:left w:w="90" w:type="dxa"/>
              <w:bottom w:w="80" w:type="dxa"/>
              <w:right w:w="90" w:type="dxa"/>
            </w:tcMar>
            <w:vAlign w:val="center"/>
          </w:tcPr>
          <w:p w14:paraId="73485C56" w14:textId="77777777" w:rsidR="00430FCC" w:rsidRPr="008E6C00" w:rsidRDefault="00430FCC">
            <w:pPr>
              <w:spacing w:after="0" w:line="240" w:lineRule="auto"/>
              <w:rPr>
                <w:noProof/>
                <w:lang w:val="ro-RO"/>
              </w:rPr>
            </w:pPr>
          </w:p>
        </w:tc>
        <w:tc>
          <w:tcPr>
            <w:tcW w:w="567" w:type="dxa"/>
            <w:shd w:val="clear" w:color="auto" w:fill="FFFFFF"/>
            <w:tcMar>
              <w:top w:w="80" w:type="dxa"/>
              <w:left w:w="90" w:type="dxa"/>
              <w:bottom w:w="80" w:type="dxa"/>
              <w:right w:w="90" w:type="dxa"/>
            </w:tcMar>
            <w:vAlign w:val="center"/>
          </w:tcPr>
          <w:p w14:paraId="3A0B4D1F" w14:textId="77777777" w:rsidR="00430FCC" w:rsidRPr="008E6C00" w:rsidRDefault="00430FCC">
            <w:pPr>
              <w:spacing w:after="0" w:line="240" w:lineRule="auto"/>
              <w:rPr>
                <w:noProof/>
                <w:lang w:val="ro-RO"/>
              </w:rPr>
            </w:pPr>
          </w:p>
        </w:tc>
      </w:tr>
      <w:tr w:rsidR="00430FCC" w:rsidRPr="008E6C00" w14:paraId="52284F7A" w14:textId="77777777">
        <w:trPr>
          <w:cantSplit/>
          <w:jc w:val="center"/>
        </w:trPr>
        <w:tc>
          <w:tcPr>
            <w:tcW w:w="1020" w:type="dxa"/>
            <w:shd w:val="clear" w:color="auto" w:fill="FAFAFA"/>
            <w:tcMar>
              <w:top w:w="80" w:type="dxa"/>
              <w:left w:w="90" w:type="dxa"/>
              <w:bottom w:w="80" w:type="dxa"/>
              <w:right w:w="90" w:type="dxa"/>
            </w:tcMar>
            <w:vAlign w:val="center"/>
          </w:tcPr>
          <w:p w14:paraId="67E444C5" w14:textId="77777777" w:rsidR="00430FCC" w:rsidRPr="008E6C00" w:rsidRDefault="00430FCC">
            <w:pPr>
              <w:spacing w:after="0" w:line="240" w:lineRule="auto"/>
              <w:rPr>
                <w:noProof/>
                <w:lang w:val="ro-RO"/>
              </w:rPr>
            </w:pPr>
          </w:p>
        </w:tc>
        <w:tc>
          <w:tcPr>
            <w:tcW w:w="2154" w:type="dxa"/>
            <w:shd w:val="clear" w:color="auto" w:fill="FAFAFA"/>
            <w:tcMar>
              <w:top w:w="80" w:type="dxa"/>
              <w:left w:w="90" w:type="dxa"/>
              <w:bottom w:w="80" w:type="dxa"/>
              <w:right w:w="90" w:type="dxa"/>
            </w:tcMar>
            <w:vAlign w:val="center"/>
          </w:tcPr>
          <w:p w14:paraId="3B2F228B" w14:textId="77777777" w:rsidR="00430FCC" w:rsidRPr="008E6C00" w:rsidRDefault="00430FCC">
            <w:pPr>
              <w:spacing w:after="0" w:line="240" w:lineRule="auto"/>
              <w:rPr>
                <w:noProof/>
                <w:lang w:val="ro-RO"/>
              </w:rPr>
            </w:pPr>
          </w:p>
        </w:tc>
        <w:tc>
          <w:tcPr>
            <w:tcW w:w="1417" w:type="dxa"/>
            <w:shd w:val="clear" w:color="auto" w:fill="FAFAFA"/>
            <w:tcMar>
              <w:top w:w="80" w:type="dxa"/>
              <w:left w:w="90" w:type="dxa"/>
              <w:bottom w:w="80" w:type="dxa"/>
              <w:right w:w="90" w:type="dxa"/>
            </w:tcMar>
            <w:vAlign w:val="center"/>
          </w:tcPr>
          <w:p w14:paraId="1A4CF455" w14:textId="77777777" w:rsidR="00430FCC" w:rsidRPr="008E6C00" w:rsidRDefault="00430FCC">
            <w:pPr>
              <w:spacing w:after="0" w:line="240" w:lineRule="auto"/>
              <w:rPr>
                <w:noProof/>
                <w:lang w:val="ro-RO"/>
              </w:rPr>
            </w:pPr>
          </w:p>
        </w:tc>
        <w:tc>
          <w:tcPr>
            <w:tcW w:w="1531" w:type="dxa"/>
            <w:shd w:val="clear" w:color="auto" w:fill="FAFAFA"/>
            <w:tcMar>
              <w:top w:w="80" w:type="dxa"/>
              <w:left w:w="90" w:type="dxa"/>
              <w:bottom w:w="80" w:type="dxa"/>
              <w:right w:w="90" w:type="dxa"/>
            </w:tcMar>
            <w:vAlign w:val="center"/>
          </w:tcPr>
          <w:p w14:paraId="15461F72" w14:textId="77777777" w:rsidR="00430FCC" w:rsidRPr="008E6C00" w:rsidRDefault="00430FCC">
            <w:pPr>
              <w:spacing w:after="0" w:line="240" w:lineRule="auto"/>
              <w:rPr>
                <w:noProof/>
                <w:lang w:val="ro-RO"/>
              </w:rPr>
            </w:pPr>
          </w:p>
        </w:tc>
        <w:tc>
          <w:tcPr>
            <w:tcW w:w="680" w:type="dxa"/>
            <w:shd w:val="clear" w:color="auto" w:fill="FAFAFA"/>
            <w:tcMar>
              <w:top w:w="80" w:type="dxa"/>
              <w:left w:w="90" w:type="dxa"/>
              <w:bottom w:w="80" w:type="dxa"/>
              <w:right w:w="90" w:type="dxa"/>
            </w:tcMar>
            <w:vAlign w:val="center"/>
          </w:tcPr>
          <w:p w14:paraId="3E312597" w14:textId="77777777" w:rsidR="00430FCC" w:rsidRPr="008E6C00" w:rsidRDefault="00430FCC">
            <w:pPr>
              <w:spacing w:after="0" w:line="240" w:lineRule="auto"/>
              <w:rPr>
                <w:noProof/>
                <w:lang w:val="ro-RO"/>
              </w:rPr>
            </w:pPr>
          </w:p>
        </w:tc>
        <w:tc>
          <w:tcPr>
            <w:tcW w:w="1134" w:type="dxa"/>
            <w:shd w:val="clear" w:color="auto" w:fill="FAFAFA"/>
            <w:tcMar>
              <w:top w:w="80" w:type="dxa"/>
              <w:left w:w="90" w:type="dxa"/>
              <w:bottom w:w="80" w:type="dxa"/>
              <w:right w:w="90" w:type="dxa"/>
            </w:tcMar>
            <w:vAlign w:val="center"/>
          </w:tcPr>
          <w:p w14:paraId="7E7BEF23" w14:textId="77777777" w:rsidR="00430FCC" w:rsidRPr="008E6C00" w:rsidRDefault="00430FCC">
            <w:pPr>
              <w:spacing w:after="0" w:line="240" w:lineRule="auto"/>
              <w:rPr>
                <w:noProof/>
                <w:lang w:val="ro-RO"/>
              </w:rPr>
            </w:pPr>
          </w:p>
        </w:tc>
        <w:tc>
          <w:tcPr>
            <w:tcW w:w="1417" w:type="dxa"/>
            <w:shd w:val="clear" w:color="auto" w:fill="FAFAFA"/>
            <w:tcMar>
              <w:top w:w="80" w:type="dxa"/>
              <w:left w:w="90" w:type="dxa"/>
              <w:bottom w:w="80" w:type="dxa"/>
              <w:right w:w="90" w:type="dxa"/>
            </w:tcMar>
            <w:vAlign w:val="center"/>
          </w:tcPr>
          <w:p w14:paraId="73921762" w14:textId="77777777" w:rsidR="00430FCC" w:rsidRPr="008E6C00" w:rsidRDefault="00430FCC">
            <w:pPr>
              <w:spacing w:after="0" w:line="240" w:lineRule="auto"/>
              <w:rPr>
                <w:noProof/>
                <w:lang w:val="ro-RO"/>
              </w:rPr>
            </w:pPr>
          </w:p>
        </w:tc>
        <w:tc>
          <w:tcPr>
            <w:tcW w:w="567" w:type="dxa"/>
            <w:shd w:val="clear" w:color="auto" w:fill="FAFAFA"/>
            <w:tcMar>
              <w:top w:w="80" w:type="dxa"/>
              <w:left w:w="90" w:type="dxa"/>
              <w:bottom w:w="80" w:type="dxa"/>
              <w:right w:w="90" w:type="dxa"/>
            </w:tcMar>
            <w:vAlign w:val="center"/>
          </w:tcPr>
          <w:p w14:paraId="46980C9A" w14:textId="77777777" w:rsidR="00430FCC" w:rsidRPr="008E6C00" w:rsidRDefault="00430FCC">
            <w:pPr>
              <w:spacing w:after="0" w:line="240" w:lineRule="auto"/>
              <w:rPr>
                <w:noProof/>
                <w:lang w:val="ro-RO"/>
              </w:rPr>
            </w:pPr>
          </w:p>
        </w:tc>
      </w:tr>
      <w:tr w:rsidR="00430FCC" w:rsidRPr="008E6C00" w14:paraId="1B55080E" w14:textId="77777777">
        <w:trPr>
          <w:cantSplit/>
          <w:jc w:val="center"/>
        </w:trPr>
        <w:tc>
          <w:tcPr>
            <w:tcW w:w="1020" w:type="dxa"/>
            <w:shd w:val="clear" w:color="auto" w:fill="FFFFFF"/>
            <w:tcMar>
              <w:top w:w="80" w:type="dxa"/>
              <w:left w:w="90" w:type="dxa"/>
              <w:bottom w:w="80" w:type="dxa"/>
              <w:right w:w="90" w:type="dxa"/>
            </w:tcMar>
            <w:vAlign w:val="center"/>
          </w:tcPr>
          <w:p w14:paraId="6F7DEBDC" w14:textId="77777777" w:rsidR="00430FCC" w:rsidRPr="008E6C00" w:rsidRDefault="00430FCC">
            <w:pPr>
              <w:spacing w:after="0" w:line="240" w:lineRule="auto"/>
              <w:rPr>
                <w:noProof/>
                <w:lang w:val="ro-RO"/>
              </w:rPr>
            </w:pPr>
          </w:p>
        </w:tc>
        <w:tc>
          <w:tcPr>
            <w:tcW w:w="2154" w:type="dxa"/>
            <w:shd w:val="clear" w:color="auto" w:fill="FFFFFF"/>
            <w:tcMar>
              <w:top w:w="80" w:type="dxa"/>
              <w:left w:w="90" w:type="dxa"/>
              <w:bottom w:w="80" w:type="dxa"/>
              <w:right w:w="90" w:type="dxa"/>
            </w:tcMar>
            <w:vAlign w:val="center"/>
          </w:tcPr>
          <w:p w14:paraId="4CCE5061" w14:textId="77777777" w:rsidR="00430FCC" w:rsidRPr="008E6C00" w:rsidRDefault="00430FCC">
            <w:pPr>
              <w:spacing w:after="0" w:line="240" w:lineRule="auto"/>
              <w:rPr>
                <w:noProof/>
                <w:lang w:val="ro-RO"/>
              </w:rPr>
            </w:pPr>
          </w:p>
        </w:tc>
        <w:tc>
          <w:tcPr>
            <w:tcW w:w="1417" w:type="dxa"/>
            <w:shd w:val="clear" w:color="auto" w:fill="FFFFFF"/>
            <w:tcMar>
              <w:top w:w="80" w:type="dxa"/>
              <w:left w:w="90" w:type="dxa"/>
              <w:bottom w:w="80" w:type="dxa"/>
              <w:right w:w="90" w:type="dxa"/>
            </w:tcMar>
            <w:vAlign w:val="center"/>
          </w:tcPr>
          <w:p w14:paraId="21EE8403" w14:textId="77777777" w:rsidR="00430FCC" w:rsidRPr="008E6C00" w:rsidRDefault="00430FCC">
            <w:pPr>
              <w:spacing w:after="0" w:line="240" w:lineRule="auto"/>
              <w:rPr>
                <w:noProof/>
                <w:lang w:val="ro-RO"/>
              </w:rPr>
            </w:pPr>
          </w:p>
        </w:tc>
        <w:tc>
          <w:tcPr>
            <w:tcW w:w="1531" w:type="dxa"/>
            <w:shd w:val="clear" w:color="auto" w:fill="FFFFFF"/>
            <w:tcMar>
              <w:top w:w="80" w:type="dxa"/>
              <w:left w:w="90" w:type="dxa"/>
              <w:bottom w:w="80" w:type="dxa"/>
              <w:right w:w="90" w:type="dxa"/>
            </w:tcMar>
            <w:vAlign w:val="center"/>
          </w:tcPr>
          <w:p w14:paraId="564B3AB5" w14:textId="77777777" w:rsidR="00430FCC" w:rsidRPr="008E6C00" w:rsidRDefault="00430FCC">
            <w:pPr>
              <w:spacing w:after="0" w:line="240" w:lineRule="auto"/>
              <w:rPr>
                <w:noProof/>
                <w:lang w:val="ro-RO"/>
              </w:rPr>
            </w:pPr>
          </w:p>
        </w:tc>
        <w:tc>
          <w:tcPr>
            <w:tcW w:w="680" w:type="dxa"/>
            <w:shd w:val="clear" w:color="auto" w:fill="FFFFFF"/>
            <w:tcMar>
              <w:top w:w="80" w:type="dxa"/>
              <w:left w:w="90" w:type="dxa"/>
              <w:bottom w:w="80" w:type="dxa"/>
              <w:right w:w="90" w:type="dxa"/>
            </w:tcMar>
            <w:vAlign w:val="center"/>
          </w:tcPr>
          <w:p w14:paraId="1F1826DF" w14:textId="77777777" w:rsidR="00430FCC" w:rsidRPr="008E6C00" w:rsidRDefault="00430FCC">
            <w:pPr>
              <w:spacing w:after="0" w:line="240" w:lineRule="auto"/>
              <w:rPr>
                <w:noProof/>
                <w:lang w:val="ro-RO"/>
              </w:rPr>
            </w:pPr>
          </w:p>
        </w:tc>
        <w:tc>
          <w:tcPr>
            <w:tcW w:w="1134" w:type="dxa"/>
            <w:shd w:val="clear" w:color="auto" w:fill="FFFFFF"/>
            <w:tcMar>
              <w:top w:w="80" w:type="dxa"/>
              <w:left w:w="90" w:type="dxa"/>
              <w:bottom w:w="80" w:type="dxa"/>
              <w:right w:w="90" w:type="dxa"/>
            </w:tcMar>
            <w:vAlign w:val="center"/>
          </w:tcPr>
          <w:p w14:paraId="7C97E8D0" w14:textId="77777777" w:rsidR="00430FCC" w:rsidRPr="008E6C00" w:rsidRDefault="00430FCC">
            <w:pPr>
              <w:spacing w:after="0" w:line="240" w:lineRule="auto"/>
              <w:rPr>
                <w:noProof/>
                <w:lang w:val="ro-RO"/>
              </w:rPr>
            </w:pPr>
          </w:p>
        </w:tc>
        <w:tc>
          <w:tcPr>
            <w:tcW w:w="1417" w:type="dxa"/>
            <w:shd w:val="clear" w:color="auto" w:fill="FFFFFF"/>
            <w:tcMar>
              <w:top w:w="80" w:type="dxa"/>
              <w:left w:w="90" w:type="dxa"/>
              <w:bottom w:w="80" w:type="dxa"/>
              <w:right w:w="90" w:type="dxa"/>
            </w:tcMar>
            <w:vAlign w:val="center"/>
          </w:tcPr>
          <w:p w14:paraId="6ACB6F6B" w14:textId="77777777" w:rsidR="00430FCC" w:rsidRPr="008E6C00" w:rsidRDefault="00430FCC">
            <w:pPr>
              <w:spacing w:after="0" w:line="240" w:lineRule="auto"/>
              <w:rPr>
                <w:noProof/>
                <w:lang w:val="ro-RO"/>
              </w:rPr>
            </w:pPr>
          </w:p>
        </w:tc>
        <w:tc>
          <w:tcPr>
            <w:tcW w:w="567" w:type="dxa"/>
            <w:shd w:val="clear" w:color="auto" w:fill="FFFFFF"/>
            <w:tcMar>
              <w:top w:w="80" w:type="dxa"/>
              <w:left w:w="90" w:type="dxa"/>
              <w:bottom w:w="80" w:type="dxa"/>
              <w:right w:w="90" w:type="dxa"/>
            </w:tcMar>
            <w:vAlign w:val="center"/>
          </w:tcPr>
          <w:p w14:paraId="197E3F74" w14:textId="77777777" w:rsidR="00430FCC" w:rsidRPr="008E6C00" w:rsidRDefault="00430FCC">
            <w:pPr>
              <w:spacing w:after="0" w:line="240" w:lineRule="auto"/>
              <w:rPr>
                <w:noProof/>
                <w:lang w:val="ro-RO"/>
              </w:rPr>
            </w:pPr>
          </w:p>
        </w:tc>
      </w:tr>
      <w:tr w:rsidR="00430FCC" w:rsidRPr="008E6C00" w14:paraId="16AB5D86" w14:textId="77777777">
        <w:trPr>
          <w:cantSplit/>
          <w:jc w:val="center"/>
        </w:trPr>
        <w:tc>
          <w:tcPr>
            <w:tcW w:w="1020" w:type="dxa"/>
            <w:shd w:val="clear" w:color="auto" w:fill="FAFAFA"/>
            <w:tcMar>
              <w:top w:w="80" w:type="dxa"/>
              <w:left w:w="90" w:type="dxa"/>
              <w:bottom w:w="80" w:type="dxa"/>
              <w:right w:w="90" w:type="dxa"/>
            </w:tcMar>
            <w:vAlign w:val="center"/>
          </w:tcPr>
          <w:p w14:paraId="2822BC6E" w14:textId="77777777" w:rsidR="00430FCC" w:rsidRPr="008E6C00" w:rsidRDefault="00430FCC">
            <w:pPr>
              <w:spacing w:after="0" w:line="240" w:lineRule="auto"/>
              <w:rPr>
                <w:noProof/>
                <w:lang w:val="ro-RO"/>
              </w:rPr>
            </w:pPr>
          </w:p>
        </w:tc>
        <w:tc>
          <w:tcPr>
            <w:tcW w:w="2154" w:type="dxa"/>
            <w:shd w:val="clear" w:color="auto" w:fill="FAFAFA"/>
            <w:tcMar>
              <w:top w:w="80" w:type="dxa"/>
              <w:left w:w="90" w:type="dxa"/>
              <w:bottom w:w="80" w:type="dxa"/>
              <w:right w:w="90" w:type="dxa"/>
            </w:tcMar>
            <w:vAlign w:val="center"/>
          </w:tcPr>
          <w:p w14:paraId="57A39C67" w14:textId="77777777" w:rsidR="00430FCC" w:rsidRPr="008E6C00" w:rsidRDefault="00430FCC">
            <w:pPr>
              <w:spacing w:after="0" w:line="240" w:lineRule="auto"/>
              <w:rPr>
                <w:noProof/>
                <w:lang w:val="ro-RO"/>
              </w:rPr>
            </w:pPr>
          </w:p>
        </w:tc>
        <w:tc>
          <w:tcPr>
            <w:tcW w:w="1417" w:type="dxa"/>
            <w:shd w:val="clear" w:color="auto" w:fill="FAFAFA"/>
            <w:tcMar>
              <w:top w:w="80" w:type="dxa"/>
              <w:left w:w="90" w:type="dxa"/>
              <w:bottom w:w="80" w:type="dxa"/>
              <w:right w:w="90" w:type="dxa"/>
            </w:tcMar>
            <w:vAlign w:val="center"/>
          </w:tcPr>
          <w:p w14:paraId="3AB41075" w14:textId="77777777" w:rsidR="00430FCC" w:rsidRPr="008E6C00" w:rsidRDefault="00430FCC">
            <w:pPr>
              <w:spacing w:after="0" w:line="240" w:lineRule="auto"/>
              <w:rPr>
                <w:noProof/>
                <w:lang w:val="ro-RO"/>
              </w:rPr>
            </w:pPr>
          </w:p>
        </w:tc>
        <w:tc>
          <w:tcPr>
            <w:tcW w:w="1531" w:type="dxa"/>
            <w:shd w:val="clear" w:color="auto" w:fill="FAFAFA"/>
            <w:tcMar>
              <w:top w:w="80" w:type="dxa"/>
              <w:left w:w="90" w:type="dxa"/>
              <w:bottom w:w="80" w:type="dxa"/>
              <w:right w:w="90" w:type="dxa"/>
            </w:tcMar>
            <w:vAlign w:val="center"/>
          </w:tcPr>
          <w:p w14:paraId="28E827B4" w14:textId="77777777" w:rsidR="00430FCC" w:rsidRPr="008E6C00" w:rsidRDefault="00430FCC">
            <w:pPr>
              <w:spacing w:after="0" w:line="240" w:lineRule="auto"/>
              <w:rPr>
                <w:noProof/>
                <w:lang w:val="ro-RO"/>
              </w:rPr>
            </w:pPr>
          </w:p>
        </w:tc>
        <w:tc>
          <w:tcPr>
            <w:tcW w:w="680" w:type="dxa"/>
            <w:shd w:val="clear" w:color="auto" w:fill="FAFAFA"/>
            <w:tcMar>
              <w:top w:w="80" w:type="dxa"/>
              <w:left w:w="90" w:type="dxa"/>
              <w:bottom w:w="80" w:type="dxa"/>
              <w:right w:w="90" w:type="dxa"/>
            </w:tcMar>
            <w:vAlign w:val="center"/>
          </w:tcPr>
          <w:p w14:paraId="6D47FE01" w14:textId="77777777" w:rsidR="00430FCC" w:rsidRPr="008E6C00" w:rsidRDefault="00430FCC">
            <w:pPr>
              <w:spacing w:after="0" w:line="240" w:lineRule="auto"/>
              <w:rPr>
                <w:noProof/>
                <w:lang w:val="ro-RO"/>
              </w:rPr>
            </w:pPr>
          </w:p>
        </w:tc>
        <w:tc>
          <w:tcPr>
            <w:tcW w:w="1134" w:type="dxa"/>
            <w:shd w:val="clear" w:color="auto" w:fill="FAFAFA"/>
            <w:tcMar>
              <w:top w:w="80" w:type="dxa"/>
              <w:left w:w="90" w:type="dxa"/>
              <w:bottom w:w="80" w:type="dxa"/>
              <w:right w:w="90" w:type="dxa"/>
            </w:tcMar>
            <w:vAlign w:val="center"/>
          </w:tcPr>
          <w:p w14:paraId="7DE84F7D" w14:textId="77777777" w:rsidR="00430FCC" w:rsidRPr="008E6C00" w:rsidRDefault="00430FCC">
            <w:pPr>
              <w:spacing w:after="0" w:line="240" w:lineRule="auto"/>
              <w:rPr>
                <w:noProof/>
                <w:lang w:val="ro-RO"/>
              </w:rPr>
            </w:pPr>
          </w:p>
        </w:tc>
        <w:tc>
          <w:tcPr>
            <w:tcW w:w="1417" w:type="dxa"/>
            <w:shd w:val="clear" w:color="auto" w:fill="FAFAFA"/>
            <w:tcMar>
              <w:top w:w="80" w:type="dxa"/>
              <w:left w:w="90" w:type="dxa"/>
              <w:bottom w:w="80" w:type="dxa"/>
              <w:right w:w="90" w:type="dxa"/>
            </w:tcMar>
            <w:vAlign w:val="center"/>
          </w:tcPr>
          <w:p w14:paraId="543E7A9A" w14:textId="77777777" w:rsidR="00430FCC" w:rsidRPr="008E6C00" w:rsidRDefault="00430FCC">
            <w:pPr>
              <w:spacing w:after="0" w:line="240" w:lineRule="auto"/>
              <w:rPr>
                <w:noProof/>
                <w:lang w:val="ro-RO"/>
              </w:rPr>
            </w:pPr>
          </w:p>
        </w:tc>
        <w:tc>
          <w:tcPr>
            <w:tcW w:w="567" w:type="dxa"/>
            <w:shd w:val="clear" w:color="auto" w:fill="FAFAFA"/>
            <w:tcMar>
              <w:top w:w="80" w:type="dxa"/>
              <w:left w:w="90" w:type="dxa"/>
              <w:bottom w:w="80" w:type="dxa"/>
              <w:right w:w="90" w:type="dxa"/>
            </w:tcMar>
            <w:vAlign w:val="center"/>
          </w:tcPr>
          <w:p w14:paraId="7BF23A16" w14:textId="77777777" w:rsidR="00430FCC" w:rsidRPr="008E6C00" w:rsidRDefault="00430FCC">
            <w:pPr>
              <w:spacing w:after="0" w:line="240" w:lineRule="auto"/>
              <w:rPr>
                <w:noProof/>
                <w:lang w:val="ro-RO"/>
              </w:rPr>
            </w:pPr>
          </w:p>
        </w:tc>
      </w:tr>
    </w:tbl>
    <w:p w14:paraId="472F9726" w14:textId="77777777" w:rsidR="00430FCC" w:rsidRPr="008E6C00" w:rsidRDefault="00430FCC">
      <w:pPr>
        <w:spacing w:after="20"/>
        <w:rPr>
          <w:noProof/>
          <w:lang w:val="ro-RO"/>
        </w:rPr>
      </w:pPr>
    </w:p>
    <w:p w14:paraId="07C672DC" w14:textId="77777777" w:rsidR="00430FCC" w:rsidRPr="008E6C00" w:rsidRDefault="00000000">
      <w:pPr>
        <w:pStyle w:val="Heading2"/>
        <w:rPr>
          <w:noProof/>
          <w:lang w:val="ro-RO"/>
        </w:rPr>
      </w:pPr>
      <w:r w:rsidRPr="008E6C00">
        <w:rPr>
          <w:noProof/>
          <w:lang w:val="ro-RO"/>
        </w:rPr>
        <w:t>Matricea de păstrare a înregistrărilor</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154"/>
        <w:gridCol w:w="1304"/>
        <w:gridCol w:w="1474"/>
        <w:gridCol w:w="1984"/>
        <w:gridCol w:w="1020"/>
        <w:gridCol w:w="1361"/>
        <w:gridCol w:w="624"/>
      </w:tblGrid>
      <w:tr w:rsidR="00430FCC" w:rsidRPr="008E6C00" w14:paraId="6FDD02CF" w14:textId="77777777">
        <w:trPr>
          <w:tblHeader/>
          <w:jc w:val="center"/>
        </w:trPr>
        <w:tc>
          <w:tcPr>
            <w:tcW w:w="2154" w:type="dxa"/>
            <w:shd w:val="clear" w:color="auto" w:fill="D71920"/>
            <w:tcMar>
              <w:top w:w="80" w:type="dxa"/>
              <w:left w:w="90" w:type="dxa"/>
              <w:bottom w:w="80" w:type="dxa"/>
              <w:right w:w="90" w:type="dxa"/>
            </w:tcMar>
            <w:vAlign w:val="center"/>
          </w:tcPr>
          <w:p w14:paraId="63312488" w14:textId="77777777" w:rsidR="00430FCC" w:rsidRPr="008E6C00" w:rsidRDefault="00000000">
            <w:pPr>
              <w:spacing w:after="0" w:line="240" w:lineRule="auto"/>
              <w:jc w:val="center"/>
              <w:rPr>
                <w:noProof/>
                <w:lang w:val="ro-RO"/>
              </w:rPr>
            </w:pPr>
            <w:r w:rsidRPr="008E6C00">
              <w:rPr>
                <w:b/>
                <w:noProof/>
                <w:color w:val="FFFFFF"/>
                <w:sz w:val="14"/>
                <w:lang w:val="ro-RO"/>
              </w:rPr>
              <w:t>ÎNREGISTRARE</w:t>
            </w:r>
          </w:p>
        </w:tc>
        <w:tc>
          <w:tcPr>
            <w:tcW w:w="1304" w:type="dxa"/>
            <w:shd w:val="clear" w:color="auto" w:fill="D71920"/>
            <w:tcMar>
              <w:top w:w="80" w:type="dxa"/>
              <w:left w:w="90" w:type="dxa"/>
              <w:bottom w:w="80" w:type="dxa"/>
              <w:right w:w="90" w:type="dxa"/>
            </w:tcMar>
            <w:vAlign w:val="center"/>
          </w:tcPr>
          <w:p w14:paraId="6F53619A" w14:textId="77777777" w:rsidR="00430FCC" w:rsidRPr="008E6C00" w:rsidRDefault="00000000">
            <w:pPr>
              <w:spacing w:after="0" w:line="240" w:lineRule="auto"/>
              <w:jc w:val="center"/>
              <w:rPr>
                <w:noProof/>
                <w:lang w:val="ro-RO"/>
              </w:rPr>
            </w:pPr>
            <w:r w:rsidRPr="008E6C00">
              <w:rPr>
                <w:b/>
                <w:noProof/>
                <w:color w:val="FFFFFF"/>
                <w:sz w:val="14"/>
                <w:lang w:val="ro-RO"/>
              </w:rPr>
              <w:t>PROCES</w:t>
            </w:r>
          </w:p>
        </w:tc>
        <w:tc>
          <w:tcPr>
            <w:tcW w:w="1474" w:type="dxa"/>
            <w:shd w:val="clear" w:color="auto" w:fill="D71920"/>
            <w:tcMar>
              <w:top w:w="80" w:type="dxa"/>
              <w:left w:w="90" w:type="dxa"/>
              <w:bottom w:w="80" w:type="dxa"/>
              <w:right w:w="90" w:type="dxa"/>
            </w:tcMar>
            <w:vAlign w:val="center"/>
          </w:tcPr>
          <w:p w14:paraId="6CD435DF" w14:textId="77777777" w:rsidR="00430FCC" w:rsidRPr="008E6C00" w:rsidRDefault="00000000">
            <w:pPr>
              <w:spacing w:after="0" w:line="240" w:lineRule="auto"/>
              <w:jc w:val="center"/>
              <w:rPr>
                <w:noProof/>
                <w:lang w:val="ro-RO"/>
              </w:rPr>
            </w:pPr>
            <w:r w:rsidRPr="008E6C00">
              <w:rPr>
                <w:b/>
                <w:noProof/>
                <w:color w:val="FFFFFF"/>
                <w:sz w:val="14"/>
                <w:lang w:val="ro-RO"/>
              </w:rPr>
              <w:t>RESPONSABIL</w:t>
            </w:r>
          </w:p>
        </w:tc>
        <w:tc>
          <w:tcPr>
            <w:tcW w:w="1984" w:type="dxa"/>
            <w:shd w:val="clear" w:color="auto" w:fill="D71920"/>
            <w:tcMar>
              <w:top w:w="80" w:type="dxa"/>
              <w:left w:w="90" w:type="dxa"/>
              <w:bottom w:w="80" w:type="dxa"/>
              <w:right w:w="90" w:type="dxa"/>
            </w:tcMar>
            <w:vAlign w:val="center"/>
          </w:tcPr>
          <w:p w14:paraId="24239FA1" w14:textId="77777777" w:rsidR="00430FCC" w:rsidRPr="008E6C00" w:rsidRDefault="00000000">
            <w:pPr>
              <w:spacing w:after="0" w:line="240" w:lineRule="auto"/>
              <w:jc w:val="center"/>
              <w:rPr>
                <w:noProof/>
                <w:lang w:val="ro-RO"/>
              </w:rPr>
            </w:pPr>
            <w:r w:rsidRPr="008E6C00">
              <w:rPr>
                <w:b/>
                <w:noProof/>
                <w:color w:val="FFFFFF"/>
                <w:sz w:val="14"/>
                <w:lang w:val="ro-RO"/>
              </w:rPr>
              <w:t>FORMAT / LOCAȚIE</w:t>
            </w:r>
          </w:p>
        </w:tc>
        <w:tc>
          <w:tcPr>
            <w:tcW w:w="1020" w:type="dxa"/>
            <w:shd w:val="clear" w:color="auto" w:fill="D71920"/>
            <w:tcMar>
              <w:top w:w="80" w:type="dxa"/>
              <w:left w:w="90" w:type="dxa"/>
              <w:bottom w:w="80" w:type="dxa"/>
              <w:right w:w="90" w:type="dxa"/>
            </w:tcMar>
            <w:vAlign w:val="center"/>
          </w:tcPr>
          <w:p w14:paraId="05AFA175" w14:textId="77777777" w:rsidR="00430FCC" w:rsidRPr="008E6C00" w:rsidRDefault="00000000">
            <w:pPr>
              <w:spacing w:after="0" w:line="240" w:lineRule="auto"/>
              <w:jc w:val="center"/>
              <w:rPr>
                <w:noProof/>
                <w:lang w:val="ro-RO"/>
              </w:rPr>
            </w:pPr>
            <w:r w:rsidRPr="008E6C00">
              <w:rPr>
                <w:b/>
                <w:noProof/>
                <w:color w:val="FFFFFF"/>
                <w:sz w:val="14"/>
                <w:lang w:val="ro-RO"/>
              </w:rPr>
              <w:t>TERMEN</w:t>
            </w:r>
          </w:p>
        </w:tc>
        <w:tc>
          <w:tcPr>
            <w:tcW w:w="1361" w:type="dxa"/>
            <w:shd w:val="clear" w:color="auto" w:fill="D71920"/>
            <w:tcMar>
              <w:top w:w="80" w:type="dxa"/>
              <w:left w:w="90" w:type="dxa"/>
              <w:bottom w:w="80" w:type="dxa"/>
              <w:right w:w="90" w:type="dxa"/>
            </w:tcMar>
            <w:vAlign w:val="center"/>
          </w:tcPr>
          <w:p w14:paraId="3DD1C14C" w14:textId="77777777" w:rsidR="00430FCC" w:rsidRPr="008E6C00" w:rsidRDefault="00000000">
            <w:pPr>
              <w:spacing w:after="0" w:line="240" w:lineRule="auto"/>
              <w:jc w:val="center"/>
              <w:rPr>
                <w:noProof/>
                <w:lang w:val="ro-RO"/>
              </w:rPr>
            </w:pPr>
            <w:r w:rsidRPr="008E6C00">
              <w:rPr>
                <w:b/>
                <w:noProof/>
                <w:color w:val="FFFFFF"/>
                <w:sz w:val="14"/>
                <w:lang w:val="ro-RO"/>
              </w:rPr>
              <w:t>BAZA TERMENULUI</w:t>
            </w:r>
          </w:p>
        </w:tc>
        <w:tc>
          <w:tcPr>
            <w:tcW w:w="624" w:type="dxa"/>
            <w:shd w:val="clear" w:color="auto" w:fill="D71920"/>
            <w:tcMar>
              <w:top w:w="80" w:type="dxa"/>
              <w:left w:w="90" w:type="dxa"/>
              <w:bottom w:w="80" w:type="dxa"/>
              <w:right w:w="90" w:type="dxa"/>
            </w:tcMar>
            <w:vAlign w:val="center"/>
          </w:tcPr>
          <w:p w14:paraId="32F15880" w14:textId="77777777" w:rsidR="00430FCC" w:rsidRPr="008E6C00" w:rsidRDefault="00000000">
            <w:pPr>
              <w:spacing w:after="0" w:line="240" w:lineRule="auto"/>
              <w:jc w:val="center"/>
              <w:rPr>
                <w:noProof/>
                <w:lang w:val="ro-RO"/>
              </w:rPr>
            </w:pPr>
            <w:r w:rsidRPr="008E6C00">
              <w:rPr>
                <w:b/>
                <w:noProof/>
                <w:color w:val="FFFFFF"/>
                <w:sz w:val="14"/>
                <w:lang w:val="ro-RO"/>
              </w:rPr>
              <w:t>ELIMINARE</w:t>
            </w:r>
          </w:p>
        </w:tc>
      </w:tr>
      <w:tr w:rsidR="00430FCC" w:rsidRPr="008E6C00" w14:paraId="172CC191" w14:textId="77777777">
        <w:trPr>
          <w:cantSplit/>
          <w:jc w:val="center"/>
        </w:trPr>
        <w:tc>
          <w:tcPr>
            <w:tcW w:w="2154" w:type="dxa"/>
            <w:shd w:val="clear" w:color="auto" w:fill="FFFFFF"/>
            <w:tcMar>
              <w:top w:w="80" w:type="dxa"/>
              <w:left w:w="90" w:type="dxa"/>
              <w:bottom w:w="80" w:type="dxa"/>
              <w:right w:w="90" w:type="dxa"/>
            </w:tcMar>
            <w:vAlign w:val="center"/>
          </w:tcPr>
          <w:p w14:paraId="0CC1B703" w14:textId="77777777" w:rsidR="00430FCC" w:rsidRPr="008E6C00" w:rsidRDefault="00430FCC">
            <w:pPr>
              <w:spacing w:after="0" w:line="240" w:lineRule="auto"/>
              <w:rPr>
                <w:noProof/>
                <w:lang w:val="ro-RO"/>
              </w:rPr>
            </w:pPr>
          </w:p>
        </w:tc>
        <w:tc>
          <w:tcPr>
            <w:tcW w:w="1304" w:type="dxa"/>
            <w:shd w:val="clear" w:color="auto" w:fill="FFFFFF"/>
            <w:tcMar>
              <w:top w:w="80" w:type="dxa"/>
              <w:left w:w="90" w:type="dxa"/>
              <w:bottom w:w="80" w:type="dxa"/>
              <w:right w:w="90" w:type="dxa"/>
            </w:tcMar>
            <w:vAlign w:val="center"/>
          </w:tcPr>
          <w:p w14:paraId="7E96B2A5" w14:textId="77777777" w:rsidR="00430FCC" w:rsidRPr="008E6C00" w:rsidRDefault="00430FCC">
            <w:pPr>
              <w:spacing w:after="0" w:line="240" w:lineRule="auto"/>
              <w:rPr>
                <w:noProof/>
                <w:lang w:val="ro-RO"/>
              </w:rPr>
            </w:pPr>
          </w:p>
        </w:tc>
        <w:tc>
          <w:tcPr>
            <w:tcW w:w="1474" w:type="dxa"/>
            <w:shd w:val="clear" w:color="auto" w:fill="FFFFFF"/>
            <w:tcMar>
              <w:top w:w="80" w:type="dxa"/>
              <w:left w:w="90" w:type="dxa"/>
              <w:bottom w:w="80" w:type="dxa"/>
              <w:right w:w="90" w:type="dxa"/>
            </w:tcMar>
            <w:vAlign w:val="center"/>
          </w:tcPr>
          <w:p w14:paraId="76506BDC" w14:textId="77777777" w:rsidR="00430FCC" w:rsidRPr="008E6C00" w:rsidRDefault="00430FCC">
            <w:pPr>
              <w:spacing w:after="0" w:line="240" w:lineRule="auto"/>
              <w:rPr>
                <w:noProof/>
                <w:lang w:val="ro-RO"/>
              </w:rPr>
            </w:pPr>
          </w:p>
        </w:tc>
        <w:tc>
          <w:tcPr>
            <w:tcW w:w="1984" w:type="dxa"/>
            <w:shd w:val="clear" w:color="auto" w:fill="FFFFFF"/>
            <w:tcMar>
              <w:top w:w="80" w:type="dxa"/>
              <w:left w:w="90" w:type="dxa"/>
              <w:bottom w:w="80" w:type="dxa"/>
              <w:right w:w="90" w:type="dxa"/>
            </w:tcMar>
            <w:vAlign w:val="center"/>
          </w:tcPr>
          <w:p w14:paraId="0646C3F2" w14:textId="77777777" w:rsidR="00430FCC" w:rsidRPr="008E6C00" w:rsidRDefault="00430FCC">
            <w:pPr>
              <w:spacing w:after="0" w:line="240" w:lineRule="auto"/>
              <w:rPr>
                <w:noProof/>
                <w:lang w:val="ro-RO"/>
              </w:rPr>
            </w:pPr>
          </w:p>
        </w:tc>
        <w:tc>
          <w:tcPr>
            <w:tcW w:w="1020" w:type="dxa"/>
            <w:shd w:val="clear" w:color="auto" w:fill="FFFFFF"/>
            <w:tcMar>
              <w:top w:w="80" w:type="dxa"/>
              <w:left w:w="90" w:type="dxa"/>
              <w:bottom w:w="80" w:type="dxa"/>
              <w:right w:w="90" w:type="dxa"/>
            </w:tcMar>
            <w:vAlign w:val="center"/>
          </w:tcPr>
          <w:p w14:paraId="63D7D97A" w14:textId="77777777" w:rsidR="00430FCC" w:rsidRPr="008E6C00" w:rsidRDefault="00430FCC">
            <w:pPr>
              <w:spacing w:after="0" w:line="240" w:lineRule="auto"/>
              <w:rPr>
                <w:noProof/>
                <w:lang w:val="ro-RO"/>
              </w:rPr>
            </w:pPr>
          </w:p>
        </w:tc>
        <w:tc>
          <w:tcPr>
            <w:tcW w:w="1361" w:type="dxa"/>
            <w:shd w:val="clear" w:color="auto" w:fill="FFFFFF"/>
            <w:tcMar>
              <w:top w:w="80" w:type="dxa"/>
              <w:left w:w="90" w:type="dxa"/>
              <w:bottom w:w="80" w:type="dxa"/>
              <w:right w:w="90" w:type="dxa"/>
            </w:tcMar>
            <w:vAlign w:val="center"/>
          </w:tcPr>
          <w:p w14:paraId="6ABF10DC" w14:textId="77777777" w:rsidR="00430FCC" w:rsidRPr="008E6C00" w:rsidRDefault="00430FCC">
            <w:pPr>
              <w:spacing w:after="0" w:line="240" w:lineRule="auto"/>
              <w:rPr>
                <w:noProof/>
                <w:lang w:val="ro-RO"/>
              </w:rPr>
            </w:pPr>
          </w:p>
        </w:tc>
        <w:tc>
          <w:tcPr>
            <w:tcW w:w="624" w:type="dxa"/>
            <w:shd w:val="clear" w:color="auto" w:fill="FFFFFF"/>
            <w:tcMar>
              <w:top w:w="80" w:type="dxa"/>
              <w:left w:w="90" w:type="dxa"/>
              <w:bottom w:w="80" w:type="dxa"/>
              <w:right w:w="90" w:type="dxa"/>
            </w:tcMar>
            <w:vAlign w:val="center"/>
          </w:tcPr>
          <w:p w14:paraId="3EF6A535" w14:textId="77777777" w:rsidR="00430FCC" w:rsidRPr="008E6C00" w:rsidRDefault="00430FCC">
            <w:pPr>
              <w:spacing w:after="0" w:line="240" w:lineRule="auto"/>
              <w:rPr>
                <w:noProof/>
                <w:lang w:val="ro-RO"/>
              </w:rPr>
            </w:pPr>
          </w:p>
        </w:tc>
      </w:tr>
      <w:tr w:rsidR="00430FCC" w:rsidRPr="008E6C00" w14:paraId="7EB6D6C2" w14:textId="77777777">
        <w:trPr>
          <w:cantSplit/>
          <w:jc w:val="center"/>
        </w:trPr>
        <w:tc>
          <w:tcPr>
            <w:tcW w:w="2154" w:type="dxa"/>
            <w:shd w:val="clear" w:color="auto" w:fill="FAFAFA"/>
            <w:tcMar>
              <w:top w:w="80" w:type="dxa"/>
              <w:left w:w="90" w:type="dxa"/>
              <w:bottom w:w="80" w:type="dxa"/>
              <w:right w:w="90" w:type="dxa"/>
            </w:tcMar>
            <w:vAlign w:val="center"/>
          </w:tcPr>
          <w:p w14:paraId="2B0A8CF4" w14:textId="77777777" w:rsidR="00430FCC" w:rsidRPr="008E6C00" w:rsidRDefault="00430FCC">
            <w:pPr>
              <w:spacing w:after="0" w:line="240" w:lineRule="auto"/>
              <w:rPr>
                <w:noProof/>
                <w:lang w:val="ro-RO"/>
              </w:rPr>
            </w:pPr>
          </w:p>
        </w:tc>
        <w:tc>
          <w:tcPr>
            <w:tcW w:w="1304" w:type="dxa"/>
            <w:shd w:val="clear" w:color="auto" w:fill="FAFAFA"/>
            <w:tcMar>
              <w:top w:w="80" w:type="dxa"/>
              <w:left w:w="90" w:type="dxa"/>
              <w:bottom w:w="80" w:type="dxa"/>
              <w:right w:w="90" w:type="dxa"/>
            </w:tcMar>
            <w:vAlign w:val="center"/>
          </w:tcPr>
          <w:p w14:paraId="4ECE25BC" w14:textId="77777777" w:rsidR="00430FCC" w:rsidRPr="008E6C00" w:rsidRDefault="00430FCC">
            <w:pPr>
              <w:spacing w:after="0" w:line="240" w:lineRule="auto"/>
              <w:rPr>
                <w:noProof/>
                <w:lang w:val="ro-RO"/>
              </w:rPr>
            </w:pPr>
          </w:p>
        </w:tc>
        <w:tc>
          <w:tcPr>
            <w:tcW w:w="1474" w:type="dxa"/>
            <w:shd w:val="clear" w:color="auto" w:fill="FAFAFA"/>
            <w:tcMar>
              <w:top w:w="80" w:type="dxa"/>
              <w:left w:w="90" w:type="dxa"/>
              <w:bottom w:w="80" w:type="dxa"/>
              <w:right w:w="90" w:type="dxa"/>
            </w:tcMar>
            <w:vAlign w:val="center"/>
          </w:tcPr>
          <w:p w14:paraId="558A86DF" w14:textId="77777777" w:rsidR="00430FCC" w:rsidRPr="008E6C00" w:rsidRDefault="00430FCC">
            <w:pPr>
              <w:spacing w:after="0" w:line="240" w:lineRule="auto"/>
              <w:rPr>
                <w:noProof/>
                <w:lang w:val="ro-RO"/>
              </w:rPr>
            </w:pPr>
          </w:p>
        </w:tc>
        <w:tc>
          <w:tcPr>
            <w:tcW w:w="1984" w:type="dxa"/>
            <w:shd w:val="clear" w:color="auto" w:fill="FAFAFA"/>
            <w:tcMar>
              <w:top w:w="80" w:type="dxa"/>
              <w:left w:w="90" w:type="dxa"/>
              <w:bottom w:w="80" w:type="dxa"/>
              <w:right w:w="90" w:type="dxa"/>
            </w:tcMar>
            <w:vAlign w:val="center"/>
          </w:tcPr>
          <w:p w14:paraId="3E64F03B" w14:textId="77777777" w:rsidR="00430FCC" w:rsidRPr="008E6C00" w:rsidRDefault="00430FCC">
            <w:pPr>
              <w:spacing w:after="0" w:line="240" w:lineRule="auto"/>
              <w:rPr>
                <w:noProof/>
                <w:lang w:val="ro-RO"/>
              </w:rPr>
            </w:pPr>
          </w:p>
        </w:tc>
        <w:tc>
          <w:tcPr>
            <w:tcW w:w="1020" w:type="dxa"/>
            <w:shd w:val="clear" w:color="auto" w:fill="FAFAFA"/>
            <w:tcMar>
              <w:top w:w="80" w:type="dxa"/>
              <w:left w:w="90" w:type="dxa"/>
              <w:bottom w:w="80" w:type="dxa"/>
              <w:right w:w="90" w:type="dxa"/>
            </w:tcMar>
            <w:vAlign w:val="center"/>
          </w:tcPr>
          <w:p w14:paraId="4160CB65" w14:textId="77777777" w:rsidR="00430FCC" w:rsidRPr="008E6C00" w:rsidRDefault="00430FCC">
            <w:pPr>
              <w:spacing w:after="0" w:line="240" w:lineRule="auto"/>
              <w:rPr>
                <w:noProof/>
                <w:lang w:val="ro-RO"/>
              </w:rPr>
            </w:pPr>
          </w:p>
        </w:tc>
        <w:tc>
          <w:tcPr>
            <w:tcW w:w="1361" w:type="dxa"/>
            <w:shd w:val="clear" w:color="auto" w:fill="FAFAFA"/>
            <w:tcMar>
              <w:top w:w="80" w:type="dxa"/>
              <w:left w:w="90" w:type="dxa"/>
              <w:bottom w:w="80" w:type="dxa"/>
              <w:right w:w="90" w:type="dxa"/>
            </w:tcMar>
            <w:vAlign w:val="center"/>
          </w:tcPr>
          <w:p w14:paraId="3967B1DE" w14:textId="77777777" w:rsidR="00430FCC" w:rsidRPr="008E6C00" w:rsidRDefault="00430FCC">
            <w:pPr>
              <w:spacing w:after="0" w:line="240" w:lineRule="auto"/>
              <w:rPr>
                <w:noProof/>
                <w:lang w:val="ro-RO"/>
              </w:rPr>
            </w:pPr>
          </w:p>
        </w:tc>
        <w:tc>
          <w:tcPr>
            <w:tcW w:w="624" w:type="dxa"/>
            <w:shd w:val="clear" w:color="auto" w:fill="FAFAFA"/>
            <w:tcMar>
              <w:top w:w="80" w:type="dxa"/>
              <w:left w:w="90" w:type="dxa"/>
              <w:bottom w:w="80" w:type="dxa"/>
              <w:right w:w="90" w:type="dxa"/>
            </w:tcMar>
            <w:vAlign w:val="center"/>
          </w:tcPr>
          <w:p w14:paraId="5A1F52C3" w14:textId="77777777" w:rsidR="00430FCC" w:rsidRPr="008E6C00" w:rsidRDefault="00430FCC">
            <w:pPr>
              <w:spacing w:after="0" w:line="240" w:lineRule="auto"/>
              <w:rPr>
                <w:noProof/>
                <w:lang w:val="ro-RO"/>
              </w:rPr>
            </w:pPr>
          </w:p>
        </w:tc>
      </w:tr>
      <w:tr w:rsidR="00430FCC" w:rsidRPr="008E6C00" w14:paraId="2A263422" w14:textId="77777777">
        <w:trPr>
          <w:cantSplit/>
          <w:jc w:val="center"/>
        </w:trPr>
        <w:tc>
          <w:tcPr>
            <w:tcW w:w="2154" w:type="dxa"/>
            <w:shd w:val="clear" w:color="auto" w:fill="FFFFFF"/>
            <w:tcMar>
              <w:top w:w="80" w:type="dxa"/>
              <w:left w:w="90" w:type="dxa"/>
              <w:bottom w:w="80" w:type="dxa"/>
              <w:right w:w="90" w:type="dxa"/>
            </w:tcMar>
            <w:vAlign w:val="center"/>
          </w:tcPr>
          <w:p w14:paraId="4759BB19" w14:textId="77777777" w:rsidR="00430FCC" w:rsidRPr="008E6C00" w:rsidRDefault="00430FCC">
            <w:pPr>
              <w:spacing w:after="0" w:line="240" w:lineRule="auto"/>
              <w:rPr>
                <w:noProof/>
                <w:lang w:val="ro-RO"/>
              </w:rPr>
            </w:pPr>
          </w:p>
        </w:tc>
        <w:tc>
          <w:tcPr>
            <w:tcW w:w="1304" w:type="dxa"/>
            <w:shd w:val="clear" w:color="auto" w:fill="FFFFFF"/>
            <w:tcMar>
              <w:top w:w="80" w:type="dxa"/>
              <w:left w:w="90" w:type="dxa"/>
              <w:bottom w:w="80" w:type="dxa"/>
              <w:right w:w="90" w:type="dxa"/>
            </w:tcMar>
            <w:vAlign w:val="center"/>
          </w:tcPr>
          <w:p w14:paraId="586B9A34" w14:textId="77777777" w:rsidR="00430FCC" w:rsidRPr="008E6C00" w:rsidRDefault="00430FCC">
            <w:pPr>
              <w:spacing w:after="0" w:line="240" w:lineRule="auto"/>
              <w:rPr>
                <w:noProof/>
                <w:lang w:val="ro-RO"/>
              </w:rPr>
            </w:pPr>
          </w:p>
        </w:tc>
        <w:tc>
          <w:tcPr>
            <w:tcW w:w="1474" w:type="dxa"/>
            <w:shd w:val="clear" w:color="auto" w:fill="FFFFFF"/>
            <w:tcMar>
              <w:top w:w="80" w:type="dxa"/>
              <w:left w:w="90" w:type="dxa"/>
              <w:bottom w:w="80" w:type="dxa"/>
              <w:right w:w="90" w:type="dxa"/>
            </w:tcMar>
            <w:vAlign w:val="center"/>
          </w:tcPr>
          <w:p w14:paraId="33079ADA" w14:textId="77777777" w:rsidR="00430FCC" w:rsidRPr="008E6C00" w:rsidRDefault="00430FCC">
            <w:pPr>
              <w:spacing w:after="0" w:line="240" w:lineRule="auto"/>
              <w:rPr>
                <w:noProof/>
                <w:lang w:val="ro-RO"/>
              </w:rPr>
            </w:pPr>
          </w:p>
        </w:tc>
        <w:tc>
          <w:tcPr>
            <w:tcW w:w="1984" w:type="dxa"/>
            <w:shd w:val="clear" w:color="auto" w:fill="FFFFFF"/>
            <w:tcMar>
              <w:top w:w="80" w:type="dxa"/>
              <w:left w:w="90" w:type="dxa"/>
              <w:bottom w:w="80" w:type="dxa"/>
              <w:right w:w="90" w:type="dxa"/>
            </w:tcMar>
            <w:vAlign w:val="center"/>
          </w:tcPr>
          <w:p w14:paraId="45CC6E7E" w14:textId="77777777" w:rsidR="00430FCC" w:rsidRPr="008E6C00" w:rsidRDefault="00430FCC">
            <w:pPr>
              <w:spacing w:after="0" w:line="240" w:lineRule="auto"/>
              <w:rPr>
                <w:noProof/>
                <w:lang w:val="ro-RO"/>
              </w:rPr>
            </w:pPr>
          </w:p>
        </w:tc>
        <w:tc>
          <w:tcPr>
            <w:tcW w:w="1020" w:type="dxa"/>
            <w:shd w:val="clear" w:color="auto" w:fill="FFFFFF"/>
            <w:tcMar>
              <w:top w:w="80" w:type="dxa"/>
              <w:left w:w="90" w:type="dxa"/>
              <w:bottom w:w="80" w:type="dxa"/>
              <w:right w:w="90" w:type="dxa"/>
            </w:tcMar>
            <w:vAlign w:val="center"/>
          </w:tcPr>
          <w:p w14:paraId="4EB7B4AF" w14:textId="77777777" w:rsidR="00430FCC" w:rsidRPr="008E6C00" w:rsidRDefault="00430FCC">
            <w:pPr>
              <w:spacing w:after="0" w:line="240" w:lineRule="auto"/>
              <w:rPr>
                <w:noProof/>
                <w:lang w:val="ro-RO"/>
              </w:rPr>
            </w:pPr>
          </w:p>
        </w:tc>
        <w:tc>
          <w:tcPr>
            <w:tcW w:w="1361" w:type="dxa"/>
            <w:shd w:val="clear" w:color="auto" w:fill="FFFFFF"/>
            <w:tcMar>
              <w:top w:w="80" w:type="dxa"/>
              <w:left w:w="90" w:type="dxa"/>
              <w:bottom w:w="80" w:type="dxa"/>
              <w:right w:w="90" w:type="dxa"/>
            </w:tcMar>
            <w:vAlign w:val="center"/>
          </w:tcPr>
          <w:p w14:paraId="789B8067" w14:textId="77777777" w:rsidR="00430FCC" w:rsidRPr="008E6C00" w:rsidRDefault="00430FCC">
            <w:pPr>
              <w:spacing w:after="0" w:line="240" w:lineRule="auto"/>
              <w:rPr>
                <w:noProof/>
                <w:lang w:val="ro-RO"/>
              </w:rPr>
            </w:pPr>
          </w:p>
        </w:tc>
        <w:tc>
          <w:tcPr>
            <w:tcW w:w="624" w:type="dxa"/>
            <w:shd w:val="clear" w:color="auto" w:fill="FFFFFF"/>
            <w:tcMar>
              <w:top w:w="80" w:type="dxa"/>
              <w:left w:w="90" w:type="dxa"/>
              <w:bottom w:w="80" w:type="dxa"/>
              <w:right w:w="90" w:type="dxa"/>
            </w:tcMar>
            <w:vAlign w:val="center"/>
          </w:tcPr>
          <w:p w14:paraId="0099DFAA" w14:textId="77777777" w:rsidR="00430FCC" w:rsidRPr="008E6C00" w:rsidRDefault="00430FCC">
            <w:pPr>
              <w:spacing w:after="0" w:line="240" w:lineRule="auto"/>
              <w:rPr>
                <w:noProof/>
                <w:lang w:val="ro-RO"/>
              </w:rPr>
            </w:pPr>
          </w:p>
        </w:tc>
      </w:tr>
      <w:tr w:rsidR="00430FCC" w:rsidRPr="008E6C00" w14:paraId="3313C775" w14:textId="77777777">
        <w:trPr>
          <w:cantSplit/>
          <w:jc w:val="center"/>
        </w:trPr>
        <w:tc>
          <w:tcPr>
            <w:tcW w:w="2154" w:type="dxa"/>
            <w:shd w:val="clear" w:color="auto" w:fill="FAFAFA"/>
            <w:tcMar>
              <w:top w:w="80" w:type="dxa"/>
              <w:left w:w="90" w:type="dxa"/>
              <w:bottom w:w="80" w:type="dxa"/>
              <w:right w:w="90" w:type="dxa"/>
            </w:tcMar>
            <w:vAlign w:val="center"/>
          </w:tcPr>
          <w:p w14:paraId="16AAB8BF" w14:textId="77777777" w:rsidR="00430FCC" w:rsidRPr="008E6C00" w:rsidRDefault="00430FCC">
            <w:pPr>
              <w:spacing w:after="0" w:line="240" w:lineRule="auto"/>
              <w:rPr>
                <w:noProof/>
                <w:lang w:val="ro-RO"/>
              </w:rPr>
            </w:pPr>
          </w:p>
        </w:tc>
        <w:tc>
          <w:tcPr>
            <w:tcW w:w="1304" w:type="dxa"/>
            <w:shd w:val="clear" w:color="auto" w:fill="FAFAFA"/>
            <w:tcMar>
              <w:top w:w="80" w:type="dxa"/>
              <w:left w:w="90" w:type="dxa"/>
              <w:bottom w:w="80" w:type="dxa"/>
              <w:right w:w="90" w:type="dxa"/>
            </w:tcMar>
            <w:vAlign w:val="center"/>
          </w:tcPr>
          <w:p w14:paraId="2E7E45CD" w14:textId="77777777" w:rsidR="00430FCC" w:rsidRPr="008E6C00" w:rsidRDefault="00430FCC">
            <w:pPr>
              <w:spacing w:after="0" w:line="240" w:lineRule="auto"/>
              <w:rPr>
                <w:noProof/>
                <w:lang w:val="ro-RO"/>
              </w:rPr>
            </w:pPr>
          </w:p>
        </w:tc>
        <w:tc>
          <w:tcPr>
            <w:tcW w:w="1474" w:type="dxa"/>
            <w:shd w:val="clear" w:color="auto" w:fill="FAFAFA"/>
            <w:tcMar>
              <w:top w:w="80" w:type="dxa"/>
              <w:left w:w="90" w:type="dxa"/>
              <w:bottom w:w="80" w:type="dxa"/>
              <w:right w:w="90" w:type="dxa"/>
            </w:tcMar>
            <w:vAlign w:val="center"/>
          </w:tcPr>
          <w:p w14:paraId="3D489377" w14:textId="77777777" w:rsidR="00430FCC" w:rsidRPr="008E6C00" w:rsidRDefault="00430FCC">
            <w:pPr>
              <w:spacing w:after="0" w:line="240" w:lineRule="auto"/>
              <w:rPr>
                <w:noProof/>
                <w:lang w:val="ro-RO"/>
              </w:rPr>
            </w:pPr>
          </w:p>
        </w:tc>
        <w:tc>
          <w:tcPr>
            <w:tcW w:w="1984" w:type="dxa"/>
            <w:shd w:val="clear" w:color="auto" w:fill="FAFAFA"/>
            <w:tcMar>
              <w:top w:w="80" w:type="dxa"/>
              <w:left w:w="90" w:type="dxa"/>
              <w:bottom w:w="80" w:type="dxa"/>
              <w:right w:w="90" w:type="dxa"/>
            </w:tcMar>
            <w:vAlign w:val="center"/>
          </w:tcPr>
          <w:p w14:paraId="244E1117" w14:textId="77777777" w:rsidR="00430FCC" w:rsidRPr="008E6C00" w:rsidRDefault="00430FCC">
            <w:pPr>
              <w:spacing w:after="0" w:line="240" w:lineRule="auto"/>
              <w:rPr>
                <w:noProof/>
                <w:lang w:val="ro-RO"/>
              </w:rPr>
            </w:pPr>
          </w:p>
        </w:tc>
        <w:tc>
          <w:tcPr>
            <w:tcW w:w="1020" w:type="dxa"/>
            <w:shd w:val="clear" w:color="auto" w:fill="FAFAFA"/>
            <w:tcMar>
              <w:top w:w="80" w:type="dxa"/>
              <w:left w:w="90" w:type="dxa"/>
              <w:bottom w:w="80" w:type="dxa"/>
              <w:right w:w="90" w:type="dxa"/>
            </w:tcMar>
            <w:vAlign w:val="center"/>
          </w:tcPr>
          <w:p w14:paraId="61F25AD9" w14:textId="77777777" w:rsidR="00430FCC" w:rsidRPr="008E6C00" w:rsidRDefault="00430FCC">
            <w:pPr>
              <w:spacing w:after="0" w:line="240" w:lineRule="auto"/>
              <w:rPr>
                <w:noProof/>
                <w:lang w:val="ro-RO"/>
              </w:rPr>
            </w:pPr>
          </w:p>
        </w:tc>
        <w:tc>
          <w:tcPr>
            <w:tcW w:w="1361" w:type="dxa"/>
            <w:shd w:val="clear" w:color="auto" w:fill="FAFAFA"/>
            <w:tcMar>
              <w:top w:w="80" w:type="dxa"/>
              <w:left w:w="90" w:type="dxa"/>
              <w:bottom w:w="80" w:type="dxa"/>
              <w:right w:w="90" w:type="dxa"/>
            </w:tcMar>
            <w:vAlign w:val="center"/>
          </w:tcPr>
          <w:p w14:paraId="29941937" w14:textId="77777777" w:rsidR="00430FCC" w:rsidRPr="008E6C00" w:rsidRDefault="00430FCC">
            <w:pPr>
              <w:spacing w:after="0" w:line="240" w:lineRule="auto"/>
              <w:rPr>
                <w:noProof/>
                <w:lang w:val="ro-RO"/>
              </w:rPr>
            </w:pPr>
          </w:p>
        </w:tc>
        <w:tc>
          <w:tcPr>
            <w:tcW w:w="624" w:type="dxa"/>
            <w:shd w:val="clear" w:color="auto" w:fill="FAFAFA"/>
            <w:tcMar>
              <w:top w:w="80" w:type="dxa"/>
              <w:left w:w="90" w:type="dxa"/>
              <w:bottom w:w="80" w:type="dxa"/>
              <w:right w:w="90" w:type="dxa"/>
            </w:tcMar>
            <w:vAlign w:val="center"/>
          </w:tcPr>
          <w:p w14:paraId="3198196A" w14:textId="77777777" w:rsidR="00430FCC" w:rsidRPr="008E6C00" w:rsidRDefault="00430FCC">
            <w:pPr>
              <w:spacing w:after="0" w:line="240" w:lineRule="auto"/>
              <w:rPr>
                <w:noProof/>
                <w:lang w:val="ro-RO"/>
              </w:rPr>
            </w:pPr>
          </w:p>
        </w:tc>
      </w:tr>
      <w:tr w:rsidR="00430FCC" w:rsidRPr="008E6C00" w14:paraId="452F0815" w14:textId="77777777">
        <w:trPr>
          <w:cantSplit/>
          <w:jc w:val="center"/>
        </w:trPr>
        <w:tc>
          <w:tcPr>
            <w:tcW w:w="2154" w:type="dxa"/>
            <w:shd w:val="clear" w:color="auto" w:fill="FFFFFF"/>
            <w:tcMar>
              <w:top w:w="80" w:type="dxa"/>
              <w:left w:w="90" w:type="dxa"/>
              <w:bottom w:w="80" w:type="dxa"/>
              <w:right w:w="90" w:type="dxa"/>
            </w:tcMar>
            <w:vAlign w:val="center"/>
          </w:tcPr>
          <w:p w14:paraId="18D7A614" w14:textId="77777777" w:rsidR="00430FCC" w:rsidRPr="008E6C00" w:rsidRDefault="00430FCC">
            <w:pPr>
              <w:spacing w:after="0" w:line="240" w:lineRule="auto"/>
              <w:rPr>
                <w:noProof/>
                <w:lang w:val="ro-RO"/>
              </w:rPr>
            </w:pPr>
          </w:p>
        </w:tc>
        <w:tc>
          <w:tcPr>
            <w:tcW w:w="1304" w:type="dxa"/>
            <w:shd w:val="clear" w:color="auto" w:fill="FFFFFF"/>
            <w:tcMar>
              <w:top w:w="80" w:type="dxa"/>
              <w:left w:w="90" w:type="dxa"/>
              <w:bottom w:w="80" w:type="dxa"/>
              <w:right w:w="90" w:type="dxa"/>
            </w:tcMar>
            <w:vAlign w:val="center"/>
          </w:tcPr>
          <w:p w14:paraId="240B0730" w14:textId="77777777" w:rsidR="00430FCC" w:rsidRPr="008E6C00" w:rsidRDefault="00430FCC">
            <w:pPr>
              <w:spacing w:after="0" w:line="240" w:lineRule="auto"/>
              <w:rPr>
                <w:noProof/>
                <w:lang w:val="ro-RO"/>
              </w:rPr>
            </w:pPr>
          </w:p>
        </w:tc>
        <w:tc>
          <w:tcPr>
            <w:tcW w:w="1474" w:type="dxa"/>
            <w:shd w:val="clear" w:color="auto" w:fill="FFFFFF"/>
            <w:tcMar>
              <w:top w:w="80" w:type="dxa"/>
              <w:left w:w="90" w:type="dxa"/>
              <w:bottom w:w="80" w:type="dxa"/>
              <w:right w:w="90" w:type="dxa"/>
            </w:tcMar>
            <w:vAlign w:val="center"/>
          </w:tcPr>
          <w:p w14:paraId="561F7F92" w14:textId="77777777" w:rsidR="00430FCC" w:rsidRPr="008E6C00" w:rsidRDefault="00430FCC">
            <w:pPr>
              <w:spacing w:after="0" w:line="240" w:lineRule="auto"/>
              <w:rPr>
                <w:noProof/>
                <w:lang w:val="ro-RO"/>
              </w:rPr>
            </w:pPr>
          </w:p>
        </w:tc>
        <w:tc>
          <w:tcPr>
            <w:tcW w:w="1984" w:type="dxa"/>
            <w:shd w:val="clear" w:color="auto" w:fill="FFFFFF"/>
            <w:tcMar>
              <w:top w:w="80" w:type="dxa"/>
              <w:left w:w="90" w:type="dxa"/>
              <w:bottom w:w="80" w:type="dxa"/>
              <w:right w:w="90" w:type="dxa"/>
            </w:tcMar>
            <w:vAlign w:val="center"/>
          </w:tcPr>
          <w:p w14:paraId="116DFAA7" w14:textId="77777777" w:rsidR="00430FCC" w:rsidRPr="008E6C00" w:rsidRDefault="00430FCC">
            <w:pPr>
              <w:spacing w:after="0" w:line="240" w:lineRule="auto"/>
              <w:rPr>
                <w:noProof/>
                <w:lang w:val="ro-RO"/>
              </w:rPr>
            </w:pPr>
          </w:p>
        </w:tc>
        <w:tc>
          <w:tcPr>
            <w:tcW w:w="1020" w:type="dxa"/>
            <w:shd w:val="clear" w:color="auto" w:fill="FFFFFF"/>
            <w:tcMar>
              <w:top w:w="80" w:type="dxa"/>
              <w:left w:w="90" w:type="dxa"/>
              <w:bottom w:w="80" w:type="dxa"/>
              <w:right w:w="90" w:type="dxa"/>
            </w:tcMar>
            <w:vAlign w:val="center"/>
          </w:tcPr>
          <w:p w14:paraId="4335A0C0" w14:textId="77777777" w:rsidR="00430FCC" w:rsidRPr="008E6C00" w:rsidRDefault="00430FCC">
            <w:pPr>
              <w:spacing w:after="0" w:line="240" w:lineRule="auto"/>
              <w:rPr>
                <w:noProof/>
                <w:lang w:val="ro-RO"/>
              </w:rPr>
            </w:pPr>
          </w:p>
        </w:tc>
        <w:tc>
          <w:tcPr>
            <w:tcW w:w="1361" w:type="dxa"/>
            <w:shd w:val="clear" w:color="auto" w:fill="FFFFFF"/>
            <w:tcMar>
              <w:top w:w="80" w:type="dxa"/>
              <w:left w:w="90" w:type="dxa"/>
              <w:bottom w:w="80" w:type="dxa"/>
              <w:right w:w="90" w:type="dxa"/>
            </w:tcMar>
            <w:vAlign w:val="center"/>
          </w:tcPr>
          <w:p w14:paraId="7B64B58C" w14:textId="77777777" w:rsidR="00430FCC" w:rsidRPr="008E6C00" w:rsidRDefault="00430FCC">
            <w:pPr>
              <w:spacing w:after="0" w:line="240" w:lineRule="auto"/>
              <w:rPr>
                <w:noProof/>
                <w:lang w:val="ro-RO"/>
              </w:rPr>
            </w:pPr>
          </w:p>
        </w:tc>
        <w:tc>
          <w:tcPr>
            <w:tcW w:w="624" w:type="dxa"/>
            <w:shd w:val="clear" w:color="auto" w:fill="FFFFFF"/>
            <w:tcMar>
              <w:top w:w="80" w:type="dxa"/>
              <w:left w:w="90" w:type="dxa"/>
              <w:bottom w:w="80" w:type="dxa"/>
              <w:right w:w="90" w:type="dxa"/>
            </w:tcMar>
            <w:vAlign w:val="center"/>
          </w:tcPr>
          <w:p w14:paraId="6195A6DB" w14:textId="77777777" w:rsidR="00430FCC" w:rsidRPr="008E6C00" w:rsidRDefault="00430FCC">
            <w:pPr>
              <w:spacing w:after="0" w:line="240" w:lineRule="auto"/>
              <w:rPr>
                <w:noProof/>
                <w:lang w:val="ro-RO"/>
              </w:rPr>
            </w:pPr>
          </w:p>
        </w:tc>
      </w:tr>
      <w:tr w:rsidR="00430FCC" w:rsidRPr="008E6C00" w14:paraId="48999DF2" w14:textId="77777777">
        <w:trPr>
          <w:cantSplit/>
          <w:jc w:val="center"/>
        </w:trPr>
        <w:tc>
          <w:tcPr>
            <w:tcW w:w="2154" w:type="dxa"/>
            <w:shd w:val="clear" w:color="auto" w:fill="FAFAFA"/>
            <w:tcMar>
              <w:top w:w="80" w:type="dxa"/>
              <w:left w:w="90" w:type="dxa"/>
              <w:bottom w:w="80" w:type="dxa"/>
              <w:right w:w="90" w:type="dxa"/>
            </w:tcMar>
            <w:vAlign w:val="center"/>
          </w:tcPr>
          <w:p w14:paraId="3855F661" w14:textId="77777777" w:rsidR="00430FCC" w:rsidRPr="008E6C00" w:rsidRDefault="00430FCC">
            <w:pPr>
              <w:spacing w:after="0" w:line="240" w:lineRule="auto"/>
              <w:rPr>
                <w:noProof/>
                <w:lang w:val="ro-RO"/>
              </w:rPr>
            </w:pPr>
          </w:p>
        </w:tc>
        <w:tc>
          <w:tcPr>
            <w:tcW w:w="1304" w:type="dxa"/>
            <w:shd w:val="clear" w:color="auto" w:fill="FAFAFA"/>
            <w:tcMar>
              <w:top w:w="80" w:type="dxa"/>
              <w:left w:w="90" w:type="dxa"/>
              <w:bottom w:w="80" w:type="dxa"/>
              <w:right w:w="90" w:type="dxa"/>
            </w:tcMar>
            <w:vAlign w:val="center"/>
          </w:tcPr>
          <w:p w14:paraId="54D9BE87" w14:textId="77777777" w:rsidR="00430FCC" w:rsidRPr="008E6C00" w:rsidRDefault="00430FCC">
            <w:pPr>
              <w:spacing w:after="0" w:line="240" w:lineRule="auto"/>
              <w:rPr>
                <w:noProof/>
                <w:lang w:val="ro-RO"/>
              </w:rPr>
            </w:pPr>
          </w:p>
        </w:tc>
        <w:tc>
          <w:tcPr>
            <w:tcW w:w="1474" w:type="dxa"/>
            <w:shd w:val="clear" w:color="auto" w:fill="FAFAFA"/>
            <w:tcMar>
              <w:top w:w="80" w:type="dxa"/>
              <w:left w:w="90" w:type="dxa"/>
              <w:bottom w:w="80" w:type="dxa"/>
              <w:right w:w="90" w:type="dxa"/>
            </w:tcMar>
            <w:vAlign w:val="center"/>
          </w:tcPr>
          <w:p w14:paraId="406F3256" w14:textId="77777777" w:rsidR="00430FCC" w:rsidRPr="008E6C00" w:rsidRDefault="00430FCC">
            <w:pPr>
              <w:spacing w:after="0" w:line="240" w:lineRule="auto"/>
              <w:rPr>
                <w:noProof/>
                <w:lang w:val="ro-RO"/>
              </w:rPr>
            </w:pPr>
          </w:p>
        </w:tc>
        <w:tc>
          <w:tcPr>
            <w:tcW w:w="1984" w:type="dxa"/>
            <w:shd w:val="clear" w:color="auto" w:fill="FAFAFA"/>
            <w:tcMar>
              <w:top w:w="80" w:type="dxa"/>
              <w:left w:w="90" w:type="dxa"/>
              <w:bottom w:w="80" w:type="dxa"/>
              <w:right w:w="90" w:type="dxa"/>
            </w:tcMar>
            <w:vAlign w:val="center"/>
          </w:tcPr>
          <w:p w14:paraId="04EAD94C" w14:textId="77777777" w:rsidR="00430FCC" w:rsidRPr="008E6C00" w:rsidRDefault="00430FCC">
            <w:pPr>
              <w:spacing w:after="0" w:line="240" w:lineRule="auto"/>
              <w:rPr>
                <w:noProof/>
                <w:lang w:val="ro-RO"/>
              </w:rPr>
            </w:pPr>
          </w:p>
        </w:tc>
        <w:tc>
          <w:tcPr>
            <w:tcW w:w="1020" w:type="dxa"/>
            <w:shd w:val="clear" w:color="auto" w:fill="FAFAFA"/>
            <w:tcMar>
              <w:top w:w="80" w:type="dxa"/>
              <w:left w:w="90" w:type="dxa"/>
              <w:bottom w:w="80" w:type="dxa"/>
              <w:right w:w="90" w:type="dxa"/>
            </w:tcMar>
            <w:vAlign w:val="center"/>
          </w:tcPr>
          <w:p w14:paraId="409EFA19" w14:textId="77777777" w:rsidR="00430FCC" w:rsidRPr="008E6C00" w:rsidRDefault="00430FCC">
            <w:pPr>
              <w:spacing w:after="0" w:line="240" w:lineRule="auto"/>
              <w:rPr>
                <w:noProof/>
                <w:lang w:val="ro-RO"/>
              </w:rPr>
            </w:pPr>
          </w:p>
        </w:tc>
        <w:tc>
          <w:tcPr>
            <w:tcW w:w="1361" w:type="dxa"/>
            <w:shd w:val="clear" w:color="auto" w:fill="FAFAFA"/>
            <w:tcMar>
              <w:top w:w="80" w:type="dxa"/>
              <w:left w:w="90" w:type="dxa"/>
              <w:bottom w:w="80" w:type="dxa"/>
              <w:right w:w="90" w:type="dxa"/>
            </w:tcMar>
            <w:vAlign w:val="center"/>
          </w:tcPr>
          <w:p w14:paraId="2DED617B" w14:textId="77777777" w:rsidR="00430FCC" w:rsidRPr="008E6C00" w:rsidRDefault="00430FCC">
            <w:pPr>
              <w:spacing w:after="0" w:line="240" w:lineRule="auto"/>
              <w:rPr>
                <w:noProof/>
                <w:lang w:val="ro-RO"/>
              </w:rPr>
            </w:pPr>
          </w:p>
        </w:tc>
        <w:tc>
          <w:tcPr>
            <w:tcW w:w="624" w:type="dxa"/>
            <w:shd w:val="clear" w:color="auto" w:fill="FAFAFA"/>
            <w:tcMar>
              <w:top w:w="80" w:type="dxa"/>
              <w:left w:w="90" w:type="dxa"/>
              <w:bottom w:w="80" w:type="dxa"/>
              <w:right w:w="90" w:type="dxa"/>
            </w:tcMar>
            <w:vAlign w:val="center"/>
          </w:tcPr>
          <w:p w14:paraId="06C181B5" w14:textId="77777777" w:rsidR="00430FCC" w:rsidRPr="008E6C00" w:rsidRDefault="00430FCC">
            <w:pPr>
              <w:spacing w:after="0" w:line="240" w:lineRule="auto"/>
              <w:rPr>
                <w:noProof/>
                <w:lang w:val="ro-RO"/>
              </w:rPr>
            </w:pPr>
          </w:p>
        </w:tc>
      </w:tr>
      <w:tr w:rsidR="00430FCC" w:rsidRPr="008E6C00" w14:paraId="745C5ADB" w14:textId="77777777">
        <w:trPr>
          <w:cantSplit/>
          <w:jc w:val="center"/>
        </w:trPr>
        <w:tc>
          <w:tcPr>
            <w:tcW w:w="2154" w:type="dxa"/>
            <w:shd w:val="clear" w:color="auto" w:fill="FFFFFF"/>
            <w:tcMar>
              <w:top w:w="80" w:type="dxa"/>
              <w:left w:w="90" w:type="dxa"/>
              <w:bottom w:w="80" w:type="dxa"/>
              <w:right w:w="90" w:type="dxa"/>
            </w:tcMar>
            <w:vAlign w:val="center"/>
          </w:tcPr>
          <w:p w14:paraId="484D38A9" w14:textId="77777777" w:rsidR="00430FCC" w:rsidRPr="008E6C00" w:rsidRDefault="00430FCC">
            <w:pPr>
              <w:spacing w:after="0" w:line="240" w:lineRule="auto"/>
              <w:rPr>
                <w:noProof/>
                <w:lang w:val="ro-RO"/>
              </w:rPr>
            </w:pPr>
          </w:p>
        </w:tc>
        <w:tc>
          <w:tcPr>
            <w:tcW w:w="1304" w:type="dxa"/>
            <w:shd w:val="clear" w:color="auto" w:fill="FFFFFF"/>
            <w:tcMar>
              <w:top w:w="80" w:type="dxa"/>
              <w:left w:w="90" w:type="dxa"/>
              <w:bottom w:w="80" w:type="dxa"/>
              <w:right w:w="90" w:type="dxa"/>
            </w:tcMar>
            <w:vAlign w:val="center"/>
          </w:tcPr>
          <w:p w14:paraId="55838CE0" w14:textId="77777777" w:rsidR="00430FCC" w:rsidRPr="008E6C00" w:rsidRDefault="00430FCC">
            <w:pPr>
              <w:spacing w:after="0" w:line="240" w:lineRule="auto"/>
              <w:rPr>
                <w:noProof/>
                <w:lang w:val="ro-RO"/>
              </w:rPr>
            </w:pPr>
          </w:p>
        </w:tc>
        <w:tc>
          <w:tcPr>
            <w:tcW w:w="1474" w:type="dxa"/>
            <w:shd w:val="clear" w:color="auto" w:fill="FFFFFF"/>
            <w:tcMar>
              <w:top w:w="80" w:type="dxa"/>
              <w:left w:w="90" w:type="dxa"/>
              <w:bottom w:w="80" w:type="dxa"/>
              <w:right w:w="90" w:type="dxa"/>
            </w:tcMar>
            <w:vAlign w:val="center"/>
          </w:tcPr>
          <w:p w14:paraId="32C05347" w14:textId="77777777" w:rsidR="00430FCC" w:rsidRPr="008E6C00" w:rsidRDefault="00430FCC">
            <w:pPr>
              <w:spacing w:after="0" w:line="240" w:lineRule="auto"/>
              <w:rPr>
                <w:noProof/>
                <w:lang w:val="ro-RO"/>
              </w:rPr>
            </w:pPr>
          </w:p>
        </w:tc>
        <w:tc>
          <w:tcPr>
            <w:tcW w:w="1984" w:type="dxa"/>
            <w:shd w:val="clear" w:color="auto" w:fill="FFFFFF"/>
            <w:tcMar>
              <w:top w:w="80" w:type="dxa"/>
              <w:left w:w="90" w:type="dxa"/>
              <w:bottom w:w="80" w:type="dxa"/>
              <w:right w:w="90" w:type="dxa"/>
            </w:tcMar>
            <w:vAlign w:val="center"/>
          </w:tcPr>
          <w:p w14:paraId="1747A5D5" w14:textId="77777777" w:rsidR="00430FCC" w:rsidRPr="008E6C00" w:rsidRDefault="00430FCC">
            <w:pPr>
              <w:spacing w:after="0" w:line="240" w:lineRule="auto"/>
              <w:rPr>
                <w:noProof/>
                <w:lang w:val="ro-RO"/>
              </w:rPr>
            </w:pPr>
          </w:p>
        </w:tc>
        <w:tc>
          <w:tcPr>
            <w:tcW w:w="1020" w:type="dxa"/>
            <w:shd w:val="clear" w:color="auto" w:fill="FFFFFF"/>
            <w:tcMar>
              <w:top w:w="80" w:type="dxa"/>
              <w:left w:w="90" w:type="dxa"/>
              <w:bottom w:w="80" w:type="dxa"/>
              <w:right w:w="90" w:type="dxa"/>
            </w:tcMar>
            <w:vAlign w:val="center"/>
          </w:tcPr>
          <w:p w14:paraId="32B1AA75" w14:textId="77777777" w:rsidR="00430FCC" w:rsidRPr="008E6C00" w:rsidRDefault="00430FCC">
            <w:pPr>
              <w:spacing w:after="0" w:line="240" w:lineRule="auto"/>
              <w:rPr>
                <w:noProof/>
                <w:lang w:val="ro-RO"/>
              </w:rPr>
            </w:pPr>
          </w:p>
        </w:tc>
        <w:tc>
          <w:tcPr>
            <w:tcW w:w="1361" w:type="dxa"/>
            <w:shd w:val="clear" w:color="auto" w:fill="FFFFFF"/>
            <w:tcMar>
              <w:top w:w="80" w:type="dxa"/>
              <w:left w:w="90" w:type="dxa"/>
              <w:bottom w:w="80" w:type="dxa"/>
              <w:right w:w="90" w:type="dxa"/>
            </w:tcMar>
            <w:vAlign w:val="center"/>
          </w:tcPr>
          <w:p w14:paraId="64E50851" w14:textId="77777777" w:rsidR="00430FCC" w:rsidRPr="008E6C00" w:rsidRDefault="00430FCC">
            <w:pPr>
              <w:spacing w:after="0" w:line="240" w:lineRule="auto"/>
              <w:rPr>
                <w:noProof/>
                <w:lang w:val="ro-RO"/>
              </w:rPr>
            </w:pPr>
          </w:p>
        </w:tc>
        <w:tc>
          <w:tcPr>
            <w:tcW w:w="624" w:type="dxa"/>
            <w:shd w:val="clear" w:color="auto" w:fill="FFFFFF"/>
            <w:tcMar>
              <w:top w:w="80" w:type="dxa"/>
              <w:left w:w="90" w:type="dxa"/>
              <w:bottom w:w="80" w:type="dxa"/>
              <w:right w:w="90" w:type="dxa"/>
            </w:tcMar>
            <w:vAlign w:val="center"/>
          </w:tcPr>
          <w:p w14:paraId="417D0602" w14:textId="77777777" w:rsidR="00430FCC" w:rsidRPr="008E6C00" w:rsidRDefault="00430FCC">
            <w:pPr>
              <w:spacing w:after="0" w:line="240" w:lineRule="auto"/>
              <w:rPr>
                <w:noProof/>
                <w:lang w:val="ro-RO"/>
              </w:rPr>
            </w:pPr>
          </w:p>
        </w:tc>
      </w:tr>
    </w:tbl>
    <w:p w14:paraId="1616857D" w14:textId="77777777" w:rsidR="00430FCC" w:rsidRPr="008E6C00" w:rsidRDefault="00430FCC">
      <w:pPr>
        <w:spacing w:after="20"/>
        <w:rPr>
          <w:noProof/>
          <w:lang w:val="ro-RO"/>
        </w:rPr>
      </w:pPr>
    </w:p>
    <w:p w14:paraId="790BBEAF" w14:textId="77777777" w:rsidR="00430FCC" w:rsidRPr="008E6C00" w:rsidRDefault="00000000">
      <w:pPr>
        <w:pStyle w:val="Heading2"/>
        <w:rPr>
          <w:noProof/>
          <w:lang w:val="ro-RO"/>
        </w:rPr>
      </w:pPr>
      <w:r w:rsidRPr="008E6C00">
        <w:rPr>
          <w:noProof/>
          <w:lang w:val="ro-RO"/>
        </w:rPr>
        <w:t>Cerere de creare sau modificare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28"/>
        <w:gridCol w:w="3855"/>
        <w:gridCol w:w="1928"/>
        <w:gridCol w:w="2211"/>
      </w:tblGrid>
      <w:tr w:rsidR="00430FCC" w:rsidRPr="008E6C00" w14:paraId="1DA5C023" w14:textId="77777777">
        <w:trPr>
          <w:jc w:val="center"/>
        </w:trPr>
        <w:tc>
          <w:tcPr>
            <w:tcW w:w="1928" w:type="dxa"/>
            <w:shd w:val="clear" w:color="auto" w:fill="F3F4F5"/>
            <w:tcMar>
              <w:top w:w="80" w:type="dxa"/>
              <w:left w:w="90" w:type="dxa"/>
              <w:bottom w:w="80" w:type="dxa"/>
              <w:right w:w="90" w:type="dxa"/>
            </w:tcMar>
            <w:vAlign w:val="center"/>
          </w:tcPr>
          <w:p w14:paraId="529F3B35" w14:textId="77777777" w:rsidR="00430FCC" w:rsidRPr="008E6C00" w:rsidRDefault="00000000">
            <w:pPr>
              <w:spacing w:after="0" w:line="240" w:lineRule="auto"/>
              <w:rPr>
                <w:noProof/>
                <w:lang w:val="ro-RO"/>
              </w:rPr>
            </w:pPr>
            <w:r w:rsidRPr="008E6C00">
              <w:rPr>
                <w:b/>
                <w:noProof/>
                <w:sz w:val="15"/>
                <w:lang w:val="ro-RO"/>
              </w:rPr>
              <w:t>Solicitant</w:t>
            </w:r>
          </w:p>
        </w:tc>
        <w:tc>
          <w:tcPr>
            <w:tcW w:w="3855" w:type="dxa"/>
            <w:shd w:val="clear" w:color="auto" w:fill="FFFFFF"/>
            <w:tcMar>
              <w:top w:w="80" w:type="dxa"/>
              <w:left w:w="90" w:type="dxa"/>
              <w:bottom w:w="80" w:type="dxa"/>
              <w:right w:w="90" w:type="dxa"/>
            </w:tcMar>
            <w:vAlign w:val="center"/>
          </w:tcPr>
          <w:p w14:paraId="41AF2F01" w14:textId="77777777" w:rsidR="00430FCC" w:rsidRPr="008E6C00" w:rsidRDefault="00430FCC">
            <w:pPr>
              <w:spacing w:after="0" w:line="240" w:lineRule="auto"/>
              <w:rPr>
                <w:noProof/>
                <w:lang w:val="ro-RO"/>
              </w:rPr>
            </w:pPr>
          </w:p>
        </w:tc>
        <w:tc>
          <w:tcPr>
            <w:tcW w:w="1928" w:type="dxa"/>
            <w:shd w:val="clear" w:color="auto" w:fill="F3F4F5"/>
            <w:tcMar>
              <w:top w:w="80" w:type="dxa"/>
              <w:left w:w="90" w:type="dxa"/>
              <w:bottom w:w="80" w:type="dxa"/>
              <w:right w:w="90" w:type="dxa"/>
            </w:tcMar>
            <w:vAlign w:val="center"/>
          </w:tcPr>
          <w:p w14:paraId="78AB0F87" w14:textId="77777777" w:rsidR="00430FCC" w:rsidRPr="008E6C00" w:rsidRDefault="00000000">
            <w:pPr>
              <w:spacing w:after="0" w:line="240" w:lineRule="auto"/>
              <w:rPr>
                <w:noProof/>
                <w:lang w:val="ro-RO"/>
              </w:rPr>
            </w:pPr>
            <w:r w:rsidRPr="008E6C00">
              <w:rPr>
                <w:b/>
                <w:noProof/>
                <w:sz w:val="15"/>
                <w:lang w:val="ro-RO"/>
              </w:rPr>
              <w:t>Data</w:t>
            </w:r>
          </w:p>
        </w:tc>
        <w:tc>
          <w:tcPr>
            <w:tcW w:w="2211" w:type="dxa"/>
            <w:shd w:val="clear" w:color="auto" w:fill="FFFFFF"/>
            <w:tcMar>
              <w:top w:w="80" w:type="dxa"/>
              <w:left w:w="90" w:type="dxa"/>
              <w:bottom w:w="80" w:type="dxa"/>
              <w:right w:w="90" w:type="dxa"/>
            </w:tcMar>
            <w:vAlign w:val="center"/>
          </w:tcPr>
          <w:p w14:paraId="557FA9E6" w14:textId="77777777" w:rsidR="00430FCC" w:rsidRPr="008E6C00" w:rsidRDefault="00430FCC">
            <w:pPr>
              <w:spacing w:after="0" w:line="240" w:lineRule="auto"/>
              <w:rPr>
                <w:noProof/>
                <w:lang w:val="ro-RO"/>
              </w:rPr>
            </w:pPr>
          </w:p>
        </w:tc>
      </w:tr>
      <w:tr w:rsidR="00430FCC" w:rsidRPr="008E6C00" w14:paraId="5192773D" w14:textId="77777777">
        <w:trPr>
          <w:jc w:val="center"/>
        </w:trPr>
        <w:tc>
          <w:tcPr>
            <w:tcW w:w="1928" w:type="dxa"/>
            <w:shd w:val="clear" w:color="auto" w:fill="F3F4F5"/>
            <w:tcMar>
              <w:top w:w="80" w:type="dxa"/>
              <w:left w:w="90" w:type="dxa"/>
              <w:bottom w:w="80" w:type="dxa"/>
              <w:right w:w="90" w:type="dxa"/>
            </w:tcMar>
            <w:vAlign w:val="center"/>
          </w:tcPr>
          <w:p w14:paraId="7AC8C18C" w14:textId="77777777" w:rsidR="00430FCC" w:rsidRPr="008E6C00" w:rsidRDefault="00000000">
            <w:pPr>
              <w:spacing w:after="0" w:line="240" w:lineRule="auto"/>
              <w:rPr>
                <w:noProof/>
                <w:lang w:val="ro-RO"/>
              </w:rPr>
            </w:pPr>
            <w:r w:rsidRPr="008E6C00">
              <w:rPr>
                <w:b/>
                <w:noProof/>
                <w:sz w:val="15"/>
                <w:lang w:val="ro-RO"/>
              </w:rPr>
              <w:t>Document / cod</w:t>
            </w:r>
          </w:p>
        </w:tc>
        <w:tc>
          <w:tcPr>
            <w:tcW w:w="3855" w:type="dxa"/>
            <w:shd w:val="clear" w:color="auto" w:fill="FFFFFF"/>
            <w:tcMar>
              <w:top w:w="80" w:type="dxa"/>
              <w:left w:w="90" w:type="dxa"/>
              <w:bottom w:w="80" w:type="dxa"/>
              <w:right w:w="90" w:type="dxa"/>
            </w:tcMar>
            <w:vAlign w:val="center"/>
          </w:tcPr>
          <w:p w14:paraId="02B618F7" w14:textId="77777777" w:rsidR="00430FCC" w:rsidRPr="008E6C00" w:rsidRDefault="00430FCC">
            <w:pPr>
              <w:spacing w:after="0" w:line="240" w:lineRule="auto"/>
              <w:rPr>
                <w:noProof/>
                <w:lang w:val="ro-RO"/>
              </w:rPr>
            </w:pPr>
          </w:p>
        </w:tc>
        <w:tc>
          <w:tcPr>
            <w:tcW w:w="1928" w:type="dxa"/>
            <w:shd w:val="clear" w:color="auto" w:fill="F3F4F5"/>
            <w:tcMar>
              <w:top w:w="80" w:type="dxa"/>
              <w:left w:w="90" w:type="dxa"/>
              <w:bottom w:w="80" w:type="dxa"/>
              <w:right w:w="90" w:type="dxa"/>
            </w:tcMar>
            <w:vAlign w:val="center"/>
          </w:tcPr>
          <w:p w14:paraId="1EE86E02" w14:textId="77777777" w:rsidR="00430FCC" w:rsidRPr="008E6C00" w:rsidRDefault="00000000">
            <w:pPr>
              <w:spacing w:after="0" w:line="240" w:lineRule="auto"/>
              <w:rPr>
                <w:noProof/>
                <w:lang w:val="ro-RO"/>
              </w:rPr>
            </w:pPr>
            <w:r w:rsidRPr="008E6C00">
              <w:rPr>
                <w:b/>
                <w:noProof/>
                <w:sz w:val="15"/>
                <w:lang w:val="ro-RO"/>
              </w:rPr>
              <w:t>Proces</w:t>
            </w:r>
          </w:p>
        </w:tc>
        <w:tc>
          <w:tcPr>
            <w:tcW w:w="2211" w:type="dxa"/>
            <w:shd w:val="clear" w:color="auto" w:fill="FFFFFF"/>
            <w:tcMar>
              <w:top w:w="80" w:type="dxa"/>
              <w:left w:w="90" w:type="dxa"/>
              <w:bottom w:w="80" w:type="dxa"/>
              <w:right w:w="90" w:type="dxa"/>
            </w:tcMar>
            <w:vAlign w:val="center"/>
          </w:tcPr>
          <w:p w14:paraId="55D117FF" w14:textId="77777777" w:rsidR="00430FCC" w:rsidRPr="008E6C00" w:rsidRDefault="00430FCC">
            <w:pPr>
              <w:spacing w:after="0" w:line="240" w:lineRule="auto"/>
              <w:rPr>
                <w:noProof/>
                <w:lang w:val="ro-RO"/>
              </w:rPr>
            </w:pPr>
          </w:p>
        </w:tc>
      </w:tr>
      <w:tr w:rsidR="00430FCC" w:rsidRPr="008E6C00" w14:paraId="3306E90B" w14:textId="77777777">
        <w:trPr>
          <w:jc w:val="center"/>
        </w:trPr>
        <w:tc>
          <w:tcPr>
            <w:tcW w:w="1928" w:type="dxa"/>
            <w:shd w:val="clear" w:color="auto" w:fill="F3F4F5"/>
            <w:tcMar>
              <w:top w:w="80" w:type="dxa"/>
              <w:left w:w="90" w:type="dxa"/>
              <w:bottom w:w="80" w:type="dxa"/>
              <w:right w:w="90" w:type="dxa"/>
            </w:tcMar>
            <w:vAlign w:val="center"/>
          </w:tcPr>
          <w:p w14:paraId="7AF544AF" w14:textId="77777777" w:rsidR="00430FCC" w:rsidRPr="008E6C00" w:rsidRDefault="00000000">
            <w:pPr>
              <w:spacing w:after="0" w:line="240" w:lineRule="auto"/>
              <w:rPr>
                <w:noProof/>
                <w:lang w:val="ro-RO"/>
              </w:rPr>
            </w:pPr>
            <w:r w:rsidRPr="008E6C00">
              <w:rPr>
                <w:b/>
                <w:noProof/>
                <w:sz w:val="15"/>
                <w:lang w:val="ro-RO"/>
              </w:rPr>
              <w:t>Tip solicitare</w:t>
            </w:r>
          </w:p>
        </w:tc>
        <w:tc>
          <w:tcPr>
            <w:tcW w:w="3855" w:type="dxa"/>
            <w:shd w:val="clear" w:color="auto" w:fill="FFFFFF"/>
            <w:tcMar>
              <w:top w:w="80" w:type="dxa"/>
              <w:left w:w="90" w:type="dxa"/>
              <w:bottom w:w="80" w:type="dxa"/>
              <w:right w:w="90" w:type="dxa"/>
            </w:tcMar>
            <w:vAlign w:val="center"/>
          </w:tcPr>
          <w:p w14:paraId="2E58F280" w14:textId="77777777" w:rsidR="00430FCC" w:rsidRPr="008E6C00" w:rsidRDefault="00000000">
            <w:pPr>
              <w:spacing w:after="0" w:line="240" w:lineRule="auto"/>
              <w:rPr>
                <w:noProof/>
                <w:lang w:val="ro-RO"/>
              </w:rPr>
            </w:pPr>
            <w:r w:rsidRPr="008E6C00">
              <w:rPr>
                <w:noProof/>
                <w:sz w:val="15"/>
                <w:lang w:val="ro-RO"/>
              </w:rPr>
              <w:t>☐ creare   ☐ modificare   ☐ retragere</w:t>
            </w:r>
          </w:p>
        </w:tc>
        <w:tc>
          <w:tcPr>
            <w:tcW w:w="1928" w:type="dxa"/>
            <w:shd w:val="clear" w:color="auto" w:fill="F3F4F5"/>
            <w:tcMar>
              <w:top w:w="80" w:type="dxa"/>
              <w:left w:w="90" w:type="dxa"/>
              <w:bottom w:w="80" w:type="dxa"/>
              <w:right w:w="90" w:type="dxa"/>
            </w:tcMar>
            <w:vAlign w:val="center"/>
          </w:tcPr>
          <w:p w14:paraId="255BD4F8" w14:textId="77777777" w:rsidR="00430FCC" w:rsidRPr="008E6C00" w:rsidRDefault="00000000">
            <w:pPr>
              <w:spacing w:after="0" w:line="240" w:lineRule="auto"/>
              <w:rPr>
                <w:noProof/>
                <w:lang w:val="ro-RO"/>
              </w:rPr>
            </w:pPr>
            <w:r w:rsidRPr="008E6C00">
              <w:rPr>
                <w:b/>
                <w:noProof/>
                <w:sz w:val="15"/>
                <w:lang w:val="ro-RO"/>
              </w:rPr>
              <w:t>Prioritate</w:t>
            </w:r>
          </w:p>
        </w:tc>
        <w:tc>
          <w:tcPr>
            <w:tcW w:w="2211" w:type="dxa"/>
            <w:shd w:val="clear" w:color="auto" w:fill="FFFFFF"/>
            <w:tcMar>
              <w:top w:w="80" w:type="dxa"/>
              <w:left w:w="90" w:type="dxa"/>
              <w:bottom w:w="80" w:type="dxa"/>
              <w:right w:w="90" w:type="dxa"/>
            </w:tcMar>
            <w:vAlign w:val="center"/>
          </w:tcPr>
          <w:p w14:paraId="4F05F7F9" w14:textId="77777777" w:rsidR="00430FCC" w:rsidRPr="008E6C00" w:rsidRDefault="00000000">
            <w:pPr>
              <w:spacing w:after="0" w:line="240" w:lineRule="auto"/>
              <w:rPr>
                <w:noProof/>
                <w:lang w:val="ro-RO"/>
              </w:rPr>
            </w:pPr>
            <w:r w:rsidRPr="008E6C00">
              <w:rPr>
                <w:noProof/>
                <w:sz w:val="15"/>
                <w:lang w:val="ro-RO"/>
              </w:rPr>
              <w:t>☐ normală   ☐ urgentă</w:t>
            </w:r>
          </w:p>
        </w:tc>
      </w:tr>
      <w:tr w:rsidR="00430FCC" w:rsidRPr="008E6C00" w14:paraId="74C31DC2" w14:textId="77777777">
        <w:trPr>
          <w:jc w:val="center"/>
        </w:trPr>
        <w:tc>
          <w:tcPr>
            <w:tcW w:w="1928" w:type="dxa"/>
            <w:shd w:val="clear" w:color="auto" w:fill="F3F4F5"/>
            <w:tcMar>
              <w:top w:w="80" w:type="dxa"/>
              <w:left w:w="90" w:type="dxa"/>
              <w:bottom w:w="80" w:type="dxa"/>
              <w:right w:w="90" w:type="dxa"/>
            </w:tcMar>
            <w:vAlign w:val="center"/>
          </w:tcPr>
          <w:p w14:paraId="2B271FD1" w14:textId="77777777" w:rsidR="00430FCC" w:rsidRPr="008E6C00" w:rsidRDefault="00000000">
            <w:pPr>
              <w:spacing w:after="0" w:line="240" w:lineRule="auto"/>
              <w:rPr>
                <w:noProof/>
                <w:lang w:val="ro-RO"/>
              </w:rPr>
            </w:pPr>
            <w:r w:rsidRPr="008E6C00">
              <w:rPr>
                <w:b/>
                <w:noProof/>
                <w:sz w:val="15"/>
                <w:lang w:val="ro-RO"/>
              </w:rPr>
              <w:t>Motiv și risc</w:t>
            </w:r>
          </w:p>
        </w:tc>
        <w:tc>
          <w:tcPr>
            <w:tcW w:w="3855" w:type="dxa"/>
            <w:shd w:val="clear" w:color="auto" w:fill="FFFFFF"/>
            <w:tcMar>
              <w:top w:w="80" w:type="dxa"/>
              <w:left w:w="90" w:type="dxa"/>
              <w:bottom w:w="80" w:type="dxa"/>
              <w:right w:w="90" w:type="dxa"/>
            </w:tcMar>
            <w:vAlign w:val="center"/>
          </w:tcPr>
          <w:p w14:paraId="16FC6015" w14:textId="77777777" w:rsidR="00430FCC" w:rsidRPr="008E6C00" w:rsidRDefault="00430FCC">
            <w:pPr>
              <w:spacing w:after="0" w:line="240" w:lineRule="auto"/>
              <w:rPr>
                <w:noProof/>
                <w:lang w:val="ro-RO"/>
              </w:rPr>
            </w:pPr>
          </w:p>
        </w:tc>
        <w:tc>
          <w:tcPr>
            <w:tcW w:w="1928" w:type="dxa"/>
            <w:shd w:val="clear" w:color="auto" w:fill="F3F4F5"/>
            <w:tcMar>
              <w:top w:w="80" w:type="dxa"/>
              <w:left w:w="90" w:type="dxa"/>
              <w:bottom w:w="80" w:type="dxa"/>
              <w:right w:w="90" w:type="dxa"/>
            </w:tcMar>
            <w:vAlign w:val="center"/>
          </w:tcPr>
          <w:p w14:paraId="6AFEC038" w14:textId="77777777" w:rsidR="00430FCC" w:rsidRPr="008E6C00" w:rsidRDefault="00000000">
            <w:pPr>
              <w:spacing w:after="0" w:line="240" w:lineRule="auto"/>
              <w:rPr>
                <w:noProof/>
                <w:lang w:val="ro-RO"/>
              </w:rPr>
            </w:pPr>
            <w:r w:rsidRPr="008E6C00">
              <w:rPr>
                <w:b/>
                <w:noProof/>
                <w:sz w:val="15"/>
                <w:lang w:val="ro-RO"/>
              </w:rPr>
              <w:t>Cerință asociată</w:t>
            </w:r>
          </w:p>
        </w:tc>
        <w:tc>
          <w:tcPr>
            <w:tcW w:w="2211" w:type="dxa"/>
            <w:shd w:val="clear" w:color="auto" w:fill="FFFFFF"/>
            <w:tcMar>
              <w:top w:w="80" w:type="dxa"/>
              <w:left w:w="90" w:type="dxa"/>
              <w:bottom w:w="80" w:type="dxa"/>
              <w:right w:w="90" w:type="dxa"/>
            </w:tcMar>
            <w:vAlign w:val="center"/>
          </w:tcPr>
          <w:p w14:paraId="4A212632" w14:textId="77777777" w:rsidR="00430FCC" w:rsidRPr="008E6C00" w:rsidRDefault="00430FCC">
            <w:pPr>
              <w:spacing w:after="0" w:line="240" w:lineRule="auto"/>
              <w:rPr>
                <w:noProof/>
                <w:lang w:val="ro-RO"/>
              </w:rPr>
            </w:pPr>
          </w:p>
        </w:tc>
      </w:tr>
      <w:tr w:rsidR="00430FCC" w:rsidRPr="008E6C00" w14:paraId="2DF28A1D" w14:textId="77777777">
        <w:trPr>
          <w:jc w:val="center"/>
        </w:trPr>
        <w:tc>
          <w:tcPr>
            <w:tcW w:w="1928" w:type="dxa"/>
            <w:shd w:val="clear" w:color="auto" w:fill="F3F4F5"/>
            <w:tcMar>
              <w:top w:w="80" w:type="dxa"/>
              <w:left w:w="90" w:type="dxa"/>
              <w:bottom w:w="80" w:type="dxa"/>
              <w:right w:w="90" w:type="dxa"/>
            </w:tcMar>
            <w:vAlign w:val="center"/>
          </w:tcPr>
          <w:p w14:paraId="7C599442" w14:textId="77777777" w:rsidR="00430FCC" w:rsidRPr="008E6C00" w:rsidRDefault="00000000">
            <w:pPr>
              <w:spacing w:after="0" w:line="240" w:lineRule="auto"/>
              <w:rPr>
                <w:noProof/>
                <w:lang w:val="ro-RO"/>
              </w:rPr>
            </w:pPr>
            <w:r w:rsidRPr="008E6C00">
              <w:rPr>
                <w:b/>
                <w:noProof/>
                <w:sz w:val="15"/>
                <w:lang w:val="ro-RO"/>
              </w:rPr>
              <w:t>Descriere schimbare</w:t>
            </w:r>
          </w:p>
        </w:tc>
        <w:tc>
          <w:tcPr>
            <w:tcW w:w="3855" w:type="dxa"/>
            <w:shd w:val="clear" w:color="auto" w:fill="FFFFFF"/>
            <w:tcMar>
              <w:top w:w="80" w:type="dxa"/>
              <w:left w:w="90" w:type="dxa"/>
              <w:bottom w:w="80" w:type="dxa"/>
              <w:right w:w="90" w:type="dxa"/>
            </w:tcMar>
            <w:vAlign w:val="center"/>
          </w:tcPr>
          <w:p w14:paraId="1399A0B0" w14:textId="77777777" w:rsidR="00430FCC" w:rsidRPr="008E6C00" w:rsidRDefault="00430FCC">
            <w:pPr>
              <w:spacing w:after="0" w:line="240" w:lineRule="auto"/>
              <w:rPr>
                <w:noProof/>
                <w:lang w:val="ro-RO"/>
              </w:rPr>
            </w:pPr>
          </w:p>
        </w:tc>
        <w:tc>
          <w:tcPr>
            <w:tcW w:w="1928" w:type="dxa"/>
            <w:shd w:val="clear" w:color="auto" w:fill="F3F4F5"/>
            <w:tcMar>
              <w:top w:w="80" w:type="dxa"/>
              <w:left w:w="90" w:type="dxa"/>
              <w:bottom w:w="80" w:type="dxa"/>
              <w:right w:w="90" w:type="dxa"/>
            </w:tcMar>
            <w:vAlign w:val="center"/>
          </w:tcPr>
          <w:p w14:paraId="07B64B65" w14:textId="77777777" w:rsidR="00430FCC" w:rsidRPr="008E6C00" w:rsidRDefault="00000000">
            <w:pPr>
              <w:spacing w:after="0" w:line="240" w:lineRule="auto"/>
              <w:rPr>
                <w:noProof/>
                <w:lang w:val="ro-RO"/>
              </w:rPr>
            </w:pPr>
            <w:r w:rsidRPr="008E6C00">
              <w:rPr>
                <w:b/>
                <w:noProof/>
                <w:sz w:val="15"/>
                <w:lang w:val="ro-RO"/>
              </w:rPr>
              <w:t>Documente afectate</w:t>
            </w:r>
          </w:p>
        </w:tc>
        <w:tc>
          <w:tcPr>
            <w:tcW w:w="2211" w:type="dxa"/>
            <w:shd w:val="clear" w:color="auto" w:fill="FFFFFF"/>
            <w:tcMar>
              <w:top w:w="80" w:type="dxa"/>
              <w:left w:w="90" w:type="dxa"/>
              <w:bottom w:w="80" w:type="dxa"/>
              <w:right w:w="90" w:type="dxa"/>
            </w:tcMar>
            <w:vAlign w:val="center"/>
          </w:tcPr>
          <w:p w14:paraId="777711CB" w14:textId="77777777" w:rsidR="00430FCC" w:rsidRPr="008E6C00" w:rsidRDefault="00430FCC">
            <w:pPr>
              <w:spacing w:after="0" w:line="240" w:lineRule="auto"/>
              <w:rPr>
                <w:noProof/>
                <w:lang w:val="ro-RO"/>
              </w:rPr>
            </w:pPr>
          </w:p>
        </w:tc>
      </w:tr>
      <w:tr w:rsidR="00430FCC" w:rsidRPr="008E6C00" w14:paraId="3EF919DD" w14:textId="77777777">
        <w:trPr>
          <w:jc w:val="center"/>
        </w:trPr>
        <w:tc>
          <w:tcPr>
            <w:tcW w:w="1928" w:type="dxa"/>
            <w:shd w:val="clear" w:color="auto" w:fill="F3F4F5"/>
            <w:tcMar>
              <w:top w:w="80" w:type="dxa"/>
              <w:left w:w="90" w:type="dxa"/>
              <w:bottom w:w="80" w:type="dxa"/>
              <w:right w:w="90" w:type="dxa"/>
            </w:tcMar>
            <w:vAlign w:val="center"/>
          </w:tcPr>
          <w:p w14:paraId="4CA94DA1" w14:textId="77777777" w:rsidR="00430FCC" w:rsidRPr="008E6C00" w:rsidRDefault="00000000">
            <w:pPr>
              <w:spacing w:after="0" w:line="240" w:lineRule="auto"/>
              <w:rPr>
                <w:noProof/>
                <w:lang w:val="ro-RO"/>
              </w:rPr>
            </w:pPr>
            <w:r w:rsidRPr="008E6C00">
              <w:rPr>
                <w:b/>
                <w:noProof/>
                <w:sz w:val="15"/>
                <w:lang w:val="ro-RO"/>
              </w:rPr>
              <w:t>Impact instruire / comunicare</w:t>
            </w:r>
          </w:p>
        </w:tc>
        <w:tc>
          <w:tcPr>
            <w:tcW w:w="3855" w:type="dxa"/>
            <w:shd w:val="clear" w:color="auto" w:fill="FFFFFF"/>
            <w:tcMar>
              <w:top w:w="80" w:type="dxa"/>
              <w:left w:w="90" w:type="dxa"/>
              <w:bottom w:w="80" w:type="dxa"/>
              <w:right w:w="90" w:type="dxa"/>
            </w:tcMar>
            <w:vAlign w:val="center"/>
          </w:tcPr>
          <w:p w14:paraId="16140430" w14:textId="77777777" w:rsidR="00430FCC" w:rsidRPr="008E6C00" w:rsidRDefault="00430FCC">
            <w:pPr>
              <w:spacing w:after="0" w:line="240" w:lineRule="auto"/>
              <w:rPr>
                <w:noProof/>
                <w:lang w:val="ro-RO"/>
              </w:rPr>
            </w:pPr>
          </w:p>
        </w:tc>
        <w:tc>
          <w:tcPr>
            <w:tcW w:w="1928" w:type="dxa"/>
            <w:shd w:val="clear" w:color="auto" w:fill="F3F4F5"/>
            <w:tcMar>
              <w:top w:w="80" w:type="dxa"/>
              <w:left w:w="90" w:type="dxa"/>
              <w:bottom w:w="80" w:type="dxa"/>
              <w:right w:w="90" w:type="dxa"/>
            </w:tcMar>
            <w:vAlign w:val="center"/>
          </w:tcPr>
          <w:p w14:paraId="18F17218" w14:textId="77777777" w:rsidR="00430FCC" w:rsidRPr="008E6C00" w:rsidRDefault="00000000">
            <w:pPr>
              <w:spacing w:after="0" w:line="240" w:lineRule="auto"/>
              <w:rPr>
                <w:noProof/>
                <w:lang w:val="ro-RO"/>
              </w:rPr>
            </w:pPr>
            <w:r w:rsidRPr="008E6C00">
              <w:rPr>
                <w:b/>
                <w:noProof/>
                <w:sz w:val="15"/>
                <w:lang w:val="ro-RO"/>
              </w:rPr>
              <w:t>Data propusă</w:t>
            </w:r>
          </w:p>
        </w:tc>
        <w:tc>
          <w:tcPr>
            <w:tcW w:w="2211" w:type="dxa"/>
            <w:shd w:val="clear" w:color="auto" w:fill="FFFFFF"/>
            <w:tcMar>
              <w:top w:w="80" w:type="dxa"/>
              <w:left w:w="90" w:type="dxa"/>
              <w:bottom w:w="80" w:type="dxa"/>
              <w:right w:w="90" w:type="dxa"/>
            </w:tcMar>
            <w:vAlign w:val="center"/>
          </w:tcPr>
          <w:p w14:paraId="01B2AF3B" w14:textId="77777777" w:rsidR="00430FCC" w:rsidRPr="008E6C00" w:rsidRDefault="00430FCC">
            <w:pPr>
              <w:spacing w:after="0" w:line="240" w:lineRule="auto"/>
              <w:rPr>
                <w:noProof/>
                <w:lang w:val="ro-RO"/>
              </w:rPr>
            </w:pPr>
          </w:p>
        </w:tc>
      </w:tr>
      <w:tr w:rsidR="00430FCC" w:rsidRPr="008E6C00" w14:paraId="24D0A6CC" w14:textId="77777777">
        <w:trPr>
          <w:jc w:val="center"/>
        </w:trPr>
        <w:tc>
          <w:tcPr>
            <w:tcW w:w="1928" w:type="dxa"/>
            <w:shd w:val="clear" w:color="auto" w:fill="F3F4F5"/>
            <w:tcMar>
              <w:top w:w="80" w:type="dxa"/>
              <w:left w:w="90" w:type="dxa"/>
              <w:bottom w:w="80" w:type="dxa"/>
              <w:right w:w="90" w:type="dxa"/>
            </w:tcMar>
            <w:vAlign w:val="center"/>
          </w:tcPr>
          <w:p w14:paraId="75620C4D" w14:textId="77777777" w:rsidR="00430FCC" w:rsidRPr="008E6C00" w:rsidRDefault="00000000">
            <w:pPr>
              <w:spacing w:after="0" w:line="240" w:lineRule="auto"/>
              <w:rPr>
                <w:noProof/>
                <w:lang w:val="ro-RO"/>
              </w:rPr>
            </w:pPr>
            <w:r w:rsidRPr="008E6C00">
              <w:rPr>
                <w:b/>
                <w:noProof/>
                <w:sz w:val="15"/>
                <w:lang w:val="ro-RO"/>
              </w:rPr>
              <w:t>Decizie</w:t>
            </w:r>
          </w:p>
        </w:tc>
        <w:tc>
          <w:tcPr>
            <w:tcW w:w="3855" w:type="dxa"/>
            <w:shd w:val="clear" w:color="auto" w:fill="FFFFFF"/>
            <w:tcMar>
              <w:top w:w="80" w:type="dxa"/>
              <w:left w:w="90" w:type="dxa"/>
              <w:bottom w:w="80" w:type="dxa"/>
              <w:right w:w="90" w:type="dxa"/>
            </w:tcMar>
            <w:vAlign w:val="center"/>
          </w:tcPr>
          <w:p w14:paraId="4D7ECEB9" w14:textId="77777777" w:rsidR="00430FCC" w:rsidRPr="008E6C00" w:rsidRDefault="00000000">
            <w:pPr>
              <w:spacing w:after="0" w:line="240" w:lineRule="auto"/>
              <w:rPr>
                <w:noProof/>
                <w:lang w:val="ro-RO"/>
              </w:rPr>
            </w:pPr>
            <w:r w:rsidRPr="008E6C00">
              <w:rPr>
                <w:noProof/>
                <w:sz w:val="15"/>
                <w:lang w:val="ro-RO"/>
              </w:rPr>
              <w:t>☐ aprobat   ☐ respins   ☐ revizuire necesară</w:t>
            </w:r>
          </w:p>
        </w:tc>
        <w:tc>
          <w:tcPr>
            <w:tcW w:w="1928" w:type="dxa"/>
            <w:shd w:val="clear" w:color="auto" w:fill="F3F4F5"/>
            <w:tcMar>
              <w:top w:w="80" w:type="dxa"/>
              <w:left w:w="90" w:type="dxa"/>
              <w:bottom w:w="80" w:type="dxa"/>
              <w:right w:w="90" w:type="dxa"/>
            </w:tcMar>
            <w:vAlign w:val="center"/>
          </w:tcPr>
          <w:p w14:paraId="14CD66A7" w14:textId="77777777" w:rsidR="00430FCC" w:rsidRPr="008E6C00" w:rsidRDefault="00000000">
            <w:pPr>
              <w:spacing w:after="0" w:line="240" w:lineRule="auto"/>
              <w:rPr>
                <w:noProof/>
                <w:lang w:val="ro-RO"/>
              </w:rPr>
            </w:pPr>
            <w:r w:rsidRPr="008E6C00">
              <w:rPr>
                <w:b/>
                <w:noProof/>
                <w:sz w:val="15"/>
                <w:lang w:val="ro-RO"/>
              </w:rPr>
              <w:t>Aprobator</w:t>
            </w:r>
          </w:p>
        </w:tc>
        <w:tc>
          <w:tcPr>
            <w:tcW w:w="2211" w:type="dxa"/>
            <w:shd w:val="clear" w:color="auto" w:fill="FFFFFF"/>
            <w:tcMar>
              <w:top w:w="80" w:type="dxa"/>
              <w:left w:w="90" w:type="dxa"/>
              <w:bottom w:w="80" w:type="dxa"/>
              <w:right w:w="90" w:type="dxa"/>
            </w:tcMar>
            <w:vAlign w:val="center"/>
          </w:tcPr>
          <w:p w14:paraId="26E7C72C" w14:textId="77777777" w:rsidR="00430FCC" w:rsidRPr="008E6C00" w:rsidRDefault="00430FCC">
            <w:pPr>
              <w:spacing w:after="0" w:line="240" w:lineRule="auto"/>
              <w:rPr>
                <w:noProof/>
                <w:lang w:val="ro-RO"/>
              </w:rPr>
            </w:pPr>
          </w:p>
        </w:tc>
      </w:tr>
    </w:tbl>
    <w:p w14:paraId="739BA258" w14:textId="77777777" w:rsidR="00430FCC" w:rsidRPr="008E6C00" w:rsidRDefault="00000000">
      <w:pPr>
        <w:pStyle w:val="Heading2"/>
        <w:rPr>
          <w:noProof/>
          <w:lang w:val="ro-RO"/>
        </w:rPr>
      </w:pPr>
      <w:r w:rsidRPr="008E6C00">
        <w:rPr>
          <w:noProof/>
          <w:lang w:val="ro-RO"/>
        </w:rPr>
        <w:t>Fișă de proces - structură scurtă</w:t>
      </w:r>
    </w:p>
    <w:tbl>
      <w:tblPr>
        <w:tblW w:w="9927" w:type="dxa"/>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434"/>
        <w:gridCol w:w="2233"/>
        <w:gridCol w:w="1434"/>
        <w:gridCol w:w="4826"/>
      </w:tblGrid>
      <w:tr w:rsidR="00430FCC" w:rsidRPr="008E6C00" w14:paraId="44B78BA5" w14:textId="77777777" w:rsidTr="008E6C00">
        <w:trPr>
          <w:trHeight w:val="175"/>
          <w:jc w:val="center"/>
        </w:trPr>
        <w:tc>
          <w:tcPr>
            <w:tcW w:w="1434" w:type="dxa"/>
            <w:shd w:val="clear" w:color="auto" w:fill="F3F4F5"/>
            <w:tcMar>
              <w:top w:w="80" w:type="dxa"/>
              <w:left w:w="90" w:type="dxa"/>
              <w:bottom w:w="80" w:type="dxa"/>
              <w:right w:w="90" w:type="dxa"/>
            </w:tcMar>
            <w:vAlign w:val="center"/>
          </w:tcPr>
          <w:p w14:paraId="34AFF9B0" w14:textId="77777777" w:rsidR="00430FCC" w:rsidRPr="008E6C00" w:rsidRDefault="00000000">
            <w:pPr>
              <w:spacing w:after="0" w:line="240" w:lineRule="auto"/>
              <w:rPr>
                <w:noProof/>
                <w:lang w:val="ro-RO"/>
              </w:rPr>
            </w:pPr>
            <w:r w:rsidRPr="008E6C00">
              <w:rPr>
                <w:b/>
                <w:noProof/>
                <w:sz w:val="15"/>
                <w:lang w:val="ro-RO"/>
              </w:rPr>
              <w:t>Denumire / cod proces</w:t>
            </w:r>
          </w:p>
        </w:tc>
        <w:tc>
          <w:tcPr>
            <w:tcW w:w="2233" w:type="dxa"/>
            <w:shd w:val="clear" w:color="auto" w:fill="FFFFFF"/>
            <w:tcMar>
              <w:top w:w="80" w:type="dxa"/>
              <w:left w:w="90" w:type="dxa"/>
              <w:bottom w:w="80" w:type="dxa"/>
              <w:right w:w="90" w:type="dxa"/>
            </w:tcMar>
            <w:vAlign w:val="center"/>
          </w:tcPr>
          <w:p w14:paraId="5E0AA82E" w14:textId="77777777" w:rsidR="00430FCC" w:rsidRPr="008E6C00" w:rsidRDefault="00430FCC">
            <w:pPr>
              <w:spacing w:after="0" w:line="240" w:lineRule="auto"/>
              <w:rPr>
                <w:noProof/>
                <w:lang w:val="ro-RO"/>
              </w:rPr>
            </w:pPr>
          </w:p>
        </w:tc>
        <w:tc>
          <w:tcPr>
            <w:tcW w:w="1434" w:type="dxa"/>
            <w:shd w:val="clear" w:color="auto" w:fill="F3F4F5"/>
            <w:tcMar>
              <w:top w:w="80" w:type="dxa"/>
              <w:left w:w="90" w:type="dxa"/>
              <w:bottom w:w="80" w:type="dxa"/>
              <w:right w:w="90" w:type="dxa"/>
            </w:tcMar>
            <w:vAlign w:val="center"/>
          </w:tcPr>
          <w:p w14:paraId="59E2E558" w14:textId="77777777" w:rsidR="00430FCC" w:rsidRPr="008E6C00" w:rsidRDefault="00000000">
            <w:pPr>
              <w:spacing w:after="0" w:line="240" w:lineRule="auto"/>
              <w:rPr>
                <w:noProof/>
                <w:lang w:val="ro-RO"/>
              </w:rPr>
            </w:pPr>
            <w:r w:rsidRPr="008E6C00">
              <w:rPr>
                <w:b/>
                <w:noProof/>
                <w:sz w:val="15"/>
                <w:lang w:val="ro-RO"/>
              </w:rPr>
              <w:t>Proprietar</w:t>
            </w:r>
          </w:p>
        </w:tc>
        <w:tc>
          <w:tcPr>
            <w:tcW w:w="4825" w:type="dxa"/>
            <w:shd w:val="clear" w:color="auto" w:fill="FFFFFF"/>
            <w:tcMar>
              <w:top w:w="80" w:type="dxa"/>
              <w:left w:w="90" w:type="dxa"/>
              <w:bottom w:w="80" w:type="dxa"/>
              <w:right w:w="90" w:type="dxa"/>
            </w:tcMar>
            <w:vAlign w:val="center"/>
          </w:tcPr>
          <w:p w14:paraId="70854BBD" w14:textId="77777777" w:rsidR="00430FCC" w:rsidRPr="008E6C00" w:rsidRDefault="00430FCC">
            <w:pPr>
              <w:spacing w:after="0" w:line="240" w:lineRule="auto"/>
              <w:rPr>
                <w:noProof/>
                <w:lang w:val="ro-RO"/>
              </w:rPr>
            </w:pPr>
          </w:p>
        </w:tc>
      </w:tr>
      <w:tr w:rsidR="00430FCC" w:rsidRPr="008E6C00" w14:paraId="127A995F" w14:textId="77777777" w:rsidTr="008E6C00">
        <w:trPr>
          <w:trHeight w:val="185"/>
          <w:jc w:val="center"/>
        </w:trPr>
        <w:tc>
          <w:tcPr>
            <w:tcW w:w="1434" w:type="dxa"/>
            <w:shd w:val="clear" w:color="auto" w:fill="F3F4F5"/>
            <w:tcMar>
              <w:top w:w="80" w:type="dxa"/>
              <w:left w:w="90" w:type="dxa"/>
              <w:bottom w:w="80" w:type="dxa"/>
              <w:right w:w="90" w:type="dxa"/>
            </w:tcMar>
            <w:vAlign w:val="center"/>
          </w:tcPr>
          <w:p w14:paraId="507507B1" w14:textId="77777777" w:rsidR="00430FCC" w:rsidRPr="008E6C00" w:rsidRDefault="00000000">
            <w:pPr>
              <w:spacing w:after="0" w:line="240" w:lineRule="auto"/>
              <w:rPr>
                <w:noProof/>
                <w:lang w:val="ro-RO"/>
              </w:rPr>
            </w:pPr>
            <w:r w:rsidRPr="008E6C00">
              <w:rPr>
                <w:b/>
                <w:noProof/>
                <w:sz w:val="15"/>
                <w:lang w:val="ro-RO"/>
              </w:rPr>
              <w:t>Scop</w:t>
            </w:r>
          </w:p>
        </w:tc>
        <w:tc>
          <w:tcPr>
            <w:tcW w:w="2233" w:type="dxa"/>
            <w:shd w:val="clear" w:color="auto" w:fill="FFFFFF"/>
            <w:tcMar>
              <w:top w:w="80" w:type="dxa"/>
              <w:left w:w="90" w:type="dxa"/>
              <w:bottom w:w="80" w:type="dxa"/>
              <w:right w:w="90" w:type="dxa"/>
            </w:tcMar>
            <w:vAlign w:val="center"/>
          </w:tcPr>
          <w:p w14:paraId="34B4E778" w14:textId="77777777" w:rsidR="00430FCC" w:rsidRPr="008E6C00" w:rsidRDefault="00430FCC">
            <w:pPr>
              <w:spacing w:after="0" w:line="240" w:lineRule="auto"/>
              <w:rPr>
                <w:noProof/>
                <w:lang w:val="ro-RO"/>
              </w:rPr>
            </w:pPr>
          </w:p>
        </w:tc>
        <w:tc>
          <w:tcPr>
            <w:tcW w:w="1434" w:type="dxa"/>
            <w:shd w:val="clear" w:color="auto" w:fill="F3F4F5"/>
            <w:tcMar>
              <w:top w:w="80" w:type="dxa"/>
              <w:left w:w="90" w:type="dxa"/>
              <w:bottom w:w="80" w:type="dxa"/>
              <w:right w:w="90" w:type="dxa"/>
            </w:tcMar>
            <w:vAlign w:val="center"/>
          </w:tcPr>
          <w:p w14:paraId="1B20BC17" w14:textId="77777777" w:rsidR="00430FCC" w:rsidRPr="008E6C00" w:rsidRDefault="00000000">
            <w:pPr>
              <w:spacing w:after="0" w:line="240" w:lineRule="auto"/>
              <w:rPr>
                <w:noProof/>
                <w:lang w:val="ro-RO"/>
              </w:rPr>
            </w:pPr>
            <w:r w:rsidRPr="008E6C00">
              <w:rPr>
                <w:b/>
                <w:noProof/>
                <w:sz w:val="15"/>
                <w:lang w:val="ro-RO"/>
              </w:rPr>
              <w:t>Domeniu</w:t>
            </w:r>
          </w:p>
        </w:tc>
        <w:tc>
          <w:tcPr>
            <w:tcW w:w="4825" w:type="dxa"/>
            <w:shd w:val="clear" w:color="auto" w:fill="FFFFFF"/>
            <w:tcMar>
              <w:top w:w="80" w:type="dxa"/>
              <w:left w:w="90" w:type="dxa"/>
              <w:bottom w:w="80" w:type="dxa"/>
              <w:right w:w="90" w:type="dxa"/>
            </w:tcMar>
            <w:vAlign w:val="center"/>
          </w:tcPr>
          <w:p w14:paraId="51DC7B7F" w14:textId="77777777" w:rsidR="00430FCC" w:rsidRPr="008E6C00" w:rsidRDefault="00430FCC">
            <w:pPr>
              <w:spacing w:after="0" w:line="240" w:lineRule="auto"/>
              <w:rPr>
                <w:noProof/>
                <w:lang w:val="ro-RO"/>
              </w:rPr>
            </w:pPr>
          </w:p>
        </w:tc>
      </w:tr>
      <w:tr w:rsidR="00430FCC" w:rsidRPr="008E6C00" w14:paraId="2BF509F9" w14:textId="77777777" w:rsidTr="008E6C00">
        <w:trPr>
          <w:trHeight w:val="175"/>
          <w:jc w:val="center"/>
        </w:trPr>
        <w:tc>
          <w:tcPr>
            <w:tcW w:w="1434" w:type="dxa"/>
            <w:shd w:val="clear" w:color="auto" w:fill="F3F4F5"/>
            <w:tcMar>
              <w:top w:w="80" w:type="dxa"/>
              <w:left w:w="90" w:type="dxa"/>
              <w:bottom w:w="80" w:type="dxa"/>
              <w:right w:w="90" w:type="dxa"/>
            </w:tcMar>
            <w:vAlign w:val="center"/>
          </w:tcPr>
          <w:p w14:paraId="045A8A03" w14:textId="77777777" w:rsidR="00430FCC" w:rsidRPr="008E6C00" w:rsidRDefault="00000000">
            <w:pPr>
              <w:spacing w:after="0" w:line="240" w:lineRule="auto"/>
              <w:rPr>
                <w:noProof/>
                <w:lang w:val="ro-RO"/>
              </w:rPr>
            </w:pPr>
            <w:r w:rsidRPr="008E6C00">
              <w:rPr>
                <w:b/>
                <w:noProof/>
                <w:sz w:val="15"/>
                <w:lang w:val="ro-RO"/>
              </w:rPr>
              <w:t>Intrări</w:t>
            </w:r>
          </w:p>
        </w:tc>
        <w:tc>
          <w:tcPr>
            <w:tcW w:w="2233" w:type="dxa"/>
            <w:shd w:val="clear" w:color="auto" w:fill="FFFFFF"/>
            <w:tcMar>
              <w:top w:w="80" w:type="dxa"/>
              <w:left w:w="90" w:type="dxa"/>
              <w:bottom w:w="80" w:type="dxa"/>
              <w:right w:w="90" w:type="dxa"/>
            </w:tcMar>
            <w:vAlign w:val="center"/>
          </w:tcPr>
          <w:p w14:paraId="206D46EB" w14:textId="77777777" w:rsidR="00430FCC" w:rsidRPr="008E6C00" w:rsidRDefault="00430FCC">
            <w:pPr>
              <w:spacing w:after="0" w:line="240" w:lineRule="auto"/>
              <w:rPr>
                <w:noProof/>
                <w:lang w:val="ro-RO"/>
              </w:rPr>
            </w:pPr>
          </w:p>
        </w:tc>
        <w:tc>
          <w:tcPr>
            <w:tcW w:w="1434" w:type="dxa"/>
            <w:shd w:val="clear" w:color="auto" w:fill="F3F4F5"/>
            <w:tcMar>
              <w:top w:w="80" w:type="dxa"/>
              <w:left w:w="90" w:type="dxa"/>
              <w:bottom w:w="80" w:type="dxa"/>
              <w:right w:w="90" w:type="dxa"/>
            </w:tcMar>
            <w:vAlign w:val="center"/>
          </w:tcPr>
          <w:p w14:paraId="1B467732" w14:textId="77777777" w:rsidR="00430FCC" w:rsidRPr="008E6C00" w:rsidRDefault="00000000">
            <w:pPr>
              <w:spacing w:after="0" w:line="240" w:lineRule="auto"/>
              <w:rPr>
                <w:noProof/>
                <w:lang w:val="ro-RO"/>
              </w:rPr>
            </w:pPr>
            <w:r w:rsidRPr="008E6C00">
              <w:rPr>
                <w:b/>
                <w:noProof/>
                <w:sz w:val="15"/>
                <w:lang w:val="ro-RO"/>
              </w:rPr>
              <w:t>Furnizori intrări</w:t>
            </w:r>
          </w:p>
        </w:tc>
        <w:tc>
          <w:tcPr>
            <w:tcW w:w="4825" w:type="dxa"/>
            <w:shd w:val="clear" w:color="auto" w:fill="FFFFFF"/>
            <w:tcMar>
              <w:top w:w="80" w:type="dxa"/>
              <w:left w:w="90" w:type="dxa"/>
              <w:bottom w:w="80" w:type="dxa"/>
              <w:right w:w="90" w:type="dxa"/>
            </w:tcMar>
            <w:vAlign w:val="center"/>
          </w:tcPr>
          <w:p w14:paraId="79577A20" w14:textId="77777777" w:rsidR="00430FCC" w:rsidRPr="008E6C00" w:rsidRDefault="00430FCC">
            <w:pPr>
              <w:spacing w:after="0" w:line="240" w:lineRule="auto"/>
              <w:rPr>
                <w:noProof/>
                <w:lang w:val="ro-RO"/>
              </w:rPr>
            </w:pPr>
          </w:p>
        </w:tc>
      </w:tr>
      <w:tr w:rsidR="00430FCC" w:rsidRPr="008E6C00" w14:paraId="233B8296" w14:textId="77777777" w:rsidTr="008E6C00">
        <w:trPr>
          <w:trHeight w:val="185"/>
          <w:jc w:val="center"/>
        </w:trPr>
        <w:tc>
          <w:tcPr>
            <w:tcW w:w="1434" w:type="dxa"/>
            <w:shd w:val="clear" w:color="auto" w:fill="F3F4F5"/>
            <w:tcMar>
              <w:top w:w="80" w:type="dxa"/>
              <w:left w:w="90" w:type="dxa"/>
              <w:bottom w:w="80" w:type="dxa"/>
              <w:right w:w="90" w:type="dxa"/>
            </w:tcMar>
            <w:vAlign w:val="center"/>
          </w:tcPr>
          <w:p w14:paraId="728C621B" w14:textId="77777777" w:rsidR="00430FCC" w:rsidRPr="008E6C00" w:rsidRDefault="00000000">
            <w:pPr>
              <w:spacing w:after="0" w:line="240" w:lineRule="auto"/>
              <w:rPr>
                <w:noProof/>
                <w:lang w:val="ro-RO"/>
              </w:rPr>
            </w:pPr>
            <w:r w:rsidRPr="008E6C00">
              <w:rPr>
                <w:b/>
                <w:noProof/>
                <w:sz w:val="15"/>
                <w:lang w:val="ro-RO"/>
              </w:rPr>
              <w:t>Activități principale</w:t>
            </w:r>
          </w:p>
        </w:tc>
        <w:tc>
          <w:tcPr>
            <w:tcW w:w="2233" w:type="dxa"/>
            <w:shd w:val="clear" w:color="auto" w:fill="FFFFFF"/>
            <w:tcMar>
              <w:top w:w="80" w:type="dxa"/>
              <w:left w:w="90" w:type="dxa"/>
              <w:bottom w:w="80" w:type="dxa"/>
              <w:right w:w="90" w:type="dxa"/>
            </w:tcMar>
            <w:vAlign w:val="center"/>
          </w:tcPr>
          <w:p w14:paraId="0E9C9F0C" w14:textId="77777777" w:rsidR="00430FCC" w:rsidRPr="008E6C00" w:rsidRDefault="00430FCC">
            <w:pPr>
              <w:spacing w:after="0" w:line="240" w:lineRule="auto"/>
              <w:rPr>
                <w:noProof/>
                <w:lang w:val="ro-RO"/>
              </w:rPr>
            </w:pPr>
          </w:p>
        </w:tc>
        <w:tc>
          <w:tcPr>
            <w:tcW w:w="1434" w:type="dxa"/>
            <w:shd w:val="clear" w:color="auto" w:fill="F3F4F5"/>
            <w:tcMar>
              <w:top w:w="80" w:type="dxa"/>
              <w:left w:w="90" w:type="dxa"/>
              <w:bottom w:w="80" w:type="dxa"/>
              <w:right w:w="90" w:type="dxa"/>
            </w:tcMar>
            <w:vAlign w:val="center"/>
          </w:tcPr>
          <w:p w14:paraId="298E3EF1" w14:textId="77777777" w:rsidR="00430FCC" w:rsidRPr="008E6C00" w:rsidRDefault="00000000">
            <w:pPr>
              <w:spacing w:after="0" w:line="240" w:lineRule="auto"/>
              <w:rPr>
                <w:noProof/>
                <w:lang w:val="ro-RO"/>
              </w:rPr>
            </w:pPr>
            <w:r w:rsidRPr="008E6C00">
              <w:rPr>
                <w:b/>
                <w:noProof/>
                <w:sz w:val="15"/>
                <w:lang w:val="ro-RO"/>
              </w:rPr>
              <w:t>Responsabilități</w:t>
            </w:r>
          </w:p>
        </w:tc>
        <w:tc>
          <w:tcPr>
            <w:tcW w:w="4825" w:type="dxa"/>
            <w:shd w:val="clear" w:color="auto" w:fill="FFFFFF"/>
            <w:tcMar>
              <w:top w:w="80" w:type="dxa"/>
              <w:left w:w="90" w:type="dxa"/>
              <w:bottom w:w="80" w:type="dxa"/>
              <w:right w:w="90" w:type="dxa"/>
            </w:tcMar>
            <w:vAlign w:val="center"/>
          </w:tcPr>
          <w:p w14:paraId="51116423" w14:textId="77777777" w:rsidR="00430FCC" w:rsidRPr="008E6C00" w:rsidRDefault="00430FCC">
            <w:pPr>
              <w:spacing w:after="0" w:line="240" w:lineRule="auto"/>
              <w:rPr>
                <w:noProof/>
                <w:lang w:val="ro-RO"/>
              </w:rPr>
            </w:pPr>
          </w:p>
        </w:tc>
      </w:tr>
      <w:tr w:rsidR="00430FCC" w:rsidRPr="008E6C00" w14:paraId="1B0C92F6" w14:textId="77777777" w:rsidTr="008E6C00">
        <w:trPr>
          <w:trHeight w:val="175"/>
          <w:jc w:val="center"/>
        </w:trPr>
        <w:tc>
          <w:tcPr>
            <w:tcW w:w="1434" w:type="dxa"/>
            <w:shd w:val="clear" w:color="auto" w:fill="F3F4F5"/>
            <w:tcMar>
              <w:top w:w="80" w:type="dxa"/>
              <w:left w:w="90" w:type="dxa"/>
              <w:bottom w:w="80" w:type="dxa"/>
              <w:right w:w="90" w:type="dxa"/>
            </w:tcMar>
            <w:vAlign w:val="center"/>
          </w:tcPr>
          <w:p w14:paraId="3D0D6F3D" w14:textId="77777777" w:rsidR="00430FCC" w:rsidRPr="008E6C00" w:rsidRDefault="00000000">
            <w:pPr>
              <w:spacing w:after="0" w:line="240" w:lineRule="auto"/>
              <w:rPr>
                <w:noProof/>
                <w:lang w:val="ro-RO"/>
              </w:rPr>
            </w:pPr>
            <w:r w:rsidRPr="008E6C00">
              <w:rPr>
                <w:b/>
                <w:noProof/>
                <w:sz w:val="15"/>
                <w:lang w:val="ro-RO"/>
              </w:rPr>
              <w:t>Ieșiri</w:t>
            </w:r>
          </w:p>
        </w:tc>
        <w:tc>
          <w:tcPr>
            <w:tcW w:w="2233" w:type="dxa"/>
            <w:shd w:val="clear" w:color="auto" w:fill="FFFFFF"/>
            <w:tcMar>
              <w:top w:w="80" w:type="dxa"/>
              <w:left w:w="90" w:type="dxa"/>
              <w:bottom w:w="80" w:type="dxa"/>
              <w:right w:w="90" w:type="dxa"/>
            </w:tcMar>
            <w:vAlign w:val="center"/>
          </w:tcPr>
          <w:p w14:paraId="47713A39" w14:textId="77777777" w:rsidR="00430FCC" w:rsidRPr="008E6C00" w:rsidRDefault="00430FCC">
            <w:pPr>
              <w:spacing w:after="0" w:line="240" w:lineRule="auto"/>
              <w:rPr>
                <w:noProof/>
                <w:lang w:val="ro-RO"/>
              </w:rPr>
            </w:pPr>
          </w:p>
        </w:tc>
        <w:tc>
          <w:tcPr>
            <w:tcW w:w="1434" w:type="dxa"/>
            <w:shd w:val="clear" w:color="auto" w:fill="F3F4F5"/>
            <w:tcMar>
              <w:top w:w="80" w:type="dxa"/>
              <w:left w:w="90" w:type="dxa"/>
              <w:bottom w:w="80" w:type="dxa"/>
              <w:right w:w="90" w:type="dxa"/>
            </w:tcMar>
            <w:vAlign w:val="center"/>
          </w:tcPr>
          <w:p w14:paraId="5DD365FC" w14:textId="77777777" w:rsidR="00430FCC" w:rsidRPr="008E6C00" w:rsidRDefault="00000000">
            <w:pPr>
              <w:spacing w:after="0" w:line="240" w:lineRule="auto"/>
              <w:rPr>
                <w:noProof/>
                <w:lang w:val="ro-RO"/>
              </w:rPr>
            </w:pPr>
            <w:r w:rsidRPr="008E6C00">
              <w:rPr>
                <w:b/>
                <w:noProof/>
                <w:sz w:val="15"/>
                <w:lang w:val="ro-RO"/>
              </w:rPr>
              <w:t>Clienți ieșiri</w:t>
            </w:r>
          </w:p>
        </w:tc>
        <w:tc>
          <w:tcPr>
            <w:tcW w:w="4825" w:type="dxa"/>
            <w:shd w:val="clear" w:color="auto" w:fill="FFFFFF"/>
            <w:tcMar>
              <w:top w:w="80" w:type="dxa"/>
              <w:left w:w="90" w:type="dxa"/>
              <w:bottom w:w="80" w:type="dxa"/>
              <w:right w:w="90" w:type="dxa"/>
            </w:tcMar>
            <w:vAlign w:val="center"/>
          </w:tcPr>
          <w:p w14:paraId="11FC671E" w14:textId="77777777" w:rsidR="00430FCC" w:rsidRPr="008E6C00" w:rsidRDefault="00430FCC">
            <w:pPr>
              <w:spacing w:after="0" w:line="240" w:lineRule="auto"/>
              <w:rPr>
                <w:noProof/>
                <w:lang w:val="ro-RO"/>
              </w:rPr>
            </w:pPr>
          </w:p>
        </w:tc>
      </w:tr>
      <w:tr w:rsidR="00430FCC" w:rsidRPr="008E6C00" w14:paraId="3355D2E3" w14:textId="77777777" w:rsidTr="008E6C00">
        <w:trPr>
          <w:trHeight w:val="175"/>
          <w:jc w:val="center"/>
        </w:trPr>
        <w:tc>
          <w:tcPr>
            <w:tcW w:w="1434" w:type="dxa"/>
            <w:shd w:val="clear" w:color="auto" w:fill="F3F4F5"/>
            <w:tcMar>
              <w:top w:w="80" w:type="dxa"/>
              <w:left w:w="90" w:type="dxa"/>
              <w:bottom w:w="80" w:type="dxa"/>
              <w:right w:w="90" w:type="dxa"/>
            </w:tcMar>
            <w:vAlign w:val="center"/>
          </w:tcPr>
          <w:p w14:paraId="4C6EAF86" w14:textId="77777777" w:rsidR="00430FCC" w:rsidRPr="008E6C00" w:rsidRDefault="00000000">
            <w:pPr>
              <w:spacing w:after="0" w:line="240" w:lineRule="auto"/>
              <w:rPr>
                <w:noProof/>
                <w:lang w:val="ro-RO"/>
              </w:rPr>
            </w:pPr>
            <w:r w:rsidRPr="008E6C00">
              <w:rPr>
                <w:b/>
                <w:noProof/>
                <w:sz w:val="15"/>
                <w:lang w:val="ro-RO"/>
              </w:rPr>
              <w:t>Resurse / competențe</w:t>
            </w:r>
          </w:p>
        </w:tc>
        <w:tc>
          <w:tcPr>
            <w:tcW w:w="2233" w:type="dxa"/>
            <w:shd w:val="clear" w:color="auto" w:fill="FFFFFF"/>
            <w:tcMar>
              <w:top w:w="80" w:type="dxa"/>
              <w:left w:w="90" w:type="dxa"/>
              <w:bottom w:w="80" w:type="dxa"/>
              <w:right w:w="90" w:type="dxa"/>
            </w:tcMar>
            <w:vAlign w:val="center"/>
          </w:tcPr>
          <w:p w14:paraId="4D507E72" w14:textId="77777777" w:rsidR="00430FCC" w:rsidRPr="008E6C00" w:rsidRDefault="00430FCC">
            <w:pPr>
              <w:spacing w:after="0" w:line="240" w:lineRule="auto"/>
              <w:rPr>
                <w:noProof/>
                <w:lang w:val="ro-RO"/>
              </w:rPr>
            </w:pPr>
          </w:p>
        </w:tc>
        <w:tc>
          <w:tcPr>
            <w:tcW w:w="1434" w:type="dxa"/>
            <w:shd w:val="clear" w:color="auto" w:fill="F3F4F5"/>
            <w:tcMar>
              <w:top w:w="80" w:type="dxa"/>
              <w:left w:w="90" w:type="dxa"/>
              <w:bottom w:w="80" w:type="dxa"/>
              <w:right w:w="90" w:type="dxa"/>
            </w:tcMar>
            <w:vAlign w:val="center"/>
          </w:tcPr>
          <w:p w14:paraId="240FC24B" w14:textId="77777777" w:rsidR="00430FCC" w:rsidRPr="008E6C00" w:rsidRDefault="00000000">
            <w:pPr>
              <w:spacing w:after="0" w:line="240" w:lineRule="auto"/>
              <w:rPr>
                <w:noProof/>
                <w:lang w:val="ro-RO"/>
              </w:rPr>
            </w:pPr>
            <w:r w:rsidRPr="008E6C00">
              <w:rPr>
                <w:b/>
                <w:noProof/>
                <w:sz w:val="15"/>
                <w:lang w:val="ro-RO"/>
              </w:rPr>
              <w:t>Documente</w:t>
            </w:r>
          </w:p>
        </w:tc>
        <w:tc>
          <w:tcPr>
            <w:tcW w:w="4825" w:type="dxa"/>
            <w:shd w:val="clear" w:color="auto" w:fill="FFFFFF"/>
            <w:tcMar>
              <w:top w:w="80" w:type="dxa"/>
              <w:left w:w="90" w:type="dxa"/>
              <w:bottom w:w="80" w:type="dxa"/>
              <w:right w:w="90" w:type="dxa"/>
            </w:tcMar>
            <w:vAlign w:val="center"/>
          </w:tcPr>
          <w:p w14:paraId="0B9D79C9" w14:textId="77777777" w:rsidR="00430FCC" w:rsidRPr="008E6C00" w:rsidRDefault="00430FCC">
            <w:pPr>
              <w:spacing w:after="0" w:line="240" w:lineRule="auto"/>
              <w:rPr>
                <w:noProof/>
                <w:lang w:val="ro-RO"/>
              </w:rPr>
            </w:pPr>
          </w:p>
        </w:tc>
      </w:tr>
      <w:tr w:rsidR="00430FCC" w:rsidRPr="008E6C00" w14:paraId="24970D40" w14:textId="77777777" w:rsidTr="008E6C00">
        <w:trPr>
          <w:trHeight w:val="185"/>
          <w:jc w:val="center"/>
        </w:trPr>
        <w:tc>
          <w:tcPr>
            <w:tcW w:w="1434" w:type="dxa"/>
            <w:shd w:val="clear" w:color="auto" w:fill="F3F4F5"/>
            <w:tcMar>
              <w:top w:w="80" w:type="dxa"/>
              <w:left w:w="90" w:type="dxa"/>
              <w:bottom w:w="80" w:type="dxa"/>
              <w:right w:w="90" w:type="dxa"/>
            </w:tcMar>
            <w:vAlign w:val="center"/>
          </w:tcPr>
          <w:p w14:paraId="7E881126" w14:textId="77777777" w:rsidR="00430FCC" w:rsidRPr="008E6C00" w:rsidRDefault="00000000">
            <w:pPr>
              <w:spacing w:after="0" w:line="240" w:lineRule="auto"/>
              <w:rPr>
                <w:noProof/>
                <w:lang w:val="ro-RO"/>
              </w:rPr>
            </w:pPr>
            <w:r w:rsidRPr="008E6C00">
              <w:rPr>
                <w:b/>
                <w:noProof/>
                <w:sz w:val="15"/>
                <w:lang w:val="ro-RO"/>
              </w:rPr>
              <w:t>Criterii / KPI</w:t>
            </w:r>
          </w:p>
        </w:tc>
        <w:tc>
          <w:tcPr>
            <w:tcW w:w="2233" w:type="dxa"/>
            <w:shd w:val="clear" w:color="auto" w:fill="FFFFFF"/>
            <w:tcMar>
              <w:top w:w="80" w:type="dxa"/>
              <w:left w:w="90" w:type="dxa"/>
              <w:bottom w:w="80" w:type="dxa"/>
              <w:right w:w="90" w:type="dxa"/>
            </w:tcMar>
            <w:vAlign w:val="center"/>
          </w:tcPr>
          <w:p w14:paraId="4506D1F8" w14:textId="77777777" w:rsidR="00430FCC" w:rsidRPr="008E6C00" w:rsidRDefault="00430FCC">
            <w:pPr>
              <w:spacing w:after="0" w:line="240" w:lineRule="auto"/>
              <w:rPr>
                <w:noProof/>
                <w:lang w:val="ro-RO"/>
              </w:rPr>
            </w:pPr>
          </w:p>
        </w:tc>
        <w:tc>
          <w:tcPr>
            <w:tcW w:w="1434" w:type="dxa"/>
            <w:shd w:val="clear" w:color="auto" w:fill="F3F4F5"/>
            <w:tcMar>
              <w:top w:w="80" w:type="dxa"/>
              <w:left w:w="90" w:type="dxa"/>
              <w:bottom w:w="80" w:type="dxa"/>
              <w:right w:w="90" w:type="dxa"/>
            </w:tcMar>
            <w:vAlign w:val="center"/>
          </w:tcPr>
          <w:p w14:paraId="31B1F7FA" w14:textId="77777777" w:rsidR="00430FCC" w:rsidRPr="008E6C00" w:rsidRDefault="00000000">
            <w:pPr>
              <w:spacing w:after="0" w:line="240" w:lineRule="auto"/>
              <w:rPr>
                <w:noProof/>
                <w:lang w:val="ro-RO"/>
              </w:rPr>
            </w:pPr>
            <w:r w:rsidRPr="008E6C00">
              <w:rPr>
                <w:b/>
                <w:noProof/>
                <w:sz w:val="15"/>
                <w:lang w:val="ro-RO"/>
              </w:rPr>
              <w:t>Frecvență</w:t>
            </w:r>
          </w:p>
        </w:tc>
        <w:tc>
          <w:tcPr>
            <w:tcW w:w="4825" w:type="dxa"/>
            <w:shd w:val="clear" w:color="auto" w:fill="FFFFFF"/>
            <w:tcMar>
              <w:top w:w="80" w:type="dxa"/>
              <w:left w:w="90" w:type="dxa"/>
              <w:bottom w:w="80" w:type="dxa"/>
              <w:right w:w="90" w:type="dxa"/>
            </w:tcMar>
            <w:vAlign w:val="center"/>
          </w:tcPr>
          <w:p w14:paraId="13830658" w14:textId="77777777" w:rsidR="00430FCC" w:rsidRPr="008E6C00" w:rsidRDefault="00430FCC">
            <w:pPr>
              <w:spacing w:after="0" w:line="240" w:lineRule="auto"/>
              <w:rPr>
                <w:noProof/>
                <w:lang w:val="ro-RO"/>
              </w:rPr>
            </w:pPr>
          </w:p>
        </w:tc>
      </w:tr>
      <w:tr w:rsidR="00430FCC" w:rsidRPr="008E6C00" w14:paraId="252430C9" w14:textId="77777777" w:rsidTr="008E6C00">
        <w:trPr>
          <w:trHeight w:val="175"/>
          <w:jc w:val="center"/>
        </w:trPr>
        <w:tc>
          <w:tcPr>
            <w:tcW w:w="1434" w:type="dxa"/>
            <w:shd w:val="clear" w:color="auto" w:fill="F3F4F5"/>
            <w:tcMar>
              <w:top w:w="80" w:type="dxa"/>
              <w:left w:w="90" w:type="dxa"/>
              <w:bottom w:w="80" w:type="dxa"/>
              <w:right w:w="90" w:type="dxa"/>
            </w:tcMar>
            <w:vAlign w:val="center"/>
          </w:tcPr>
          <w:p w14:paraId="51E41B54" w14:textId="77777777" w:rsidR="00430FCC" w:rsidRPr="008E6C00" w:rsidRDefault="00000000">
            <w:pPr>
              <w:spacing w:after="0" w:line="240" w:lineRule="auto"/>
              <w:rPr>
                <w:noProof/>
                <w:lang w:val="ro-RO"/>
              </w:rPr>
            </w:pPr>
            <w:r w:rsidRPr="008E6C00">
              <w:rPr>
                <w:b/>
                <w:noProof/>
                <w:sz w:val="15"/>
                <w:lang w:val="ro-RO"/>
              </w:rPr>
              <w:t>Riscuri și oportunități</w:t>
            </w:r>
          </w:p>
        </w:tc>
        <w:tc>
          <w:tcPr>
            <w:tcW w:w="2233" w:type="dxa"/>
            <w:shd w:val="clear" w:color="auto" w:fill="FFFFFF"/>
            <w:tcMar>
              <w:top w:w="80" w:type="dxa"/>
              <w:left w:w="90" w:type="dxa"/>
              <w:bottom w:w="80" w:type="dxa"/>
              <w:right w:w="90" w:type="dxa"/>
            </w:tcMar>
            <w:vAlign w:val="center"/>
          </w:tcPr>
          <w:p w14:paraId="36F93F81" w14:textId="77777777" w:rsidR="00430FCC" w:rsidRPr="008E6C00" w:rsidRDefault="00430FCC">
            <w:pPr>
              <w:spacing w:after="0" w:line="240" w:lineRule="auto"/>
              <w:rPr>
                <w:noProof/>
                <w:lang w:val="ro-RO"/>
              </w:rPr>
            </w:pPr>
          </w:p>
        </w:tc>
        <w:tc>
          <w:tcPr>
            <w:tcW w:w="1434" w:type="dxa"/>
            <w:shd w:val="clear" w:color="auto" w:fill="F3F4F5"/>
            <w:tcMar>
              <w:top w:w="80" w:type="dxa"/>
              <w:left w:w="90" w:type="dxa"/>
              <w:bottom w:w="80" w:type="dxa"/>
              <w:right w:w="90" w:type="dxa"/>
            </w:tcMar>
            <w:vAlign w:val="center"/>
          </w:tcPr>
          <w:p w14:paraId="1306177A" w14:textId="77777777" w:rsidR="00430FCC" w:rsidRPr="008E6C00" w:rsidRDefault="00000000">
            <w:pPr>
              <w:spacing w:after="0" w:line="240" w:lineRule="auto"/>
              <w:rPr>
                <w:noProof/>
                <w:lang w:val="ro-RO"/>
              </w:rPr>
            </w:pPr>
            <w:r w:rsidRPr="008E6C00">
              <w:rPr>
                <w:b/>
                <w:noProof/>
                <w:sz w:val="15"/>
                <w:lang w:val="ro-RO"/>
              </w:rPr>
              <w:t>Controale</w:t>
            </w:r>
          </w:p>
        </w:tc>
        <w:tc>
          <w:tcPr>
            <w:tcW w:w="4825" w:type="dxa"/>
            <w:shd w:val="clear" w:color="auto" w:fill="FFFFFF"/>
            <w:tcMar>
              <w:top w:w="80" w:type="dxa"/>
              <w:left w:w="90" w:type="dxa"/>
              <w:bottom w:w="80" w:type="dxa"/>
              <w:right w:w="90" w:type="dxa"/>
            </w:tcMar>
            <w:vAlign w:val="center"/>
          </w:tcPr>
          <w:p w14:paraId="6BBF4E1A" w14:textId="77777777" w:rsidR="00430FCC" w:rsidRPr="008E6C00" w:rsidRDefault="00430FCC">
            <w:pPr>
              <w:spacing w:after="0" w:line="240" w:lineRule="auto"/>
              <w:rPr>
                <w:noProof/>
                <w:lang w:val="ro-RO"/>
              </w:rPr>
            </w:pPr>
          </w:p>
        </w:tc>
      </w:tr>
      <w:tr w:rsidR="00430FCC" w:rsidRPr="008E6C00" w14:paraId="746BB2C4" w14:textId="77777777" w:rsidTr="008E6C00">
        <w:trPr>
          <w:trHeight w:val="185"/>
          <w:jc w:val="center"/>
        </w:trPr>
        <w:tc>
          <w:tcPr>
            <w:tcW w:w="1434" w:type="dxa"/>
            <w:shd w:val="clear" w:color="auto" w:fill="F3F4F5"/>
            <w:tcMar>
              <w:top w:w="80" w:type="dxa"/>
              <w:left w:w="90" w:type="dxa"/>
              <w:bottom w:w="80" w:type="dxa"/>
              <w:right w:w="90" w:type="dxa"/>
            </w:tcMar>
            <w:vAlign w:val="center"/>
          </w:tcPr>
          <w:p w14:paraId="787053E0" w14:textId="77777777" w:rsidR="00430FCC" w:rsidRPr="008E6C00" w:rsidRDefault="00000000">
            <w:pPr>
              <w:spacing w:after="0" w:line="240" w:lineRule="auto"/>
              <w:rPr>
                <w:noProof/>
                <w:lang w:val="ro-RO"/>
              </w:rPr>
            </w:pPr>
            <w:r w:rsidRPr="008E6C00">
              <w:rPr>
                <w:b/>
                <w:noProof/>
                <w:sz w:val="15"/>
                <w:lang w:val="ro-RO"/>
              </w:rPr>
              <w:t>Interacțiuni</w:t>
            </w:r>
          </w:p>
        </w:tc>
        <w:tc>
          <w:tcPr>
            <w:tcW w:w="2233" w:type="dxa"/>
            <w:shd w:val="clear" w:color="auto" w:fill="FFFFFF"/>
            <w:tcMar>
              <w:top w:w="80" w:type="dxa"/>
              <w:left w:w="90" w:type="dxa"/>
              <w:bottom w:w="80" w:type="dxa"/>
              <w:right w:w="90" w:type="dxa"/>
            </w:tcMar>
            <w:vAlign w:val="center"/>
          </w:tcPr>
          <w:p w14:paraId="084EB5CF" w14:textId="77777777" w:rsidR="00430FCC" w:rsidRPr="008E6C00" w:rsidRDefault="00430FCC">
            <w:pPr>
              <w:spacing w:after="0" w:line="240" w:lineRule="auto"/>
              <w:rPr>
                <w:noProof/>
                <w:lang w:val="ro-RO"/>
              </w:rPr>
            </w:pPr>
          </w:p>
        </w:tc>
        <w:tc>
          <w:tcPr>
            <w:tcW w:w="1434" w:type="dxa"/>
            <w:shd w:val="clear" w:color="auto" w:fill="F3F4F5"/>
            <w:tcMar>
              <w:top w:w="80" w:type="dxa"/>
              <w:left w:w="90" w:type="dxa"/>
              <w:bottom w:w="80" w:type="dxa"/>
              <w:right w:w="90" w:type="dxa"/>
            </w:tcMar>
            <w:vAlign w:val="center"/>
          </w:tcPr>
          <w:p w14:paraId="4EA17C5F" w14:textId="77777777" w:rsidR="00430FCC" w:rsidRPr="008E6C00" w:rsidRDefault="00000000">
            <w:pPr>
              <w:spacing w:after="0" w:line="240" w:lineRule="auto"/>
              <w:rPr>
                <w:noProof/>
                <w:lang w:val="ro-RO"/>
              </w:rPr>
            </w:pPr>
            <w:r w:rsidRPr="008E6C00">
              <w:rPr>
                <w:b/>
                <w:noProof/>
                <w:sz w:val="15"/>
                <w:lang w:val="ro-RO"/>
              </w:rPr>
              <w:t>Înregistrări</w:t>
            </w:r>
          </w:p>
        </w:tc>
        <w:tc>
          <w:tcPr>
            <w:tcW w:w="4825" w:type="dxa"/>
            <w:shd w:val="clear" w:color="auto" w:fill="FFFFFF"/>
            <w:tcMar>
              <w:top w:w="80" w:type="dxa"/>
              <w:left w:w="90" w:type="dxa"/>
              <w:bottom w:w="80" w:type="dxa"/>
              <w:right w:w="90" w:type="dxa"/>
            </w:tcMar>
            <w:vAlign w:val="center"/>
          </w:tcPr>
          <w:p w14:paraId="242D2EDE" w14:textId="77777777" w:rsidR="00430FCC" w:rsidRPr="008E6C00" w:rsidRDefault="00430FCC">
            <w:pPr>
              <w:spacing w:after="0" w:line="240" w:lineRule="auto"/>
              <w:rPr>
                <w:noProof/>
                <w:lang w:val="ro-RO"/>
              </w:rPr>
            </w:pPr>
          </w:p>
        </w:tc>
      </w:tr>
      <w:tr w:rsidR="00430FCC" w:rsidRPr="008E6C00" w14:paraId="6E407FD9" w14:textId="77777777" w:rsidTr="008E6C00">
        <w:tblPrEx>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PrEx>
        <w:trPr>
          <w:cantSplit/>
          <w:trHeight w:val="517"/>
          <w:jc w:val="center"/>
        </w:trPr>
        <w:tc>
          <w:tcPr>
            <w:tcW w:w="3667" w:type="dxa"/>
            <w:gridSpan w:val="2"/>
            <w:shd w:val="clear" w:color="auto" w:fill="D71920"/>
            <w:tcMar>
              <w:top w:w="80" w:type="dxa"/>
              <w:left w:w="90" w:type="dxa"/>
              <w:bottom w:w="80" w:type="dxa"/>
              <w:right w:w="90" w:type="dxa"/>
            </w:tcMar>
            <w:vAlign w:val="center"/>
          </w:tcPr>
          <w:p w14:paraId="62B60B47" w14:textId="77777777" w:rsidR="00430FCC" w:rsidRPr="008E6C00" w:rsidRDefault="00000000">
            <w:pPr>
              <w:spacing w:after="0" w:line="240" w:lineRule="auto"/>
              <w:jc w:val="center"/>
              <w:rPr>
                <w:noProof/>
                <w:lang w:val="ro-RO"/>
              </w:rPr>
            </w:pPr>
            <w:r w:rsidRPr="008E6C00">
              <w:rPr>
                <w:b/>
                <w:noProof/>
                <w:color w:val="FFFFFF"/>
                <w:sz w:val="34"/>
                <w:lang w:val="ro-RO"/>
              </w:rPr>
              <w:lastRenderedPageBreak/>
              <w:t>9</w:t>
            </w:r>
          </w:p>
        </w:tc>
        <w:tc>
          <w:tcPr>
            <w:tcW w:w="6260" w:type="dxa"/>
            <w:gridSpan w:val="2"/>
            <w:shd w:val="clear" w:color="auto" w:fill="F3F4F5"/>
          </w:tcPr>
          <w:p w14:paraId="7CDB8937" w14:textId="77777777" w:rsidR="00430FCC" w:rsidRPr="008E6C00" w:rsidRDefault="00000000">
            <w:pPr>
              <w:spacing w:after="20"/>
              <w:rPr>
                <w:noProof/>
                <w:lang w:val="ro-RO"/>
              </w:rPr>
            </w:pPr>
            <w:r w:rsidRPr="008E6C00">
              <w:rPr>
                <w:b/>
                <w:noProof/>
                <w:sz w:val="28"/>
                <w:lang w:val="ro-RO"/>
              </w:rPr>
              <w:t>Documente digitale, cloud și date din aplicații</w:t>
            </w:r>
          </w:p>
          <w:p w14:paraId="0D2C0ECD" w14:textId="77777777" w:rsidR="00430FCC" w:rsidRPr="008E6C00" w:rsidRDefault="00000000">
            <w:pPr>
              <w:spacing w:after="0"/>
              <w:rPr>
                <w:noProof/>
                <w:lang w:val="ro-RO"/>
              </w:rPr>
            </w:pPr>
            <w:r w:rsidRPr="008E6C00">
              <w:rPr>
                <w:noProof/>
                <w:color w:val="666666"/>
                <w:sz w:val="17"/>
                <w:lang w:val="ro-RO"/>
              </w:rPr>
              <w:t>Platforma nu înlocuiește controlul; regulile trebuie să acopere accesul, integritatea și recuperarea</w:t>
            </w:r>
          </w:p>
        </w:tc>
      </w:tr>
    </w:tbl>
    <w:p w14:paraId="3B759C92" w14:textId="77777777" w:rsidR="00430FCC" w:rsidRPr="008E6C00" w:rsidRDefault="00430FCC">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551"/>
        <w:gridCol w:w="7370"/>
      </w:tblGrid>
      <w:tr w:rsidR="00430FCC" w:rsidRPr="008E6C00" w14:paraId="3A1C7089" w14:textId="77777777">
        <w:trPr>
          <w:tblHeader/>
          <w:jc w:val="center"/>
        </w:trPr>
        <w:tc>
          <w:tcPr>
            <w:tcW w:w="2551" w:type="dxa"/>
            <w:shd w:val="clear" w:color="auto" w:fill="D71920"/>
            <w:tcMar>
              <w:top w:w="80" w:type="dxa"/>
              <w:left w:w="90" w:type="dxa"/>
              <w:bottom w:w="80" w:type="dxa"/>
              <w:right w:w="90" w:type="dxa"/>
            </w:tcMar>
            <w:vAlign w:val="center"/>
          </w:tcPr>
          <w:p w14:paraId="2A0466E1" w14:textId="77777777" w:rsidR="00430FCC" w:rsidRPr="008E6C00" w:rsidRDefault="00000000">
            <w:pPr>
              <w:spacing w:after="0" w:line="240" w:lineRule="auto"/>
              <w:jc w:val="center"/>
              <w:rPr>
                <w:noProof/>
                <w:lang w:val="ro-RO"/>
              </w:rPr>
            </w:pPr>
            <w:r w:rsidRPr="008E6C00">
              <w:rPr>
                <w:b/>
                <w:noProof/>
                <w:color w:val="FFFFFF"/>
                <w:sz w:val="16"/>
                <w:lang w:val="ro-RO"/>
              </w:rPr>
              <w:t>CONTROL</w:t>
            </w:r>
          </w:p>
        </w:tc>
        <w:tc>
          <w:tcPr>
            <w:tcW w:w="7370" w:type="dxa"/>
            <w:shd w:val="clear" w:color="auto" w:fill="D71920"/>
            <w:tcMar>
              <w:top w:w="80" w:type="dxa"/>
              <w:left w:w="90" w:type="dxa"/>
              <w:bottom w:w="80" w:type="dxa"/>
              <w:right w:w="90" w:type="dxa"/>
            </w:tcMar>
            <w:vAlign w:val="center"/>
          </w:tcPr>
          <w:p w14:paraId="05EB976A" w14:textId="77777777" w:rsidR="00430FCC" w:rsidRPr="008E6C00" w:rsidRDefault="00000000">
            <w:pPr>
              <w:spacing w:after="0" w:line="240" w:lineRule="auto"/>
              <w:jc w:val="center"/>
              <w:rPr>
                <w:noProof/>
                <w:lang w:val="ro-RO"/>
              </w:rPr>
            </w:pPr>
            <w:r w:rsidRPr="008E6C00">
              <w:rPr>
                <w:b/>
                <w:noProof/>
                <w:color w:val="FFFFFF"/>
                <w:sz w:val="16"/>
                <w:lang w:val="ro-RO"/>
              </w:rPr>
              <w:t>CE TREBUIE STABILIT</w:t>
            </w:r>
          </w:p>
        </w:tc>
      </w:tr>
      <w:tr w:rsidR="00430FCC" w:rsidRPr="008E6C00" w14:paraId="0CEA6F62" w14:textId="77777777">
        <w:trPr>
          <w:cantSplit/>
          <w:jc w:val="center"/>
        </w:trPr>
        <w:tc>
          <w:tcPr>
            <w:tcW w:w="2551" w:type="dxa"/>
            <w:shd w:val="clear" w:color="auto" w:fill="FFFFFF"/>
            <w:tcMar>
              <w:top w:w="80" w:type="dxa"/>
              <w:left w:w="90" w:type="dxa"/>
              <w:bottom w:w="80" w:type="dxa"/>
              <w:right w:w="90" w:type="dxa"/>
            </w:tcMar>
            <w:vAlign w:val="center"/>
          </w:tcPr>
          <w:p w14:paraId="701605FE" w14:textId="77777777" w:rsidR="00430FCC" w:rsidRPr="008E6C00" w:rsidRDefault="00000000">
            <w:pPr>
              <w:spacing w:after="0" w:line="240" w:lineRule="auto"/>
              <w:rPr>
                <w:noProof/>
                <w:lang w:val="ro-RO"/>
              </w:rPr>
            </w:pPr>
            <w:r w:rsidRPr="008E6C00">
              <w:rPr>
                <w:noProof/>
                <w:sz w:val="16"/>
                <w:lang w:val="ro-RO"/>
              </w:rPr>
              <w:t>Sursa oficială</w:t>
            </w:r>
          </w:p>
        </w:tc>
        <w:tc>
          <w:tcPr>
            <w:tcW w:w="7370" w:type="dxa"/>
            <w:shd w:val="clear" w:color="auto" w:fill="FFFFFF"/>
            <w:tcMar>
              <w:top w:w="80" w:type="dxa"/>
              <w:left w:w="90" w:type="dxa"/>
              <w:bottom w:w="80" w:type="dxa"/>
              <w:right w:w="90" w:type="dxa"/>
            </w:tcMar>
            <w:vAlign w:val="center"/>
          </w:tcPr>
          <w:p w14:paraId="17F0D364" w14:textId="77777777" w:rsidR="00430FCC" w:rsidRPr="008E6C00" w:rsidRDefault="00000000">
            <w:pPr>
              <w:spacing w:after="0" w:line="240" w:lineRule="auto"/>
              <w:rPr>
                <w:noProof/>
                <w:lang w:val="ro-RO"/>
              </w:rPr>
            </w:pPr>
            <w:r w:rsidRPr="008E6C00">
              <w:rPr>
                <w:noProof/>
                <w:sz w:val="16"/>
                <w:lang w:val="ro-RO"/>
              </w:rPr>
              <w:t>Definiți unde se află versiunea controlată și ce copii sunt doar informative.</w:t>
            </w:r>
          </w:p>
        </w:tc>
      </w:tr>
      <w:tr w:rsidR="00430FCC" w:rsidRPr="008E6C00" w14:paraId="1822A022" w14:textId="77777777">
        <w:trPr>
          <w:cantSplit/>
          <w:jc w:val="center"/>
        </w:trPr>
        <w:tc>
          <w:tcPr>
            <w:tcW w:w="2551" w:type="dxa"/>
            <w:shd w:val="clear" w:color="auto" w:fill="FAFAFA"/>
            <w:tcMar>
              <w:top w:w="80" w:type="dxa"/>
              <w:left w:w="90" w:type="dxa"/>
              <w:bottom w:w="80" w:type="dxa"/>
              <w:right w:w="90" w:type="dxa"/>
            </w:tcMar>
            <w:vAlign w:val="center"/>
          </w:tcPr>
          <w:p w14:paraId="18BFC417" w14:textId="77777777" w:rsidR="00430FCC" w:rsidRPr="008E6C00" w:rsidRDefault="00000000">
            <w:pPr>
              <w:spacing w:after="0" w:line="240" w:lineRule="auto"/>
              <w:rPr>
                <w:noProof/>
                <w:lang w:val="ro-RO"/>
              </w:rPr>
            </w:pPr>
            <w:r w:rsidRPr="008E6C00">
              <w:rPr>
                <w:noProof/>
                <w:sz w:val="16"/>
                <w:lang w:val="ro-RO"/>
              </w:rPr>
              <w:t>Acces</w:t>
            </w:r>
          </w:p>
        </w:tc>
        <w:tc>
          <w:tcPr>
            <w:tcW w:w="7370" w:type="dxa"/>
            <w:shd w:val="clear" w:color="auto" w:fill="FAFAFA"/>
            <w:tcMar>
              <w:top w:w="80" w:type="dxa"/>
              <w:left w:w="90" w:type="dxa"/>
              <w:bottom w:w="80" w:type="dxa"/>
              <w:right w:w="90" w:type="dxa"/>
            </w:tcMar>
            <w:vAlign w:val="center"/>
          </w:tcPr>
          <w:p w14:paraId="0FD276C2" w14:textId="77777777" w:rsidR="00430FCC" w:rsidRPr="008E6C00" w:rsidRDefault="00000000">
            <w:pPr>
              <w:spacing w:after="0" w:line="240" w:lineRule="auto"/>
              <w:rPr>
                <w:noProof/>
                <w:lang w:val="ro-RO"/>
              </w:rPr>
            </w:pPr>
            <w:r w:rsidRPr="008E6C00">
              <w:rPr>
                <w:noProof/>
                <w:sz w:val="16"/>
                <w:lang w:val="ro-RO"/>
              </w:rPr>
              <w:t>Roluri și permisiuni; retragerea accesului la plecarea sau schimbarea rolului unei persoane.</w:t>
            </w:r>
          </w:p>
        </w:tc>
      </w:tr>
      <w:tr w:rsidR="00430FCC" w:rsidRPr="008E6C00" w14:paraId="48D91506" w14:textId="77777777">
        <w:trPr>
          <w:cantSplit/>
          <w:jc w:val="center"/>
        </w:trPr>
        <w:tc>
          <w:tcPr>
            <w:tcW w:w="2551" w:type="dxa"/>
            <w:shd w:val="clear" w:color="auto" w:fill="FFFFFF"/>
            <w:tcMar>
              <w:top w:w="80" w:type="dxa"/>
              <w:left w:w="90" w:type="dxa"/>
              <w:bottom w:w="80" w:type="dxa"/>
              <w:right w:w="90" w:type="dxa"/>
            </w:tcMar>
            <w:vAlign w:val="center"/>
          </w:tcPr>
          <w:p w14:paraId="0365FFE9" w14:textId="77777777" w:rsidR="00430FCC" w:rsidRPr="008E6C00" w:rsidRDefault="00000000">
            <w:pPr>
              <w:spacing w:after="0" w:line="240" w:lineRule="auto"/>
              <w:rPr>
                <w:noProof/>
                <w:lang w:val="ro-RO"/>
              </w:rPr>
            </w:pPr>
            <w:r w:rsidRPr="008E6C00">
              <w:rPr>
                <w:noProof/>
                <w:sz w:val="16"/>
                <w:lang w:val="ro-RO"/>
              </w:rPr>
              <w:t>Integritate</w:t>
            </w:r>
          </w:p>
        </w:tc>
        <w:tc>
          <w:tcPr>
            <w:tcW w:w="7370" w:type="dxa"/>
            <w:shd w:val="clear" w:color="auto" w:fill="FFFFFF"/>
            <w:tcMar>
              <w:top w:w="80" w:type="dxa"/>
              <w:left w:w="90" w:type="dxa"/>
              <w:bottom w:w="80" w:type="dxa"/>
              <w:right w:w="90" w:type="dxa"/>
            </w:tcMar>
            <w:vAlign w:val="center"/>
          </w:tcPr>
          <w:p w14:paraId="7B175306" w14:textId="77777777" w:rsidR="00430FCC" w:rsidRPr="008E6C00" w:rsidRDefault="00000000">
            <w:pPr>
              <w:spacing w:after="0" w:line="240" w:lineRule="auto"/>
              <w:rPr>
                <w:noProof/>
                <w:lang w:val="ro-RO"/>
              </w:rPr>
            </w:pPr>
            <w:r w:rsidRPr="008E6C00">
              <w:rPr>
                <w:noProof/>
                <w:sz w:val="16"/>
                <w:lang w:val="ro-RO"/>
              </w:rPr>
              <w:t>Istoric al modificărilor, blocarea ștergerii neautorizate și protecție împotriva suprascrierii.</w:t>
            </w:r>
          </w:p>
        </w:tc>
      </w:tr>
      <w:tr w:rsidR="00430FCC" w:rsidRPr="008E6C00" w14:paraId="33536D17" w14:textId="77777777">
        <w:trPr>
          <w:cantSplit/>
          <w:jc w:val="center"/>
        </w:trPr>
        <w:tc>
          <w:tcPr>
            <w:tcW w:w="2551" w:type="dxa"/>
            <w:shd w:val="clear" w:color="auto" w:fill="FAFAFA"/>
            <w:tcMar>
              <w:top w:w="80" w:type="dxa"/>
              <w:left w:w="90" w:type="dxa"/>
              <w:bottom w:w="80" w:type="dxa"/>
              <w:right w:w="90" w:type="dxa"/>
            </w:tcMar>
            <w:vAlign w:val="center"/>
          </w:tcPr>
          <w:p w14:paraId="4B086D28" w14:textId="77777777" w:rsidR="00430FCC" w:rsidRPr="008E6C00" w:rsidRDefault="00000000">
            <w:pPr>
              <w:spacing w:after="0" w:line="240" w:lineRule="auto"/>
              <w:rPr>
                <w:noProof/>
                <w:lang w:val="ro-RO"/>
              </w:rPr>
            </w:pPr>
            <w:r w:rsidRPr="008E6C00">
              <w:rPr>
                <w:noProof/>
                <w:sz w:val="16"/>
                <w:lang w:val="ro-RO"/>
              </w:rPr>
              <w:t>Disponibilitate</w:t>
            </w:r>
          </w:p>
        </w:tc>
        <w:tc>
          <w:tcPr>
            <w:tcW w:w="7370" w:type="dxa"/>
            <w:shd w:val="clear" w:color="auto" w:fill="FAFAFA"/>
            <w:tcMar>
              <w:top w:w="80" w:type="dxa"/>
              <w:left w:w="90" w:type="dxa"/>
              <w:bottom w:w="80" w:type="dxa"/>
              <w:right w:w="90" w:type="dxa"/>
            </w:tcMar>
            <w:vAlign w:val="center"/>
          </w:tcPr>
          <w:p w14:paraId="1D50798A" w14:textId="77777777" w:rsidR="00430FCC" w:rsidRPr="008E6C00" w:rsidRDefault="00000000">
            <w:pPr>
              <w:spacing w:after="0" w:line="240" w:lineRule="auto"/>
              <w:rPr>
                <w:noProof/>
                <w:lang w:val="ro-RO"/>
              </w:rPr>
            </w:pPr>
            <w:r w:rsidRPr="008E6C00">
              <w:rPr>
                <w:noProof/>
                <w:sz w:val="16"/>
                <w:lang w:val="ro-RO"/>
              </w:rPr>
              <w:t>Backup, redundanță și testarea periodică a restaurării.</w:t>
            </w:r>
          </w:p>
        </w:tc>
      </w:tr>
      <w:tr w:rsidR="00430FCC" w:rsidRPr="008E6C00" w14:paraId="0279C97B" w14:textId="77777777">
        <w:trPr>
          <w:cantSplit/>
          <w:jc w:val="center"/>
        </w:trPr>
        <w:tc>
          <w:tcPr>
            <w:tcW w:w="2551" w:type="dxa"/>
            <w:shd w:val="clear" w:color="auto" w:fill="FFFFFF"/>
            <w:tcMar>
              <w:top w:w="80" w:type="dxa"/>
              <w:left w:w="90" w:type="dxa"/>
              <w:bottom w:w="80" w:type="dxa"/>
              <w:right w:w="90" w:type="dxa"/>
            </w:tcMar>
            <w:vAlign w:val="center"/>
          </w:tcPr>
          <w:p w14:paraId="228CC98C" w14:textId="77777777" w:rsidR="00430FCC" w:rsidRPr="008E6C00" w:rsidRDefault="00000000">
            <w:pPr>
              <w:spacing w:after="0" w:line="240" w:lineRule="auto"/>
              <w:rPr>
                <w:noProof/>
                <w:lang w:val="ro-RO"/>
              </w:rPr>
            </w:pPr>
            <w:r w:rsidRPr="008E6C00">
              <w:rPr>
                <w:noProof/>
                <w:sz w:val="16"/>
                <w:lang w:val="ro-RO"/>
              </w:rPr>
              <w:t>Confidențialitate</w:t>
            </w:r>
          </w:p>
        </w:tc>
        <w:tc>
          <w:tcPr>
            <w:tcW w:w="7370" w:type="dxa"/>
            <w:shd w:val="clear" w:color="auto" w:fill="FFFFFF"/>
            <w:tcMar>
              <w:top w:w="80" w:type="dxa"/>
              <w:left w:w="90" w:type="dxa"/>
              <w:bottom w:w="80" w:type="dxa"/>
              <w:right w:w="90" w:type="dxa"/>
            </w:tcMar>
            <w:vAlign w:val="center"/>
          </w:tcPr>
          <w:p w14:paraId="0E1CD08F" w14:textId="77777777" w:rsidR="00430FCC" w:rsidRPr="008E6C00" w:rsidRDefault="00000000">
            <w:pPr>
              <w:spacing w:after="0" w:line="240" w:lineRule="auto"/>
              <w:rPr>
                <w:noProof/>
                <w:lang w:val="ro-RO"/>
              </w:rPr>
            </w:pPr>
            <w:r w:rsidRPr="008E6C00">
              <w:rPr>
                <w:noProof/>
                <w:sz w:val="16"/>
                <w:lang w:val="ro-RO"/>
              </w:rPr>
              <w:t>Clasificare, acces minim necesar, criptare și reguli pentru datele clienților.</w:t>
            </w:r>
          </w:p>
        </w:tc>
      </w:tr>
      <w:tr w:rsidR="00430FCC" w:rsidRPr="008E6C00" w14:paraId="70B282D1" w14:textId="77777777">
        <w:trPr>
          <w:cantSplit/>
          <w:jc w:val="center"/>
        </w:trPr>
        <w:tc>
          <w:tcPr>
            <w:tcW w:w="2551" w:type="dxa"/>
            <w:shd w:val="clear" w:color="auto" w:fill="FAFAFA"/>
            <w:tcMar>
              <w:top w:w="80" w:type="dxa"/>
              <w:left w:w="90" w:type="dxa"/>
              <w:bottom w:w="80" w:type="dxa"/>
              <w:right w:w="90" w:type="dxa"/>
            </w:tcMar>
            <w:vAlign w:val="center"/>
          </w:tcPr>
          <w:p w14:paraId="15332AC2" w14:textId="77777777" w:rsidR="00430FCC" w:rsidRPr="008E6C00" w:rsidRDefault="00000000">
            <w:pPr>
              <w:spacing w:after="0" w:line="240" w:lineRule="auto"/>
              <w:rPr>
                <w:noProof/>
                <w:lang w:val="ro-RO"/>
              </w:rPr>
            </w:pPr>
            <w:r w:rsidRPr="008E6C00">
              <w:rPr>
                <w:noProof/>
                <w:sz w:val="16"/>
                <w:lang w:val="ro-RO"/>
              </w:rPr>
              <w:t>Identitate și aprobare</w:t>
            </w:r>
          </w:p>
        </w:tc>
        <w:tc>
          <w:tcPr>
            <w:tcW w:w="7370" w:type="dxa"/>
            <w:shd w:val="clear" w:color="auto" w:fill="FAFAFA"/>
            <w:tcMar>
              <w:top w:w="80" w:type="dxa"/>
              <w:left w:w="90" w:type="dxa"/>
              <w:bottom w:w="80" w:type="dxa"/>
              <w:right w:w="90" w:type="dxa"/>
            </w:tcMar>
            <w:vAlign w:val="center"/>
          </w:tcPr>
          <w:p w14:paraId="66FC1B5C" w14:textId="77777777" w:rsidR="00430FCC" w:rsidRPr="008E6C00" w:rsidRDefault="00000000">
            <w:pPr>
              <w:spacing w:after="0" w:line="240" w:lineRule="auto"/>
              <w:rPr>
                <w:noProof/>
                <w:lang w:val="ro-RO"/>
              </w:rPr>
            </w:pPr>
            <w:r w:rsidRPr="008E6C00">
              <w:rPr>
                <w:noProof/>
                <w:sz w:val="16"/>
                <w:lang w:val="ro-RO"/>
              </w:rPr>
              <w:t>Conturi individuale, autentificare adecvată și trasabilitatea aprobărilor.</w:t>
            </w:r>
          </w:p>
        </w:tc>
      </w:tr>
      <w:tr w:rsidR="00430FCC" w:rsidRPr="008E6C00" w14:paraId="1D0AEB98" w14:textId="77777777">
        <w:trPr>
          <w:cantSplit/>
          <w:jc w:val="center"/>
        </w:trPr>
        <w:tc>
          <w:tcPr>
            <w:tcW w:w="2551" w:type="dxa"/>
            <w:shd w:val="clear" w:color="auto" w:fill="FFFFFF"/>
            <w:tcMar>
              <w:top w:w="80" w:type="dxa"/>
              <w:left w:w="90" w:type="dxa"/>
              <w:bottom w:w="80" w:type="dxa"/>
              <w:right w:w="90" w:type="dxa"/>
            </w:tcMar>
            <w:vAlign w:val="center"/>
          </w:tcPr>
          <w:p w14:paraId="0B51896F" w14:textId="77777777" w:rsidR="00430FCC" w:rsidRPr="008E6C00" w:rsidRDefault="00000000">
            <w:pPr>
              <w:spacing w:after="0" w:line="240" w:lineRule="auto"/>
              <w:rPr>
                <w:noProof/>
                <w:lang w:val="ro-RO"/>
              </w:rPr>
            </w:pPr>
            <w:r w:rsidRPr="008E6C00">
              <w:rPr>
                <w:noProof/>
                <w:sz w:val="16"/>
                <w:lang w:val="ro-RO"/>
              </w:rPr>
              <w:t>Păstrare</w:t>
            </w:r>
          </w:p>
        </w:tc>
        <w:tc>
          <w:tcPr>
            <w:tcW w:w="7370" w:type="dxa"/>
            <w:shd w:val="clear" w:color="auto" w:fill="FFFFFF"/>
            <w:tcMar>
              <w:top w:w="80" w:type="dxa"/>
              <w:left w:w="90" w:type="dxa"/>
              <w:bottom w:w="80" w:type="dxa"/>
              <w:right w:w="90" w:type="dxa"/>
            </w:tcMar>
            <w:vAlign w:val="center"/>
          </w:tcPr>
          <w:p w14:paraId="52122464" w14:textId="77777777" w:rsidR="00430FCC" w:rsidRPr="008E6C00" w:rsidRDefault="00000000">
            <w:pPr>
              <w:spacing w:after="0" w:line="240" w:lineRule="auto"/>
              <w:rPr>
                <w:noProof/>
                <w:lang w:val="ro-RO"/>
              </w:rPr>
            </w:pPr>
            <w:r w:rsidRPr="008E6C00">
              <w:rPr>
                <w:noProof/>
                <w:sz w:val="16"/>
                <w:lang w:val="ro-RO"/>
              </w:rPr>
              <w:t>Reguli aplicate și datelor din ERP/CRM, e-mailurilor, logurilor și semnăturilor electronice.</w:t>
            </w:r>
          </w:p>
        </w:tc>
      </w:tr>
      <w:tr w:rsidR="00430FCC" w:rsidRPr="008E6C00" w14:paraId="32705A4B" w14:textId="77777777">
        <w:trPr>
          <w:cantSplit/>
          <w:jc w:val="center"/>
        </w:trPr>
        <w:tc>
          <w:tcPr>
            <w:tcW w:w="2551" w:type="dxa"/>
            <w:shd w:val="clear" w:color="auto" w:fill="FAFAFA"/>
            <w:tcMar>
              <w:top w:w="80" w:type="dxa"/>
              <w:left w:w="90" w:type="dxa"/>
              <w:bottom w:w="80" w:type="dxa"/>
              <w:right w:w="90" w:type="dxa"/>
            </w:tcMar>
            <w:vAlign w:val="center"/>
          </w:tcPr>
          <w:p w14:paraId="46FCE2D6" w14:textId="77777777" w:rsidR="00430FCC" w:rsidRPr="008E6C00" w:rsidRDefault="00000000">
            <w:pPr>
              <w:spacing w:after="0" w:line="240" w:lineRule="auto"/>
              <w:rPr>
                <w:noProof/>
                <w:lang w:val="ro-RO"/>
              </w:rPr>
            </w:pPr>
            <w:r w:rsidRPr="008E6C00">
              <w:rPr>
                <w:noProof/>
                <w:sz w:val="16"/>
                <w:lang w:val="ro-RO"/>
              </w:rPr>
              <w:t>Migrare</w:t>
            </w:r>
          </w:p>
        </w:tc>
        <w:tc>
          <w:tcPr>
            <w:tcW w:w="7370" w:type="dxa"/>
            <w:shd w:val="clear" w:color="auto" w:fill="FAFAFA"/>
            <w:tcMar>
              <w:top w:w="80" w:type="dxa"/>
              <w:left w:w="90" w:type="dxa"/>
              <w:bottom w:w="80" w:type="dxa"/>
              <w:right w:w="90" w:type="dxa"/>
            </w:tcMar>
            <w:vAlign w:val="center"/>
          </w:tcPr>
          <w:p w14:paraId="6E97038E" w14:textId="77777777" w:rsidR="00430FCC" w:rsidRPr="008E6C00" w:rsidRDefault="00000000">
            <w:pPr>
              <w:spacing w:after="0" w:line="240" w:lineRule="auto"/>
              <w:rPr>
                <w:noProof/>
                <w:lang w:val="ro-RO"/>
              </w:rPr>
            </w:pPr>
            <w:r w:rsidRPr="008E6C00">
              <w:rPr>
                <w:noProof/>
                <w:sz w:val="16"/>
                <w:lang w:val="ro-RO"/>
              </w:rPr>
              <w:t>Verificarea completitudinii și lizibilității când se schimbă aplicația sau furnizorul cloud.</w:t>
            </w:r>
          </w:p>
        </w:tc>
      </w:tr>
      <w:tr w:rsidR="00430FCC" w:rsidRPr="008E6C00" w14:paraId="5D4E8345" w14:textId="77777777">
        <w:trPr>
          <w:cantSplit/>
          <w:jc w:val="center"/>
        </w:trPr>
        <w:tc>
          <w:tcPr>
            <w:tcW w:w="2551" w:type="dxa"/>
            <w:shd w:val="clear" w:color="auto" w:fill="FFFFFF"/>
            <w:tcMar>
              <w:top w:w="80" w:type="dxa"/>
              <w:left w:w="90" w:type="dxa"/>
              <w:bottom w:w="80" w:type="dxa"/>
              <w:right w:w="90" w:type="dxa"/>
            </w:tcMar>
            <w:vAlign w:val="center"/>
          </w:tcPr>
          <w:p w14:paraId="1B44C4E4" w14:textId="77777777" w:rsidR="00430FCC" w:rsidRPr="008E6C00" w:rsidRDefault="00000000">
            <w:pPr>
              <w:spacing w:after="0" w:line="240" w:lineRule="auto"/>
              <w:rPr>
                <w:noProof/>
                <w:lang w:val="ro-RO"/>
              </w:rPr>
            </w:pPr>
            <w:r w:rsidRPr="008E6C00">
              <w:rPr>
                <w:noProof/>
                <w:sz w:val="16"/>
                <w:lang w:val="ro-RO"/>
              </w:rPr>
              <w:t>Continuitate</w:t>
            </w:r>
          </w:p>
        </w:tc>
        <w:tc>
          <w:tcPr>
            <w:tcW w:w="7370" w:type="dxa"/>
            <w:shd w:val="clear" w:color="auto" w:fill="FFFFFF"/>
            <w:tcMar>
              <w:top w:w="80" w:type="dxa"/>
              <w:left w:w="90" w:type="dxa"/>
              <w:bottom w:w="80" w:type="dxa"/>
              <w:right w:w="90" w:type="dxa"/>
            </w:tcMar>
            <w:vAlign w:val="center"/>
          </w:tcPr>
          <w:p w14:paraId="384229E8" w14:textId="77777777" w:rsidR="00430FCC" w:rsidRPr="008E6C00" w:rsidRDefault="00000000">
            <w:pPr>
              <w:spacing w:after="0" w:line="240" w:lineRule="auto"/>
              <w:rPr>
                <w:noProof/>
                <w:lang w:val="ro-RO"/>
              </w:rPr>
            </w:pPr>
            <w:r w:rsidRPr="008E6C00">
              <w:rPr>
                <w:noProof/>
                <w:sz w:val="16"/>
                <w:lang w:val="ro-RO"/>
              </w:rPr>
              <w:t>Procedură alternativă pentru perioadele în care sistemul nu este disponibil.</w:t>
            </w:r>
          </w:p>
        </w:tc>
      </w:tr>
    </w:tbl>
    <w:p w14:paraId="280ECDAD" w14:textId="77777777" w:rsidR="00430FCC" w:rsidRPr="008E6C00" w:rsidRDefault="00430FCC">
      <w:pPr>
        <w:spacing w:after="20"/>
        <w:rPr>
          <w:noProof/>
          <w:lang w:val="ro-RO"/>
        </w:rPr>
      </w:pPr>
    </w:p>
    <w:p w14:paraId="5AF536FE" w14:textId="77777777" w:rsidR="00430FCC" w:rsidRPr="008E6C00" w:rsidRDefault="00000000">
      <w:pPr>
        <w:pStyle w:val="Heading2"/>
        <w:rPr>
          <w:noProof/>
          <w:lang w:val="ro-RO"/>
        </w:rPr>
      </w:pPr>
      <w:r w:rsidRPr="008E6C00">
        <w:rPr>
          <w:noProof/>
          <w:lang w:val="ro-RO"/>
        </w:rPr>
        <w:t>Documente de origine externă</w:t>
      </w:r>
    </w:p>
    <w:p w14:paraId="0C4BA39D" w14:textId="77777777" w:rsidR="00430FCC" w:rsidRPr="008E6C00" w:rsidRDefault="00000000">
      <w:pPr>
        <w:pStyle w:val="ListBullet"/>
        <w:spacing w:after="40"/>
        <w:ind w:left="283" w:hanging="170"/>
        <w:rPr>
          <w:noProof/>
          <w:lang w:val="ro-RO"/>
        </w:rPr>
      </w:pPr>
      <w:r w:rsidRPr="008E6C00">
        <w:rPr>
          <w:noProof/>
          <w:lang w:val="ro-RO"/>
        </w:rPr>
        <w:t>Identificați standardele, legislația, specificațiile clientului, desenele, manualele producătorului și alte surse necesare proceselor.</w:t>
      </w:r>
    </w:p>
    <w:p w14:paraId="4CD082BE" w14:textId="77777777" w:rsidR="00430FCC" w:rsidRPr="008E6C00" w:rsidRDefault="00000000">
      <w:pPr>
        <w:pStyle w:val="ListBullet"/>
        <w:spacing w:after="40"/>
        <w:ind w:left="283" w:hanging="170"/>
        <w:rPr>
          <w:noProof/>
          <w:lang w:val="ro-RO"/>
        </w:rPr>
      </w:pPr>
      <w:r w:rsidRPr="008E6C00">
        <w:rPr>
          <w:noProof/>
          <w:lang w:val="ro-RO"/>
        </w:rPr>
        <w:t>Stabiliți cine verifică actualizările, cum sunt evaluate schimbările și cum sunt comunicate funcțiilor afectate.</w:t>
      </w:r>
    </w:p>
    <w:p w14:paraId="7634A284" w14:textId="77777777" w:rsidR="00430FCC" w:rsidRPr="008E6C00" w:rsidRDefault="00000000">
      <w:pPr>
        <w:pStyle w:val="ListBullet"/>
        <w:spacing w:after="40"/>
        <w:ind w:left="283" w:hanging="170"/>
        <w:rPr>
          <w:noProof/>
          <w:lang w:val="ro-RO"/>
        </w:rPr>
      </w:pPr>
      <w:r w:rsidRPr="008E6C00">
        <w:rPr>
          <w:noProof/>
          <w:lang w:val="ro-RO"/>
        </w:rPr>
        <w:t>Evitați păstrarea unor copii neactualizate atunci când sursa oficială este accesibilă online.</w:t>
      </w:r>
    </w:p>
    <w:p w14:paraId="5C4B8695" w14:textId="77777777" w:rsidR="00430FCC" w:rsidRPr="008E6C00" w:rsidRDefault="00000000">
      <w:pPr>
        <w:pStyle w:val="ListBullet"/>
        <w:spacing w:after="40"/>
        <w:ind w:left="283" w:hanging="170"/>
        <w:rPr>
          <w:noProof/>
          <w:lang w:val="ro-RO"/>
        </w:rPr>
      </w:pPr>
      <w:r w:rsidRPr="008E6C00">
        <w:rPr>
          <w:noProof/>
          <w:lang w:val="ro-RO"/>
        </w:rPr>
        <w:t>Respectați drepturile de autor și condițiile de licențiere pentru standarde, desene, software și materiale externe.</w:t>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430FCC" w:rsidRPr="008E6C00" w14:paraId="7D6881C3" w14:textId="77777777">
        <w:trPr>
          <w:cantSplit/>
          <w:jc w:val="center"/>
        </w:trPr>
        <w:tc>
          <w:tcPr>
            <w:tcW w:w="1020" w:type="dxa"/>
            <w:shd w:val="clear" w:color="auto" w:fill="D71920"/>
            <w:tcMar>
              <w:top w:w="80" w:type="dxa"/>
              <w:left w:w="90" w:type="dxa"/>
              <w:bottom w:w="80" w:type="dxa"/>
              <w:right w:w="90" w:type="dxa"/>
            </w:tcMar>
            <w:vAlign w:val="center"/>
          </w:tcPr>
          <w:p w14:paraId="5876D9DE" w14:textId="77777777" w:rsidR="00430FCC" w:rsidRPr="008E6C00" w:rsidRDefault="00000000">
            <w:pPr>
              <w:spacing w:after="0" w:line="240" w:lineRule="auto"/>
              <w:jc w:val="center"/>
              <w:rPr>
                <w:noProof/>
                <w:lang w:val="ro-RO"/>
              </w:rPr>
            </w:pPr>
            <w:r w:rsidRPr="008E6C00">
              <w:rPr>
                <w:b/>
                <w:noProof/>
                <w:color w:val="FFFFFF"/>
                <w:sz w:val="34"/>
                <w:lang w:val="ro-RO"/>
              </w:rPr>
              <w:t>10</w:t>
            </w:r>
          </w:p>
        </w:tc>
        <w:tc>
          <w:tcPr>
            <w:tcW w:w="8901" w:type="dxa"/>
            <w:shd w:val="clear" w:color="auto" w:fill="F3F4F5"/>
          </w:tcPr>
          <w:p w14:paraId="62910E63" w14:textId="77777777" w:rsidR="00430FCC" w:rsidRPr="008E6C00" w:rsidRDefault="00000000">
            <w:pPr>
              <w:spacing w:after="20"/>
              <w:rPr>
                <w:noProof/>
                <w:lang w:val="ro-RO"/>
              </w:rPr>
            </w:pPr>
            <w:r w:rsidRPr="008E6C00">
              <w:rPr>
                <w:b/>
                <w:noProof/>
                <w:sz w:val="28"/>
                <w:lang w:val="ro-RO"/>
              </w:rPr>
              <w:t>Set minim pentru o organizație mică</w:t>
            </w:r>
          </w:p>
          <w:p w14:paraId="71E1C5A7" w14:textId="77777777" w:rsidR="00430FCC" w:rsidRPr="008E6C00" w:rsidRDefault="00000000">
            <w:pPr>
              <w:spacing w:after="0"/>
              <w:rPr>
                <w:noProof/>
                <w:lang w:val="ro-RO"/>
              </w:rPr>
            </w:pPr>
            <w:r w:rsidRPr="008E6C00">
              <w:rPr>
                <w:noProof/>
                <w:color w:val="666666"/>
                <w:sz w:val="17"/>
                <w:lang w:val="ro-RO"/>
              </w:rPr>
              <w:t>Un sistem compact poate fi conform dacă este coerent, utilizat și susținut de dovezi</w:t>
            </w:r>
          </w:p>
        </w:tc>
      </w:tr>
    </w:tbl>
    <w:p w14:paraId="2D471DD6" w14:textId="77777777" w:rsidR="00430FCC" w:rsidRPr="008E6C00" w:rsidRDefault="00430FCC">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680"/>
        <w:gridCol w:w="3572"/>
        <w:gridCol w:w="5669"/>
      </w:tblGrid>
      <w:tr w:rsidR="00430FCC" w:rsidRPr="008E6C00" w14:paraId="34BF8942" w14:textId="77777777">
        <w:trPr>
          <w:tblHeader/>
          <w:jc w:val="center"/>
        </w:trPr>
        <w:tc>
          <w:tcPr>
            <w:tcW w:w="680" w:type="dxa"/>
            <w:shd w:val="clear" w:color="auto" w:fill="D71920"/>
            <w:tcMar>
              <w:top w:w="80" w:type="dxa"/>
              <w:left w:w="90" w:type="dxa"/>
              <w:bottom w:w="80" w:type="dxa"/>
              <w:right w:w="90" w:type="dxa"/>
            </w:tcMar>
            <w:vAlign w:val="center"/>
          </w:tcPr>
          <w:p w14:paraId="1C50684C" w14:textId="77777777" w:rsidR="00430FCC" w:rsidRPr="008E6C00" w:rsidRDefault="00000000">
            <w:pPr>
              <w:spacing w:after="0" w:line="240" w:lineRule="auto"/>
              <w:jc w:val="center"/>
              <w:rPr>
                <w:noProof/>
                <w:lang w:val="ro-RO"/>
              </w:rPr>
            </w:pPr>
            <w:r w:rsidRPr="008E6C00">
              <w:rPr>
                <w:b/>
                <w:noProof/>
                <w:color w:val="FFFFFF"/>
                <w:sz w:val="16"/>
                <w:lang w:val="ro-RO"/>
              </w:rPr>
              <w:t>#</w:t>
            </w:r>
          </w:p>
        </w:tc>
        <w:tc>
          <w:tcPr>
            <w:tcW w:w="3572" w:type="dxa"/>
            <w:shd w:val="clear" w:color="auto" w:fill="D71920"/>
            <w:tcMar>
              <w:top w:w="80" w:type="dxa"/>
              <w:left w:w="90" w:type="dxa"/>
              <w:bottom w:w="80" w:type="dxa"/>
              <w:right w:w="90" w:type="dxa"/>
            </w:tcMar>
            <w:vAlign w:val="center"/>
          </w:tcPr>
          <w:p w14:paraId="53BDDF02" w14:textId="77777777" w:rsidR="00430FCC" w:rsidRPr="008E6C00" w:rsidRDefault="00000000">
            <w:pPr>
              <w:spacing w:after="0" w:line="240" w:lineRule="auto"/>
              <w:jc w:val="center"/>
              <w:rPr>
                <w:noProof/>
                <w:lang w:val="ro-RO"/>
              </w:rPr>
            </w:pPr>
            <w:r w:rsidRPr="008E6C00">
              <w:rPr>
                <w:b/>
                <w:noProof/>
                <w:color w:val="FFFFFF"/>
                <w:sz w:val="16"/>
                <w:lang w:val="ro-RO"/>
              </w:rPr>
              <w:t>DOCUMENT / REGISTRU</w:t>
            </w:r>
          </w:p>
        </w:tc>
        <w:tc>
          <w:tcPr>
            <w:tcW w:w="5669" w:type="dxa"/>
            <w:shd w:val="clear" w:color="auto" w:fill="D71920"/>
            <w:tcMar>
              <w:top w:w="80" w:type="dxa"/>
              <w:left w:w="90" w:type="dxa"/>
              <w:bottom w:w="80" w:type="dxa"/>
              <w:right w:w="90" w:type="dxa"/>
            </w:tcMar>
            <w:vAlign w:val="center"/>
          </w:tcPr>
          <w:p w14:paraId="362140CB" w14:textId="77777777" w:rsidR="00430FCC" w:rsidRPr="008E6C00" w:rsidRDefault="00000000">
            <w:pPr>
              <w:spacing w:after="0" w:line="240" w:lineRule="auto"/>
              <w:jc w:val="center"/>
              <w:rPr>
                <w:noProof/>
                <w:lang w:val="ro-RO"/>
              </w:rPr>
            </w:pPr>
            <w:r w:rsidRPr="008E6C00">
              <w:rPr>
                <w:b/>
                <w:noProof/>
                <w:color w:val="FFFFFF"/>
                <w:sz w:val="16"/>
                <w:lang w:val="ro-RO"/>
              </w:rPr>
              <w:t>MOD COMPACT</w:t>
            </w:r>
          </w:p>
        </w:tc>
      </w:tr>
      <w:tr w:rsidR="00430FCC" w:rsidRPr="008E6C00" w14:paraId="11F8F13E" w14:textId="77777777">
        <w:trPr>
          <w:cantSplit/>
          <w:jc w:val="center"/>
        </w:trPr>
        <w:tc>
          <w:tcPr>
            <w:tcW w:w="680" w:type="dxa"/>
            <w:shd w:val="clear" w:color="auto" w:fill="FFFFFF"/>
            <w:tcMar>
              <w:top w:w="80" w:type="dxa"/>
              <w:left w:w="90" w:type="dxa"/>
              <w:bottom w:w="80" w:type="dxa"/>
              <w:right w:w="90" w:type="dxa"/>
            </w:tcMar>
            <w:vAlign w:val="center"/>
          </w:tcPr>
          <w:p w14:paraId="330176D4" w14:textId="77777777" w:rsidR="00430FCC" w:rsidRPr="008E6C00" w:rsidRDefault="00000000">
            <w:pPr>
              <w:spacing w:after="0" w:line="240" w:lineRule="auto"/>
              <w:jc w:val="center"/>
              <w:rPr>
                <w:noProof/>
                <w:lang w:val="ro-RO"/>
              </w:rPr>
            </w:pPr>
            <w:r w:rsidRPr="008E6C00">
              <w:rPr>
                <w:noProof/>
                <w:sz w:val="16"/>
                <w:lang w:val="ro-RO"/>
              </w:rPr>
              <w:t>1</w:t>
            </w:r>
          </w:p>
        </w:tc>
        <w:tc>
          <w:tcPr>
            <w:tcW w:w="3572" w:type="dxa"/>
            <w:shd w:val="clear" w:color="auto" w:fill="FFFFFF"/>
            <w:tcMar>
              <w:top w:w="80" w:type="dxa"/>
              <w:left w:w="90" w:type="dxa"/>
              <w:bottom w:w="80" w:type="dxa"/>
              <w:right w:w="90" w:type="dxa"/>
            </w:tcMar>
            <w:vAlign w:val="center"/>
          </w:tcPr>
          <w:p w14:paraId="5A38724A" w14:textId="77777777" w:rsidR="00430FCC" w:rsidRPr="008E6C00" w:rsidRDefault="00000000">
            <w:pPr>
              <w:spacing w:after="0" w:line="240" w:lineRule="auto"/>
              <w:rPr>
                <w:noProof/>
                <w:lang w:val="ro-RO"/>
              </w:rPr>
            </w:pPr>
            <w:r w:rsidRPr="008E6C00">
              <w:rPr>
                <w:noProof/>
                <w:sz w:val="16"/>
                <w:lang w:val="ro-RO"/>
              </w:rPr>
              <w:t>Domeniu + hartă procese</w:t>
            </w:r>
          </w:p>
        </w:tc>
        <w:tc>
          <w:tcPr>
            <w:tcW w:w="5669" w:type="dxa"/>
            <w:shd w:val="clear" w:color="auto" w:fill="FFFFFF"/>
            <w:tcMar>
              <w:top w:w="80" w:type="dxa"/>
              <w:left w:w="90" w:type="dxa"/>
              <w:bottom w:w="80" w:type="dxa"/>
              <w:right w:w="90" w:type="dxa"/>
            </w:tcMar>
            <w:vAlign w:val="center"/>
          </w:tcPr>
          <w:p w14:paraId="42856177" w14:textId="77777777" w:rsidR="00430FCC" w:rsidRPr="008E6C00" w:rsidRDefault="00000000">
            <w:pPr>
              <w:spacing w:after="0" w:line="240" w:lineRule="auto"/>
              <w:rPr>
                <w:noProof/>
                <w:lang w:val="ro-RO"/>
              </w:rPr>
            </w:pPr>
            <w:r w:rsidRPr="008E6C00">
              <w:rPr>
                <w:noProof/>
                <w:sz w:val="16"/>
                <w:lang w:val="ro-RO"/>
              </w:rPr>
              <w:t>Un document de 1-3 pagini poate acoperi limitele și interacțiunile.</w:t>
            </w:r>
          </w:p>
        </w:tc>
      </w:tr>
      <w:tr w:rsidR="00430FCC" w:rsidRPr="008E6C00" w14:paraId="782253ED" w14:textId="77777777">
        <w:trPr>
          <w:cantSplit/>
          <w:jc w:val="center"/>
        </w:trPr>
        <w:tc>
          <w:tcPr>
            <w:tcW w:w="680" w:type="dxa"/>
            <w:shd w:val="clear" w:color="auto" w:fill="FAFAFA"/>
            <w:tcMar>
              <w:top w:w="80" w:type="dxa"/>
              <w:left w:w="90" w:type="dxa"/>
              <w:bottom w:w="80" w:type="dxa"/>
              <w:right w:w="90" w:type="dxa"/>
            </w:tcMar>
            <w:vAlign w:val="center"/>
          </w:tcPr>
          <w:p w14:paraId="164B974A" w14:textId="77777777" w:rsidR="00430FCC" w:rsidRPr="008E6C00" w:rsidRDefault="00000000">
            <w:pPr>
              <w:spacing w:after="0" w:line="240" w:lineRule="auto"/>
              <w:jc w:val="center"/>
              <w:rPr>
                <w:noProof/>
                <w:lang w:val="ro-RO"/>
              </w:rPr>
            </w:pPr>
            <w:r w:rsidRPr="008E6C00">
              <w:rPr>
                <w:noProof/>
                <w:sz w:val="16"/>
                <w:lang w:val="ro-RO"/>
              </w:rPr>
              <w:t>2</w:t>
            </w:r>
          </w:p>
        </w:tc>
        <w:tc>
          <w:tcPr>
            <w:tcW w:w="3572" w:type="dxa"/>
            <w:shd w:val="clear" w:color="auto" w:fill="FAFAFA"/>
            <w:tcMar>
              <w:top w:w="80" w:type="dxa"/>
              <w:left w:w="90" w:type="dxa"/>
              <w:bottom w:w="80" w:type="dxa"/>
              <w:right w:w="90" w:type="dxa"/>
            </w:tcMar>
            <w:vAlign w:val="center"/>
          </w:tcPr>
          <w:p w14:paraId="6CF7BB76" w14:textId="77777777" w:rsidR="00430FCC" w:rsidRPr="008E6C00" w:rsidRDefault="00000000">
            <w:pPr>
              <w:spacing w:after="0" w:line="240" w:lineRule="auto"/>
              <w:rPr>
                <w:noProof/>
                <w:lang w:val="ro-RO"/>
              </w:rPr>
            </w:pPr>
            <w:r w:rsidRPr="008E6C00">
              <w:rPr>
                <w:noProof/>
                <w:sz w:val="16"/>
                <w:lang w:val="ro-RO"/>
              </w:rPr>
              <w:t>Politică</w:t>
            </w:r>
          </w:p>
        </w:tc>
        <w:tc>
          <w:tcPr>
            <w:tcW w:w="5669" w:type="dxa"/>
            <w:shd w:val="clear" w:color="auto" w:fill="FAFAFA"/>
            <w:tcMar>
              <w:top w:w="80" w:type="dxa"/>
              <w:left w:w="90" w:type="dxa"/>
              <w:bottom w:w="80" w:type="dxa"/>
              <w:right w:w="90" w:type="dxa"/>
            </w:tcMar>
            <w:vAlign w:val="center"/>
          </w:tcPr>
          <w:p w14:paraId="76DF85F1" w14:textId="77777777" w:rsidR="00430FCC" w:rsidRPr="008E6C00" w:rsidRDefault="00000000">
            <w:pPr>
              <w:spacing w:after="0" w:line="240" w:lineRule="auto"/>
              <w:rPr>
                <w:noProof/>
                <w:lang w:val="ro-RO"/>
              </w:rPr>
            </w:pPr>
            <w:r w:rsidRPr="008E6C00">
              <w:rPr>
                <w:noProof/>
                <w:sz w:val="16"/>
                <w:lang w:val="ro-RO"/>
              </w:rPr>
              <w:t>O pagină, în limbaj relevant pentru organizație.</w:t>
            </w:r>
          </w:p>
        </w:tc>
      </w:tr>
      <w:tr w:rsidR="00430FCC" w:rsidRPr="008E6C00" w14:paraId="0C45ED43" w14:textId="77777777">
        <w:trPr>
          <w:cantSplit/>
          <w:jc w:val="center"/>
        </w:trPr>
        <w:tc>
          <w:tcPr>
            <w:tcW w:w="680" w:type="dxa"/>
            <w:shd w:val="clear" w:color="auto" w:fill="FFFFFF"/>
            <w:tcMar>
              <w:top w:w="80" w:type="dxa"/>
              <w:left w:w="90" w:type="dxa"/>
              <w:bottom w:w="80" w:type="dxa"/>
              <w:right w:w="90" w:type="dxa"/>
            </w:tcMar>
            <w:vAlign w:val="center"/>
          </w:tcPr>
          <w:p w14:paraId="57FAA228" w14:textId="77777777" w:rsidR="00430FCC" w:rsidRPr="008E6C00" w:rsidRDefault="00000000">
            <w:pPr>
              <w:spacing w:after="0" w:line="240" w:lineRule="auto"/>
              <w:jc w:val="center"/>
              <w:rPr>
                <w:noProof/>
                <w:lang w:val="ro-RO"/>
              </w:rPr>
            </w:pPr>
            <w:r w:rsidRPr="008E6C00">
              <w:rPr>
                <w:noProof/>
                <w:sz w:val="16"/>
                <w:lang w:val="ro-RO"/>
              </w:rPr>
              <w:t>3</w:t>
            </w:r>
          </w:p>
        </w:tc>
        <w:tc>
          <w:tcPr>
            <w:tcW w:w="3572" w:type="dxa"/>
            <w:shd w:val="clear" w:color="auto" w:fill="FFFFFF"/>
            <w:tcMar>
              <w:top w:w="80" w:type="dxa"/>
              <w:left w:w="90" w:type="dxa"/>
              <w:bottom w:w="80" w:type="dxa"/>
              <w:right w:w="90" w:type="dxa"/>
            </w:tcMar>
            <w:vAlign w:val="center"/>
          </w:tcPr>
          <w:p w14:paraId="452BCA7F" w14:textId="77777777" w:rsidR="00430FCC" w:rsidRPr="008E6C00" w:rsidRDefault="00000000">
            <w:pPr>
              <w:spacing w:after="0" w:line="240" w:lineRule="auto"/>
              <w:rPr>
                <w:noProof/>
                <w:lang w:val="ro-RO"/>
              </w:rPr>
            </w:pPr>
            <w:r w:rsidRPr="008E6C00">
              <w:rPr>
                <w:noProof/>
                <w:sz w:val="16"/>
                <w:lang w:val="ro-RO"/>
              </w:rPr>
              <w:t>Registru obiective și KPI</w:t>
            </w:r>
          </w:p>
        </w:tc>
        <w:tc>
          <w:tcPr>
            <w:tcW w:w="5669" w:type="dxa"/>
            <w:shd w:val="clear" w:color="auto" w:fill="FFFFFF"/>
            <w:tcMar>
              <w:top w:w="80" w:type="dxa"/>
              <w:left w:w="90" w:type="dxa"/>
              <w:bottom w:w="80" w:type="dxa"/>
              <w:right w:w="90" w:type="dxa"/>
            </w:tcMar>
            <w:vAlign w:val="center"/>
          </w:tcPr>
          <w:p w14:paraId="3C044E8B" w14:textId="77777777" w:rsidR="00430FCC" w:rsidRPr="008E6C00" w:rsidRDefault="00000000">
            <w:pPr>
              <w:spacing w:after="0" w:line="240" w:lineRule="auto"/>
              <w:rPr>
                <w:noProof/>
                <w:lang w:val="ro-RO"/>
              </w:rPr>
            </w:pPr>
            <w:r w:rsidRPr="008E6C00">
              <w:rPr>
                <w:noProof/>
                <w:sz w:val="16"/>
                <w:lang w:val="ro-RO"/>
              </w:rPr>
              <w:t>Un tabel unic cu planificare și monitorizare.</w:t>
            </w:r>
          </w:p>
        </w:tc>
      </w:tr>
      <w:tr w:rsidR="00430FCC" w:rsidRPr="008E6C00" w14:paraId="1D7C3522" w14:textId="77777777">
        <w:trPr>
          <w:cantSplit/>
          <w:jc w:val="center"/>
        </w:trPr>
        <w:tc>
          <w:tcPr>
            <w:tcW w:w="680" w:type="dxa"/>
            <w:shd w:val="clear" w:color="auto" w:fill="FAFAFA"/>
            <w:tcMar>
              <w:top w:w="80" w:type="dxa"/>
              <w:left w:w="90" w:type="dxa"/>
              <w:bottom w:w="80" w:type="dxa"/>
              <w:right w:w="90" w:type="dxa"/>
            </w:tcMar>
            <w:vAlign w:val="center"/>
          </w:tcPr>
          <w:p w14:paraId="71ABD0BE" w14:textId="77777777" w:rsidR="00430FCC" w:rsidRPr="008E6C00" w:rsidRDefault="00000000">
            <w:pPr>
              <w:spacing w:after="0" w:line="240" w:lineRule="auto"/>
              <w:jc w:val="center"/>
              <w:rPr>
                <w:noProof/>
                <w:lang w:val="ro-RO"/>
              </w:rPr>
            </w:pPr>
            <w:r w:rsidRPr="008E6C00">
              <w:rPr>
                <w:noProof/>
                <w:sz w:val="16"/>
                <w:lang w:val="ro-RO"/>
              </w:rPr>
              <w:t>4</w:t>
            </w:r>
          </w:p>
        </w:tc>
        <w:tc>
          <w:tcPr>
            <w:tcW w:w="3572" w:type="dxa"/>
            <w:shd w:val="clear" w:color="auto" w:fill="FAFAFA"/>
            <w:tcMar>
              <w:top w:w="80" w:type="dxa"/>
              <w:left w:w="90" w:type="dxa"/>
              <w:bottom w:w="80" w:type="dxa"/>
              <w:right w:w="90" w:type="dxa"/>
            </w:tcMar>
            <w:vAlign w:val="center"/>
          </w:tcPr>
          <w:p w14:paraId="67740C12" w14:textId="77777777" w:rsidR="00430FCC" w:rsidRPr="008E6C00" w:rsidRDefault="00000000">
            <w:pPr>
              <w:spacing w:after="0" w:line="240" w:lineRule="auto"/>
              <w:rPr>
                <w:noProof/>
                <w:lang w:val="ro-RO"/>
              </w:rPr>
            </w:pPr>
            <w:r w:rsidRPr="008E6C00">
              <w:rPr>
                <w:noProof/>
                <w:sz w:val="16"/>
                <w:lang w:val="ro-RO"/>
              </w:rPr>
              <w:t>Context, cerințe, riscuri și acțiuni</w:t>
            </w:r>
          </w:p>
        </w:tc>
        <w:tc>
          <w:tcPr>
            <w:tcW w:w="5669" w:type="dxa"/>
            <w:shd w:val="clear" w:color="auto" w:fill="FAFAFA"/>
            <w:tcMar>
              <w:top w:w="80" w:type="dxa"/>
              <w:left w:w="90" w:type="dxa"/>
              <w:bottom w:w="80" w:type="dxa"/>
              <w:right w:w="90" w:type="dxa"/>
            </w:tcMar>
            <w:vAlign w:val="center"/>
          </w:tcPr>
          <w:p w14:paraId="6A0002E7" w14:textId="77777777" w:rsidR="00430FCC" w:rsidRPr="008E6C00" w:rsidRDefault="00000000">
            <w:pPr>
              <w:spacing w:after="0" w:line="240" w:lineRule="auto"/>
              <w:rPr>
                <w:noProof/>
                <w:lang w:val="ro-RO"/>
              </w:rPr>
            </w:pPr>
            <w:r w:rsidRPr="008E6C00">
              <w:rPr>
                <w:noProof/>
                <w:sz w:val="16"/>
                <w:lang w:val="ro-RO"/>
              </w:rPr>
              <w:t>Un registru integrat, actualizat la schimbări.</w:t>
            </w:r>
          </w:p>
        </w:tc>
      </w:tr>
      <w:tr w:rsidR="00430FCC" w:rsidRPr="008E6C00" w14:paraId="1E43D7C3" w14:textId="77777777">
        <w:trPr>
          <w:cantSplit/>
          <w:jc w:val="center"/>
        </w:trPr>
        <w:tc>
          <w:tcPr>
            <w:tcW w:w="680" w:type="dxa"/>
            <w:shd w:val="clear" w:color="auto" w:fill="FFFFFF"/>
            <w:tcMar>
              <w:top w:w="80" w:type="dxa"/>
              <w:left w:w="90" w:type="dxa"/>
              <w:bottom w:w="80" w:type="dxa"/>
              <w:right w:w="90" w:type="dxa"/>
            </w:tcMar>
            <w:vAlign w:val="center"/>
          </w:tcPr>
          <w:p w14:paraId="410F0B54" w14:textId="77777777" w:rsidR="00430FCC" w:rsidRPr="008E6C00" w:rsidRDefault="00000000">
            <w:pPr>
              <w:spacing w:after="0" w:line="240" w:lineRule="auto"/>
              <w:jc w:val="center"/>
              <w:rPr>
                <w:noProof/>
                <w:lang w:val="ro-RO"/>
              </w:rPr>
            </w:pPr>
            <w:r w:rsidRPr="008E6C00">
              <w:rPr>
                <w:noProof/>
                <w:sz w:val="16"/>
                <w:lang w:val="ro-RO"/>
              </w:rPr>
              <w:t>5</w:t>
            </w:r>
          </w:p>
        </w:tc>
        <w:tc>
          <w:tcPr>
            <w:tcW w:w="3572" w:type="dxa"/>
            <w:shd w:val="clear" w:color="auto" w:fill="FFFFFF"/>
            <w:tcMar>
              <w:top w:w="80" w:type="dxa"/>
              <w:left w:w="90" w:type="dxa"/>
              <w:bottom w:w="80" w:type="dxa"/>
              <w:right w:w="90" w:type="dxa"/>
            </w:tcMar>
            <w:vAlign w:val="center"/>
          </w:tcPr>
          <w:p w14:paraId="79327545" w14:textId="77777777" w:rsidR="00430FCC" w:rsidRPr="008E6C00" w:rsidRDefault="00000000">
            <w:pPr>
              <w:spacing w:after="0" w:line="240" w:lineRule="auto"/>
              <w:rPr>
                <w:noProof/>
                <w:lang w:val="ro-RO"/>
              </w:rPr>
            </w:pPr>
            <w:r w:rsidRPr="008E6C00">
              <w:rPr>
                <w:noProof/>
                <w:sz w:val="16"/>
                <w:lang w:val="ro-RO"/>
              </w:rPr>
              <w:t>Reguli de control documente și înregistrări</w:t>
            </w:r>
          </w:p>
        </w:tc>
        <w:tc>
          <w:tcPr>
            <w:tcW w:w="5669" w:type="dxa"/>
            <w:shd w:val="clear" w:color="auto" w:fill="FFFFFF"/>
            <w:tcMar>
              <w:top w:w="80" w:type="dxa"/>
              <w:left w:w="90" w:type="dxa"/>
              <w:bottom w:w="80" w:type="dxa"/>
              <w:right w:w="90" w:type="dxa"/>
            </w:tcMar>
            <w:vAlign w:val="center"/>
          </w:tcPr>
          <w:p w14:paraId="1FC9DD84" w14:textId="77777777" w:rsidR="00430FCC" w:rsidRPr="008E6C00" w:rsidRDefault="00000000">
            <w:pPr>
              <w:spacing w:after="0" w:line="240" w:lineRule="auto"/>
              <w:rPr>
                <w:noProof/>
                <w:lang w:val="ro-RO"/>
              </w:rPr>
            </w:pPr>
            <w:r w:rsidRPr="008E6C00">
              <w:rPr>
                <w:noProof/>
                <w:sz w:val="16"/>
                <w:lang w:val="ro-RO"/>
              </w:rPr>
              <w:t>O pagină sau setări documentate în platformă.</w:t>
            </w:r>
          </w:p>
        </w:tc>
      </w:tr>
      <w:tr w:rsidR="00430FCC" w:rsidRPr="008E6C00" w14:paraId="5C88FBDA" w14:textId="77777777">
        <w:trPr>
          <w:cantSplit/>
          <w:jc w:val="center"/>
        </w:trPr>
        <w:tc>
          <w:tcPr>
            <w:tcW w:w="680" w:type="dxa"/>
            <w:shd w:val="clear" w:color="auto" w:fill="FAFAFA"/>
            <w:tcMar>
              <w:top w:w="80" w:type="dxa"/>
              <w:left w:w="90" w:type="dxa"/>
              <w:bottom w:w="80" w:type="dxa"/>
              <w:right w:w="90" w:type="dxa"/>
            </w:tcMar>
            <w:vAlign w:val="center"/>
          </w:tcPr>
          <w:p w14:paraId="2BB92045" w14:textId="77777777" w:rsidR="00430FCC" w:rsidRPr="008E6C00" w:rsidRDefault="00000000">
            <w:pPr>
              <w:spacing w:after="0" w:line="240" w:lineRule="auto"/>
              <w:jc w:val="center"/>
              <w:rPr>
                <w:noProof/>
                <w:lang w:val="ro-RO"/>
              </w:rPr>
            </w:pPr>
            <w:r w:rsidRPr="008E6C00">
              <w:rPr>
                <w:noProof/>
                <w:sz w:val="16"/>
                <w:lang w:val="ro-RO"/>
              </w:rPr>
              <w:t>6</w:t>
            </w:r>
          </w:p>
        </w:tc>
        <w:tc>
          <w:tcPr>
            <w:tcW w:w="3572" w:type="dxa"/>
            <w:shd w:val="clear" w:color="auto" w:fill="FAFAFA"/>
            <w:tcMar>
              <w:top w:w="80" w:type="dxa"/>
              <w:left w:w="90" w:type="dxa"/>
              <w:bottom w:w="80" w:type="dxa"/>
              <w:right w:w="90" w:type="dxa"/>
            </w:tcMar>
            <w:vAlign w:val="center"/>
          </w:tcPr>
          <w:p w14:paraId="7817B507" w14:textId="77777777" w:rsidR="00430FCC" w:rsidRPr="008E6C00" w:rsidRDefault="00000000">
            <w:pPr>
              <w:spacing w:after="0" w:line="240" w:lineRule="auto"/>
              <w:rPr>
                <w:noProof/>
                <w:lang w:val="ro-RO"/>
              </w:rPr>
            </w:pPr>
            <w:r w:rsidRPr="008E6C00">
              <w:rPr>
                <w:noProof/>
                <w:sz w:val="16"/>
                <w:lang w:val="ro-RO"/>
              </w:rPr>
              <w:t>Matrice competențe</w:t>
            </w:r>
          </w:p>
        </w:tc>
        <w:tc>
          <w:tcPr>
            <w:tcW w:w="5669" w:type="dxa"/>
            <w:shd w:val="clear" w:color="auto" w:fill="FAFAFA"/>
            <w:tcMar>
              <w:top w:w="80" w:type="dxa"/>
              <w:left w:w="90" w:type="dxa"/>
              <w:bottom w:w="80" w:type="dxa"/>
              <w:right w:w="90" w:type="dxa"/>
            </w:tcMar>
            <w:vAlign w:val="center"/>
          </w:tcPr>
          <w:p w14:paraId="4088D610" w14:textId="77777777" w:rsidR="00430FCC" w:rsidRPr="008E6C00" w:rsidRDefault="00000000">
            <w:pPr>
              <w:spacing w:after="0" w:line="240" w:lineRule="auto"/>
              <w:rPr>
                <w:noProof/>
                <w:lang w:val="ro-RO"/>
              </w:rPr>
            </w:pPr>
            <w:r w:rsidRPr="008E6C00">
              <w:rPr>
                <w:noProof/>
                <w:sz w:val="16"/>
                <w:lang w:val="ro-RO"/>
              </w:rPr>
              <w:t>Roluri, cerințe, evaluări și acțiuni.</w:t>
            </w:r>
          </w:p>
        </w:tc>
      </w:tr>
      <w:tr w:rsidR="00430FCC" w:rsidRPr="008E6C00" w14:paraId="5B85642E" w14:textId="77777777">
        <w:trPr>
          <w:cantSplit/>
          <w:jc w:val="center"/>
        </w:trPr>
        <w:tc>
          <w:tcPr>
            <w:tcW w:w="680" w:type="dxa"/>
            <w:shd w:val="clear" w:color="auto" w:fill="FFFFFF"/>
            <w:tcMar>
              <w:top w:w="80" w:type="dxa"/>
              <w:left w:w="90" w:type="dxa"/>
              <w:bottom w:w="80" w:type="dxa"/>
              <w:right w:w="90" w:type="dxa"/>
            </w:tcMar>
            <w:vAlign w:val="center"/>
          </w:tcPr>
          <w:p w14:paraId="0E32C472" w14:textId="77777777" w:rsidR="00430FCC" w:rsidRPr="008E6C00" w:rsidRDefault="00000000">
            <w:pPr>
              <w:spacing w:after="0" w:line="240" w:lineRule="auto"/>
              <w:jc w:val="center"/>
              <w:rPr>
                <w:noProof/>
                <w:lang w:val="ro-RO"/>
              </w:rPr>
            </w:pPr>
            <w:r w:rsidRPr="008E6C00">
              <w:rPr>
                <w:noProof/>
                <w:sz w:val="16"/>
                <w:lang w:val="ro-RO"/>
              </w:rPr>
              <w:t>7</w:t>
            </w:r>
          </w:p>
        </w:tc>
        <w:tc>
          <w:tcPr>
            <w:tcW w:w="3572" w:type="dxa"/>
            <w:shd w:val="clear" w:color="auto" w:fill="FFFFFF"/>
            <w:tcMar>
              <w:top w:w="80" w:type="dxa"/>
              <w:left w:w="90" w:type="dxa"/>
              <w:bottom w:w="80" w:type="dxa"/>
              <w:right w:w="90" w:type="dxa"/>
            </w:tcMar>
            <w:vAlign w:val="center"/>
          </w:tcPr>
          <w:p w14:paraId="4CA7129E" w14:textId="77777777" w:rsidR="00430FCC" w:rsidRPr="008E6C00" w:rsidRDefault="00000000">
            <w:pPr>
              <w:spacing w:after="0" w:line="240" w:lineRule="auto"/>
              <w:rPr>
                <w:noProof/>
                <w:lang w:val="ro-RO"/>
              </w:rPr>
            </w:pPr>
            <w:r w:rsidRPr="008E6C00">
              <w:rPr>
                <w:noProof/>
                <w:sz w:val="16"/>
                <w:lang w:val="ro-RO"/>
              </w:rPr>
              <w:t>Flux ofertă-comandă-contract</w:t>
            </w:r>
          </w:p>
        </w:tc>
        <w:tc>
          <w:tcPr>
            <w:tcW w:w="5669" w:type="dxa"/>
            <w:shd w:val="clear" w:color="auto" w:fill="FFFFFF"/>
            <w:tcMar>
              <w:top w:w="80" w:type="dxa"/>
              <w:left w:w="90" w:type="dxa"/>
              <w:bottom w:w="80" w:type="dxa"/>
              <w:right w:w="90" w:type="dxa"/>
            </w:tcMar>
            <w:vAlign w:val="center"/>
          </w:tcPr>
          <w:p w14:paraId="408222FF" w14:textId="77777777" w:rsidR="00430FCC" w:rsidRPr="008E6C00" w:rsidRDefault="00000000">
            <w:pPr>
              <w:spacing w:after="0" w:line="240" w:lineRule="auto"/>
              <w:rPr>
                <w:noProof/>
                <w:lang w:val="ro-RO"/>
              </w:rPr>
            </w:pPr>
            <w:r w:rsidRPr="008E6C00">
              <w:rPr>
                <w:noProof/>
                <w:sz w:val="16"/>
                <w:lang w:val="ro-RO"/>
              </w:rPr>
              <w:t>Checklist sau statusuri în CRM/ERP.</w:t>
            </w:r>
          </w:p>
        </w:tc>
      </w:tr>
      <w:tr w:rsidR="00430FCC" w:rsidRPr="008E6C00" w14:paraId="5590A74E" w14:textId="77777777">
        <w:trPr>
          <w:cantSplit/>
          <w:jc w:val="center"/>
        </w:trPr>
        <w:tc>
          <w:tcPr>
            <w:tcW w:w="680" w:type="dxa"/>
            <w:shd w:val="clear" w:color="auto" w:fill="FAFAFA"/>
            <w:tcMar>
              <w:top w:w="80" w:type="dxa"/>
              <w:left w:w="90" w:type="dxa"/>
              <w:bottom w:w="80" w:type="dxa"/>
              <w:right w:w="90" w:type="dxa"/>
            </w:tcMar>
            <w:vAlign w:val="center"/>
          </w:tcPr>
          <w:p w14:paraId="276126DB" w14:textId="77777777" w:rsidR="00430FCC" w:rsidRPr="008E6C00" w:rsidRDefault="00000000">
            <w:pPr>
              <w:spacing w:after="0" w:line="240" w:lineRule="auto"/>
              <w:jc w:val="center"/>
              <w:rPr>
                <w:noProof/>
                <w:lang w:val="ro-RO"/>
              </w:rPr>
            </w:pPr>
            <w:r w:rsidRPr="008E6C00">
              <w:rPr>
                <w:noProof/>
                <w:sz w:val="16"/>
                <w:lang w:val="ro-RO"/>
              </w:rPr>
              <w:t>8</w:t>
            </w:r>
          </w:p>
        </w:tc>
        <w:tc>
          <w:tcPr>
            <w:tcW w:w="3572" w:type="dxa"/>
            <w:shd w:val="clear" w:color="auto" w:fill="FAFAFA"/>
            <w:tcMar>
              <w:top w:w="80" w:type="dxa"/>
              <w:left w:w="90" w:type="dxa"/>
              <w:bottom w:w="80" w:type="dxa"/>
              <w:right w:w="90" w:type="dxa"/>
            </w:tcMar>
            <w:vAlign w:val="center"/>
          </w:tcPr>
          <w:p w14:paraId="551C79D9" w14:textId="77777777" w:rsidR="00430FCC" w:rsidRPr="008E6C00" w:rsidRDefault="00000000">
            <w:pPr>
              <w:spacing w:after="0" w:line="240" w:lineRule="auto"/>
              <w:rPr>
                <w:noProof/>
                <w:lang w:val="ro-RO"/>
              </w:rPr>
            </w:pPr>
            <w:r w:rsidRPr="008E6C00">
              <w:rPr>
                <w:noProof/>
                <w:sz w:val="16"/>
                <w:lang w:val="ro-RO"/>
              </w:rPr>
              <w:t>Listă furnizori și evaluare</w:t>
            </w:r>
          </w:p>
        </w:tc>
        <w:tc>
          <w:tcPr>
            <w:tcW w:w="5669" w:type="dxa"/>
            <w:shd w:val="clear" w:color="auto" w:fill="FAFAFA"/>
            <w:tcMar>
              <w:top w:w="80" w:type="dxa"/>
              <w:left w:w="90" w:type="dxa"/>
              <w:bottom w:w="80" w:type="dxa"/>
              <w:right w:w="90" w:type="dxa"/>
            </w:tcMar>
            <w:vAlign w:val="center"/>
          </w:tcPr>
          <w:p w14:paraId="407B4EF3" w14:textId="77777777" w:rsidR="00430FCC" w:rsidRPr="008E6C00" w:rsidRDefault="00000000">
            <w:pPr>
              <w:spacing w:after="0" w:line="240" w:lineRule="auto"/>
              <w:rPr>
                <w:noProof/>
                <w:lang w:val="ro-RO"/>
              </w:rPr>
            </w:pPr>
            <w:r w:rsidRPr="008E6C00">
              <w:rPr>
                <w:noProof/>
                <w:sz w:val="16"/>
                <w:lang w:val="ro-RO"/>
              </w:rPr>
              <w:t>Un registru proporționat cu criticitatea.</w:t>
            </w:r>
          </w:p>
        </w:tc>
      </w:tr>
      <w:tr w:rsidR="00430FCC" w:rsidRPr="008E6C00" w14:paraId="5AB84422" w14:textId="77777777">
        <w:trPr>
          <w:cantSplit/>
          <w:jc w:val="center"/>
        </w:trPr>
        <w:tc>
          <w:tcPr>
            <w:tcW w:w="680" w:type="dxa"/>
            <w:shd w:val="clear" w:color="auto" w:fill="FFFFFF"/>
            <w:tcMar>
              <w:top w:w="80" w:type="dxa"/>
              <w:left w:w="90" w:type="dxa"/>
              <w:bottom w:w="80" w:type="dxa"/>
              <w:right w:w="90" w:type="dxa"/>
            </w:tcMar>
            <w:vAlign w:val="center"/>
          </w:tcPr>
          <w:p w14:paraId="296F2BD0" w14:textId="77777777" w:rsidR="00430FCC" w:rsidRPr="008E6C00" w:rsidRDefault="00000000">
            <w:pPr>
              <w:spacing w:after="0" w:line="240" w:lineRule="auto"/>
              <w:jc w:val="center"/>
              <w:rPr>
                <w:noProof/>
                <w:lang w:val="ro-RO"/>
              </w:rPr>
            </w:pPr>
            <w:r w:rsidRPr="008E6C00">
              <w:rPr>
                <w:noProof/>
                <w:sz w:val="16"/>
                <w:lang w:val="ro-RO"/>
              </w:rPr>
              <w:t>9</w:t>
            </w:r>
          </w:p>
        </w:tc>
        <w:tc>
          <w:tcPr>
            <w:tcW w:w="3572" w:type="dxa"/>
            <w:shd w:val="clear" w:color="auto" w:fill="FFFFFF"/>
            <w:tcMar>
              <w:top w:w="80" w:type="dxa"/>
              <w:left w:w="90" w:type="dxa"/>
              <w:bottom w:w="80" w:type="dxa"/>
              <w:right w:w="90" w:type="dxa"/>
            </w:tcMar>
            <w:vAlign w:val="center"/>
          </w:tcPr>
          <w:p w14:paraId="28F08130" w14:textId="77777777" w:rsidR="00430FCC" w:rsidRPr="008E6C00" w:rsidRDefault="00000000">
            <w:pPr>
              <w:spacing w:after="0" w:line="240" w:lineRule="auto"/>
              <w:rPr>
                <w:noProof/>
                <w:lang w:val="ro-RO"/>
              </w:rPr>
            </w:pPr>
            <w:r w:rsidRPr="008E6C00">
              <w:rPr>
                <w:noProof/>
                <w:sz w:val="16"/>
                <w:lang w:val="ro-RO"/>
              </w:rPr>
              <w:t>Instrucțiuni pentru operațiunile critice</w:t>
            </w:r>
          </w:p>
        </w:tc>
        <w:tc>
          <w:tcPr>
            <w:tcW w:w="5669" w:type="dxa"/>
            <w:shd w:val="clear" w:color="auto" w:fill="FFFFFF"/>
            <w:tcMar>
              <w:top w:w="80" w:type="dxa"/>
              <w:left w:w="90" w:type="dxa"/>
              <w:bottom w:w="80" w:type="dxa"/>
              <w:right w:w="90" w:type="dxa"/>
            </w:tcMar>
            <w:vAlign w:val="center"/>
          </w:tcPr>
          <w:p w14:paraId="2D98D1E0" w14:textId="77777777" w:rsidR="00430FCC" w:rsidRPr="008E6C00" w:rsidRDefault="00000000">
            <w:pPr>
              <w:spacing w:after="0" w:line="240" w:lineRule="auto"/>
              <w:rPr>
                <w:noProof/>
                <w:lang w:val="ro-RO"/>
              </w:rPr>
            </w:pPr>
            <w:r w:rsidRPr="008E6C00">
              <w:rPr>
                <w:noProof/>
                <w:sz w:val="16"/>
                <w:lang w:val="ro-RO"/>
              </w:rPr>
              <w:t>Numai acolo unde competența și controlul vizual nu sunt suficiente.</w:t>
            </w:r>
          </w:p>
        </w:tc>
      </w:tr>
      <w:tr w:rsidR="00430FCC" w:rsidRPr="008E6C00" w14:paraId="3650FDB6" w14:textId="77777777">
        <w:trPr>
          <w:cantSplit/>
          <w:jc w:val="center"/>
        </w:trPr>
        <w:tc>
          <w:tcPr>
            <w:tcW w:w="680" w:type="dxa"/>
            <w:shd w:val="clear" w:color="auto" w:fill="FAFAFA"/>
            <w:tcMar>
              <w:top w:w="80" w:type="dxa"/>
              <w:left w:w="90" w:type="dxa"/>
              <w:bottom w:w="80" w:type="dxa"/>
              <w:right w:w="90" w:type="dxa"/>
            </w:tcMar>
            <w:vAlign w:val="center"/>
          </w:tcPr>
          <w:p w14:paraId="6A1AAA4F" w14:textId="77777777" w:rsidR="00430FCC" w:rsidRPr="008E6C00" w:rsidRDefault="00000000">
            <w:pPr>
              <w:spacing w:after="0" w:line="240" w:lineRule="auto"/>
              <w:jc w:val="center"/>
              <w:rPr>
                <w:noProof/>
                <w:lang w:val="ro-RO"/>
              </w:rPr>
            </w:pPr>
            <w:r w:rsidRPr="008E6C00">
              <w:rPr>
                <w:noProof/>
                <w:sz w:val="16"/>
                <w:lang w:val="ro-RO"/>
              </w:rPr>
              <w:t>10</w:t>
            </w:r>
          </w:p>
        </w:tc>
        <w:tc>
          <w:tcPr>
            <w:tcW w:w="3572" w:type="dxa"/>
            <w:shd w:val="clear" w:color="auto" w:fill="FAFAFA"/>
            <w:tcMar>
              <w:top w:w="80" w:type="dxa"/>
              <w:left w:w="90" w:type="dxa"/>
              <w:bottom w:w="80" w:type="dxa"/>
              <w:right w:w="90" w:type="dxa"/>
            </w:tcMar>
            <w:vAlign w:val="center"/>
          </w:tcPr>
          <w:p w14:paraId="1C04905D" w14:textId="77777777" w:rsidR="00430FCC" w:rsidRPr="008E6C00" w:rsidRDefault="00000000">
            <w:pPr>
              <w:spacing w:after="0" w:line="240" w:lineRule="auto"/>
              <w:rPr>
                <w:noProof/>
                <w:lang w:val="ro-RO"/>
              </w:rPr>
            </w:pPr>
            <w:r w:rsidRPr="008E6C00">
              <w:rPr>
                <w:noProof/>
                <w:sz w:val="16"/>
                <w:lang w:val="ro-RO"/>
              </w:rPr>
              <w:t>Control neconformități și acțiuni corective</w:t>
            </w:r>
          </w:p>
        </w:tc>
        <w:tc>
          <w:tcPr>
            <w:tcW w:w="5669" w:type="dxa"/>
            <w:shd w:val="clear" w:color="auto" w:fill="FAFAFA"/>
            <w:tcMar>
              <w:top w:w="80" w:type="dxa"/>
              <w:left w:w="90" w:type="dxa"/>
              <w:bottom w:w="80" w:type="dxa"/>
              <w:right w:w="90" w:type="dxa"/>
            </w:tcMar>
            <w:vAlign w:val="center"/>
          </w:tcPr>
          <w:p w14:paraId="7622F654" w14:textId="77777777" w:rsidR="00430FCC" w:rsidRPr="008E6C00" w:rsidRDefault="00000000">
            <w:pPr>
              <w:spacing w:after="0" w:line="240" w:lineRule="auto"/>
              <w:rPr>
                <w:noProof/>
                <w:lang w:val="ro-RO"/>
              </w:rPr>
            </w:pPr>
            <w:r w:rsidRPr="008E6C00">
              <w:rPr>
                <w:noProof/>
                <w:sz w:val="16"/>
                <w:lang w:val="ro-RO"/>
              </w:rPr>
              <w:t>Un registru unic poate acoperi sesizări interne, reclamații și acțiuni.</w:t>
            </w:r>
          </w:p>
        </w:tc>
      </w:tr>
      <w:tr w:rsidR="00430FCC" w:rsidRPr="008E6C00" w14:paraId="5C936566" w14:textId="77777777">
        <w:trPr>
          <w:cantSplit/>
          <w:jc w:val="center"/>
        </w:trPr>
        <w:tc>
          <w:tcPr>
            <w:tcW w:w="680" w:type="dxa"/>
            <w:shd w:val="clear" w:color="auto" w:fill="FFFFFF"/>
            <w:tcMar>
              <w:top w:w="80" w:type="dxa"/>
              <w:left w:w="90" w:type="dxa"/>
              <w:bottom w:w="80" w:type="dxa"/>
              <w:right w:w="90" w:type="dxa"/>
            </w:tcMar>
            <w:vAlign w:val="center"/>
          </w:tcPr>
          <w:p w14:paraId="5C21F912" w14:textId="77777777" w:rsidR="00430FCC" w:rsidRPr="008E6C00" w:rsidRDefault="00000000">
            <w:pPr>
              <w:spacing w:after="0" w:line="240" w:lineRule="auto"/>
              <w:jc w:val="center"/>
              <w:rPr>
                <w:noProof/>
                <w:lang w:val="ro-RO"/>
              </w:rPr>
            </w:pPr>
            <w:r w:rsidRPr="008E6C00">
              <w:rPr>
                <w:noProof/>
                <w:sz w:val="16"/>
                <w:lang w:val="ro-RO"/>
              </w:rPr>
              <w:t>11</w:t>
            </w:r>
          </w:p>
        </w:tc>
        <w:tc>
          <w:tcPr>
            <w:tcW w:w="3572" w:type="dxa"/>
            <w:shd w:val="clear" w:color="auto" w:fill="FFFFFF"/>
            <w:tcMar>
              <w:top w:w="80" w:type="dxa"/>
              <w:left w:w="90" w:type="dxa"/>
              <w:bottom w:w="80" w:type="dxa"/>
              <w:right w:w="90" w:type="dxa"/>
            </w:tcMar>
            <w:vAlign w:val="center"/>
          </w:tcPr>
          <w:p w14:paraId="1E5D0C18" w14:textId="77777777" w:rsidR="00430FCC" w:rsidRPr="008E6C00" w:rsidRDefault="00000000">
            <w:pPr>
              <w:spacing w:after="0" w:line="240" w:lineRule="auto"/>
              <w:rPr>
                <w:noProof/>
                <w:lang w:val="ro-RO"/>
              </w:rPr>
            </w:pPr>
            <w:r w:rsidRPr="008E6C00">
              <w:rPr>
                <w:noProof/>
                <w:sz w:val="16"/>
                <w:lang w:val="ro-RO"/>
              </w:rPr>
              <w:t>Program și rapoarte audit intern</w:t>
            </w:r>
          </w:p>
        </w:tc>
        <w:tc>
          <w:tcPr>
            <w:tcW w:w="5669" w:type="dxa"/>
            <w:shd w:val="clear" w:color="auto" w:fill="FFFFFF"/>
            <w:tcMar>
              <w:top w:w="80" w:type="dxa"/>
              <w:left w:w="90" w:type="dxa"/>
              <w:bottom w:w="80" w:type="dxa"/>
              <w:right w:w="90" w:type="dxa"/>
            </w:tcMar>
            <w:vAlign w:val="center"/>
          </w:tcPr>
          <w:p w14:paraId="72A5C56A" w14:textId="77777777" w:rsidR="00430FCC" w:rsidRPr="008E6C00" w:rsidRDefault="00000000">
            <w:pPr>
              <w:spacing w:after="0" w:line="240" w:lineRule="auto"/>
              <w:rPr>
                <w:noProof/>
                <w:lang w:val="ro-RO"/>
              </w:rPr>
            </w:pPr>
            <w:r w:rsidRPr="008E6C00">
              <w:rPr>
                <w:noProof/>
                <w:sz w:val="16"/>
                <w:lang w:val="ro-RO"/>
              </w:rPr>
              <w:t>Plan anual, checklist, raport și urmărire.</w:t>
            </w:r>
          </w:p>
        </w:tc>
      </w:tr>
      <w:tr w:rsidR="00430FCC" w:rsidRPr="008E6C00" w14:paraId="780350E1" w14:textId="77777777">
        <w:trPr>
          <w:cantSplit/>
          <w:jc w:val="center"/>
        </w:trPr>
        <w:tc>
          <w:tcPr>
            <w:tcW w:w="680" w:type="dxa"/>
            <w:shd w:val="clear" w:color="auto" w:fill="FAFAFA"/>
            <w:tcMar>
              <w:top w:w="80" w:type="dxa"/>
              <w:left w:w="90" w:type="dxa"/>
              <w:bottom w:w="80" w:type="dxa"/>
              <w:right w:w="90" w:type="dxa"/>
            </w:tcMar>
            <w:vAlign w:val="center"/>
          </w:tcPr>
          <w:p w14:paraId="1DA5D77E" w14:textId="77777777" w:rsidR="00430FCC" w:rsidRPr="008E6C00" w:rsidRDefault="00000000">
            <w:pPr>
              <w:spacing w:after="0" w:line="240" w:lineRule="auto"/>
              <w:jc w:val="center"/>
              <w:rPr>
                <w:noProof/>
                <w:lang w:val="ro-RO"/>
              </w:rPr>
            </w:pPr>
            <w:r w:rsidRPr="008E6C00">
              <w:rPr>
                <w:noProof/>
                <w:sz w:val="16"/>
                <w:lang w:val="ro-RO"/>
              </w:rPr>
              <w:t>12</w:t>
            </w:r>
          </w:p>
        </w:tc>
        <w:tc>
          <w:tcPr>
            <w:tcW w:w="3572" w:type="dxa"/>
            <w:shd w:val="clear" w:color="auto" w:fill="FAFAFA"/>
            <w:tcMar>
              <w:top w:w="80" w:type="dxa"/>
              <w:left w:w="90" w:type="dxa"/>
              <w:bottom w:w="80" w:type="dxa"/>
              <w:right w:w="90" w:type="dxa"/>
            </w:tcMar>
            <w:vAlign w:val="center"/>
          </w:tcPr>
          <w:p w14:paraId="7E48C3A7" w14:textId="77777777" w:rsidR="00430FCC" w:rsidRPr="008E6C00" w:rsidRDefault="00000000">
            <w:pPr>
              <w:spacing w:after="0" w:line="240" w:lineRule="auto"/>
              <w:rPr>
                <w:noProof/>
                <w:lang w:val="ro-RO"/>
              </w:rPr>
            </w:pPr>
            <w:r w:rsidRPr="008E6C00">
              <w:rPr>
                <w:noProof/>
                <w:sz w:val="16"/>
                <w:lang w:val="ro-RO"/>
              </w:rPr>
              <w:t>Analiza de management</w:t>
            </w:r>
          </w:p>
        </w:tc>
        <w:tc>
          <w:tcPr>
            <w:tcW w:w="5669" w:type="dxa"/>
            <w:shd w:val="clear" w:color="auto" w:fill="FAFAFA"/>
            <w:tcMar>
              <w:top w:w="80" w:type="dxa"/>
              <w:left w:w="90" w:type="dxa"/>
              <w:bottom w:w="80" w:type="dxa"/>
              <w:right w:w="90" w:type="dxa"/>
            </w:tcMar>
            <w:vAlign w:val="center"/>
          </w:tcPr>
          <w:p w14:paraId="4886D76D" w14:textId="77777777" w:rsidR="00430FCC" w:rsidRPr="008E6C00" w:rsidRDefault="00000000">
            <w:pPr>
              <w:spacing w:after="0" w:line="240" w:lineRule="auto"/>
              <w:rPr>
                <w:noProof/>
                <w:lang w:val="ro-RO"/>
              </w:rPr>
            </w:pPr>
            <w:r w:rsidRPr="008E6C00">
              <w:rPr>
                <w:noProof/>
                <w:sz w:val="16"/>
                <w:lang w:val="ro-RO"/>
              </w:rPr>
              <w:t>Proces-verbal cu intrări, concluzii, decizii, resurse și responsabilități.</w:t>
            </w:r>
          </w:p>
        </w:tc>
      </w:tr>
    </w:tbl>
    <w:p w14:paraId="3242B13D" w14:textId="77777777" w:rsidR="00430FCC" w:rsidRPr="008E6C00" w:rsidRDefault="00430FCC">
      <w:pPr>
        <w:spacing w:after="20"/>
        <w:rPr>
          <w:noProof/>
          <w:lang w:val="ro-RO"/>
        </w:rPr>
      </w:pPr>
    </w:p>
    <w:p w14:paraId="43964169" w14:textId="77777777" w:rsidR="00430FCC" w:rsidRPr="008E6C00" w:rsidRDefault="00000000">
      <w:pPr>
        <w:pStyle w:val="Heading2"/>
        <w:rPr>
          <w:noProof/>
          <w:lang w:val="ro-RO"/>
        </w:rPr>
      </w:pPr>
      <w:r w:rsidRPr="008E6C00">
        <w:rPr>
          <w:noProof/>
          <w:lang w:val="ro-RO"/>
        </w:rPr>
        <w:t>Când trebuie crescut nivelul de documentare</w:t>
      </w:r>
    </w:p>
    <w:p w14:paraId="76582139" w14:textId="77777777" w:rsidR="00430FCC" w:rsidRPr="008E6C00" w:rsidRDefault="00000000">
      <w:pPr>
        <w:pStyle w:val="ListBullet"/>
        <w:spacing w:after="40"/>
        <w:ind w:left="283" w:hanging="170"/>
        <w:rPr>
          <w:noProof/>
          <w:lang w:val="ro-RO"/>
        </w:rPr>
      </w:pPr>
      <w:r w:rsidRPr="008E6C00">
        <w:rPr>
          <w:noProof/>
          <w:lang w:val="ro-RO"/>
        </w:rPr>
        <w:t>Procesele au risc ridicat, sunt reglementate sau au criterii tehnice complexe.</w:t>
      </w:r>
    </w:p>
    <w:p w14:paraId="2DFF7DDF" w14:textId="77777777" w:rsidR="00430FCC" w:rsidRPr="008E6C00" w:rsidRDefault="00000000">
      <w:pPr>
        <w:pStyle w:val="ListBullet"/>
        <w:spacing w:after="40"/>
        <w:ind w:left="283" w:hanging="170"/>
        <w:rPr>
          <w:noProof/>
          <w:lang w:val="ro-RO"/>
        </w:rPr>
      </w:pPr>
      <w:r w:rsidRPr="008E6C00">
        <w:rPr>
          <w:noProof/>
          <w:lang w:val="ro-RO"/>
        </w:rPr>
        <w:t>Există multe locații, schimburi, echipe, limbi sau niveluri diferite de competență.</w:t>
      </w:r>
    </w:p>
    <w:p w14:paraId="3D8C98B9" w14:textId="77777777" w:rsidR="00430FCC" w:rsidRPr="008E6C00" w:rsidRDefault="00000000">
      <w:pPr>
        <w:pStyle w:val="ListBullet"/>
        <w:spacing w:after="40"/>
        <w:ind w:left="283" w:hanging="170"/>
        <w:rPr>
          <w:noProof/>
          <w:lang w:val="ro-RO"/>
        </w:rPr>
      </w:pPr>
      <w:r w:rsidRPr="008E6C00">
        <w:rPr>
          <w:noProof/>
          <w:lang w:val="ro-RO"/>
        </w:rPr>
        <w:t>Activitățile sunt externalizate ori depind de mai mulți furnizori critici.</w:t>
      </w:r>
    </w:p>
    <w:p w14:paraId="55CBBA56" w14:textId="77777777" w:rsidR="00430FCC" w:rsidRPr="008E6C00" w:rsidRDefault="00000000">
      <w:pPr>
        <w:pStyle w:val="ListBullet"/>
        <w:spacing w:after="40"/>
        <w:ind w:left="283" w:hanging="170"/>
        <w:rPr>
          <w:noProof/>
          <w:lang w:val="ro-RO"/>
        </w:rPr>
      </w:pPr>
      <w:r w:rsidRPr="008E6C00">
        <w:rPr>
          <w:noProof/>
          <w:lang w:val="ro-RO"/>
        </w:rPr>
        <w:t>Apar frecvent neconformități, reclamații, refaceri sau variații între operatori.</w:t>
      </w:r>
    </w:p>
    <w:p w14:paraId="03B859E0" w14:textId="77777777" w:rsidR="00430FCC" w:rsidRPr="008E6C00" w:rsidRDefault="00000000">
      <w:pPr>
        <w:pStyle w:val="ListBullet"/>
        <w:spacing w:after="40"/>
        <w:ind w:left="283" w:hanging="170"/>
        <w:rPr>
          <w:noProof/>
          <w:lang w:val="ro-RO"/>
        </w:rPr>
      </w:pPr>
      <w:r w:rsidRPr="008E6C00">
        <w:rPr>
          <w:noProof/>
          <w:lang w:val="ro-RO"/>
        </w:rPr>
        <w:t>Este necesară trasabilitate detaliată sau păstrare pe termen lung.</w:t>
      </w:r>
    </w:p>
    <w:p w14:paraId="525C97AD" w14:textId="77777777" w:rsidR="00430FCC" w:rsidRPr="008E6C00" w:rsidRDefault="00000000">
      <w:pPr>
        <w:pStyle w:val="ListBullet"/>
        <w:spacing w:after="40"/>
        <w:ind w:left="283" w:hanging="170"/>
        <w:rPr>
          <w:noProof/>
          <w:lang w:val="ro-RO"/>
        </w:rPr>
      </w:pPr>
      <w:r w:rsidRPr="008E6C00">
        <w:rPr>
          <w:noProof/>
          <w:lang w:val="ro-RO"/>
        </w:rPr>
        <w:t>Cunoștințele sunt concentrate la puține persoane și continuitatea este vulnerabilă.</w:t>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430FCC" w:rsidRPr="008E6C00" w14:paraId="77DC3A0C" w14:textId="77777777">
        <w:trPr>
          <w:cantSplit/>
          <w:jc w:val="center"/>
        </w:trPr>
        <w:tc>
          <w:tcPr>
            <w:tcW w:w="1020" w:type="dxa"/>
            <w:shd w:val="clear" w:color="auto" w:fill="D71920"/>
            <w:tcMar>
              <w:top w:w="80" w:type="dxa"/>
              <w:left w:w="90" w:type="dxa"/>
              <w:bottom w:w="80" w:type="dxa"/>
              <w:right w:w="90" w:type="dxa"/>
            </w:tcMar>
            <w:vAlign w:val="center"/>
          </w:tcPr>
          <w:p w14:paraId="4533B59E" w14:textId="77777777" w:rsidR="00430FCC" w:rsidRPr="008E6C00" w:rsidRDefault="00000000">
            <w:pPr>
              <w:spacing w:after="0" w:line="240" w:lineRule="auto"/>
              <w:jc w:val="center"/>
              <w:rPr>
                <w:noProof/>
                <w:lang w:val="ro-RO"/>
              </w:rPr>
            </w:pPr>
            <w:r w:rsidRPr="008E6C00">
              <w:rPr>
                <w:b/>
                <w:noProof/>
                <w:color w:val="FFFFFF"/>
                <w:sz w:val="34"/>
                <w:lang w:val="ro-RO"/>
              </w:rPr>
              <w:lastRenderedPageBreak/>
              <w:t>11</w:t>
            </w:r>
          </w:p>
        </w:tc>
        <w:tc>
          <w:tcPr>
            <w:tcW w:w="8901" w:type="dxa"/>
            <w:shd w:val="clear" w:color="auto" w:fill="F3F4F5"/>
          </w:tcPr>
          <w:p w14:paraId="6BCB4C35" w14:textId="77777777" w:rsidR="00430FCC" w:rsidRPr="008E6C00" w:rsidRDefault="00000000">
            <w:pPr>
              <w:spacing w:after="20"/>
              <w:rPr>
                <w:noProof/>
                <w:lang w:val="ro-RO"/>
              </w:rPr>
            </w:pPr>
            <w:r w:rsidRPr="008E6C00">
              <w:rPr>
                <w:b/>
                <w:noProof/>
                <w:sz w:val="28"/>
                <w:lang w:val="ro-RO"/>
              </w:rPr>
              <w:t>Verificarea pregătirii documentare</w:t>
            </w:r>
          </w:p>
          <w:p w14:paraId="713776FA" w14:textId="77777777" w:rsidR="00430FCC" w:rsidRPr="008E6C00" w:rsidRDefault="00000000">
            <w:pPr>
              <w:spacing w:after="0"/>
              <w:rPr>
                <w:noProof/>
                <w:lang w:val="ro-RO"/>
              </w:rPr>
            </w:pPr>
            <w:r w:rsidRPr="008E6C00">
              <w:rPr>
                <w:noProof/>
                <w:color w:val="666666"/>
                <w:sz w:val="17"/>
                <w:lang w:val="ro-RO"/>
              </w:rPr>
              <w:t>Un auditor verifică atât existența informației, cât și utilizarea și eficacitatea ei</w:t>
            </w:r>
          </w:p>
        </w:tc>
      </w:tr>
    </w:tbl>
    <w:p w14:paraId="56ABC77C" w14:textId="77777777" w:rsidR="00430FCC" w:rsidRPr="008E6C00" w:rsidRDefault="00430FCC">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020"/>
        <w:gridCol w:w="8901"/>
      </w:tblGrid>
      <w:tr w:rsidR="00430FCC" w:rsidRPr="008E6C00" w14:paraId="748EFFD9" w14:textId="77777777">
        <w:trPr>
          <w:tblHeader/>
          <w:jc w:val="center"/>
        </w:trPr>
        <w:tc>
          <w:tcPr>
            <w:tcW w:w="1020" w:type="dxa"/>
            <w:shd w:val="clear" w:color="auto" w:fill="D71920"/>
            <w:tcMar>
              <w:top w:w="80" w:type="dxa"/>
              <w:left w:w="90" w:type="dxa"/>
              <w:bottom w:w="80" w:type="dxa"/>
              <w:right w:w="90" w:type="dxa"/>
            </w:tcMar>
            <w:vAlign w:val="center"/>
          </w:tcPr>
          <w:p w14:paraId="1710B3E5" w14:textId="77777777" w:rsidR="00430FCC" w:rsidRPr="008E6C00" w:rsidRDefault="00000000">
            <w:pPr>
              <w:spacing w:after="0" w:line="240" w:lineRule="auto"/>
              <w:jc w:val="center"/>
              <w:rPr>
                <w:noProof/>
                <w:lang w:val="ro-RO"/>
              </w:rPr>
            </w:pPr>
            <w:r w:rsidRPr="008E6C00">
              <w:rPr>
                <w:b/>
                <w:noProof/>
                <w:color w:val="FFFFFF"/>
                <w:sz w:val="16"/>
                <w:lang w:val="ro-RO"/>
              </w:rPr>
              <w:t>STATUS</w:t>
            </w:r>
          </w:p>
        </w:tc>
        <w:tc>
          <w:tcPr>
            <w:tcW w:w="8901" w:type="dxa"/>
            <w:shd w:val="clear" w:color="auto" w:fill="D71920"/>
            <w:tcMar>
              <w:top w:w="80" w:type="dxa"/>
              <w:left w:w="90" w:type="dxa"/>
              <w:bottom w:w="80" w:type="dxa"/>
              <w:right w:w="90" w:type="dxa"/>
            </w:tcMar>
            <w:vAlign w:val="center"/>
          </w:tcPr>
          <w:p w14:paraId="76D2157B" w14:textId="77777777" w:rsidR="00430FCC" w:rsidRPr="008E6C00" w:rsidRDefault="00000000">
            <w:pPr>
              <w:spacing w:after="0" w:line="240" w:lineRule="auto"/>
              <w:jc w:val="center"/>
              <w:rPr>
                <w:noProof/>
                <w:lang w:val="ro-RO"/>
              </w:rPr>
            </w:pPr>
            <w:r w:rsidRPr="008E6C00">
              <w:rPr>
                <w:b/>
                <w:noProof/>
                <w:color w:val="FFFFFF"/>
                <w:sz w:val="16"/>
                <w:lang w:val="ro-RO"/>
              </w:rPr>
              <w:t>PUNCT DE VERIFICARE</w:t>
            </w:r>
          </w:p>
        </w:tc>
      </w:tr>
      <w:tr w:rsidR="00430FCC" w:rsidRPr="008E6C00" w14:paraId="49F92167" w14:textId="77777777">
        <w:trPr>
          <w:cantSplit/>
          <w:jc w:val="center"/>
        </w:trPr>
        <w:tc>
          <w:tcPr>
            <w:tcW w:w="1020" w:type="dxa"/>
            <w:shd w:val="clear" w:color="auto" w:fill="FFFFFF"/>
            <w:tcMar>
              <w:top w:w="80" w:type="dxa"/>
              <w:left w:w="90" w:type="dxa"/>
              <w:bottom w:w="80" w:type="dxa"/>
              <w:right w:w="90" w:type="dxa"/>
            </w:tcMar>
            <w:vAlign w:val="center"/>
          </w:tcPr>
          <w:p w14:paraId="2CFA24E4" w14:textId="77777777" w:rsidR="00430FCC" w:rsidRPr="008E6C00" w:rsidRDefault="00000000">
            <w:pPr>
              <w:spacing w:after="0" w:line="240" w:lineRule="auto"/>
              <w:jc w:val="center"/>
              <w:rPr>
                <w:noProof/>
                <w:lang w:val="ro-RO"/>
              </w:rPr>
            </w:pPr>
            <w:r w:rsidRPr="008E6C00">
              <w:rPr>
                <w:noProof/>
                <w:sz w:val="16"/>
                <w:lang w:val="ro-RO"/>
              </w:rPr>
              <w:t>☐</w:t>
            </w:r>
          </w:p>
        </w:tc>
        <w:tc>
          <w:tcPr>
            <w:tcW w:w="8901" w:type="dxa"/>
            <w:shd w:val="clear" w:color="auto" w:fill="FFFFFF"/>
            <w:tcMar>
              <w:top w:w="80" w:type="dxa"/>
              <w:left w:w="90" w:type="dxa"/>
              <w:bottom w:w="80" w:type="dxa"/>
              <w:right w:w="90" w:type="dxa"/>
            </w:tcMar>
            <w:vAlign w:val="center"/>
          </w:tcPr>
          <w:p w14:paraId="1365F873" w14:textId="77777777" w:rsidR="00430FCC" w:rsidRPr="008E6C00" w:rsidRDefault="00000000">
            <w:pPr>
              <w:spacing w:after="0" w:line="240" w:lineRule="auto"/>
              <w:rPr>
                <w:noProof/>
                <w:lang w:val="ro-RO"/>
              </w:rPr>
            </w:pPr>
            <w:r w:rsidRPr="008E6C00">
              <w:rPr>
                <w:noProof/>
                <w:sz w:val="16"/>
                <w:lang w:val="ro-RO"/>
              </w:rPr>
              <w:t>Domeniul SMC este actual, coerent cu activitățile și cu certificatul propus.</w:t>
            </w:r>
          </w:p>
        </w:tc>
      </w:tr>
      <w:tr w:rsidR="00430FCC" w:rsidRPr="008E6C00" w14:paraId="5B517EC9" w14:textId="77777777">
        <w:trPr>
          <w:cantSplit/>
          <w:jc w:val="center"/>
        </w:trPr>
        <w:tc>
          <w:tcPr>
            <w:tcW w:w="1020" w:type="dxa"/>
            <w:shd w:val="clear" w:color="auto" w:fill="FAFAFA"/>
            <w:tcMar>
              <w:top w:w="80" w:type="dxa"/>
              <w:left w:w="90" w:type="dxa"/>
              <w:bottom w:w="80" w:type="dxa"/>
              <w:right w:w="90" w:type="dxa"/>
            </w:tcMar>
            <w:vAlign w:val="center"/>
          </w:tcPr>
          <w:p w14:paraId="75834D26" w14:textId="77777777" w:rsidR="00430FCC" w:rsidRPr="008E6C00" w:rsidRDefault="00000000">
            <w:pPr>
              <w:spacing w:after="0" w:line="240" w:lineRule="auto"/>
              <w:jc w:val="center"/>
              <w:rPr>
                <w:noProof/>
                <w:lang w:val="ro-RO"/>
              </w:rPr>
            </w:pPr>
            <w:r w:rsidRPr="008E6C00">
              <w:rPr>
                <w:noProof/>
                <w:sz w:val="16"/>
                <w:lang w:val="ro-RO"/>
              </w:rPr>
              <w:t>☐</w:t>
            </w:r>
          </w:p>
        </w:tc>
        <w:tc>
          <w:tcPr>
            <w:tcW w:w="8901" w:type="dxa"/>
            <w:shd w:val="clear" w:color="auto" w:fill="FAFAFA"/>
            <w:tcMar>
              <w:top w:w="80" w:type="dxa"/>
              <w:left w:w="90" w:type="dxa"/>
              <w:bottom w:w="80" w:type="dxa"/>
              <w:right w:w="90" w:type="dxa"/>
            </w:tcMar>
            <w:vAlign w:val="center"/>
          </w:tcPr>
          <w:p w14:paraId="493397C0" w14:textId="77777777" w:rsidR="00430FCC" w:rsidRPr="008E6C00" w:rsidRDefault="00000000">
            <w:pPr>
              <w:spacing w:after="0" w:line="240" w:lineRule="auto"/>
              <w:rPr>
                <w:noProof/>
                <w:lang w:val="ro-RO"/>
              </w:rPr>
            </w:pPr>
            <w:r w:rsidRPr="008E6C00">
              <w:rPr>
                <w:noProof/>
                <w:sz w:val="16"/>
                <w:lang w:val="ro-RO"/>
              </w:rPr>
              <w:t>Procesele, interacțiunile, proprietarii și criteriile de performanță sunt clare.</w:t>
            </w:r>
          </w:p>
        </w:tc>
      </w:tr>
      <w:tr w:rsidR="00430FCC" w:rsidRPr="008E6C00" w14:paraId="1DB123E8" w14:textId="77777777">
        <w:trPr>
          <w:cantSplit/>
          <w:jc w:val="center"/>
        </w:trPr>
        <w:tc>
          <w:tcPr>
            <w:tcW w:w="1020" w:type="dxa"/>
            <w:shd w:val="clear" w:color="auto" w:fill="FFFFFF"/>
            <w:tcMar>
              <w:top w:w="80" w:type="dxa"/>
              <w:left w:w="90" w:type="dxa"/>
              <w:bottom w:w="80" w:type="dxa"/>
              <w:right w:w="90" w:type="dxa"/>
            </w:tcMar>
            <w:vAlign w:val="center"/>
          </w:tcPr>
          <w:p w14:paraId="6079BD49" w14:textId="77777777" w:rsidR="00430FCC" w:rsidRPr="008E6C00" w:rsidRDefault="00000000">
            <w:pPr>
              <w:spacing w:after="0" w:line="240" w:lineRule="auto"/>
              <w:jc w:val="center"/>
              <w:rPr>
                <w:noProof/>
                <w:lang w:val="ro-RO"/>
              </w:rPr>
            </w:pPr>
            <w:r w:rsidRPr="008E6C00">
              <w:rPr>
                <w:noProof/>
                <w:sz w:val="16"/>
                <w:lang w:val="ro-RO"/>
              </w:rPr>
              <w:t>☐</w:t>
            </w:r>
          </w:p>
        </w:tc>
        <w:tc>
          <w:tcPr>
            <w:tcW w:w="8901" w:type="dxa"/>
            <w:shd w:val="clear" w:color="auto" w:fill="FFFFFF"/>
            <w:tcMar>
              <w:top w:w="80" w:type="dxa"/>
              <w:left w:w="90" w:type="dxa"/>
              <w:bottom w:w="80" w:type="dxa"/>
              <w:right w:w="90" w:type="dxa"/>
            </w:tcMar>
            <w:vAlign w:val="center"/>
          </w:tcPr>
          <w:p w14:paraId="395F724F" w14:textId="77777777" w:rsidR="00430FCC" w:rsidRPr="008E6C00" w:rsidRDefault="00000000">
            <w:pPr>
              <w:spacing w:after="0" w:line="240" w:lineRule="auto"/>
              <w:rPr>
                <w:noProof/>
                <w:lang w:val="ro-RO"/>
              </w:rPr>
            </w:pPr>
            <w:r w:rsidRPr="008E6C00">
              <w:rPr>
                <w:noProof/>
                <w:sz w:val="16"/>
                <w:lang w:val="ro-RO"/>
              </w:rPr>
              <w:t>Politica și obiectivele sunt actuale, cunoscute și monitorizate.</w:t>
            </w:r>
          </w:p>
        </w:tc>
      </w:tr>
      <w:tr w:rsidR="00430FCC" w:rsidRPr="008E6C00" w14:paraId="3B5FB9A4" w14:textId="77777777">
        <w:trPr>
          <w:cantSplit/>
          <w:jc w:val="center"/>
        </w:trPr>
        <w:tc>
          <w:tcPr>
            <w:tcW w:w="1020" w:type="dxa"/>
            <w:shd w:val="clear" w:color="auto" w:fill="FAFAFA"/>
            <w:tcMar>
              <w:top w:w="80" w:type="dxa"/>
              <w:left w:w="90" w:type="dxa"/>
              <w:bottom w:w="80" w:type="dxa"/>
              <w:right w:w="90" w:type="dxa"/>
            </w:tcMar>
            <w:vAlign w:val="center"/>
          </w:tcPr>
          <w:p w14:paraId="2FBB41A4" w14:textId="77777777" w:rsidR="00430FCC" w:rsidRPr="008E6C00" w:rsidRDefault="00000000">
            <w:pPr>
              <w:spacing w:after="0" w:line="240" w:lineRule="auto"/>
              <w:jc w:val="center"/>
              <w:rPr>
                <w:noProof/>
                <w:lang w:val="ro-RO"/>
              </w:rPr>
            </w:pPr>
            <w:r w:rsidRPr="008E6C00">
              <w:rPr>
                <w:noProof/>
                <w:sz w:val="16"/>
                <w:lang w:val="ro-RO"/>
              </w:rPr>
              <w:t>☐</w:t>
            </w:r>
          </w:p>
        </w:tc>
        <w:tc>
          <w:tcPr>
            <w:tcW w:w="8901" w:type="dxa"/>
            <w:shd w:val="clear" w:color="auto" w:fill="FAFAFA"/>
            <w:tcMar>
              <w:top w:w="80" w:type="dxa"/>
              <w:left w:w="90" w:type="dxa"/>
              <w:bottom w:w="80" w:type="dxa"/>
              <w:right w:w="90" w:type="dxa"/>
            </w:tcMar>
            <w:vAlign w:val="center"/>
          </w:tcPr>
          <w:p w14:paraId="3DD1F98F" w14:textId="77777777" w:rsidR="00430FCC" w:rsidRPr="008E6C00" w:rsidRDefault="00000000">
            <w:pPr>
              <w:spacing w:after="0" w:line="240" w:lineRule="auto"/>
              <w:rPr>
                <w:noProof/>
                <w:lang w:val="ro-RO"/>
              </w:rPr>
            </w:pPr>
            <w:r w:rsidRPr="008E6C00">
              <w:rPr>
                <w:noProof/>
                <w:sz w:val="16"/>
                <w:lang w:val="ro-RO"/>
              </w:rPr>
              <w:t>Documentele aplicabile sunt identificate, aprobate, disponibile și lizibile.</w:t>
            </w:r>
          </w:p>
        </w:tc>
      </w:tr>
      <w:tr w:rsidR="00430FCC" w:rsidRPr="008E6C00" w14:paraId="52829307" w14:textId="77777777">
        <w:trPr>
          <w:cantSplit/>
          <w:jc w:val="center"/>
        </w:trPr>
        <w:tc>
          <w:tcPr>
            <w:tcW w:w="1020" w:type="dxa"/>
            <w:shd w:val="clear" w:color="auto" w:fill="FFFFFF"/>
            <w:tcMar>
              <w:top w:w="80" w:type="dxa"/>
              <w:left w:w="90" w:type="dxa"/>
              <w:bottom w:w="80" w:type="dxa"/>
              <w:right w:w="90" w:type="dxa"/>
            </w:tcMar>
            <w:vAlign w:val="center"/>
          </w:tcPr>
          <w:p w14:paraId="6261A87C" w14:textId="77777777" w:rsidR="00430FCC" w:rsidRPr="008E6C00" w:rsidRDefault="00000000">
            <w:pPr>
              <w:spacing w:after="0" w:line="240" w:lineRule="auto"/>
              <w:jc w:val="center"/>
              <w:rPr>
                <w:noProof/>
                <w:lang w:val="ro-RO"/>
              </w:rPr>
            </w:pPr>
            <w:r w:rsidRPr="008E6C00">
              <w:rPr>
                <w:noProof/>
                <w:sz w:val="16"/>
                <w:lang w:val="ro-RO"/>
              </w:rPr>
              <w:t>☐</w:t>
            </w:r>
          </w:p>
        </w:tc>
        <w:tc>
          <w:tcPr>
            <w:tcW w:w="8901" w:type="dxa"/>
            <w:shd w:val="clear" w:color="auto" w:fill="FFFFFF"/>
            <w:tcMar>
              <w:top w:w="80" w:type="dxa"/>
              <w:left w:w="90" w:type="dxa"/>
              <w:bottom w:w="80" w:type="dxa"/>
              <w:right w:w="90" w:type="dxa"/>
            </w:tcMar>
            <w:vAlign w:val="center"/>
          </w:tcPr>
          <w:p w14:paraId="57898A11" w14:textId="77777777" w:rsidR="00430FCC" w:rsidRPr="008E6C00" w:rsidRDefault="00000000">
            <w:pPr>
              <w:spacing w:after="0" w:line="240" w:lineRule="auto"/>
              <w:rPr>
                <w:noProof/>
                <w:lang w:val="ro-RO"/>
              </w:rPr>
            </w:pPr>
            <w:r w:rsidRPr="008E6C00">
              <w:rPr>
                <w:noProof/>
                <w:sz w:val="16"/>
                <w:lang w:val="ro-RO"/>
              </w:rPr>
              <w:t>La punctele de utilizare nu există versiuni depășite sau copii necontrolate care pot induce eroare.</w:t>
            </w:r>
          </w:p>
        </w:tc>
      </w:tr>
      <w:tr w:rsidR="00430FCC" w:rsidRPr="008E6C00" w14:paraId="1D1B117D" w14:textId="77777777">
        <w:trPr>
          <w:cantSplit/>
          <w:jc w:val="center"/>
        </w:trPr>
        <w:tc>
          <w:tcPr>
            <w:tcW w:w="1020" w:type="dxa"/>
            <w:shd w:val="clear" w:color="auto" w:fill="FAFAFA"/>
            <w:tcMar>
              <w:top w:w="80" w:type="dxa"/>
              <w:left w:w="90" w:type="dxa"/>
              <w:bottom w:w="80" w:type="dxa"/>
              <w:right w:w="90" w:type="dxa"/>
            </w:tcMar>
            <w:vAlign w:val="center"/>
          </w:tcPr>
          <w:p w14:paraId="764F601C" w14:textId="77777777" w:rsidR="00430FCC" w:rsidRPr="008E6C00" w:rsidRDefault="00000000">
            <w:pPr>
              <w:spacing w:after="0" w:line="240" w:lineRule="auto"/>
              <w:jc w:val="center"/>
              <w:rPr>
                <w:noProof/>
                <w:lang w:val="ro-RO"/>
              </w:rPr>
            </w:pPr>
            <w:r w:rsidRPr="008E6C00">
              <w:rPr>
                <w:noProof/>
                <w:sz w:val="16"/>
                <w:lang w:val="ro-RO"/>
              </w:rPr>
              <w:t>☐</w:t>
            </w:r>
          </w:p>
        </w:tc>
        <w:tc>
          <w:tcPr>
            <w:tcW w:w="8901" w:type="dxa"/>
            <w:shd w:val="clear" w:color="auto" w:fill="FAFAFA"/>
            <w:tcMar>
              <w:top w:w="80" w:type="dxa"/>
              <w:left w:w="90" w:type="dxa"/>
              <w:bottom w:w="80" w:type="dxa"/>
              <w:right w:w="90" w:type="dxa"/>
            </w:tcMar>
            <w:vAlign w:val="center"/>
          </w:tcPr>
          <w:p w14:paraId="5E2719F1" w14:textId="77777777" w:rsidR="00430FCC" w:rsidRPr="008E6C00" w:rsidRDefault="00000000">
            <w:pPr>
              <w:spacing w:after="0" w:line="240" w:lineRule="auto"/>
              <w:rPr>
                <w:noProof/>
                <w:lang w:val="ro-RO"/>
              </w:rPr>
            </w:pPr>
            <w:r w:rsidRPr="008E6C00">
              <w:rPr>
                <w:noProof/>
                <w:sz w:val="16"/>
                <w:lang w:val="ro-RO"/>
              </w:rPr>
              <w:t>Documentele externe relevante sunt identificate și actualizările lor sunt monitorizate.</w:t>
            </w:r>
          </w:p>
        </w:tc>
      </w:tr>
      <w:tr w:rsidR="00430FCC" w:rsidRPr="008E6C00" w14:paraId="5013E757" w14:textId="77777777">
        <w:trPr>
          <w:cantSplit/>
          <w:jc w:val="center"/>
        </w:trPr>
        <w:tc>
          <w:tcPr>
            <w:tcW w:w="1020" w:type="dxa"/>
            <w:shd w:val="clear" w:color="auto" w:fill="FFFFFF"/>
            <w:tcMar>
              <w:top w:w="80" w:type="dxa"/>
              <w:left w:w="90" w:type="dxa"/>
              <w:bottom w:w="80" w:type="dxa"/>
              <w:right w:w="90" w:type="dxa"/>
            </w:tcMar>
            <w:vAlign w:val="center"/>
          </w:tcPr>
          <w:p w14:paraId="327AA135" w14:textId="77777777" w:rsidR="00430FCC" w:rsidRPr="008E6C00" w:rsidRDefault="00000000">
            <w:pPr>
              <w:spacing w:after="0" w:line="240" w:lineRule="auto"/>
              <w:jc w:val="center"/>
              <w:rPr>
                <w:noProof/>
                <w:lang w:val="ro-RO"/>
              </w:rPr>
            </w:pPr>
            <w:r w:rsidRPr="008E6C00">
              <w:rPr>
                <w:noProof/>
                <w:sz w:val="16"/>
                <w:lang w:val="ro-RO"/>
              </w:rPr>
              <w:t>☐</w:t>
            </w:r>
          </w:p>
        </w:tc>
        <w:tc>
          <w:tcPr>
            <w:tcW w:w="8901" w:type="dxa"/>
            <w:shd w:val="clear" w:color="auto" w:fill="FFFFFF"/>
            <w:tcMar>
              <w:top w:w="80" w:type="dxa"/>
              <w:left w:w="90" w:type="dxa"/>
              <w:bottom w:w="80" w:type="dxa"/>
              <w:right w:w="90" w:type="dxa"/>
            </w:tcMar>
            <w:vAlign w:val="center"/>
          </w:tcPr>
          <w:p w14:paraId="25873BF5" w14:textId="77777777" w:rsidR="00430FCC" w:rsidRPr="008E6C00" w:rsidRDefault="00000000">
            <w:pPr>
              <w:spacing w:after="0" w:line="240" w:lineRule="auto"/>
              <w:rPr>
                <w:noProof/>
                <w:lang w:val="ro-RO"/>
              </w:rPr>
            </w:pPr>
            <w:r w:rsidRPr="008E6C00">
              <w:rPr>
                <w:noProof/>
                <w:sz w:val="16"/>
                <w:lang w:val="ro-RO"/>
              </w:rPr>
              <w:t>Înregistrările pot fi găsite rapid și sunt legate de activitatea, produsul, serviciul sau perioada relevantă.</w:t>
            </w:r>
          </w:p>
        </w:tc>
      </w:tr>
      <w:tr w:rsidR="00430FCC" w:rsidRPr="008E6C00" w14:paraId="4EFF8884" w14:textId="77777777">
        <w:trPr>
          <w:cantSplit/>
          <w:jc w:val="center"/>
        </w:trPr>
        <w:tc>
          <w:tcPr>
            <w:tcW w:w="1020" w:type="dxa"/>
            <w:shd w:val="clear" w:color="auto" w:fill="FAFAFA"/>
            <w:tcMar>
              <w:top w:w="80" w:type="dxa"/>
              <w:left w:w="90" w:type="dxa"/>
              <w:bottom w:w="80" w:type="dxa"/>
              <w:right w:w="90" w:type="dxa"/>
            </w:tcMar>
            <w:vAlign w:val="center"/>
          </w:tcPr>
          <w:p w14:paraId="269EDD6F" w14:textId="77777777" w:rsidR="00430FCC" w:rsidRPr="008E6C00" w:rsidRDefault="00000000">
            <w:pPr>
              <w:spacing w:after="0" w:line="240" w:lineRule="auto"/>
              <w:jc w:val="center"/>
              <w:rPr>
                <w:noProof/>
                <w:lang w:val="ro-RO"/>
              </w:rPr>
            </w:pPr>
            <w:r w:rsidRPr="008E6C00">
              <w:rPr>
                <w:noProof/>
                <w:sz w:val="16"/>
                <w:lang w:val="ro-RO"/>
              </w:rPr>
              <w:t>☐</w:t>
            </w:r>
          </w:p>
        </w:tc>
        <w:tc>
          <w:tcPr>
            <w:tcW w:w="8901" w:type="dxa"/>
            <w:shd w:val="clear" w:color="auto" w:fill="FAFAFA"/>
            <w:tcMar>
              <w:top w:w="80" w:type="dxa"/>
              <w:left w:w="90" w:type="dxa"/>
              <w:bottom w:w="80" w:type="dxa"/>
              <w:right w:w="90" w:type="dxa"/>
            </w:tcMar>
            <w:vAlign w:val="center"/>
          </w:tcPr>
          <w:p w14:paraId="37A1A339" w14:textId="77777777" w:rsidR="00430FCC" w:rsidRPr="008E6C00" w:rsidRDefault="00000000">
            <w:pPr>
              <w:spacing w:after="0" w:line="240" w:lineRule="auto"/>
              <w:rPr>
                <w:noProof/>
                <w:lang w:val="ro-RO"/>
              </w:rPr>
            </w:pPr>
            <w:r w:rsidRPr="008E6C00">
              <w:rPr>
                <w:noProof/>
                <w:sz w:val="16"/>
                <w:lang w:val="ro-RO"/>
              </w:rPr>
              <w:t>Termenele de păstrare au o justificare legală, contractuală, de risc sau de business.</w:t>
            </w:r>
          </w:p>
        </w:tc>
      </w:tr>
      <w:tr w:rsidR="00430FCC" w:rsidRPr="008E6C00" w14:paraId="115D11D6" w14:textId="77777777">
        <w:trPr>
          <w:cantSplit/>
          <w:jc w:val="center"/>
        </w:trPr>
        <w:tc>
          <w:tcPr>
            <w:tcW w:w="1020" w:type="dxa"/>
            <w:shd w:val="clear" w:color="auto" w:fill="FFFFFF"/>
            <w:tcMar>
              <w:top w:w="80" w:type="dxa"/>
              <w:left w:w="90" w:type="dxa"/>
              <w:bottom w:w="80" w:type="dxa"/>
              <w:right w:w="90" w:type="dxa"/>
            </w:tcMar>
            <w:vAlign w:val="center"/>
          </w:tcPr>
          <w:p w14:paraId="3C24FC61" w14:textId="77777777" w:rsidR="00430FCC" w:rsidRPr="008E6C00" w:rsidRDefault="00000000">
            <w:pPr>
              <w:spacing w:after="0" w:line="240" w:lineRule="auto"/>
              <w:jc w:val="center"/>
              <w:rPr>
                <w:noProof/>
                <w:lang w:val="ro-RO"/>
              </w:rPr>
            </w:pPr>
            <w:r w:rsidRPr="008E6C00">
              <w:rPr>
                <w:noProof/>
                <w:sz w:val="16"/>
                <w:lang w:val="ro-RO"/>
              </w:rPr>
              <w:t>☐</w:t>
            </w:r>
          </w:p>
        </w:tc>
        <w:tc>
          <w:tcPr>
            <w:tcW w:w="8901" w:type="dxa"/>
            <w:shd w:val="clear" w:color="auto" w:fill="FFFFFF"/>
            <w:tcMar>
              <w:top w:w="80" w:type="dxa"/>
              <w:left w:w="90" w:type="dxa"/>
              <w:bottom w:w="80" w:type="dxa"/>
              <w:right w:w="90" w:type="dxa"/>
            </w:tcMar>
            <w:vAlign w:val="center"/>
          </w:tcPr>
          <w:p w14:paraId="71F2F991" w14:textId="77777777" w:rsidR="00430FCC" w:rsidRPr="008E6C00" w:rsidRDefault="00000000">
            <w:pPr>
              <w:spacing w:after="0" w:line="240" w:lineRule="auto"/>
              <w:rPr>
                <w:noProof/>
                <w:lang w:val="ro-RO"/>
              </w:rPr>
            </w:pPr>
            <w:r w:rsidRPr="008E6C00">
              <w:rPr>
                <w:noProof/>
                <w:sz w:val="16"/>
                <w:lang w:val="ro-RO"/>
              </w:rPr>
              <w:t>Datele electronice sunt protejate, salvate și recuperarea a fost testată.</w:t>
            </w:r>
          </w:p>
        </w:tc>
      </w:tr>
      <w:tr w:rsidR="00430FCC" w:rsidRPr="008E6C00" w14:paraId="2EDD2578" w14:textId="77777777">
        <w:trPr>
          <w:cantSplit/>
          <w:jc w:val="center"/>
        </w:trPr>
        <w:tc>
          <w:tcPr>
            <w:tcW w:w="1020" w:type="dxa"/>
            <w:shd w:val="clear" w:color="auto" w:fill="FAFAFA"/>
            <w:tcMar>
              <w:top w:w="80" w:type="dxa"/>
              <w:left w:w="90" w:type="dxa"/>
              <w:bottom w:w="80" w:type="dxa"/>
              <w:right w:w="90" w:type="dxa"/>
            </w:tcMar>
            <w:vAlign w:val="center"/>
          </w:tcPr>
          <w:p w14:paraId="3A81F06C" w14:textId="77777777" w:rsidR="00430FCC" w:rsidRPr="008E6C00" w:rsidRDefault="00000000">
            <w:pPr>
              <w:spacing w:after="0" w:line="240" w:lineRule="auto"/>
              <w:jc w:val="center"/>
              <w:rPr>
                <w:noProof/>
                <w:lang w:val="ro-RO"/>
              </w:rPr>
            </w:pPr>
            <w:r w:rsidRPr="008E6C00">
              <w:rPr>
                <w:noProof/>
                <w:sz w:val="16"/>
                <w:lang w:val="ro-RO"/>
              </w:rPr>
              <w:t>☐</w:t>
            </w:r>
          </w:p>
        </w:tc>
        <w:tc>
          <w:tcPr>
            <w:tcW w:w="8901" w:type="dxa"/>
            <w:shd w:val="clear" w:color="auto" w:fill="FAFAFA"/>
            <w:tcMar>
              <w:top w:w="80" w:type="dxa"/>
              <w:left w:w="90" w:type="dxa"/>
              <w:bottom w:w="80" w:type="dxa"/>
              <w:right w:w="90" w:type="dxa"/>
            </w:tcMar>
            <w:vAlign w:val="center"/>
          </w:tcPr>
          <w:p w14:paraId="25F1231F" w14:textId="77777777" w:rsidR="00430FCC" w:rsidRPr="008E6C00" w:rsidRDefault="00000000">
            <w:pPr>
              <w:spacing w:after="0" w:line="240" w:lineRule="auto"/>
              <w:rPr>
                <w:noProof/>
                <w:lang w:val="ro-RO"/>
              </w:rPr>
            </w:pPr>
            <w:r w:rsidRPr="008E6C00">
              <w:rPr>
                <w:noProof/>
                <w:sz w:val="16"/>
                <w:lang w:val="ro-RO"/>
              </w:rPr>
              <w:t>Persoanele intervievate folosesc documentele și înțeleg cerințele relevante pentru rolul lor.</w:t>
            </w:r>
          </w:p>
        </w:tc>
      </w:tr>
      <w:tr w:rsidR="00430FCC" w:rsidRPr="008E6C00" w14:paraId="06040D2C" w14:textId="77777777">
        <w:trPr>
          <w:cantSplit/>
          <w:jc w:val="center"/>
        </w:trPr>
        <w:tc>
          <w:tcPr>
            <w:tcW w:w="1020" w:type="dxa"/>
            <w:shd w:val="clear" w:color="auto" w:fill="FFFFFF"/>
            <w:tcMar>
              <w:top w:w="80" w:type="dxa"/>
              <w:left w:w="90" w:type="dxa"/>
              <w:bottom w:w="80" w:type="dxa"/>
              <w:right w:w="90" w:type="dxa"/>
            </w:tcMar>
            <w:vAlign w:val="center"/>
          </w:tcPr>
          <w:p w14:paraId="74F331D3" w14:textId="77777777" w:rsidR="00430FCC" w:rsidRPr="008E6C00" w:rsidRDefault="00000000">
            <w:pPr>
              <w:spacing w:after="0" w:line="240" w:lineRule="auto"/>
              <w:jc w:val="center"/>
              <w:rPr>
                <w:noProof/>
                <w:lang w:val="ro-RO"/>
              </w:rPr>
            </w:pPr>
            <w:r w:rsidRPr="008E6C00">
              <w:rPr>
                <w:noProof/>
                <w:sz w:val="16"/>
                <w:lang w:val="ro-RO"/>
              </w:rPr>
              <w:t>☐</w:t>
            </w:r>
          </w:p>
        </w:tc>
        <w:tc>
          <w:tcPr>
            <w:tcW w:w="8901" w:type="dxa"/>
            <w:shd w:val="clear" w:color="auto" w:fill="FFFFFF"/>
            <w:tcMar>
              <w:top w:w="80" w:type="dxa"/>
              <w:left w:w="90" w:type="dxa"/>
              <w:bottom w:w="80" w:type="dxa"/>
              <w:right w:w="90" w:type="dxa"/>
            </w:tcMar>
            <w:vAlign w:val="center"/>
          </w:tcPr>
          <w:p w14:paraId="30CB6590" w14:textId="77777777" w:rsidR="00430FCC" w:rsidRPr="008E6C00" w:rsidRDefault="00000000">
            <w:pPr>
              <w:spacing w:after="0" w:line="240" w:lineRule="auto"/>
              <w:rPr>
                <w:noProof/>
                <w:lang w:val="ro-RO"/>
              </w:rPr>
            </w:pPr>
            <w:r w:rsidRPr="008E6C00">
              <w:rPr>
                <w:noProof/>
                <w:sz w:val="16"/>
                <w:lang w:val="ro-RO"/>
              </w:rPr>
              <w:t>Modificările recente au fost comunicate și, când a fost necesar, au fost urmate de instruire.</w:t>
            </w:r>
          </w:p>
        </w:tc>
      </w:tr>
      <w:tr w:rsidR="00430FCC" w:rsidRPr="008E6C00" w14:paraId="16321EB3" w14:textId="77777777">
        <w:trPr>
          <w:cantSplit/>
          <w:jc w:val="center"/>
        </w:trPr>
        <w:tc>
          <w:tcPr>
            <w:tcW w:w="1020" w:type="dxa"/>
            <w:shd w:val="clear" w:color="auto" w:fill="FAFAFA"/>
            <w:tcMar>
              <w:top w:w="80" w:type="dxa"/>
              <w:left w:w="90" w:type="dxa"/>
              <w:bottom w:w="80" w:type="dxa"/>
              <w:right w:w="90" w:type="dxa"/>
            </w:tcMar>
            <w:vAlign w:val="center"/>
          </w:tcPr>
          <w:p w14:paraId="647A0BE0" w14:textId="77777777" w:rsidR="00430FCC" w:rsidRPr="008E6C00" w:rsidRDefault="00000000">
            <w:pPr>
              <w:spacing w:after="0" w:line="240" w:lineRule="auto"/>
              <w:jc w:val="center"/>
              <w:rPr>
                <w:noProof/>
                <w:lang w:val="ro-RO"/>
              </w:rPr>
            </w:pPr>
            <w:r w:rsidRPr="008E6C00">
              <w:rPr>
                <w:noProof/>
                <w:sz w:val="16"/>
                <w:lang w:val="ro-RO"/>
              </w:rPr>
              <w:t>☐</w:t>
            </w:r>
          </w:p>
        </w:tc>
        <w:tc>
          <w:tcPr>
            <w:tcW w:w="8901" w:type="dxa"/>
            <w:shd w:val="clear" w:color="auto" w:fill="FAFAFA"/>
            <w:tcMar>
              <w:top w:w="80" w:type="dxa"/>
              <w:left w:w="90" w:type="dxa"/>
              <w:bottom w:w="80" w:type="dxa"/>
              <w:right w:w="90" w:type="dxa"/>
            </w:tcMar>
            <w:vAlign w:val="center"/>
          </w:tcPr>
          <w:p w14:paraId="392687BD" w14:textId="77777777" w:rsidR="00430FCC" w:rsidRPr="008E6C00" w:rsidRDefault="00000000">
            <w:pPr>
              <w:spacing w:after="0" w:line="240" w:lineRule="auto"/>
              <w:rPr>
                <w:noProof/>
                <w:lang w:val="ro-RO"/>
              </w:rPr>
            </w:pPr>
            <w:r w:rsidRPr="008E6C00">
              <w:rPr>
                <w:noProof/>
                <w:sz w:val="16"/>
                <w:lang w:val="ro-RO"/>
              </w:rPr>
              <w:t>Dovezile arată că procesele produc rezultatele planificate, nu doar că formularele au fost completate.</w:t>
            </w:r>
          </w:p>
        </w:tc>
      </w:tr>
      <w:tr w:rsidR="00430FCC" w:rsidRPr="008E6C00" w14:paraId="7B589DFB" w14:textId="77777777">
        <w:trPr>
          <w:cantSplit/>
          <w:jc w:val="center"/>
        </w:trPr>
        <w:tc>
          <w:tcPr>
            <w:tcW w:w="1020" w:type="dxa"/>
            <w:shd w:val="clear" w:color="auto" w:fill="FFFFFF"/>
            <w:tcMar>
              <w:top w:w="80" w:type="dxa"/>
              <w:left w:w="90" w:type="dxa"/>
              <w:bottom w:w="80" w:type="dxa"/>
              <w:right w:w="90" w:type="dxa"/>
            </w:tcMar>
            <w:vAlign w:val="center"/>
          </w:tcPr>
          <w:p w14:paraId="1BD085FB" w14:textId="77777777" w:rsidR="00430FCC" w:rsidRPr="008E6C00" w:rsidRDefault="00000000">
            <w:pPr>
              <w:spacing w:after="0" w:line="240" w:lineRule="auto"/>
              <w:jc w:val="center"/>
              <w:rPr>
                <w:noProof/>
                <w:lang w:val="ro-RO"/>
              </w:rPr>
            </w:pPr>
            <w:r w:rsidRPr="008E6C00">
              <w:rPr>
                <w:noProof/>
                <w:sz w:val="16"/>
                <w:lang w:val="ro-RO"/>
              </w:rPr>
              <w:t>☐</w:t>
            </w:r>
          </w:p>
        </w:tc>
        <w:tc>
          <w:tcPr>
            <w:tcW w:w="8901" w:type="dxa"/>
            <w:shd w:val="clear" w:color="auto" w:fill="FFFFFF"/>
            <w:tcMar>
              <w:top w:w="80" w:type="dxa"/>
              <w:left w:w="90" w:type="dxa"/>
              <w:bottom w:w="80" w:type="dxa"/>
              <w:right w:w="90" w:type="dxa"/>
            </w:tcMar>
            <w:vAlign w:val="center"/>
          </w:tcPr>
          <w:p w14:paraId="29B0B691" w14:textId="77777777" w:rsidR="00430FCC" w:rsidRPr="008E6C00" w:rsidRDefault="00000000">
            <w:pPr>
              <w:spacing w:after="0" w:line="240" w:lineRule="auto"/>
              <w:rPr>
                <w:noProof/>
                <w:lang w:val="ro-RO"/>
              </w:rPr>
            </w:pPr>
            <w:r w:rsidRPr="008E6C00">
              <w:rPr>
                <w:noProof/>
                <w:sz w:val="16"/>
                <w:lang w:val="ro-RO"/>
              </w:rPr>
              <w:t>Neconformitățile, reclamațiile și auditul conduc la actualizarea documentelor atunci când cauza o impune.</w:t>
            </w:r>
          </w:p>
        </w:tc>
      </w:tr>
      <w:tr w:rsidR="00430FCC" w:rsidRPr="008E6C00" w14:paraId="557E009F" w14:textId="77777777">
        <w:trPr>
          <w:cantSplit/>
          <w:jc w:val="center"/>
        </w:trPr>
        <w:tc>
          <w:tcPr>
            <w:tcW w:w="1020" w:type="dxa"/>
            <w:shd w:val="clear" w:color="auto" w:fill="FAFAFA"/>
            <w:tcMar>
              <w:top w:w="80" w:type="dxa"/>
              <w:left w:w="90" w:type="dxa"/>
              <w:bottom w:w="80" w:type="dxa"/>
              <w:right w:w="90" w:type="dxa"/>
            </w:tcMar>
            <w:vAlign w:val="center"/>
          </w:tcPr>
          <w:p w14:paraId="11B1A710" w14:textId="77777777" w:rsidR="00430FCC" w:rsidRPr="008E6C00" w:rsidRDefault="00000000">
            <w:pPr>
              <w:spacing w:after="0" w:line="240" w:lineRule="auto"/>
              <w:jc w:val="center"/>
              <w:rPr>
                <w:noProof/>
                <w:lang w:val="ro-RO"/>
              </w:rPr>
            </w:pPr>
            <w:r w:rsidRPr="008E6C00">
              <w:rPr>
                <w:noProof/>
                <w:sz w:val="16"/>
                <w:lang w:val="ro-RO"/>
              </w:rPr>
              <w:t>☐</w:t>
            </w:r>
          </w:p>
        </w:tc>
        <w:tc>
          <w:tcPr>
            <w:tcW w:w="8901" w:type="dxa"/>
            <w:shd w:val="clear" w:color="auto" w:fill="FAFAFA"/>
            <w:tcMar>
              <w:top w:w="80" w:type="dxa"/>
              <w:left w:w="90" w:type="dxa"/>
              <w:bottom w:w="80" w:type="dxa"/>
              <w:right w:w="90" w:type="dxa"/>
            </w:tcMar>
            <w:vAlign w:val="center"/>
          </w:tcPr>
          <w:p w14:paraId="6762D478" w14:textId="77777777" w:rsidR="00430FCC" w:rsidRPr="008E6C00" w:rsidRDefault="00000000">
            <w:pPr>
              <w:spacing w:after="0" w:line="240" w:lineRule="auto"/>
              <w:rPr>
                <w:noProof/>
                <w:lang w:val="ro-RO"/>
              </w:rPr>
            </w:pPr>
            <w:r w:rsidRPr="008E6C00">
              <w:rPr>
                <w:noProof/>
                <w:sz w:val="16"/>
                <w:lang w:val="ro-RO"/>
              </w:rPr>
              <w:t>Documentele privind schimbările climatice există numai în măsura în care tema este relevantă pentru context și SMC.</w:t>
            </w:r>
          </w:p>
        </w:tc>
      </w:tr>
    </w:tbl>
    <w:p w14:paraId="5DEAA55B" w14:textId="77777777" w:rsidR="00430FCC" w:rsidRPr="008E6C00" w:rsidRDefault="00430FCC">
      <w:pPr>
        <w:spacing w:after="20"/>
        <w:rPr>
          <w:noProof/>
          <w:lang w:val="ro-RO"/>
        </w:rPr>
      </w:pPr>
    </w:p>
    <w:p w14:paraId="0DD68CD9" w14:textId="77777777" w:rsidR="00430FCC" w:rsidRPr="008E6C00" w:rsidRDefault="00000000">
      <w:pPr>
        <w:pStyle w:val="Heading2"/>
        <w:rPr>
          <w:noProof/>
          <w:lang w:val="ro-RO"/>
        </w:rPr>
      </w:pPr>
      <w:r w:rsidRPr="008E6C00">
        <w:rPr>
          <w:noProof/>
          <w:lang w:val="ro-RO"/>
        </w:rPr>
        <w:t>Plan pentru lacunele identificate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67"/>
        <w:gridCol w:w="2494"/>
        <w:gridCol w:w="1984"/>
        <w:gridCol w:w="2494"/>
        <w:gridCol w:w="1020"/>
        <w:gridCol w:w="964"/>
        <w:gridCol w:w="397"/>
      </w:tblGrid>
      <w:tr w:rsidR="00430FCC" w:rsidRPr="008E6C00" w14:paraId="7C413263" w14:textId="77777777">
        <w:trPr>
          <w:tblHeader/>
          <w:jc w:val="center"/>
        </w:trPr>
        <w:tc>
          <w:tcPr>
            <w:tcW w:w="567" w:type="dxa"/>
            <w:shd w:val="clear" w:color="auto" w:fill="D71920"/>
            <w:tcMar>
              <w:top w:w="80" w:type="dxa"/>
              <w:left w:w="90" w:type="dxa"/>
              <w:bottom w:w="80" w:type="dxa"/>
              <w:right w:w="90" w:type="dxa"/>
            </w:tcMar>
            <w:vAlign w:val="center"/>
          </w:tcPr>
          <w:p w14:paraId="7AE60CD0" w14:textId="77777777" w:rsidR="00430FCC" w:rsidRPr="008E6C00" w:rsidRDefault="00000000">
            <w:pPr>
              <w:spacing w:after="0" w:line="240" w:lineRule="auto"/>
              <w:jc w:val="center"/>
              <w:rPr>
                <w:noProof/>
                <w:lang w:val="ro-RO"/>
              </w:rPr>
            </w:pPr>
            <w:r w:rsidRPr="008E6C00">
              <w:rPr>
                <w:b/>
                <w:noProof/>
                <w:color w:val="FFFFFF"/>
                <w:sz w:val="14"/>
                <w:lang w:val="ro-RO"/>
              </w:rPr>
              <w:t>#</w:t>
            </w:r>
          </w:p>
        </w:tc>
        <w:tc>
          <w:tcPr>
            <w:tcW w:w="2494" w:type="dxa"/>
            <w:shd w:val="clear" w:color="auto" w:fill="D71920"/>
            <w:tcMar>
              <w:top w:w="80" w:type="dxa"/>
              <w:left w:w="90" w:type="dxa"/>
              <w:bottom w:w="80" w:type="dxa"/>
              <w:right w:w="90" w:type="dxa"/>
            </w:tcMar>
            <w:vAlign w:val="center"/>
          </w:tcPr>
          <w:p w14:paraId="6686794D" w14:textId="77777777" w:rsidR="00430FCC" w:rsidRPr="008E6C00" w:rsidRDefault="00000000">
            <w:pPr>
              <w:spacing w:after="0" w:line="240" w:lineRule="auto"/>
              <w:jc w:val="center"/>
              <w:rPr>
                <w:noProof/>
                <w:lang w:val="ro-RO"/>
              </w:rPr>
            </w:pPr>
            <w:r w:rsidRPr="008E6C00">
              <w:rPr>
                <w:b/>
                <w:noProof/>
                <w:color w:val="FFFFFF"/>
                <w:sz w:val="14"/>
                <w:lang w:val="ro-RO"/>
              </w:rPr>
              <w:t>LACUNĂ</w:t>
            </w:r>
          </w:p>
        </w:tc>
        <w:tc>
          <w:tcPr>
            <w:tcW w:w="1984" w:type="dxa"/>
            <w:shd w:val="clear" w:color="auto" w:fill="D71920"/>
            <w:tcMar>
              <w:top w:w="80" w:type="dxa"/>
              <w:left w:w="90" w:type="dxa"/>
              <w:bottom w:w="80" w:type="dxa"/>
              <w:right w:w="90" w:type="dxa"/>
            </w:tcMar>
            <w:vAlign w:val="center"/>
          </w:tcPr>
          <w:p w14:paraId="4FE874FC" w14:textId="77777777" w:rsidR="00430FCC" w:rsidRPr="008E6C00" w:rsidRDefault="00000000">
            <w:pPr>
              <w:spacing w:after="0" w:line="240" w:lineRule="auto"/>
              <w:jc w:val="center"/>
              <w:rPr>
                <w:noProof/>
                <w:lang w:val="ro-RO"/>
              </w:rPr>
            </w:pPr>
            <w:r w:rsidRPr="008E6C00">
              <w:rPr>
                <w:b/>
                <w:noProof/>
                <w:color w:val="FFFFFF"/>
                <w:sz w:val="14"/>
                <w:lang w:val="ro-RO"/>
              </w:rPr>
              <w:t>RISC / IMPACT</w:t>
            </w:r>
          </w:p>
        </w:tc>
        <w:tc>
          <w:tcPr>
            <w:tcW w:w="2494" w:type="dxa"/>
            <w:shd w:val="clear" w:color="auto" w:fill="D71920"/>
            <w:tcMar>
              <w:top w:w="80" w:type="dxa"/>
              <w:left w:w="90" w:type="dxa"/>
              <w:bottom w:w="80" w:type="dxa"/>
              <w:right w:w="90" w:type="dxa"/>
            </w:tcMar>
            <w:vAlign w:val="center"/>
          </w:tcPr>
          <w:p w14:paraId="23DCC49C" w14:textId="77777777" w:rsidR="00430FCC" w:rsidRPr="008E6C00" w:rsidRDefault="00000000">
            <w:pPr>
              <w:spacing w:after="0" w:line="240" w:lineRule="auto"/>
              <w:jc w:val="center"/>
              <w:rPr>
                <w:noProof/>
                <w:lang w:val="ro-RO"/>
              </w:rPr>
            </w:pPr>
            <w:r w:rsidRPr="008E6C00">
              <w:rPr>
                <w:b/>
                <w:noProof/>
                <w:color w:val="FFFFFF"/>
                <w:sz w:val="14"/>
                <w:lang w:val="ro-RO"/>
              </w:rPr>
              <w:t>ACȚIUNE</w:t>
            </w:r>
          </w:p>
        </w:tc>
        <w:tc>
          <w:tcPr>
            <w:tcW w:w="1020" w:type="dxa"/>
            <w:shd w:val="clear" w:color="auto" w:fill="D71920"/>
            <w:tcMar>
              <w:top w:w="80" w:type="dxa"/>
              <w:left w:w="90" w:type="dxa"/>
              <w:bottom w:w="80" w:type="dxa"/>
              <w:right w:w="90" w:type="dxa"/>
            </w:tcMar>
            <w:vAlign w:val="center"/>
          </w:tcPr>
          <w:p w14:paraId="676F5F13" w14:textId="77777777" w:rsidR="00430FCC" w:rsidRPr="008E6C00" w:rsidRDefault="00000000">
            <w:pPr>
              <w:spacing w:after="0" w:line="240" w:lineRule="auto"/>
              <w:jc w:val="center"/>
              <w:rPr>
                <w:noProof/>
                <w:lang w:val="ro-RO"/>
              </w:rPr>
            </w:pPr>
            <w:r w:rsidRPr="008E6C00">
              <w:rPr>
                <w:b/>
                <w:noProof/>
                <w:color w:val="FFFFFF"/>
                <w:sz w:val="14"/>
                <w:lang w:val="ro-RO"/>
              </w:rPr>
              <w:t>RESP.</w:t>
            </w:r>
          </w:p>
        </w:tc>
        <w:tc>
          <w:tcPr>
            <w:tcW w:w="964" w:type="dxa"/>
            <w:shd w:val="clear" w:color="auto" w:fill="D71920"/>
            <w:tcMar>
              <w:top w:w="80" w:type="dxa"/>
              <w:left w:w="90" w:type="dxa"/>
              <w:bottom w:w="80" w:type="dxa"/>
              <w:right w:w="90" w:type="dxa"/>
            </w:tcMar>
            <w:vAlign w:val="center"/>
          </w:tcPr>
          <w:p w14:paraId="369F43E7" w14:textId="77777777" w:rsidR="00430FCC" w:rsidRPr="008E6C00" w:rsidRDefault="00000000">
            <w:pPr>
              <w:spacing w:after="0" w:line="240" w:lineRule="auto"/>
              <w:jc w:val="center"/>
              <w:rPr>
                <w:noProof/>
                <w:lang w:val="ro-RO"/>
              </w:rPr>
            </w:pPr>
            <w:r w:rsidRPr="008E6C00">
              <w:rPr>
                <w:b/>
                <w:noProof/>
                <w:color w:val="FFFFFF"/>
                <w:sz w:val="14"/>
                <w:lang w:val="ro-RO"/>
              </w:rPr>
              <w:t>TERMEN</w:t>
            </w:r>
          </w:p>
        </w:tc>
        <w:tc>
          <w:tcPr>
            <w:tcW w:w="397" w:type="dxa"/>
            <w:shd w:val="clear" w:color="auto" w:fill="D71920"/>
            <w:tcMar>
              <w:top w:w="80" w:type="dxa"/>
              <w:left w:w="90" w:type="dxa"/>
              <w:bottom w:w="80" w:type="dxa"/>
              <w:right w:w="90" w:type="dxa"/>
            </w:tcMar>
            <w:vAlign w:val="center"/>
          </w:tcPr>
          <w:p w14:paraId="16FCD341" w14:textId="77777777" w:rsidR="00430FCC" w:rsidRPr="008E6C00" w:rsidRDefault="00000000">
            <w:pPr>
              <w:spacing w:after="0" w:line="240" w:lineRule="auto"/>
              <w:jc w:val="center"/>
              <w:rPr>
                <w:noProof/>
                <w:lang w:val="ro-RO"/>
              </w:rPr>
            </w:pPr>
            <w:r w:rsidRPr="008E6C00">
              <w:rPr>
                <w:b/>
                <w:noProof/>
                <w:color w:val="FFFFFF"/>
                <w:sz w:val="14"/>
                <w:lang w:val="ro-RO"/>
              </w:rPr>
              <w:t>STATUS</w:t>
            </w:r>
          </w:p>
        </w:tc>
      </w:tr>
      <w:tr w:rsidR="00430FCC" w:rsidRPr="008E6C00" w14:paraId="416DD2E1" w14:textId="77777777">
        <w:trPr>
          <w:cantSplit/>
          <w:jc w:val="center"/>
        </w:trPr>
        <w:tc>
          <w:tcPr>
            <w:tcW w:w="567" w:type="dxa"/>
            <w:shd w:val="clear" w:color="auto" w:fill="FFFFFF"/>
            <w:tcMar>
              <w:top w:w="80" w:type="dxa"/>
              <w:left w:w="90" w:type="dxa"/>
              <w:bottom w:w="80" w:type="dxa"/>
              <w:right w:w="90" w:type="dxa"/>
            </w:tcMar>
            <w:vAlign w:val="center"/>
          </w:tcPr>
          <w:p w14:paraId="6C36EEA2" w14:textId="77777777" w:rsidR="00430FCC" w:rsidRPr="008E6C00" w:rsidRDefault="00430FCC">
            <w:pPr>
              <w:spacing w:after="0" w:line="240" w:lineRule="auto"/>
              <w:rPr>
                <w:noProof/>
                <w:lang w:val="ro-RO"/>
              </w:rPr>
            </w:pPr>
          </w:p>
        </w:tc>
        <w:tc>
          <w:tcPr>
            <w:tcW w:w="2494" w:type="dxa"/>
            <w:shd w:val="clear" w:color="auto" w:fill="FFFFFF"/>
            <w:tcMar>
              <w:top w:w="80" w:type="dxa"/>
              <w:left w:w="90" w:type="dxa"/>
              <w:bottom w:w="80" w:type="dxa"/>
              <w:right w:w="90" w:type="dxa"/>
            </w:tcMar>
            <w:vAlign w:val="center"/>
          </w:tcPr>
          <w:p w14:paraId="126DA1A2" w14:textId="77777777" w:rsidR="00430FCC" w:rsidRPr="008E6C00" w:rsidRDefault="00430FCC">
            <w:pPr>
              <w:spacing w:after="0" w:line="240" w:lineRule="auto"/>
              <w:rPr>
                <w:noProof/>
                <w:lang w:val="ro-RO"/>
              </w:rPr>
            </w:pPr>
          </w:p>
        </w:tc>
        <w:tc>
          <w:tcPr>
            <w:tcW w:w="1984" w:type="dxa"/>
            <w:shd w:val="clear" w:color="auto" w:fill="FFFFFF"/>
            <w:tcMar>
              <w:top w:w="80" w:type="dxa"/>
              <w:left w:w="90" w:type="dxa"/>
              <w:bottom w:w="80" w:type="dxa"/>
              <w:right w:w="90" w:type="dxa"/>
            </w:tcMar>
            <w:vAlign w:val="center"/>
          </w:tcPr>
          <w:p w14:paraId="12DE832B" w14:textId="77777777" w:rsidR="00430FCC" w:rsidRPr="008E6C00" w:rsidRDefault="00430FCC">
            <w:pPr>
              <w:spacing w:after="0" w:line="240" w:lineRule="auto"/>
              <w:rPr>
                <w:noProof/>
                <w:lang w:val="ro-RO"/>
              </w:rPr>
            </w:pPr>
          </w:p>
        </w:tc>
        <w:tc>
          <w:tcPr>
            <w:tcW w:w="2494" w:type="dxa"/>
            <w:shd w:val="clear" w:color="auto" w:fill="FFFFFF"/>
            <w:tcMar>
              <w:top w:w="80" w:type="dxa"/>
              <w:left w:w="90" w:type="dxa"/>
              <w:bottom w:w="80" w:type="dxa"/>
              <w:right w:w="90" w:type="dxa"/>
            </w:tcMar>
            <w:vAlign w:val="center"/>
          </w:tcPr>
          <w:p w14:paraId="7D5ACEC0" w14:textId="77777777" w:rsidR="00430FCC" w:rsidRPr="008E6C00" w:rsidRDefault="00430FCC">
            <w:pPr>
              <w:spacing w:after="0" w:line="240" w:lineRule="auto"/>
              <w:rPr>
                <w:noProof/>
                <w:lang w:val="ro-RO"/>
              </w:rPr>
            </w:pPr>
          </w:p>
        </w:tc>
        <w:tc>
          <w:tcPr>
            <w:tcW w:w="1020" w:type="dxa"/>
            <w:shd w:val="clear" w:color="auto" w:fill="FFFFFF"/>
            <w:tcMar>
              <w:top w:w="80" w:type="dxa"/>
              <w:left w:w="90" w:type="dxa"/>
              <w:bottom w:w="80" w:type="dxa"/>
              <w:right w:w="90" w:type="dxa"/>
            </w:tcMar>
            <w:vAlign w:val="center"/>
          </w:tcPr>
          <w:p w14:paraId="1FBA9C8E" w14:textId="77777777" w:rsidR="00430FCC" w:rsidRPr="008E6C00" w:rsidRDefault="00430FCC">
            <w:pPr>
              <w:spacing w:after="0" w:line="240" w:lineRule="auto"/>
              <w:rPr>
                <w:noProof/>
                <w:lang w:val="ro-RO"/>
              </w:rPr>
            </w:pPr>
          </w:p>
        </w:tc>
        <w:tc>
          <w:tcPr>
            <w:tcW w:w="964" w:type="dxa"/>
            <w:shd w:val="clear" w:color="auto" w:fill="FFFFFF"/>
            <w:tcMar>
              <w:top w:w="80" w:type="dxa"/>
              <w:left w:w="90" w:type="dxa"/>
              <w:bottom w:w="80" w:type="dxa"/>
              <w:right w:w="90" w:type="dxa"/>
            </w:tcMar>
            <w:vAlign w:val="center"/>
          </w:tcPr>
          <w:p w14:paraId="5514B05A" w14:textId="77777777" w:rsidR="00430FCC" w:rsidRPr="008E6C00" w:rsidRDefault="00430FCC">
            <w:pPr>
              <w:spacing w:after="0" w:line="240" w:lineRule="auto"/>
              <w:rPr>
                <w:noProof/>
                <w:lang w:val="ro-RO"/>
              </w:rPr>
            </w:pPr>
          </w:p>
        </w:tc>
        <w:tc>
          <w:tcPr>
            <w:tcW w:w="397" w:type="dxa"/>
            <w:shd w:val="clear" w:color="auto" w:fill="FFFFFF"/>
            <w:tcMar>
              <w:top w:w="80" w:type="dxa"/>
              <w:left w:w="90" w:type="dxa"/>
              <w:bottom w:w="80" w:type="dxa"/>
              <w:right w:w="90" w:type="dxa"/>
            </w:tcMar>
            <w:vAlign w:val="center"/>
          </w:tcPr>
          <w:p w14:paraId="15BE5273" w14:textId="77777777" w:rsidR="00430FCC" w:rsidRPr="008E6C00" w:rsidRDefault="00430FCC">
            <w:pPr>
              <w:spacing w:after="0" w:line="240" w:lineRule="auto"/>
              <w:rPr>
                <w:noProof/>
                <w:lang w:val="ro-RO"/>
              </w:rPr>
            </w:pPr>
          </w:p>
        </w:tc>
      </w:tr>
      <w:tr w:rsidR="00430FCC" w:rsidRPr="008E6C00" w14:paraId="6CA1D740" w14:textId="77777777">
        <w:trPr>
          <w:cantSplit/>
          <w:jc w:val="center"/>
        </w:trPr>
        <w:tc>
          <w:tcPr>
            <w:tcW w:w="567" w:type="dxa"/>
            <w:shd w:val="clear" w:color="auto" w:fill="FAFAFA"/>
            <w:tcMar>
              <w:top w:w="80" w:type="dxa"/>
              <w:left w:w="90" w:type="dxa"/>
              <w:bottom w:w="80" w:type="dxa"/>
              <w:right w:w="90" w:type="dxa"/>
            </w:tcMar>
            <w:vAlign w:val="center"/>
          </w:tcPr>
          <w:p w14:paraId="2D3FD80F" w14:textId="77777777" w:rsidR="00430FCC" w:rsidRPr="008E6C00" w:rsidRDefault="00430FCC">
            <w:pPr>
              <w:spacing w:after="0" w:line="240" w:lineRule="auto"/>
              <w:rPr>
                <w:noProof/>
                <w:lang w:val="ro-RO"/>
              </w:rPr>
            </w:pPr>
          </w:p>
        </w:tc>
        <w:tc>
          <w:tcPr>
            <w:tcW w:w="2494" w:type="dxa"/>
            <w:shd w:val="clear" w:color="auto" w:fill="FAFAFA"/>
            <w:tcMar>
              <w:top w:w="80" w:type="dxa"/>
              <w:left w:w="90" w:type="dxa"/>
              <w:bottom w:w="80" w:type="dxa"/>
              <w:right w:w="90" w:type="dxa"/>
            </w:tcMar>
            <w:vAlign w:val="center"/>
          </w:tcPr>
          <w:p w14:paraId="05507485" w14:textId="77777777" w:rsidR="00430FCC" w:rsidRPr="008E6C00" w:rsidRDefault="00430FCC">
            <w:pPr>
              <w:spacing w:after="0" w:line="240" w:lineRule="auto"/>
              <w:rPr>
                <w:noProof/>
                <w:lang w:val="ro-RO"/>
              </w:rPr>
            </w:pPr>
          </w:p>
        </w:tc>
        <w:tc>
          <w:tcPr>
            <w:tcW w:w="1984" w:type="dxa"/>
            <w:shd w:val="clear" w:color="auto" w:fill="FAFAFA"/>
            <w:tcMar>
              <w:top w:w="80" w:type="dxa"/>
              <w:left w:w="90" w:type="dxa"/>
              <w:bottom w:w="80" w:type="dxa"/>
              <w:right w:w="90" w:type="dxa"/>
            </w:tcMar>
            <w:vAlign w:val="center"/>
          </w:tcPr>
          <w:p w14:paraId="7A92C736" w14:textId="77777777" w:rsidR="00430FCC" w:rsidRPr="008E6C00" w:rsidRDefault="00430FCC">
            <w:pPr>
              <w:spacing w:after="0" w:line="240" w:lineRule="auto"/>
              <w:rPr>
                <w:noProof/>
                <w:lang w:val="ro-RO"/>
              </w:rPr>
            </w:pPr>
          </w:p>
        </w:tc>
        <w:tc>
          <w:tcPr>
            <w:tcW w:w="2494" w:type="dxa"/>
            <w:shd w:val="clear" w:color="auto" w:fill="FAFAFA"/>
            <w:tcMar>
              <w:top w:w="80" w:type="dxa"/>
              <w:left w:w="90" w:type="dxa"/>
              <w:bottom w:w="80" w:type="dxa"/>
              <w:right w:w="90" w:type="dxa"/>
            </w:tcMar>
            <w:vAlign w:val="center"/>
          </w:tcPr>
          <w:p w14:paraId="6BF16BF5" w14:textId="77777777" w:rsidR="00430FCC" w:rsidRPr="008E6C00" w:rsidRDefault="00430FCC">
            <w:pPr>
              <w:spacing w:after="0" w:line="240" w:lineRule="auto"/>
              <w:rPr>
                <w:noProof/>
                <w:lang w:val="ro-RO"/>
              </w:rPr>
            </w:pPr>
          </w:p>
        </w:tc>
        <w:tc>
          <w:tcPr>
            <w:tcW w:w="1020" w:type="dxa"/>
            <w:shd w:val="clear" w:color="auto" w:fill="FAFAFA"/>
            <w:tcMar>
              <w:top w:w="80" w:type="dxa"/>
              <w:left w:w="90" w:type="dxa"/>
              <w:bottom w:w="80" w:type="dxa"/>
              <w:right w:w="90" w:type="dxa"/>
            </w:tcMar>
            <w:vAlign w:val="center"/>
          </w:tcPr>
          <w:p w14:paraId="27C79443" w14:textId="77777777" w:rsidR="00430FCC" w:rsidRPr="008E6C00" w:rsidRDefault="00430FCC">
            <w:pPr>
              <w:spacing w:after="0" w:line="240" w:lineRule="auto"/>
              <w:rPr>
                <w:noProof/>
                <w:lang w:val="ro-RO"/>
              </w:rPr>
            </w:pPr>
          </w:p>
        </w:tc>
        <w:tc>
          <w:tcPr>
            <w:tcW w:w="964" w:type="dxa"/>
            <w:shd w:val="clear" w:color="auto" w:fill="FAFAFA"/>
            <w:tcMar>
              <w:top w:w="80" w:type="dxa"/>
              <w:left w:w="90" w:type="dxa"/>
              <w:bottom w:w="80" w:type="dxa"/>
              <w:right w:w="90" w:type="dxa"/>
            </w:tcMar>
            <w:vAlign w:val="center"/>
          </w:tcPr>
          <w:p w14:paraId="2E8F845D" w14:textId="77777777" w:rsidR="00430FCC" w:rsidRPr="008E6C00" w:rsidRDefault="00430FCC">
            <w:pPr>
              <w:spacing w:after="0" w:line="240" w:lineRule="auto"/>
              <w:rPr>
                <w:noProof/>
                <w:lang w:val="ro-RO"/>
              </w:rPr>
            </w:pPr>
          </w:p>
        </w:tc>
        <w:tc>
          <w:tcPr>
            <w:tcW w:w="397" w:type="dxa"/>
            <w:shd w:val="clear" w:color="auto" w:fill="FAFAFA"/>
            <w:tcMar>
              <w:top w:w="80" w:type="dxa"/>
              <w:left w:w="90" w:type="dxa"/>
              <w:bottom w:w="80" w:type="dxa"/>
              <w:right w:w="90" w:type="dxa"/>
            </w:tcMar>
            <w:vAlign w:val="center"/>
          </w:tcPr>
          <w:p w14:paraId="52D5BC33" w14:textId="77777777" w:rsidR="00430FCC" w:rsidRPr="008E6C00" w:rsidRDefault="00430FCC">
            <w:pPr>
              <w:spacing w:after="0" w:line="240" w:lineRule="auto"/>
              <w:rPr>
                <w:noProof/>
                <w:lang w:val="ro-RO"/>
              </w:rPr>
            </w:pPr>
          </w:p>
        </w:tc>
      </w:tr>
      <w:tr w:rsidR="00430FCC" w:rsidRPr="008E6C00" w14:paraId="610DEDD0" w14:textId="77777777">
        <w:trPr>
          <w:cantSplit/>
          <w:jc w:val="center"/>
        </w:trPr>
        <w:tc>
          <w:tcPr>
            <w:tcW w:w="567" w:type="dxa"/>
            <w:shd w:val="clear" w:color="auto" w:fill="FFFFFF"/>
            <w:tcMar>
              <w:top w:w="80" w:type="dxa"/>
              <w:left w:w="90" w:type="dxa"/>
              <w:bottom w:w="80" w:type="dxa"/>
              <w:right w:w="90" w:type="dxa"/>
            </w:tcMar>
            <w:vAlign w:val="center"/>
          </w:tcPr>
          <w:p w14:paraId="17CBB394" w14:textId="77777777" w:rsidR="00430FCC" w:rsidRPr="008E6C00" w:rsidRDefault="00430FCC">
            <w:pPr>
              <w:spacing w:after="0" w:line="240" w:lineRule="auto"/>
              <w:rPr>
                <w:noProof/>
                <w:lang w:val="ro-RO"/>
              </w:rPr>
            </w:pPr>
          </w:p>
        </w:tc>
        <w:tc>
          <w:tcPr>
            <w:tcW w:w="2494" w:type="dxa"/>
            <w:shd w:val="clear" w:color="auto" w:fill="FFFFFF"/>
            <w:tcMar>
              <w:top w:w="80" w:type="dxa"/>
              <w:left w:w="90" w:type="dxa"/>
              <w:bottom w:w="80" w:type="dxa"/>
              <w:right w:w="90" w:type="dxa"/>
            </w:tcMar>
            <w:vAlign w:val="center"/>
          </w:tcPr>
          <w:p w14:paraId="7CB4FC05" w14:textId="77777777" w:rsidR="00430FCC" w:rsidRPr="008E6C00" w:rsidRDefault="00430FCC">
            <w:pPr>
              <w:spacing w:after="0" w:line="240" w:lineRule="auto"/>
              <w:rPr>
                <w:noProof/>
                <w:lang w:val="ro-RO"/>
              </w:rPr>
            </w:pPr>
          </w:p>
        </w:tc>
        <w:tc>
          <w:tcPr>
            <w:tcW w:w="1984" w:type="dxa"/>
            <w:shd w:val="clear" w:color="auto" w:fill="FFFFFF"/>
            <w:tcMar>
              <w:top w:w="80" w:type="dxa"/>
              <w:left w:w="90" w:type="dxa"/>
              <w:bottom w:w="80" w:type="dxa"/>
              <w:right w:w="90" w:type="dxa"/>
            </w:tcMar>
            <w:vAlign w:val="center"/>
          </w:tcPr>
          <w:p w14:paraId="4635420E" w14:textId="77777777" w:rsidR="00430FCC" w:rsidRPr="008E6C00" w:rsidRDefault="00430FCC">
            <w:pPr>
              <w:spacing w:after="0" w:line="240" w:lineRule="auto"/>
              <w:rPr>
                <w:noProof/>
                <w:lang w:val="ro-RO"/>
              </w:rPr>
            </w:pPr>
          </w:p>
        </w:tc>
        <w:tc>
          <w:tcPr>
            <w:tcW w:w="2494" w:type="dxa"/>
            <w:shd w:val="clear" w:color="auto" w:fill="FFFFFF"/>
            <w:tcMar>
              <w:top w:w="80" w:type="dxa"/>
              <w:left w:w="90" w:type="dxa"/>
              <w:bottom w:w="80" w:type="dxa"/>
              <w:right w:w="90" w:type="dxa"/>
            </w:tcMar>
            <w:vAlign w:val="center"/>
          </w:tcPr>
          <w:p w14:paraId="0433DED8" w14:textId="77777777" w:rsidR="00430FCC" w:rsidRPr="008E6C00" w:rsidRDefault="00430FCC">
            <w:pPr>
              <w:spacing w:after="0" w:line="240" w:lineRule="auto"/>
              <w:rPr>
                <w:noProof/>
                <w:lang w:val="ro-RO"/>
              </w:rPr>
            </w:pPr>
          </w:p>
        </w:tc>
        <w:tc>
          <w:tcPr>
            <w:tcW w:w="1020" w:type="dxa"/>
            <w:shd w:val="clear" w:color="auto" w:fill="FFFFFF"/>
            <w:tcMar>
              <w:top w:w="80" w:type="dxa"/>
              <w:left w:w="90" w:type="dxa"/>
              <w:bottom w:w="80" w:type="dxa"/>
              <w:right w:w="90" w:type="dxa"/>
            </w:tcMar>
            <w:vAlign w:val="center"/>
          </w:tcPr>
          <w:p w14:paraId="54F8AA15" w14:textId="77777777" w:rsidR="00430FCC" w:rsidRPr="008E6C00" w:rsidRDefault="00430FCC">
            <w:pPr>
              <w:spacing w:after="0" w:line="240" w:lineRule="auto"/>
              <w:rPr>
                <w:noProof/>
                <w:lang w:val="ro-RO"/>
              </w:rPr>
            </w:pPr>
          </w:p>
        </w:tc>
        <w:tc>
          <w:tcPr>
            <w:tcW w:w="964" w:type="dxa"/>
            <w:shd w:val="clear" w:color="auto" w:fill="FFFFFF"/>
            <w:tcMar>
              <w:top w:w="80" w:type="dxa"/>
              <w:left w:w="90" w:type="dxa"/>
              <w:bottom w:w="80" w:type="dxa"/>
              <w:right w:w="90" w:type="dxa"/>
            </w:tcMar>
            <w:vAlign w:val="center"/>
          </w:tcPr>
          <w:p w14:paraId="62A1C882" w14:textId="77777777" w:rsidR="00430FCC" w:rsidRPr="008E6C00" w:rsidRDefault="00430FCC">
            <w:pPr>
              <w:spacing w:after="0" w:line="240" w:lineRule="auto"/>
              <w:rPr>
                <w:noProof/>
                <w:lang w:val="ro-RO"/>
              </w:rPr>
            </w:pPr>
          </w:p>
        </w:tc>
        <w:tc>
          <w:tcPr>
            <w:tcW w:w="397" w:type="dxa"/>
            <w:shd w:val="clear" w:color="auto" w:fill="FFFFFF"/>
            <w:tcMar>
              <w:top w:w="80" w:type="dxa"/>
              <w:left w:w="90" w:type="dxa"/>
              <w:bottom w:w="80" w:type="dxa"/>
              <w:right w:w="90" w:type="dxa"/>
            </w:tcMar>
            <w:vAlign w:val="center"/>
          </w:tcPr>
          <w:p w14:paraId="73961E1B" w14:textId="77777777" w:rsidR="00430FCC" w:rsidRPr="008E6C00" w:rsidRDefault="00430FCC">
            <w:pPr>
              <w:spacing w:after="0" w:line="240" w:lineRule="auto"/>
              <w:rPr>
                <w:noProof/>
                <w:lang w:val="ro-RO"/>
              </w:rPr>
            </w:pPr>
          </w:p>
        </w:tc>
      </w:tr>
      <w:tr w:rsidR="00430FCC" w:rsidRPr="008E6C00" w14:paraId="4A300ED9" w14:textId="77777777">
        <w:trPr>
          <w:cantSplit/>
          <w:jc w:val="center"/>
        </w:trPr>
        <w:tc>
          <w:tcPr>
            <w:tcW w:w="567" w:type="dxa"/>
            <w:shd w:val="clear" w:color="auto" w:fill="FAFAFA"/>
            <w:tcMar>
              <w:top w:w="80" w:type="dxa"/>
              <w:left w:w="90" w:type="dxa"/>
              <w:bottom w:w="80" w:type="dxa"/>
              <w:right w:w="90" w:type="dxa"/>
            </w:tcMar>
            <w:vAlign w:val="center"/>
          </w:tcPr>
          <w:p w14:paraId="6E693614" w14:textId="77777777" w:rsidR="00430FCC" w:rsidRPr="008E6C00" w:rsidRDefault="00430FCC">
            <w:pPr>
              <w:spacing w:after="0" w:line="240" w:lineRule="auto"/>
              <w:rPr>
                <w:noProof/>
                <w:lang w:val="ro-RO"/>
              </w:rPr>
            </w:pPr>
          </w:p>
        </w:tc>
        <w:tc>
          <w:tcPr>
            <w:tcW w:w="2494" w:type="dxa"/>
            <w:shd w:val="clear" w:color="auto" w:fill="FAFAFA"/>
            <w:tcMar>
              <w:top w:w="80" w:type="dxa"/>
              <w:left w:w="90" w:type="dxa"/>
              <w:bottom w:w="80" w:type="dxa"/>
              <w:right w:w="90" w:type="dxa"/>
            </w:tcMar>
            <w:vAlign w:val="center"/>
          </w:tcPr>
          <w:p w14:paraId="554C7E39" w14:textId="77777777" w:rsidR="00430FCC" w:rsidRPr="008E6C00" w:rsidRDefault="00430FCC">
            <w:pPr>
              <w:spacing w:after="0" w:line="240" w:lineRule="auto"/>
              <w:rPr>
                <w:noProof/>
                <w:lang w:val="ro-RO"/>
              </w:rPr>
            </w:pPr>
          </w:p>
        </w:tc>
        <w:tc>
          <w:tcPr>
            <w:tcW w:w="1984" w:type="dxa"/>
            <w:shd w:val="clear" w:color="auto" w:fill="FAFAFA"/>
            <w:tcMar>
              <w:top w:w="80" w:type="dxa"/>
              <w:left w:w="90" w:type="dxa"/>
              <w:bottom w:w="80" w:type="dxa"/>
              <w:right w:w="90" w:type="dxa"/>
            </w:tcMar>
            <w:vAlign w:val="center"/>
          </w:tcPr>
          <w:p w14:paraId="72932C57" w14:textId="77777777" w:rsidR="00430FCC" w:rsidRPr="008E6C00" w:rsidRDefault="00430FCC">
            <w:pPr>
              <w:spacing w:after="0" w:line="240" w:lineRule="auto"/>
              <w:rPr>
                <w:noProof/>
                <w:lang w:val="ro-RO"/>
              </w:rPr>
            </w:pPr>
          </w:p>
        </w:tc>
        <w:tc>
          <w:tcPr>
            <w:tcW w:w="2494" w:type="dxa"/>
            <w:shd w:val="clear" w:color="auto" w:fill="FAFAFA"/>
            <w:tcMar>
              <w:top w:w="80" w:type="dxa"/>
              <w:left w:w="90" w:type="dxa"/>
              <w:bottom w:w="80" w:type="dxa"/>
              <w:right w:w="90" w:type="dxa"/>
            </w:tcMar>
            <w:vAlign w:val="center"/>
          </w:tcPr>
          <w:p w14:paraId="13190B6E" w14:textId="77777777" w:rsidR="00430FCC" w:rsidRPr="008E6C00" w:rsidRDefault="00430FCC">
            <w:pPr>
              <w:spacing w:after="0" w:line="240" w:lineRule="auto"/>
              <w:rPr>
                <w:noProof/>
                <w:lang w:val="ro-RO"/>
              </w:rPr>
            </w:pPr>
          </w:p>
        </w:tc>
        <w:tc>
          <w:tcPr>
            <w:tcW w:w="1020" w:type="dxa"/>
            <w:shd w:val="clear" w:color="auto" w:fill="FAFAFA"/>
            <w:tcMar>
              <w:top w:w="80" w:type="dxa"/>
              <w:left w:w="90" w:type="dxa"/>
              <w:bottom w:w="80" w:type="dxa"/>
              <w:right w:w="90" w:type="dxa"/>
            </w:tcMar>
            <w:vAlign w:val="center"/>
          </w:tcPr>
          <w:p w14:paraId="42D83E52" w14:textId="77777777" w:rsidR="00430FCC" w:rsidRPr="008E6C00" w:rsidRDefault="00430FCC">
            <w:pPr>
              <w:spacing w:after="0" w:line="240" w:lineRule="auto"/>
              <w:rPr>
                <w:noProof/>
                <w:lang w:val="ro-RO"/>
              </w:rPr>
            </w:pPr>
          </w:p>
        </w:tc>
        <w:tc>
          <w:tcPr>
            <w:tcW w:w="964" w:type="dxa"/>
            <w:shd w:val="clear" w:color="auto" w:fill="FAFAFA"/>
            <w:tcMar>
              <w:top w:w="80" w:type="dxa"/>
              <w:left w:w="90" w:type="dxa"/>
              <w:bottom w:w="80" w:type="dxa"/>
              <w:right w:w="90" w:type="dxa"/>
            </w:tcMar>
            <w:vAlign w:val="center"/>
          </w:tcPr>
          <w:p w14:paraId="7CDBB4F0" w14:textId="77777777" w:rsidR="00430FCC" w:rsidRPr="008E6C00" w:rsidRDefault="00430FCC">
            <w:pPr>
              <w:spacing w:after="0" w:line="240" w:lineRule="auto"/>
              <w:rPr>
                <w:noProof/>
                <w:lang w:val="ro-RO"/>
              </w:rPr>
            </w:pPr>
          </w:p>
        </w:tc>
        <w:tc>
          <w:tcPr>
            <w:tcW w:w="397" w:type="dxa"/>
            <w:shd w:val="clear" w:color="auto" w:fill="FAFAFA"/>
            <w:tcMar>
              <w:top w:w="80" w:type="dxa"/>
              <w:left w:w="90" w:type="dxa"/>
              <w:bottom w:w="80" w:type="dxa"/>
              <w:right w:w="90" w:type="dxa"/>
            </w:tcMar>
            <w:vAlign w:val="center"/>
          </w:tcPr>
          <w:p w14:paraId="13B963A3" w14:textId="77777777" w:rsidR="00430FCC" w:rsidRPr="008E6C00" w:rsidRDefault="00430FCC">
            <w:pPr>
              <w:spacing w:after="0" w:line="240" w:lineRule="auto"/>
              <w:rPr>
                <w:noProof/>
                <w:lang w:val="ro-RO"/>
              </w:rPr>
            </w:pPr>
          </w:p>
        </w:tc>
      </w:tr>
      <w:tr w:rsidR="00430FCC" w:rsidRPr="008E6C00" w14:paraId="1AFE1699" w14:textId="77777777">
        <w:trPr>
          <w:cantSplit/>
          <w:jc w:val="center"/>
        </w:trPr>
        <w:tc>
          <w:tcPr>
            <w:tcW w:w="567" w:type="dxa"/>
            <w:shd w:val="clear" w:color="auto" w:fill="FFFFFF"/>
            <w:tcMar>
              <w:top w:w="80" w:type="dxa"/>
              <w:left w:w="90" w:type="dxa"/>
              <w:bottom w:w="80" w:type="dxa"/>
              <w:right w:w="90" w:type="dxa"/>
            </w:tcMar>
            <w:vAlign w:val="center"/>
          </w:tcPr>
          <w:p w14:paraId="30B6823C" w14:textId="77777777" w:rsidR="00430FCC" w:rsidRPr="008E6C00" w:rsidRDefault="00430FCC">
            <w:pPr>
              <w:spacing w:after="0" w:line="240" w:lineRule="auto"/>
              <w:rPr>
                <w:noProof/>
                <w:lang w:val="ro-RO"/>
              </w:rPr>
            </w:pPr>
          </w:p>
        </w:tc>
        <w:tc>
          <w:tcPr>
            <w:tcW w:w="2494" w:type="dxa"/>
            <w:shd w:val="clear" w:color="auto" w:fill="FFFFFF"/>
            <w:tcMar>
              <w:top w:w="80" w:type="dxa"/>
              <w:left w:w="90" w:type="dxa"/>
              <w:bottom w:w="80" w:type="dxa"/>
              <w:right w:w="90" w:type="dxa"/>
            </w:tcMar>
            <w:vAlign w:val="center"/>
          </w:tcPr>
          <w:p w14:paraId="64AF04BF" w14:textId="77777777" w:rsidR="00430FCC" w:rsidRPr="008E6C00" w:rsidRDefault="00430FCC">
            <w:pPr>
              <w:spacing w:after="0" w:line="240" w:lineRule="auto"/>
              <w:rPr>
                <w:noProof/>
                <w:lang w:val="ro-RO"/>
              </w:rPr>
            </w:pPr>
          </w:p>
        </w:tc>
        <w:tc>
          <w:tcPr>
            <w:tcW w:w="1984" w:type="dxa"/>
            <w:shd w:val="clear" w:color="auto" w:fill="FFFFFF"/>
            <w:tcMar>
              <w:top w:w="80" w:type="dxa"/>
              <w:left w:w="90" w:type="dxa"/>
              <w:bottom w:w="80" w:type="dxa"/>
              <w:right w:w="90" w:type="dxa"/>
            </w:tcMar>
            <w:vAlign w:val="center"/>
          </w:tcPr>
          <w:p w14:paraId="29560222" w14:textId="77777777" w:rsidR="00430FCC" w:rsidRPr="008E6C00" w:rsidRDefault="00430FCC">
            <w:pPr>
              <w:spacing w:after="0" w:line="240" w:lineRule="auto"/>
              <w:rPr>
                <w:noProof/>
                <w:lang w:val="ro-RO"/>
              </w:rPr>
            </w:pPr>
          </w:p>
        </w:tc>
        <w:tc>
          <w:tcPr>
            <w:tcW w:w="2494" w:type="dxa"/>
            <w:shd w:val="clear" w:color="auto" w:fill="FFFFFF"/>
            <w:tcMar>
              <w:top w:w="80" w:type="dxa"/>
              <w:left w:w="90" w:type="dxa"/>
              <w:bottom w:w="80" w:type="dxa"/>
              <w:right w:w="90" w:type="dxa"/>
            </w:tcMar>
            <w:vAlign w:val="center"/>
          </w:tcPr>
          <w:p w14:paraId="639C97A9" w14:textId="77777777" w:rsidR="00430FCC" w:rsidRPr="008E6C00" w:rsidRDefault="00430FCC">
            <w:pPr>
              <w:spacing w:after="0" w:line="240" w:lineRule="auto"/>
              <w:rPr>
                <w:noProof/>
                <w:lang w:val="ro-RO"/>
              </w:rPr>
            </w:pPr>
          </w:p>
        </w:tc>
        <w:tc>
          <w:tcPr>
            <w:tcW w:w="1020" w:type="dxa"/>
            <w:shd w:val="clear" w:color="auto" w:fill="FFFFFF"/>
            <w:tcMar>
              <w:top w:w="80" w:type="dxa"/>
              <w:left w:w="90" w:type="dxa"/>
              <w:bottom w:w="80" w:type="dxa"/>
              <w:right w:w="90" w:type="dxa"/>
            </w:tcMar>
            <w:vAlign w:val="center"/>
          </w:tcPr>
          <w:p w14:paraId="097308E9" w14:textId="77777777" w:rsidR="00430FCC" w:rsidRPr="008E6C00" w:rsidRDefault="00430FCC">
            <w:pPr>
              <w:spacing w:after="0" w:line="240" w:lineRule="auto"/>
              <w:rPr>
                <w:noProof/>
                <w:lang w:val="ro-RO"/>
              </w:rPr>
            </w:pPr>
          </w:p>
        </w:tc>
        <w:tc>
          <w:tcPr>
            <w:tcW w:w="964" w:type="dxa"/>
            <w:shd w:val="clear" w:color="auto" w:fill="FFFFFF"/>
            <w:tcMar>
              <w:top w:w="80" w:type="dxa"/>
              <w:left w:w="90" w:type="dxa"/>
              <w:bottom w:w="80" w:type="dxa"/>
              <w:right w:w="90" w:type="dxa"/>
            </w:tcMar>
            <w:vAlign w:val="center"/>
          </w:tcPr>
          <w:p w14:paraId="1D29964F" w14:textId="77777777" w:rsidR="00430FCC" w:rsidRPr="008E6C00" w:rsidRDefault="00430FCC">
            <w:pPr>
              <w:spacing w:after="0" w:line="240" w:lineRule="auto"/>
              <w:rPr>
                <w:noProof/>
                <w:lang w:val="ro-RO"/>
              </w:rPr>
            </w:pPr>
          </w:p>
        </w:tc>
        <w:tc>
          <w:tcPr>
            <w:tcW w:w="397" w:type="dxa"/>
            <w:shd w:val="clear" w:color="auto" w:fill="FFFFFF"/>
            <w:tcMar>
              <w:top w:w="80" w:type="dxa"/>
              <w:left w:w="90" w:type="dxa"/>
              <w:bottom w:w="80" w:type="dxa"/>
              <w:right w:w="90" w:type="dxa"/>
            </w:tcMar>
            <w:vAlign w:val="center"/>
          </w:tcPr>
          <w:p w14:paraId="5F7808FF" w14:textId="77777777" w:rsidR="00430FCC" w:rsidRPr="008E6C00" w:rsidRDefault="00430FCC">
            <w:pPr>
              <w:spacing w:after="0" w:line="240" w:lineRule="auto"/>
              <w:rPr>
                <w:noProof/>
                <w:lang w:val="ro-RO"/>
              </w:rPr>
            </w:pPr>
          </w:p>
        </w:tc>
      </w:tr>
      <w:tr w:rsidR="00430FCC" w:rsidRPr="008E6C00" w14:paraId="1A8A3CB6" w14:textId="77777777">
        <w:trPr>
          <w:cantSplit/>
          <w:jc w:val="center"/>
        </w:trPr>
        <w:tc>
          <w:tcPr>
            <w:tcW w:w="567" w:type="dxa"/>
            <w:shd w:val="clear" w:color="auto" w:fill="FAFAFA"/>
            <w:tcMar>
              <w:top w:w="80" w:type="dxa"/>
              <w:left w:w="90" w:type="dxa"/>
              <w:bottom w:w="80" w:type="dxa"/>
              <w:right w:w="90" w:type="dxa"/>
            </w:tcMar>
            <w:vAlign w:val="center"/>
          </w:tcPr>
          <w:p w14:paraId="20B5BE01" w14:textId="77777777" w:rsidR="00430FCC" w:rsidRPr="008E6C00" w:rsidRDefault="00430FCC">
            <w:pPr>
              <w:spacing w:after="0" w:line="240" w:lineRule="auto"/>
              <w:rPr>
                <w:noProof/>
                <w:lang w:val="ro-RO"/>
              </w:rPr>
            </w:pPr>
          </w:p>
        </w:tc>
        <w:tc>
          <w:tcPr>
            <w:tcW w:w="2494" w:type="dxa"/>
            <w:shd w:val="clear" w:color="auto" w:fill="FAFAFA"/>
            <w:tcMar>
              <w:top w:w="80" w:type="dxa"/>
              <w:left w:w="90" w:type="dxa"/>
              <w:bottom w:w="80" w:type="dxa"/>
              <w:right w:w="90" w:type="dxa"/>
            </w:tcMar>
            <w:vAlign w:val="center"/>
          </w:tcPr>
          <w:p w14:paraId="7746FEB5" w14:textId="77777777" w:rsidR="00430FCC" w:rsidRPr="008E6C00" w:rsidRDefault="00430FCC">
            <w:pPr>
              <w:spacing w:after="0" w:line="240" w:lineRule="auto"/>
              <w:rPr>
                <w:noProof/>
                <w:lang w:val="ro-RO"/>
              </w:rPr>
            </w:pPr>
          </w:p>
        </w:tc>
        <w:tc>
          <w:tcPr>
            <w:tcW w:w="1984" w:type="dxa"/>
            <w:shd w:val="clear" w:color="auto" w:fill="FAFAFA"/>
            <w:tcMar>
              <w:top w:w="80" w:type="dxa"/>
              <w:left w:w="90" w:type="dxa"/>
              <w:bottom w:w="80" w:type="dxa"/>
              <w:right w:w="90" w:type="dxa"/>
            </w:tcMar>
            <w:vAlign w:val="center"/>
          </w:tcPr>
          <w:p w14:paraId="79A6577E" w14:textId="77777777" w:rsidR="00430FCC" w:rsidRPr="008E6C00" w:rsidRDefault="00430FCC">
            <w:pPr>
              <w:spacing w:after="0" w:line="240" w:lineRule="auto"/>
              <w:rPr>
                <w:noProof/>
                <w:lang w:val="ro-RO"/>
              </w:rPr>
            </w:pPr>
          </w:p>
        </w:tc>
        <w:tc>
          <w:tcPr>
            <w:tcW w:w="2494" w:type="dxa"/>
            <w:shd w:val="clear" w:color="auto" w:fill="FAFAFA"/>
            <w:tcMar>
              <w:top w:w="80" w:type="dxa"/>
              <w:left w:w="90" w:type="dxa"/>
              <w:bottom w:w="80" w:type="dxa"/>
              <w:right w:w="90" w:type="dxa"/>
            </w:tcMar>
            <w:vAlign w:val="center"/>
          </w:tcPr>
          <w:p w14:paraId="7D7772C8" w14:textId="77777777" w:rsidR="00430FCC" w:rsidRPr="008E6C00" w:rsidRDefault="00430FCC">
            <w:pPr>
              <w:spacing w:after="0" w:line="240" w:lineRule="auto"/>
              <w:rPr>
                <w:noProof/>
                <w:lang w:val="ro-RO"/>
              </w:rPr>
            </w:pPr>
          </w:p>
        </w:tc>
        <w:tc>
          <w:tcPr>
            <w:tcW w:w="1020" w:type="dxa"/>
            <w:shd w:val="clear" w:color="auto" w:fill="FAFAFA"/>
            <w:tcMar>
              <w:top w:w="80" w:type="dxa"/>
              <w:left w:w="90" w:type="dxa"/>
              <w:bottom w:w="80" w:type="dxa"/>
              <w:right w:w="90" w:type="dxa"/>
            </w:tcMar>
            <w:vAlign w:val="center"/>
          </w:tcPr>
          <w:p w14:paraId="6A7B6627" w14:textId="77777777" w:rsidR="00430FCC" w:rsidRPr="008E6C00" w:rsidRDefault="00430FCC">
            <w:pPr>
              <w:spacing w:after="0" w:line="240" w:lineRule="auto"/>
              <w:rPr>
                <w:noProof/>
                <w:lang w:val="ro-RO"/>
              </w:rPr>
            </w:pPr>
          </w:p>
        </w:tc>
        <w:tc>
          <w:tcPr>
            <w:tcW w:w="964" w:type="dxa"/>
            <w:shd w:val="clear" w:color="auto" w:fill="FAFAFA"/>
            <w:tcMar>
              <w:top w:w="80" w:type="dxa"/>
              <w:left w:w="90" w:type="dxa"/>
              <w:bottom w:w="80" w:type="dxa"/>
              <w:right w:w="90" w:type="dxa"/>
            </w:tcMar>
            <w:vAlign w:val="center"/>
          </w:tcPr>
          <w:p w14:paraId="1B0ADDFB" w14:textId="77777777" w:rsidR="00430FCC" w:rsidRPr="008E6C00" w:rsidRDefault="00430FCC">
            <w:pPr>
              <w:spacing w:after="0" w:line="240" w:lineRule="auto"/>
              <w:rPr>
                <w:noProof/>
                <w:lang w:val="ro-RO"/>
              </w:rPr>
            </w:pPr>
          </w:p>
        </w:tc>
        <w:tc>
          <w:tcPr>
            <w:tcW w:w="397" w:type="dxa"/>
            <w:shd w:val="clear" w:color="auto" w:fill="FAFAFA"/>
            <w:tcMar>
              <w:top w:w="80" w:type="dxa"/>
              <w:left w:w="90" w:type="dxa"/>
              <w:bottom w:w="80" w:type="dxa"/>
              <w:right w:w="90" w:type="dxa"/>
            </w:tcMar>
            <w:vAlign w:val="center"/>
          </w:tcPr>
          <w:p w14:paraId="0AF2AAAC" w14:textId="77777777" w:rsidR="00430FCC" w:rsidRPr="008E6C00" w:rsidRDefault="00430FCC">
            <w:pPr>
              <w:spacing w:after="0" w:line="240" w:lineRule="auto"/>
              <w:rPr>
                <w:noProof/>
                <w:lang w:val="ro-RO"/>
              </w:rPr>
            </w:pPr>
          </w:p>
        </w:tc>
      </w:tr>
      <w:tr w:rsidR="00430FCC" w:rsidRPr="008E6C00" w14:paraId="5B055451" w14:textId="77777777">
        <w:trPr>
          <w:cantSplit/>
          <w:jc w:val="center"/>
        </w:trPr>
        <w:tc>
          <w:tcPr>
            <w:tcW w:w="567" w:type="dxa"/>
            <w:shd w:val="clear" w:color="auto" w:fill="FFFFFF"/>
            <w:tcMar>
              <w:top w:w="80" w:type="dxa"/>
              <w:left w:w="90" w:type="dxa"/>
              <w:bottom w:w="80" w:type="dxa"/>
              <w:right w:w="90" w:type="dxa"/>
            </w:tcMar>
            <w:vAlign w:val="center"/>
          </w:tcPr>
          <w:p w14:paraId="4447DCBF" w14:textId="77777777" w:rsidR="00430FCC" w:rsidRPr="008E6C00" w:rsidRDefault="00430FCC">
            <w:pPr>
              <w:spacing w:after="0" w:line="240" w:lineRule="auto"/>
              <w:rPr>
                <w:noProof/>
                <w:lang w:val="ro-RO"/>
              </w:rPr>
            </w:pPr>
          </w:p>
        </w:tc>
        <w:tc>
          <w:tcPr>
            <w:tcW w:w="2494" w:type="dxa"/>
            <w:shd w:val="clear" w:color="auto" w:fill="FFFFFF"/>
            <w:tcMar>
              <w:top w:w="80" w:type="dxa"/>
              <w:left w:w="90" w:type="dxa"/>
              <w:bottom w:w="80" w:type="dxa"/>
              <w:right w:w="90" w:type="dxa"/>
            </w:tcMar>
            <w:vAlign w:val="center"/>
          </w:tcPr>
          <w:p w14:paraId="13EC61EF" w14:textId="77777777" w:rsidR="00430FCC" w:rsidRPr="008E6C00" w:rsidRDefault="00430FCC">
            <w:pPr>
              <w:spacing w:after="0" w:line="240" w:lineRule="auto"/>
              <w:rPr>
                <w:noProof/>
                <w:lang w:val="ro-RO"/>
              </w:rPr>
            </w:pPr>
          </w:p>
        </w:tc>
        <w:tc>
          <w:tcPr>
            <w:tcW w:w="1984" w:type="dxa"/>
            <w:shd w:val="clear" w:color="auto" w:fill="FFFFFF"/>
            <w:tcMar>
              <w:top w:w="80" w:type="dxa"/>
              <w:left w:w="90" w:type="dxa"/>
              <w:bottom w:w="80" w:type="dxa"/>
              <w:right w:w="90" w:type="dxa"/>
            </w:tcMar>
            <w:vAlign w:val="center"/>
          </w:tcPr>
          <w:p w14:paraId="6E75B96E" w14:textId="77777777" w:rsidR="00430FCC" w:rsidRPr="008E6C00" w:rsidRDefault="00430FCC">
            <w:pPr>
              <w:spacing w:after="0" w:line="240" w:lineRule="auto"/>
              <w:rPr>
                <w:noProof/>
                <w:lang w:val="ro-RO"/>
              </w:rPr>
            </w:pPr>
          </w:p>
        </w:tc>
        <w:tc>
          <w:tcPr>
            <w:tcW w:w="2494" w:type="dxa"/>
            <w:shd w:val="clear" w:color="auto" w:fill="FFFFFF"/>
            <w:tcMar>
              <w:top w:w="80" w:type="dxa"/>
              <w:left w:w="90" w:type="dxa"/>
              <w:bottom w:w="80" w:type="dxa"/>
              <w:right w:w="90" w:type="dxa"/>
            </w:tcMar>
            <w:vAlign w:val="center"/>
          </w:tcPr>
          <w:p w14:paraId="3557A63A" w14:textId="77777777" w:rsidR="00430FCC" w:rsidRPr="008E6C00" w:rsidRDefault="00430FCC">
            <w:pPr>
              <w:spacing w:after="0" w:line="240" w:lineRule="auto"/>
              <w:rPr>
                <w:noProof/>
                <w:lang w:val="ro-RO"/>
              </w:rPr>
            </w:pPr>
          </w:p>
        </w:tc>
        <w:tc>
          <w:tcPr>
            <w:tcW w:w="1020" w:type="dxa"/>
            <w:shd w:val="clear" w:color="auto" w:fill="FFFFFF"/>
            <w:tcMar>
              <w:top w:w="80" w:type="dxa"/>
              <w:left w:w="90" w:type="dxa"/>
              <w:bottom w:w="80" w:type="dxa"/>
              <w:right w:w="90" w:type="dxa"/>
            </w:tcMar>
            <w:vAlign w:val="center"/>
          </w:tcPr>
          <w:p w14:paraId="7E90BCE2" w14:textId="77777777" w:rsidR="00430FCC" w:rsidRPr="008E6C00" w:rsidRDefault="00430FCC">
            <w:pPr>
              <w:spacing w:after="0" w:line="240" w:lineRule="auto"/>
              <w:rPr>
                <w:noProof/>
                <w:lang w:val="ro-RO"/>
              </w:rPr>
            </w:pPr>
          </w:p>
        </w:tc>
        <w:tc>
          <w:tcPr>
            <w:tcW w:w="964" w:type="dxa"/>
            <w:shd w:val="clear" w:color="auto" w:fill="FFFFFF"/>
            <w:tcMar>
              <w:top w:w="80" w:type="dxa"/>
              <w:left w:w="90" w:type="dxa"/>
              <w:bottom w:w="80" w:type="dxa"/>
              <w:right w:w="90" w:type="dxa"/>
            </w:tcMar>
            <w:vAlign w:val="center"/>
          </w:tcPr>
          <w:p w14:paraId="11AB24B0" w14:textId="77777777" w:rsidR="00430FCC" w:rsidRPr="008E6C00" w:rsidRDefault="00430FCC">
            <w:pPr>
              <w:spacing w:after="0" w:line="240" w:lineRule="auto"/>
              <w:rPr>
                <w:noProof/>
                <w:lang w:val="ro-RO"/>
              </w:rPr>
            </w:pPr>
          </w:p>
        </w:tc>
        <w:tc>
          <w:tcPr>
            <w:tcW w:w="397" w:type="dxa"/>
            <w:shd w:val="clear" w:color="auto" w:fill="FFFFFF"/>
            <w:tcMar>
              <w:top w:w="80" w:type="dxa"/>
              <w:left w:w="90" w:type="dxa"/>
              <w:bottom w:w="80" w:type="dxa"/>
              <w:right w:w="90" w:type="dxa"/>
            </w:tcMar>
            <w:vAlign w:val="center"/>
          </w:tcPr>
          <w:p w14:paraId="6DAB2DB4" w14:textId="77777777" w:rsidR="00430FCC" w:rsidRPr="008E6C00" w:rsidRDefault="00430FCC">
            <w:pPr>
              <w:spacing w:after="0" w:line="240" w:lineRule="auto"/>
              <w:rPr>
                <w:noProof/>
                <w:lang w:val="ro-RO"/>
              </w:rPr>
            </w:pPr>
          </w:p>
        </w:tc>
      </w:tr>
    </w:tbl>
    <w:p w14:paraId="76808010" w14:textId="77777777" w:rsidR="00430FCC" w:rsidRPr="008E6C00" w:rsidRDefault="00430FCC">
      <w:pPr>
        <w:spacing w:after="20"/>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430FCC" w:rsidRPr="008E6C00" w14:paraId="303F9118" w14:textId="77777777">
        <w:trPr>
          <w:cantSplit/>
          <w:jc w:val="center"/>
        </w:trPr>
        <w:tc>
          <w:tcPr>
            <w:tcW w:w="1020" w:type="dxa"/>
            <w:shd w:val="clear" w:color="auto" w:fill="D71920"/>
            <w:tcMar>
              <w:top w:w="80" w:type="dxa"/>
              <w:left w:w="90" w:type="dxa"/>
              <w:bottom w:w="80" w:type="dxa"/>
              <w:right w:w="90" w:type="dxa"/>
            </w:tcMar>
            <w:vAlign w:val="center"/>
          </w:tcPr>
          <w:p w14:paraId="3ABDE172" w14:textId="77777777" w:rsidR="00430FCC" w:rsidRPr="008E6C00" w:rsidRDefault="00000000">
            <w:pPr>
              <w:spacing w:after="0" w:line="240" w:lineRule="auto"/>
              <w:jc w:val="center"/>
              <w:rPr>
                <w:noProof/>
                <w:lang w:val="ro-RO"/>
              </w:rPr>
            </w:pPr>
            <w:r w:rsidRPr="008E6C00">
              <w:rPr>
                <w:b/>
                <w:noProof/>
                <w:color w:val="FFFFFF"/>
                <w:sz w:val="34"/>
                <w:lang w:val="ro-RO"/>
              </w:rPr>
              <w:t>12</w:t>
            </w:r>
          </w:p>
        </w:tc>
        <w:tc>
          <w:tcPr>
            <w:tcW w:w="8901" w:type="dxa"/>
            <w:shd w:val="clear" w:color="auto" w:fill="F3F4F5"/>
          </w:tcPr>
          <w:p w14:paraId="217EA12A" w14:textId="77777777" w:rsidR="00430FCC" w:rsidRPr="008E6C00" w:rsidRDefault="00000000">
            <w:pPr>
              <w:spacing w:after="20"/>
              <w:rPr>
                <w:noProof/>
                <w:lang w:val="ro-RO"/>
              </w:rPr>
            </w:pPr>
            <w:r w:rsidRPr="008E6C00">
              <w:rPr>
                <w:b/>
                <w:noProof/>
                <w:sz w:val="28"/>
                <w:lang w:val="ro-RO"/>
              </w:rPr>
              <w:t>Referințe, glosar și utilizare responsabilă</w:t>
            </w:r>
          </w:p>
          <w:p w14:paraId="11F99E6E" w14:textId="77777777" w:rsidR="00430FCC" w:rsidRPr="008E6C00" w:rsidRDefault="00000000">
            <w:pPr>
              <w:spacing w:after="0"/>
              <w:rPr>
                <w:noProof/>
                <w:lang w:val="ro-RO"/>
              </w:rPr>
            </w:pPr>
            <w:r w:rsidRPr="008E6C00">
              <w:rPr>
                <w:noProof/>
                <w:color w:val="666666"/>
                <w:sz w:val="17"/>
                <w:lang w:val="ro-RO"/>
              </w:rPr>
              <w:t>Verificați întotdeauna ediția aplicabilă și cerințele sectoriale, legale și contractuale</w:t>
            </w:r>
          </w:p>
        </w:tc>
      </w:tr>
    </w:tbl>
    <w:p w14:paraId="11AE02DD" w14:textId="77777777" w:rsidR="00430FCC" w:rsidRPr="008E6C00" w:rsidRDefault="00430FCC">
      <w:pPr>
        <w:spacing w:after="0"/>
        <w:rPr>
          <w:noProof/>
          <w:lang w:val="ro-RO"/>
        </w:rPr>
      </w:pPr>
    </w:p>
    <w:p w14:paraId="5BB09427" w14:textId="77777777" w:rsidR="00430FCC" w:rsidRPr="008E6C00" w:rsidRDefault="00000000">
      <w:pPr>
        <w:pStyle w:val="Heading2"/>
        <w:rPr>
          <w:noProof/>
          <w:lang w:val="ro-RO"/>
        </w:rPr>
      </w:pPr>
      <w:r w:rsidRPr="008E6C00">
        <w:rPr>
          <w:noProof/>
          <w:lang w:val="ro-RO"/>
        </w:rPr>
        <w:t>Baza documentului</w:t>
      </w:r>
    </w:p>
    <w:p w14:paraId="20307B08" w14:textId="77777777" w:rsidR="00430FCC" w:rsidRPr="008E6C00" w:rsidRDefault="00000000">
      <w:pPr>
        <w:rPr>
          <w:noProof/>
          <w:lang w:val="ro-RO"/>
        </w:rPr>
      </w:pPr>
      <w:r w:rsidRPr="008E6C00">
        <w:rPr>
          <w:noProof/>
          <w:lang w:val="ro-RO"/>
        </w:rPr>
        <w:t>Ghidul este aliniat ediției publicate ISO 9001:2015 și Amendamentului 1:2024 privind schimbările climatice. La data editării, ediția a șasea ISO 9001 era în etapa finală de publicare, cu publicare indicată de ISO pentru septembrie 2026. Cerințele proiectului nu sunt tratate în acest ghid ca cerințe aplicabile.</w:t>
      </w:r>
    </w:p>
    <w:p w14:paraId="7EEC93BB" w14:textId="77777777" w:rsidR="00430FCC" w:rsidRPr="008E6C00" w:rsidRDefault="00000000">
      <w:pPr>
        <w:pStyle w:val="ListBullet"/>
        <w:spacing w:after="60"/>
        <w:rPr>
          <w:noProof/>
          <w:lang w:val="ro-RO"/>
        </w:rPr>
      </w:pPr>
      <w:hyperlink r:id="rId8">
        <w:r w:rsidRPr="008E6C00">
          <w:rPr>
            <w:noProof/>
            <w:color w:val="D71920"/>
            <w:u w:val="single"/>
            <w:lang w:val="ro-RO"/>
          </w:rPr>
          <w:t>ISO 9001:2015 - pagina oficială</w:t>
        </w:r>
      </w:hyperlink>
    </w:p>
    <w:p w14:paraId="54EC651E" w14:textId="77777777" w:rsidR="00430FCC" w:rsidRPr="008E6C00" w:rsidRDefault="00000000">
      <w:pPr>
        <w:pStyle w:val="ListBullet"/>
        <w:spacing w:after="60"/>
        <w:rPr>
          <w:noProof/>
          <w:lang w:val="ro-RO"/>
        </w:rPr>
      </w:pPr>
      <w:hyperlink r:id="rId9">
        <w:r w:rsidRPr="008E6C00">
          <w:rPr>
            <w:noProof/>
            <w:color w:val="D71920"/>
            <w:u w:val="single"/>
            <w:lang w:val="ro-RO"/>
          </w:rPr>
          <w:t>ISO 9001:2015/Amd 1:2024 - pagina oficială</w:t>
        </w:r>
      </w:hyperlink>
    </w:p>
    <w:p w14:paraId="0BF0173A" w14:textId="77777777" w:rsidR="00430FCC" w:rsidRPr="008E6C00" w:rsidRDefault="00000000">
      <w:pPr>
        <w:pStyle w:val="ListBullet"/>
        <w:spacing w:after="60"/>
        <w:rPr>
          <w:noProof/>
          <w:lang w:val="ro-RO"/>
        </w:rPr>
      </w:pPr>
      <w:hyperlink r:id="rId10">
        <w:r w:rsidRPr="008E6C00">
          <w:rPr>
            <w:noProof/>
            <w:color w:val="D71920"/>
            <w:u w:val="single"/>
            <w:lang w:val="ro-RO"/>
          </w:rPr>
          <w:t>ISO/TC 176 - Guidance on documented information</w:t>
        </w:r>
      </w:hyperlink>
    </w:p>
    <w:p w14:paraId="14B7D20E" w14:textId="77777777" w:rsidR="00430FCC" w:rsidRPr="008E6C00" w:rsidRDefault="00000000">
      <w:pPr>
        <w:pStyle w:val="ListBullet"/>
        <w:spacing w:after="60"/>
        <w:rPr>
          <w:noProof/>
          <w:lang w:val="ro-RO"/>
        </w:rPr>
      </w:pPr>
      <w:hyperlink r:id="rId11">
        <w:r w:rsidRPr="008E6C00">
          <w:rPr>
            <w:noProof/>
            <w:color w:val="D71920"/>
            <w:u w:val="single"/>
            <w:lang w:val="ro-RO"/>
          </w:rPr>
          <w:t>ISO 9001 - ediția 6 în curs de publicare</w:t>
        </w:r>
      </w:hyperlink>
    </w:p>
    <w:p w14:paraId="6B022F96" w14:textId="77777777" w:rsidR="00430FCC" w:rsidRPr="008E6C00" w:rsidRDefault="00000000">
      <w:pPr>
        <w:pStyle w:val="Heading2"/>
        <w:rPr>
          <w:noProof/>
          <w:lang w:val="ro-RO"/>
        </w:rPr>
      </w:pPr>
      <w:r w:rsidRPr="008E6C00">
        <w:rPr>
          <w:noProof/>
          <w:lang w:val="ro-RO"/>
        </w:rPr>
        <w:lastRenderedPageBreak/>
        <w:t>Glosar</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608"/>
        <w:gridCol w:w="7313"/>
      </w:tblGrid>
      <w:tr w:rsidR="00430FCC" w:rsidRPr="008E6C00" w14:paraId="3518D023" w14:textId="77777777">
        <w:trPr>
          <w:tblHeader/>
          <w:jc w:val="center"/>
        </w:trPr>
        <w:tc>
          <w:tcPr>
            <w:tcW w:w="2608" w:type="dxa"/>
            <w:shd w:val="clear" w:color="auto" w:fill="D71920"/>
            <w:tcMar>
              <w:top w:w="80" w:type="dxa"/>
              <w:left w:w="90" w:type="dxa"/>
              <w:bottom w:w="80" w:type="dxa"/>
              <w:right w:w="90" w:type="dxa"/>
            </w:tcMar>
            <w:vAlign w:val="center"/>
          </w:tcPr>
          <w:p w14:paraId="4DE878CA" w14:textId="77777777" w:rsidR="00430FCC" w:rsidRPr="008E6C00" w:rsidRDefault="00000000">
            <w:pPr>
              <w:spacing w:after="0" w:line="240" w:lineRule="auto"/>
              <w:jc w:val="center"/>
              <w:rPr>
                <w:noProof/>
                <w:lang w:val="ro-RO"/>
              </w:rPr>
            </w:pPr>
            <w:r w:rsidRPr="008E6C00">
              <w:rPr>
                <w:b/>
                <w:noProof/>
                <w:color w:val="FFFFFF"/>
                <w:sz w:val="16"/>
                <w:lang w:val="ro-RO"/>
              </w:rPr>
              <w:t>TERMEN</w:t>
            </w:r>
          </w:p>
        </w:tc>
        <w:tc>
          <w:tcPr>
            <w:tcW w:w="7313" w:type="dxa"/>
            <w:shd w:val="clear" w:color="auto" w:fill="D71920"/>
            <w:tcMar>
              <w:top w:w="80" w:type="dxa"/>
              <w:left w:w="90" w:type="dxa"/>
              <w:bottom w:w="80" w:type="dxa"/>
              <w:right w:w="90" w:type="dxa"/>
            </w:tcMar>
            <w:vAlign w:val="center"/>
          </w:tcPr>
          <w:p w14:paraId="6A6EBB6A" w14:textId="77777777" w:rsidR="00430FCC" w:rsidRPr="008E6C00" w:rsidRDefault="00000000">
            <w:pPr>
              <w:spacing w:after="0" w:line="240" w:lineRule="auto"/>
              <w:jc w:val="center"/>
              <w:rPr>
                <w:noProof/>
                <w:lang w:val="ro-RO"/>
              </w:rPr>
            </w:pPr>
            <w:r w:rsidRPr="008E6C00">
              <w:rPr>
                <w:b/>
                <w:noProof/>
                <w:color w:val="FFFFFF"/>
                <w:sz w:val="16"/>
                <w:lang w:val="ro-RO"/>
              </w:rPr>
              <w:t>EXPLICAȚIE PRACTICĂ</w:t>
            </w:r>
          </w:p>
        </w:tc>
      </w:tr>
      <w:tr w:rsidR="00430FCC" w:rsidRPr="008E6C00" w14:paraId="5F3EEFE5" w14:textId="77777777">
        <w:trPr>
          <w:cantSplit/>
          <w:jc w:val="center"/>
        </w:trPr>
        <w:tc>
          <w:tcPr>
            <w:tcW w:w="2608" w:type="dxa"/>
            <w:shd w:val="clear" w:color="auto" w:fill="FFFFFF"/>
            <w:tcMar>
              <w:top w:w="80" w:type="dxa"/>
              <w:left w:w="90" w:type="dxa"/>
              <w:bottom w:w="80" w:type="dxa"/>
              <w:right w:w="90" w:type="dxa"/>
            </w:tcMar>
            <w:vAlign w:val="center"/>
          </w:tcPr>
          <w:p w14:paraId="13F5A782" w14:textId="77777777" w:rsidR="00430FCC" w:rsidRPr="008E6C00" w:rsidRDefault="00000000">
            <w:pPr>
              <w:spacing w:after="0" w:line="240" w:lineRule="auto"/>
              <w:rPr>
                <w:noProof/>
                <w:lang w:val="ro-RO"/>
              </w:rPr>
            </w:pPr>
            <w:r w:rsidRPr="008E6C00">
              <w:rPr>
                <w:noProof/>
                <w:sz w:val="16"/>
                <w:lang w:val="ro-RO"/>
              </w:rPr>
              <w:t>Informație documentată</w:t>
            </w:r>
          </w:p>
        </w:tc>
        <w:tc>
          <w:tcPr>
            <w:tcW w:w="7313" w:type="dxa"/>
            <w:shd w:val="clear" w:color="auto" w:fill="FFFFFF"/>
            <w:tcMar>
              <w:top w:w="80" w:type="dxa"/>
              <w:left w:w="90" w:type="dxa"/>
              <w:bottom w:w="80" w:type="dxa"/>
              <w:right w:w="90" w:type="dxa"/>
            </w:tcMar>
            <w:vAlign w:val="center"/>
          </w:tcPr>
          <w:p w14:paraId="5227E311" w14:textId="77777777" w:rsidR="00430FCC" w:rsidRPr="008E6C00" w:rsidRDefault="00000000">
            <w:pPr>
              <w:spacing w:after="0" w:line="240" w:lineRule="auto"/>
              <w:rPr>
                <w:noProof/>
                <w:lang w:val="ro-RO"/>
              </w:rPr>
            </w:pPr>
            <w:r w:rsidRPr="008E6C00">
              <w:rPr>
                <w:noProof/>
                <w:sz w:val="16"/>
                <w:lang w:val="ro-RO"/>
              </w:rPr>
              <w:t>Informație care trebuie controlată și menținută de organizație, împreună cu suportul pe care se află.</w:t>
            </w:r>
          </w:p>
        </w:tc>
      </w:tr>
      <w:tr w:rsidR="00430FCC" w:rsidRPr="008E6C00" w14:paraId="687D9FC6" w14:textId="77777777">
        <w:trPr>
          <w:cantSplit/>
          <w:jc w:val="center"/>
        </w:trPr>
        <w:tc>
          <w:tcPr>
            <w:tcW w:w="2608" w:type="dxa"/>
            <w:shd w:val="clear" w:color="auto" w:fill="FAFAFA"/>
            <w:tcMar>
              <w:top w:w="80" w:type="dxa"/>
              <w:left w:w="90" w:type="dxa"/>
              <w:bottom w:w="80" w:type="dxa"/>
              <w:right w:w="90" w:type="dxa"/>
            </w:tcMar>
            <w:vAlign w:val="center"/>
          </w:tcPr>
          <w:p w14:paraId="0C86138A" w14:textId="77777777" w:rsidR="00430FCC" w:rsidRPr="008E6C00" w:rsidRDefault="00000000">
            <w:pPr>
              <w:spacing w:after="0" w:line="240" w:lineRule="auto"/>
              <w:rPr>
                <w:noProof/>
                <w:lang w:val="ro-RO"/>
              </w:rPr>
            </w:pPr>
            <w:r w:rsidRPr="008E6C00">
              <w:rPr>
                <w:noProof/>
                <w:sz w:val="16"/>
                <w:lang w:val="ro-RO"/>
              </w:rPr>
              <w:t>Document menținut</w:t>
            </w:r>
          </w:p>
        </w:tc>
        <w:tc>
          <w:tcPr>
            <w:tcW w:w="7313" w:type="dxa"/>
            <w:shd w:val="clear" w:color="auto" w:fill="FAFAFA"/>
            <w:tcMar>
              <w:top w:w="80" w:type="dxa"/>
              <w:left w:w="90" w:type="dxa"/>
              <w:bottom w:w="80" w:type="dxa"/>
              <w:right w:w="90" w:type="dxa"/>
            </w:tcMar>
            <w:vAlign w:val="center"/>
          </w:tcPr>
          <w:p w14:paraId="0EA84577" w14:textId="77777777" w:rsidR="00430FCC" w:rsidRPr="008E6C00" w:rsidRDefault="00000000">
            <w:pPr>
              <w:spacing w:after="0" w:line="240" w:lineRule="auto"/>
              <w:rPr>
                <w:noProof/>
                <w:lang w:val="ro-RO"/>
              </w:rPr>
            </w:pPr>
            <w:r w:rsidRPr="008E6C00">
              <w:rPr>
                <w:noProof/>
                <w:sz w:val="16"/>
                <w:lang w:val="ro-RO"/>
              </w:rPr>
              <w:t>Informație actuală utilizată pentru orientarea sau controlul activităților.</w:t>
            </w:r>
          </w:p>
        </w:tc>
      </w:tr>
      <w:tr w:rsidR="00430FCC" w:rsidRPr="008E6C00" w14:paraId="380B048F" w14:textId="77777777">
        <w:trPr>
          <w:cantSplit/>
          <w:jc w:val="center"/>
        </w:trPr>
        <w:tc>
          <w:tcPr>
            <w:tcW w:w="2608" w:type="dxa"/>
            <w:shd w:val="clear" w:color="auto" w:fill="FFFFFF"/>
            <w:tcMar>
              <w:top w:w="80" w:type="dxa"/>
              <w:left w:w="90" w:type="dxa"/>
              <w:bottom w:w="80" w:type="dxa"/>
              <w:right w:w="90" w:type="dxa"/>
            </w:tcMar>
            <w:vAlign w:val="center"/>
          </w:tcPr>
          <w:p w14:paraId="36675BF4" w14:textId="77777777" w:rsidR="00430FCC" w:rsidRPr="008E6C00" w:rsidRDefault="00000000">
            <w:pPr>
              <w:spacing w:after="0" w:line="240" w:lineRule="auto"/>
              <w:rPr>
                <w:noProof/>
                <w:lang w:val="ro-RO"/>
              </w:rPr>
            </w:pPr>
            <w:r w:rsidRPr="008E6C00">
              <w:rPr>
                <w:noProof/>
                <w:sz w:val="16"/>
                <w:lang w:val="ro-RO"/>
              </w:rPr>
              <w:t>Înregistrare păstrată</w:t>
            </w:r>
          </w:p>
        </w:tc>
        <w:tc>
          <w:tcPr>
            <w:tcW w:w="7313" w:type="dxa"/>
            <w:shd w:val="clear" w:color="auto" w:fill="FFFFFF"/>
            <w:tcMar>
              <w:top w:w="80" w:type="dxa"/>
              <w:left w:w="90" w:type="dxa"/>
              <w:bottom w:w="80" w:type="dxa"/>
              <w:right w:w="90" w:type="dxa"/>
            </w:tcMar>
            <w:vAlign w:val="center"/>
          </w:tcPr>
          <w:p w14:paraId="363F5E22" w14:textId="77777777" w:rsidR="00430FCC" w:rsidRPr="008E6C00" w:rsidRDefault="00000000">
            <w:pPr>
              <w:spacing w:after="0" w:line="240" w:lineRule="auto"/>
              <w:rPr>
                <w:noProof/>
                <w:lang w:val="ro-RO"/>
              </w:rPr>
            </w:pPr>
            <w:r w:rsidRPr="008E6C00">
              <w:rPr>
                <w:noProof/>
                <w:sz w:val="16"/>
                <w:lang w:val="ro-RO"/>
              </w:rPr>
              <w:t>Dovadă a unui rezultat obținut sau a unei activități efectuate.</w:t>
            </w:r>
          </w:p>
        </w:tc>
      </w:tr>
      <w:tr w:rsidR="00430FCC" w:rsidRPr="008E6C00" w14:paraId="7593E76E" w14:textId="77777777">
        <w:trPr>
          <w:cantSplit/>
          <w:jc w:val="center"/>
        </w:trPr>
        <w:tc>
          <w:tcPr>
            <w:tcW w:w="2608" w:type="dxa"/>
            <w:shd w:val="clear" w:color="auto" w:fill="FAFAFA"/>
            <w:tcMar>
              <w:top w:w="80" w:type="dxa"/>
              <w:left w:w="90" w:type="dxa"/>
              <w:bottom w:w="80" w:type="dxa"/>
              <w:right w:w="90" w:type="dxa"/>
            </w:tcMar>
            <w:vAlign w:val="center"/>
          </w:tcPr>
          <w:p w14:paraId="19BAC35C" w14:textId="77777777" w:rsidR="00430FCC" w:rsidRPr="008E6C00" w:rsidRDefault="00000000">
            <w:pPr>
              <w:spacing w:after="0" w:line="240" w:lineRule="auto"/>
              <w:rPr>
                <w:noProof/>
                <w:lang w:val="ro-RO"/>
              </w:rPr>
            </w:pPr>
            <w:r w:rsidRPr="008E6C00">
              <w:rPr>
                <w:noProof/>
                <w:sz w:val="16"/>
                <w:lang w:val="ro-RO"/>
              </w:rPr>
              <w:t>Proprietar de document</w:t>
            </w:r>
          </w:p>
        </w:tc>
        <w:tc>
          <w:tcPr>
            <w:tcW w:w="7313" w:type="dxa"/>
            <w:shd w:val="clear" w:color="auto" w:fill="FAFAFA"/>
            <w:tcMar>
              <w:top w:w="80" w:type="dxa"/>
              <w:left w:w="90" w:type="dxa"/>
              <w:bottom w:w="80" w:type="dxa"/>
              <w:right w:w="90" w:type="dxa"/>
            </w:tcMar>
            <w:vAlign w:val="center"/>
          </w:tcPr>
          <w:p w14:paraId="2CE558FF" w14:textId="77777777" w:rsidR="00430FCC" w:rsidRPr="008E6C00" w:rsidRDefault="00000000">
            <w:pPr>
              <w:spacing w:after="0" w:line="240" w:lineRule="auto"/>
              <w:rPr>
                <w:noProof/>
                <w:lang w:val="ro-RO"/>
              </w:rPr>
            </w:pPr>
            <w:r w:rsidRPr="008E6C00">
              <w:rPr>
                <w:noProof/>
                <w:sz w:val="16"/>
                <w:lang w:val="ro-RO"/>
              </w:rPr>
              <w:t>Persoană responsabilă pentru adecvarea, actualizarea și retragerea documentului.</w:t>
            </w:r>
          </w:p>
        </w:tc>
      </w:tr>
      <w:tr w:rsidR="00430FCC" w:rsidRPr="008E6C00" w14:paraId="4ECB6C6F" w14:textId="77777777">
        <w:trPr>
          <w:cantSplit/>
          <w:jc w:val="center"/>
        </w:trPr>
        <w:tc>
          <w:tcPr>
            <w:tcW w:w="2608" w:type="dxa"/>
            <w:shd w:val="clear" w:color="auto" w:fill="FFFFFF"/>
            <w:tcMar>
              <w:top w:w="80" w:type="dxa"/>
              <w:left w:w="90" w:type="dxa"/>
              <w:bottom w:w="80" w:type="dxa"/>
              <w:right w:w="90" w:type="dxa"/>
            </w:tcMar>
            <w:vAlign w:val="center"/>
          </w:tcPr>
          <w:p w14:paraId="46225B06" w14:textId="77777777" w:rsidR="00430FCC" w:rsidRPr="008E6C00" w:rsidRDefault="00000000">
            <w:pPr>
              <w:spacing w:after="0" w:line="240" w:lineRule="auto"/>
              <w:rPr>
                <w:noProof/>
                <w:lang w:val="ro-RO"/>
              </w:rPr>
            </w:pPr>
            <w:r w:rsidRPr="008E6C00">
              <w:rPr>
                <w:noProof/>
                <w:sz w:val="16"/>
                <w:lang w:val="ro-RO"/>
              </w:rPr>
              <w:t>Copie controlată</w:t>
            </w:r>
          </w:p>
        </w:tc>
        <w:tc>
          <w:tcPr>
            <w:tcW w:w="7313" w:type="dxa"/>
            <w:shd w:val="clear" w:color="auto" w:fill="FFFFFF"/>
            <w:tcMar>
              <w:top w:w="80" w:type="dxa"/>
              <w:left w:w="90" w:type="dxa"/>
              <w:bottom w:w="80" w:type="dxa"/>
              <w:right w:w="90" w:type="dxa"/>
            </w:tcMar>
            <w:vAlign w:val="center"/>
          </w:tcPr>
          <w:p w14:paraId="2F0ADCF5" w14:textId="77777777" w:rsidR="00430FCC" w:rsidRPr="008E6C00" w:rsidRDefault="00000000">
            <w:pPr>
              <w:spacing w:after="0" w:line="240" w:lineRule="auto"/>
              <w:rPr>
                <w:noProof/>
                <w:lang w:val="ro-RO"/>
              </w:rPr>
            </w:pPr>
            <w:r w:rsidRPr="008E6C00">
              <w:rPr>
                <w:noProof/>
                <w:sz w:val="16"/>
                <w:lang w:val="ro-RO"/>
              </w:rPr>
              <w:t>Copie a cărei actualizare și retragere sunt gestionate formal.</w:t>
            </w:r>
          </w:p>
        </w:tc>
      </w:tr>
      <w:tr w:rsidR="00430FCC" w:rsidRPr="008E6C00" w14:paraId="0D6ECF91" w14:textId="77777777">
        <w:trPr>
          <w:cantSplit/>
          <w:jc w:val="center"/>
        </w:trPr>
        <w:tc>
          <w:tcPr>
            <w:tcW w:w="2608" w:type="dxa"/>
            <w:shd w:val="clear" w:color="auto" w:fill="FAFAFA"/>
            <w:tcMar>
              <w:top w:w="80" w:type="dxa"/>
              <w:left w:w="90" w:type="dxa"/>
              <w:bottom w:w="80" w:type="dxa"/>
              <w:right w:w="90" w:type="dxa"/>
            </w:tcMar>
            <w:vAlign w:val="center"/>
          </w:tcPr>
          <w:p w14:paraId="6D0BB876" w14:textId="77777777" w:rsidR="00430FCC" w:rsidRPr="008E6C00" w:rsidRDefault="00000000">
            <w:pPr>
              <w:spacing w:after="0" w:line="240" w:lineRule="auto"/>
              <w:rPr>
                <w:noProof/>
                <w:lang w:val="ro-RO"/>
              </w:rPr>
            </w:pPr>
            <w:r w:rsidRPr="008E6C00">
              <w:rPr>
                <w:noProof/>
                <w:sz w:val="16"/>
                <w:lang w:val="ro-RO"/>
              </w:rPr>
              <w:t>Document extern</w:t>
            </w:r>
          </w:p>
        </w:tc>
        <w:tc>
          <w:tcPr>
            <w:tcW w:w="7313" w:type="dxa"/>
            <w:shd w:val="clear" w:color="auto" w:fill="FAFAFA"/>
            <w:tcMar>
              <w:top w:w="80" w:type="dxa"/>
              <w:left w:w="90" w:type="dxa"/>
              <w:bottom w:w="80" w:type="dxa"/>
              <w:right w:w="90" w:type="dxa"/>
            </w:tcMar>
            <w:vAlign w:val="center"/>
          </w:tcPr>
          <w:p w14:paraId="75B07469" w14:textId="77777777" w:rsidR="00430FCC" w:rsidRPr="008E6C00" w:rsidRDefault="00000000">
            <w:pPr>
              <w:spacing w:after="0" w:line="240" w:lineRule="auto"/>
              <w:rPr>
                <w:noProof/>
                <w:lang w:val="ro-RO"/>
              </w:rPr>
            </w:pPr>
            <w:r w:rsidRPr="008E6C00">
              <w:rPr>
                <w:noProof/>
                <w:sz w:val="16"/>
                <w:lang w:val="ro-RO"/>
              </w:rPr>
              <w:t>Informație creată în afara organizației, necesară pentru planificare sau operare.</w:t>
            </w:r>
          </w:p>
        </w:tc>
      </w:tr>
      <w:tr w:rsidR="00430FCC" w:rsidRPr="008E6C00" w14:paraId="597861F5" w14:textId="77777777">
        <w:trPr>
          <w:cantSplit/>
          <w:jc w:val="center"/>
        </w:trPr>
        <w:tc>
          <w:tcPr>
            <w:tcW w:w="2608" w:type="dxa"/>
            <w:shd w:val="clear" w:color="auto" w:fill="FFFFFF"/>
            <w:tcMar>
              <w:top w:w="80" w:type="dxa"/>
              <w:left w:w="90" w:type="dxa"/>
              <w:bottom w:w="80" w:type="dxa"/>
              <w:right w:w="90" w:type="dxa"/>
            </w:tcMar>
            <w:vAlign w:val="center"/>
          </w:tcPr>
          <w:p w14:paraId="6F1DA50C" w14:textId="77777777" w:rsidR="00430FCC" w:rsidRPr="008E6C00" w:rsidRDefault="00000000">
            <w:pPr>
              <w:spacing w:after="0" w:line="240" w:lineRule="auto"/>
              <w:rPr>
                <w:noProof/>
                <w:lang w:val="ro-RO"/>
              </w:rPr>
            </w:pPr>
            <w:r w:rsidRPr="008E6C00">
              <w:rPr>
                <w:noProof/>
                <w:sz w:val="16"/>
                <w:lang w:val="ro-RO"/>
              </w:rPr>
              <w:t>Termen de păstrare</w:t>
            </w:r>
          </w:p>
        </w:tc>
        <w:tc>
          <w:tcPr>
            <w:tcW w:w="7313" w:type="dxa"/>
            <w:shd w:val="clear" w:color="auto" w:fill="FFFFFF"/>
            <w:tcMar>
              <w:top w:w="80" w:type="dxa"/>
              <w:left w:w="90" w:type="dxa"/>
              <w:bottom w:w="80" w:type="dxa"/>
              <w:right w:w="90" w:type="dxa"/>
            </w:tcMar>
            <w:vAlign w:val="center"/>
          </w:tcPr>
          <w:p w14:paraId="5F51A01D" w14:textId="77777777" w:rsidR="00430FCC" w:rsidRPr="008E6C00" w:rsidRDefault="00000000">
            <w:pPr>
              <w:spacing w:after="0" w:line="240" w:lineRule="auto"/>
              <w:rPr>
                <w:noProof/>
                <w:lang w:val="ro-RO"/>
              </w:rPr>
            </w:pPr>
            <w:r w:rsidRPr="008E6C00">
              <w:rPr>
                <w:noProof/>
                <w:sz w:val="16"/>
                <w:lang w:val="ro-RO"/>
              </w:rPr>
              <w:t>Perioada în care o înregistrare trebuie protejată și disponibilă înainte de eliminarea autorizată.</w:t>
            </w:r>
          </w:p>
        </w:tc>
      </w:tr>
      <w:tr w:rsidR="00430FCC" w:rsidRPr="008E6C00" w14:paraId="290301BA" w14:textId="77777777">
        <w:trPr>
          <w:cantSplit/>
          <w:jc w:val="center"/>
        </w:trPr>
        <w:tc>
          <w:tcPr>
            <w:tcW w:w="2608" w:type="dxa"/>
            <w:shd w:val="clear" w:color="auto" w:fill="FAFAFA"/>
            <w:tcMar>
              <w:top w:w="80" w:type="dxa"/>
              <w:left w:w="90" w:type="dxa"/>
              <w:bottom w:w="80" w:type="dxa"/>
              <w:right w:w="90" w:type="dxa"/>
            </w:tcMar>
            <w:vAlign w:val="center"/>
          </w:tcPr>
          <w:p w14:paraId="7A52E3A5" w14:textId="77777777" w:rsidR="00430FCC" w:rsidRPr="008E6C00" w:rsidRDefault="00000000">
            <w:pPr>
              <w:spacing w:after="0" w:line="240" w:lineRule="auto"/>
              <w:rPr>
                <w:noProof/>
                <w:lang w:val="ro-RO"/>
              </w:rPr>
            </w:pPr>
            <w:r w:rsidRPr="008E6C00">
              <w:rPr>
                <w:noProof/>
                <w:sz w:val="16"/>
                <w:lang w:val="ro-RO"/>
              </w:rPr>
              <w:t>Dovadă obiectivă</w:t>
            </w:r>
          </w:p>
        </w:tc>
        <w:tc>
          <w:tcPr>
            <w:tcW w:w="7313" w:type="dxa"/>
            <w:shd w:val="clear" w:color="auto" w:fill="FAFAFA"/>
            <w:tcMar>
              <w:top w:w="80" w:type="dxa"/>
              <w:left w:w="90" w:type="dxa"/>
              <w:bottom w:w="80" w:type="dxa"/>
              <w:right w:w="90" w:type="dxa"/>
            </w:tcMar>
            <w:vAlign w:val="center"/>
          </w:tcPr>
          <w:p w14:paraId="58F42381" w14:textId="77777777" w:rsidR="00430FCC" w:rsidRPr="008E6C00" w:rsidRDefault="00000000">
            <w:pPr>
              <w:spacing w:after="0" w:line="240" w:lineRule="auto"/>
              <w:rPr>
                <w:noProof/>
                <w:lang w:val="ro-RO"/>
              </w:rPr>
            </w:pPr>
            <w:r w:rsidRPr="008E6C00">
              <w:rPr>
                <w:noProof/>
                <w:sz w:val="16"/>
                <w:lang w:val="ro-RO"/>
              </w:rPr>
              <w:t>Date sau informații verificabile care susțin existența ori veridicitatea unui fapt.</w:t>
            </w:r>
          </w:p>
        </w:tc>
      </w:tr>
    </w:tbl>
    <w:p w14:paraId="73660BB1" w14:textId="77777777" w:rsidR="00430FCC" w:rsidRPr="008E6C00" w:rsidRDefault="00430FCC">
      <w:pPr>
        <w:spacing w:after="20"/>
        <w:rPr>
          <w:noProof/>
          <w:lang w:val="ro-RO"/>
        </w:rPr>
      </w:pPr>
    </w:p>
    <w:p w14:paraId="2CDB7E50" w14:textId="77777777" w:rsidR="00430FCC" w:rsidRPr="008E6C00" w:rsidRDefault="00000000">
      <w:pPr>
        <w:spacing w:after="40"/>
        <w:rPr>
          <w:noProof/>
          <w:lang w:val="ro-RO"/>
        </w:rPr>
      </w:pPr>
      <w:r w:rsidRPr="008E6C00">
        <w:rPr>
          <w:b/>
          <w:noProof/>
          <w:lang w:val="ro-RO"/>
        </w:rPr>
        <w:t>Notă de utilizare:</w:t>
      </w:r>
      <w:r w:rsidRPr="008E6C00">
        <w:rPr>
          <w:noProof/>
          <w:lang w:val="ro-RO"/>
        </w:rPr>
        <w:t xml:space="preserve"> Acest material este orientativ și nu înlocuiește textul oficial al standardului, consultanța adaptată, obligațiile legale ori cerințele organismului de certificare. Organizația rămâne responsabilă pentru documentele și termenele de păstrare stabilite.</w:t>
      </w:r>
    </w:p>
    <w:sectPr w:rsidR="00430FCC" w:rsidRPr="008E6C00" w:rsidSect="00034616">
      <w:headerReference w:type="default" r:id="rId12"/>
      <w:footerReference w:type="default" r:id="rId13"/>
      <w:pgSz w:w="11906" w:h="16838"/>
      <w:pgMar w:top="964" w:right="964" w:bottom="907" w:left="964" w:header="283" w:footer="2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3AE27" w14:textId="77777777" w:rsidR="00610624" w:rsidRDefault="00610624">
      <w:pPr>
        <w:spacing w:after="0" w:line="240" w:lineRule="auto"/>
      </w:pPr>
      <w:r>
        <w:separator/>
      </w:r>
    </w:p>
  </w:endnote>
  <w:endnote w:type="continuationSeparator" w:id="0">
    <w:p w14:paraId="69BBD027" w14:textId="77777777" w:rsidR="00610624" w:rsidRDefault="0061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1B334" w14:textId="77777777" w:rsidR="00430FCC" w:rsidRPr="008E6C00" w:rsidRDefault="00430FCC">
    <w:pPr>
      <w:pStyle w:val="Footer"/>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220"/>
      <w:gridCol w:w="1701"/>
    </w:tblGrid>
    <w:tr w:rsidR="00430FCC" w:rsidRPr="008E6C00" w14:paraId="42B3D380" w14:textId="77777777">
      <w:trPr>
        <w:jc w:val="center"/>
      </w:trPr>
      <w:tc>
        <w:tcPr>
          <w:tcW w:w="8220" w:type="dxa"/>
          <w:tcMar>
            <w:top w:w="80" w:type="dxa"/>
            <w:left w:w="90" w:type="dxa"/>
            <w:bottom w:w="80" w:type="dxa"/>
            <w:right w:w="90" w:type="dxa"/>
          </w:tcMar>
          <w:vAlign w:val="center"/>
        </w:tcPr>
        <w:p w14:paraId="41549A0C" w14:textId="77777777" w:rsidR="00430FCC" w:rsidRPr="008E6C00" w:rsidRDefault="00000000">
          <w:pPr>
            <w:spacing w:after="0" w:line="240" w:lineRule="auto"/>
            <w:rPr>
              <w:noProof/>
              <w:lang w:val="ro-RO"/>
            </w:rPr>
          </w:pPr>
          <w:r w:rsidRPr="008E6C00">
            <w:rPr>
              <w:noProof/>
              <w:color w:val="666666"/>
              <w:sz w:val="14"/>
              <w:lang w:val="ro-RO"/>
            </w:rPr>
            <w:t>Instrument orientativ. A se adapta contextului organizației.</w:t>
          </w:r>
        </w:p>
      </w:tc>
      <w:tc>
        <w:tcPr>
          <w:tcW w:w="1701" w:type="dxa"/>
        </w:tcPr>
        <w:p w14:paraId="65A69520" w14:textId="77777777" w:rsidR="00430FCC" w:rsidRPr="008E6C00" w:rsidRDefault="00000000">
          <w:pPr>
            <w:jc w:val="right"/>
            <w:rPr>
              <w:noProof/>
              <w:lang w:val="ro-RO"/>
            </w:rPr>
          </w:pPr>
          <w:r w:rsidRPr="008E6C00">
            <w:rPr>
              <w:noProof/>
              <w:color w:val="666666"/>
              <w:sz w:val="14"/>
              <w:lang w:val="ro-RO"/>
            </w:rPr>
            <w:t xml:space="preserve">Pagina </w:t>
          </w:r>
          <w:r w:rsidRPr="008E6C00">
            <w:rPr>
              <w:noProof/>
              <w:lang w:val="ro-RO"/>
            </w:rPr>
            <w:fldChar w:fldCharType="begin"/>
          </w:r>
          <w:r w:rsidRPr="008E6C00">
            <w:rPr>
              <w:noProof/>
              <w:lang w:val="ro-RO"/>
            </w:rPr>
            <w:instrText xml:space="preserve"> PAGE </w:instrText>
          </w:r>
          <w:r w:rsidR="008E6C00" w:rsidRPr="008E6C00">
            <w:rPr>
              <w:noProof/>
              <w:lang w:val="ro-RO"/>
            </w:rPr>
            <w:fldChar w:fldCharType="separate"/>
          </w:r>
          <w:r w:rsidR="008E6C00" w:rsidRPr="008E6C00">
            <w:rPr>
              <w:noProof/>
              <w:lang w:val="ro-RO"/>
            </w:rPr>
            <w:t>2</w:t>
          </w:r>
          <w:r w:rsidRPr="008E6C00">
            <w:rPr>
              <w:noProof/>
              <w:lang w:val="ro-RO"/>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726C5" w14:textId="77777777" w:rsidR="00610624" w:rsidRDefault="00610624">
      <w:pPr>
        <w:spacing w:after="0" w:line="240" w:lineRule="auto"/>
      </w:pPr>
      <w:r>
        <w:separator/>
      </w:r>
    </w:p>
  </w:footnote>
  <w:footnote w:type="continuationSeparator" w:id="0">
    <w:p w14:paraId="7DF66230" w14:textId="77777777" w:rsidR="00610624" w:rsidRDefault="006106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4CB4B" w14:textId="785B63EE" w:rsidR="00430FCC" w:rsidRPr="008E6C00" w:rsidRDefault="00000000">
    <w:pPr>
      <w:pStyle w:val="Header"/>
      <w:pBdr>
        <w:bottom w:val="single" w:sz="8" w:space="3" w:color="D71920"/>
      </w:pBdr>
      <w:tabs>
        <w:tab w:val="right" w:pos="9921"/>
      </w:tabs>
      <w:rPr>
        <w:noProof/>
        <w:lang w:val="ro-RO"/>
      </w:rPr>
    </w:pPr>
    <w:r w:rsidRPr="008E6C00">
      <w:rPr>
        <w:b/>
        <w:noProof/>
        <w:color w:val="D71920"/>
        <w:sz w:val="20"/>
        <w:lang w:val="ro-RO"/>
      </w:rPr>
      <w:t>C</w:t>
    </w:r>
    <w:r w:rsidR="008E6C00" w:rsidRPr="008E6C00">
      <w:rPr>
        <w:b/>
        <w:noProof/>
        <w:color w:val="D71920"/>
        <w:sz w:val="20"/>
        <w:lang w:val="ro-RO"/>
      </w:rPr>
      <w:t>ertify</w:t>
    </w:r>
    <w:r w:rsidRPr="008E6C00">
      <w:rPr>
        <w:noProof/>
        <w:color w:val="666666"/>
        <w:sz w:val="16"/>
        <w:lang w:val="ro-RO"/>
      </w:rPr>
      <w:t xml:space="preserve">  |  RESURSE PRACTICE ISO</w:t>
    </w:r>
    <w:r w:rsidRPr="008E6C00">
      <w:rPr>
        <w:noProof/>
        <w:lang w:val="ro-RO"/>
      </w:rPr>
      <w:tab/>
    </w:r>
    <w:r w:rsidRPr="008E6C00">
      <w:rPr>
        <w:noProof/>
        <w:color w:val="666666"/>
        <w:sz w:val="15"/>
        <w:lang w:val="ro-RO"/>
      </w:rPr>
      <w:t>GHID DOCUMENTE ESENȚIALE ISO 9001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91152337">
    <w:abstractNumId w:val="8"/>
  </w:num>
  <w:num w:numId="2" w16cid:durableId="494303656">
    <w:abstractNumId w:val="6"/>
  </w:num>
  <w:num w:numId="3" w16cid:durableId="918952387">
    <w:abstractNumId w:val="5"/>
  </w:num>
  <w:num w:numId="4" w16cid:durableId="1100835542">
    <w:abstractNumId w:val="4"/>
  </w:num>
  <w:num w:numId="5" w16cid:durableId="1910993429">
    <w:abstractNumId w:val="7"/>
  </w:num>
  <w:num w:numId="6" w16cid:durableId="747311211">
    <w:abstractNumId w:val="3"/>
  </w:num>
  <w:num w:numId="7" w16cid:durableId="1551920332">
    <w:abstractNumId w:val="2"/>
  </w:num>
  <w:num w:numId="8" w16cid:durableId="1016350363">
    <w:abstractNumId w:val="1"/>
  </w:num>
  <w:num w:numId="9" w16cid:durableId="1843543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5511B"/>
    <w:rsid w:val="0029639D"/>
    <w:rsid w:val="00326F90"/>
    <w:rsid w:val="00430FCC"/>
    <w:rsid w:val="00535D83"/>
    <w:rsid w:val="00610624"/>
    <w:rsid w:val="008E6C0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A5990F"/>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pPr>
    <w:rPr>
      <w:rFonts w:ascii="Arial" w:hAnsi="Arial"/>
      <w:color w:val="222222"/>
      <w:sz w:val="18"/>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sz w:val="34"/>
      <w:szCs w:val="28"/>
    </w:rPr>
  </w:style>
  <w:style w:type="paragraph" w:styleId="Heading2">
    <w:name w:val="heading 2"/>
    <w:basedOn w:val="Normal"/>
    <w:next w:val="Normal"/>
    <w:link w:val="Heading2Char"/>
    <w:uiPriority w:val="9"/>
    <w:unhideWhenUsed/>
    <w:qFormat/>
    <w:rsid w:val="00FC693F"/>
    <w:pPr>
      <w:keepNext/>
      <w:keepLines/>
      <w:spacing w:before="180"/>
      <w:outlineLvl w:val="1"/>
    </w:pPr>
    <w:rPr>
      <w:rFonts w:asciiTheme="majorHAnsi" w:eastAsiaTheme="majorEastAsia" w:hAnsiTheme="majorHAnsi" w:cstheme="majorBidi"/>
      <w:b/>
      <w:bCs/>
      <w:color w:val="D71920"/>
      <w:sz w:val="25"/>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b/>
      <w:bCs/>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b/>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o.org/standard/62085.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so.org/standard/88464.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iso.org/iso/es/documented_information.pdf" TargetMode="External"/><Relationship Id="rId4" Type="http://schemas.openxmlformats.org/officeDocument/2006/relationships/settings" Target="settings.xml"/><Relationship Id="rId9" Type="http://schemas.openxmlformats.org/officeDocument/2006/relationships/hyperlink" Target="https://www.iso.org/standard/88431.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4758</Words>
  <Characters>27127</Characters>
  <Application>Microsoft Office Word</Application>
  <DocSecurity>0</DocSecurity>
  <Lines>226</Lines>
  <Paragraphs>63</Paragraphs>
  <ScaleCrop>false</ScaleCrop>
  <Manager/>
  <Company/>
  <LinksUpToDate>false</LinksUpToDate>
  <CharactersWithSpaces>31822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2026-07-24T07:10:00Z</dcterms:created>
  <dcterms:modified xsi:type="dcterms:W3CDTF">2026-07-24T07:11:00Z</dcterms:modified>
  <cp:category/>
</cp:coreProperties>
</file>