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74A1DC" w14:textId="77777777" w:rsidR="002D35F2" w:rsidRPr="000C5950" w:rsidRDefault="00000000">
      <w:pPr>
        <w:spacing w:after="400"/>
        <w:rPr>
          <w:noProof/>
          <w:lang w:val="ro-RO"/>
        </w:rPr>
      </w:pPr>
      <w:r w:rsidRPr="000C5950">
        <w:rPr>
          <w:b/>
          <w:noProof/>
          <w:color w:val="D71920"/>
          <w:sz w:val="20"/>
          <w:lang w:val="ro-RO"/>
        </w:rPr>
        <w:t>CERTIFY  |  RESURSE PRACTICE ISO</w:t>
      </w:r>
    </w:p>
    <w:tbl>
      <w:tblPr>
        <w:tblW w:w="0" w:type="auto"/>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tblGrid>
      <w:tr w:rsidR="002D35F2" w:rsidRPr="000C5950" w14:paraId="634F3207" w14:textId="77777777">
        <w:tc>
          <w:tcPr>
            <w:tcW w:w="2381" w:type="dxa"/>
            <w:shd w:val="clear" w:color="auto" w:fill="D71920"/>
            <w:tcMar>
              <w:top w:w="70" w:type="dxa"/>
              <w:left w:w="85" w:type="dxa"/>
              <w:bottom w:w="70" w:type="dxa"/>
              <w:right w:w="85" w:type="dxa"/>
            </w:tcMar>
            <w:vAlign w:val="center"/>
          </w:tcPr>
          <w:p w14:paraId="7F7269BB" w14:textId="77777777" w:rsidR="002D35F2" w:rsidRPr="000C5950" w:rsidRDefault="00000000">
            <w:pPr>
              <w:spacing w:after="0" w:line="240" w:lineRule="auto"/>
              <w:jc w:val="center"/>
              <w:rPr>
                <w:noProof/>
                <w:lang w:val="ro-RO"/>
              </w:rPr>
            </w:pPr>
            <w:r w:rsidRPr="000C5950">
              <w:rPr>
                <w:b/>
                <w:noProof/>
                <w:color w:val="FFFFFF"/>
                <w:sz w:val="22"/>
                <w:lang w:val="ro-RO"/>
              </w:rPr>
              <w:t>GHID</w:t>
            </w:r>
          </w:p>
        </w:tc>
      </w:tr>
    </w:tbl>
    <w:p w14:paraId="703F2390" w14:textId="77777777" w:rsidR="002D35F2" w:rsidRPr="000C5950" w:rsidRDefault="002D35F2">
      <w:pPr>
        <w:spacing w:after="120"/>
        <w:rPr>
          <w:noProof/>
          <w:lang w:val="ro-RO"/>
        </w:rPr>
      </w:pPr>
    </w:p>
    <w:p w14:paraId="4144302B" w14:textId="77777777" w:rsidR="002D35F2" w:rsidRPr="000C5950" w:rsidRDefault="00000000">
      <w:pPr>
        <w:spacing w:after="40"/>
        <w:rPr>
          <w:noProof/>
          <w:lang w:val="ro-RO"/>
        </w:rPr>
      </w:pPr>
      <w:r w:rsidRPr="000C5950">
        <w:rPr>
          <w:b/>
          <w:noProof/>
          <w:sz w:val="56"/>
          <w:lang w:val="ro-RO"/>
        </w:rPr>
        <w:t>Documente esențiale</w:t>
      </w:r>
    </w:p>
    <w:p w14:paraId="6FF8A7FA" w14:textId="77777777" w:rsidR="002D35F2" w:rsidRPr="000C5950" w:rsidRDefault="00000000">
      <w:pPr>
        <w:spacing w:after="140"/>
        <w:rPr>
          <w:noProof/>
          <w:lang w:val="ro-RO"/>
        </w:rPr>
      </w:pPr>
      <w:r w:rsidRPr="000C5950">
        <w:rPr>
          <w:b/>
          <w:noProof/>
          <w:color w:val="D71920"/>
          <w:sz w:val="64"/>
          <w:lang w:val="ro-RO"/>
        </w:rPr>
        <w:t>ISO 45001</w:t>
      </w:r>
    </w:p>
    <w:p w14:paraId="3151112A" w14:textId="77777777" w:rsidR="002D35F2" w:rsidRPr="000C5950" w:rsidRDefault="00000000">
      <w:pPr>
        <w:spacing w:after="320"/>
        <w:rPr>
          <w:noProof/>
          <w:lang w:val="ro-RO"/>
        </w:rPr>
      </w:pPr>
      <w:r w:rsidRPr="000C5950">
        <w:rPr>
          <w:noProof/>
          <w:color w:val="666666"/>
          <w:sz w:val="25"/>
          <w:lang w:val="ro-RO"/>
        </w:rPr>
        <w:t>Ce trebuie documentat, ce este recomandat și cum se controlează informațiile de sănătate și securitate în muncă</w:t>
      </w:r>
    </w:p>
    <w:p w14:paraId="0E0C4F1A" w14:textId="77777777" w:rsidR="002D35F2" w:rsidRPr="000C5950" w:rsidRDefault="002D35F2">
      <w:pPr>
        <w:pBdr>
          <w:bottom w:val="single" w:sz="18" w:space="1" w:color="D71920"/>
        </w:pBdr>
        <w:spacing w:after="12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2D35F2" w:rsidRPr="000C5950" w14:paraId="0F3CD5FB" w14:textId="77777777">
        <w:trPr>
          <w:jc w:val="center"/>
        </w:trPr>
        <w:tc>
          <w:tcPr>
            <w:tcW w:w="2721" w:type="dxa"/>
            <w:shd w:val="clear" w:color="auto" w:fill="F3F4F5"/>
            <w:tcMar>
              <w:top w:w="70" w:type="dxa"/>
              <w:left w:w="85" w:type="dxa"/>
              <w:bottom w:w="70" w:type="dxa"/>
              <w:right w:w="85" w:type="dxa"/>
            </w:tcMar>
            <w:vAlign w:val="center"/>
          </w:tcPr>
          <w:p w14:paraId="09435FEE" w14:textId="77777777" w:rsidR="002D35F2" w:rsidRPr="000C5950" w:rsidRDefault="00000000">
            <w:pPr>
              <w:spacing w:after="0" w:line="240" w:lineRule="auto"/>
              <w:rPr>
                <w:noProof/>
                <w:lang w:val="ro-RO"/>
              </w:rPr>
            </w:pPr>
            <w:r w:rsidRPr="000C5950">
              <w:rPr>
                <w:b/>
                <w:noProof/>
                <w:sz w:val="16"/>
                <w:lang w:val="ro-RO"/>
              </w:rPr>
              <w:t>BAZĂ DE LUCRU</w:t>
            </w:r>
          </w:p>
        </w:tc>
        <w:tc>
          <w:tcPr>
            <w:tcW w:w="7200" w:type="dxa"/>
            <w:shd w:val="clear" w:color="auto" w:fill="FFFFFF"/>
            <w:tcMar>
              <w:top w:w="70" w:type="dxa"/>
              <w:left w:w="85" w:type="dxa"/>
              <w:bottom w:w="70" w:type="dxa"/>
              <w:right w:w="85" w:type="dxa"/>
            </w:tcMar>
            <w:vAlign w:val="center"/>
          </w:tcPr>
          <w:p w14:paraId="78C3EBE0" w14:textId="77777777" w:rsidR="002D35F2" w:rsidRPr="000C5950" w:rsidRDefault="00000000">
            <w:pPr>
              <w:spacing w:after="0" w:line="240" w:lineRule="auto"/>
              <w:rPr>
                <w:noProof/>
                <w:lang w:val="ro-RO"/>
              </w:rPr>
            </w:pPr>
            <w:r w:rsidRPr="000C5950">
              <w:rPr>
                <w:noProof/>
                <w:sz w:val="17"/>
                <w:lang w:val="ro-RO"/>
              </w:rPr>
              <w:t>ISO 45001:2018 + ISO 45001:2018/Amd 1:2024</w:t>
            </w:r>
          </w:p>
        </w:tc>
      </w:tr>
      <w:tr w:rsidR="002D35F2" w:rsidRPr="000C5950" w14:paraId="657A5682" w14:textId="77777777">
        <w:trPr>
          <w:jc w:val="center"/>
        </w:trPr>
        <w:tc>
          <w:tcPr>
            <w:tcW w:w="2721" w:type="dxa"/>
            <w:shd w:val="clear" w:color="auto" w:fill="F3F4F5"/>
            <w:tcMar>
              <w:top w:w="70" w:type="dxa"/>
              <w:left w:w="85" w:type="dxa"/>
              <w:bottom w:w="70" w:type="dxa"/>
              <w:right w:w="85" w:type="dxa"/>
            </w:tcMar>
            <w:vAlign w:val="center"/>
          </w:tcPr>
          <w:p w14:paraId="2BE9BD5A" w14:textId="77777777" w:rsidR="002D35F2" w:rsidRPr="000C5950" w:rsidRDefault="00000000">
            <w:pPr>
              <w:spacing w:after="0" w:line="240" w:lineRule="auto"/>
              <w:rPr>
                <w:noProof/>
                <w:lang w:val="ro-RO"/>
              </w:rPr>
            </w:pPr>
            <w:r w:rsidRPr="000C5950">
              <w:rPr>
                <w:b/>
                <w:noProof/>
                <w:sz w:val="16"/>
                <w:lang w:val="ro-RO"/>
              </w:rPr>
              <w:t>UTILIZARE</w:t>
            </w:r>
          </w:p>
        </w:tc>
        <w:tc>
          <w:tcPr>
            <w:tcW w:w="7200" w:type="dxa"/>
            <w:shd w:val="clear" w:color="auto" w:fill="FFFFFF"/>
            <w:tcMar>
              <w:top w:w="70" w:type="dxa"/>
              <w:left w:w="85" w:type="dxa"/>
              <w:bottom w:w="70" w:type="dxa"/>
              <w:right w:w="85" w:type="dxa"/>
            </w:tcMar>
            <w:vAlign w:val="center"/>
          </w:tcPr>
          <w:p w14:paraId="4111DDE4" w14:textId="77777777" w:rsidR="002D35F2" w:rsidRPr="000C5950" w:rsidRDefault="00000000">
            <w:pPr>
              <w:spacing w:after="0" w:line="240" w:lineRule="auto"/>
              <w:rPr>
                <w:noProof/>
                <w:lang w:val="ro-RO"/>
              </w:rPr>
            </w:pPr>
            <w:r w:rsidRPr="000C5950">
              <w:rPr>
                <w:noProof/>
                <w:sz w:val="17"/>
                <w:lang w:val="ro-RO"/>
              </w:rPr>
              <w:t>Organizații din orice industrie și de orice dimensiune</w:t>
            </w:r>
          </w:p>
        </w:tc>
      </w:tr>
      <w:tr w:rsidR="002D35F2" w:rsidRPr="000C5950" w14:paraId="6B5C4FDD" w14:textId="77777777">
        <w:trPr>
          <w:jc w:val="center"/>
        </w:trPr>
        <w:tc>
          <w:tcPr>
            <w:tcW w:w="2721" w:type="dxa"/>
            <w:shd w:val="clear" w:color="auto" w:fill="F3F4F5"/>
            <w:tcMar>
              <w:top w:w="70" w:type="dxa"/>
              <w:left w:w="85" w:type="dxa"/>
              <w:bottom w:w="70" w:type="dxa"/>
              <w:right w:w="85" w:type="dxa"/>
            </w:tcMar>
            <w:vAlign w:val="center"/>
          </w:tcPr>
          <w:p w14:paraId="21559B89" w14:textId="77777777" w:rsidR="002D35F2" w:rsidRPr="000C5950" w:rsidRDefault="00000000">
            <w:pPr>
              <w:spacing w:after="0" w:line="240" w:lineRule="auto"/>
              <w:rPr>
                <w:noProof/>
                <w:lang w:val="ro-RO"/>
              </w:rPr>
            </w:pPr>
            <w:r w:rsidRPr="000C5950">
              <w:rPr>
                <w:b/>
                <w:noProof/>
                <w:sz w:val="16"/>
                <w:lang w:val="ro-RO"/>
              </w:rPr>
              <w:t>CONȚINUT</w:t>
            </w:r>
          </w:p>
        </w:tc>
        <w:tc>
          <w:tcPr>
            <w:tcW w:w="7200" w:type="dxa"/>
            <w:shd w:val="clear" w:color="auto" w:fill="FFFFFF"/>
            <w:tcMar>
              <w:top w:w="70" w:type="dxa"/>
              <w:left w:w="85" w:type="dxa"/>
              <w:bottom w:w="70" w:type="dxa"/>
              <w:right w:w="85" w:type="dxa"/>
            </w:tcMar>
            <w:vAlign w:val="center"/>
          </w:tcPr>
          <w:p w14:paraId="6C3C963B" w14:textId="77777777" w:rsidR="002D35F2" w:rsidRPr="000C5950" w:rsidRDefault="00000000">
            <w:pPr>
              <w:spacing w:after="0" w:line="240" w:lineRule="auto"/>
              <w:rPr>
                <w:noProof/>
                <w:lang w:val="ro-RO"/>
              </w:rPr>
            </w:pPr>
            <w:r w:rsidRPr="000C5950">
              <w:rPr>
                <w:noProof/>
                <w:sz w:val="17"/>
                <w:lang w:val="ro-RO"/>
              </w:rPr>
              <w:t>Cerințe documentare + documente recomandate + modele completabile</w:t>
            </w:r>
          </w:p>
        </w:tc>
      </w:tr>
      <w:tr w:rsidR="002D35F2" w:rsidRPr="000C5950" w14:paraId="29D6D3D3" w14:textId="77777777">
        <w:trPr>
          <w:jc w:val="center"/>
        </w:trPr>
        <w:tc>
          <w:tcPr>
            <w:tcW w:w="2721" w:type="dxa"/>
            <w:shd w:val="clear" w:color="auto" w:fill="F3F4F5"/>
            <w:tcMar>
              <w:top w:w="70" w:type="dxa"/>
              <w:left w:w="85" w:type="dxa"/>
              <w:bottom w:w="70" w:type="dxa"/>
              <w:right w:w="85" w:type="dxa"/>
            </w:tcMar>
            <w:vAlign w:val="center"/>
          </w:tcPr>
          <w:p w14:paraId="4F70C9FE" w14:textId="77777777" w:rsidR="002D35F2" w:rsidRPr="000C5950" w:rsidRDefault="00000000">
            <w:pPr>
              <w:spacing w:after="0" w:line="240" w:lineRule="auto"/>
              <w:rPr>
                <w:noProof/>
                <w:lang w:val="ro-RO"/>
              </w:rPr>
            </w:pPr>
            <w:r w:rsidRPr="000C5950">
              <w:rPr>
                <w:b/>
                <w:noProof/>
                <w:sz w:val="16"/>
                <w:lang w:val="ro-RO"/>
              </w:rPr>
              <w:t>EDIȚIE DOCUMENT</w:t>
            </w:r>
          </w:p>
        </w:tc>
        <w:tc>
          <w:tcPr>
            <w:tcW w:w="7200" w:type="dxa"/>
            <w:shd w:val="clear" w:color="auto" w:fill="FFFFFF"/>
            <w:tcMar>
              <w:top w:w="70" w:type="dxa"/>
              <w:left w:w="85" w:type="dxa"/>
              <w:bottom w:w="70" w:type="dxa"/>
              <w:right w:w="85" w:type="dxa"/>
            </w:tcMar>
            <w:vAlign w:val="center"/>
          </w:tcPr>
          <w:p w14:paraId="35020717" w14:textId="77777777" w:rsidR="002D35F2" w:rsidRPr="000C5950" w:rsidRDefault="00000000">
            <w:pPr>
              <w:spacing w:after="0" w:line="240" w:lineRule="auto"/>
              <w:rPr>
                <w:noProof/>
                <w:lang w:val="ro-RO"/>
              </w:rPr>
            </w:pPr>
            <w:r w:rsidRPr="000C5950">
              <w:rPr>
                <w:noProof/>
                <w:sz w:val="17"/>
                <w:lang w:val="ro-RO"/>
              </w:rPr>
              <w:t>Certify | iulie 2026</w:t>
            </w:r>
          </w:p>
        </w:tc>
      </w:tr>
    </w:tbl>
    <w:p w14:paraId="318910A8" w14:textId="77777777" w:rsidR="002D35F2" w:rsidRPr="000C5950" w:rsidRDefault="002D35F2">
      <w:pPr>
        <w:spacing w:after="16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2D35F2" w:rsidRPr="000C5950" w14:paraId="1B4F0361" w14:textId="77777777">
        <w:trPr>
          <w:cantSplit/>
          <w:jc w:val="center"/>
        </w:trPr>
        <w:tc>
          <w:tcPr>
            <w:tcW w:w="567" w:type="dxa"/>
            <w:shd w:val="clear" w:color="auto" w:fill="D71920"/>
            <w:tcMar>
              <w:top w:w="70" w:type="dxa"/>
              <w:left w:w="85" w:type="dxa"/>
              <w:bottom w:w="70" w:type="dxa"/>
              <w:right w:w="85" w:type="dxa"/>
            </w:tcMar>
            <w:vAlign w:val="center"/>
          </w:tcPr>
          <w:p w14:paraId="7250D00D" w14:textId="77777777" w:rsidR="002D35F2" w:rsidRPr="000C5950" w:rsidRDefault="00000000">
            <w:pPr>
              <w:spacing w:after="0" w:line="240" w:lineRule="auto"/>
              <w:jc w:val="center"/>
              <w:rPr>
                <w:noProof/>
                <w:lang w:val="ro-RO"/>
              </w:rPr>
            </w:pPr>
            <w:r w:rsidRPr="000C5950">
              <w:rPr>
                <w:b/>
                <w:noProof/>
                <w:color w:val="FFFFFF"/>
                <w:sz w:val="30"/>
                <w:lang w:val="ro-RO"/>
              </w:rPr>
              <w:t>i</w:t>
            </w:r>
          </w:p>
        </w:tc>
        <w:tc>
          <w:tcPr>
            <w:tcW w:w="9354" w:type="dxa"/>
            <w:shd w:val="clear" w:color="auto" w:fill="FCEBEC"/>
          </w:tcPr>
          <w:p w14:paraId="214A6674" w14:textId="77777777" w:rsidR="002D35F2" w:rsidRPr="000C5950" w:rsidRDefault="00000000">
            <w:pPr>
              <w:spacing w:after="20"/>
              <w:rPr>
                <w:noProof/>
                <w:lang w:val="ro-RO"/>
              </w:rPr>
            </w:pPr>
            <w:r w:rsidRPr="000C5950">
              <w:rPr>
                <w:b/>
                <w:noProof/>
                <w:color w:val="D71920"/>
                <w:sz w:val="17"/>
                <w:lang w:val="ro-RO"/>
              </w:rPr>
              <w:t>PRINCIPIUL CENTRAL</w:t>
            </w:r>
          </w:p>
          <w:p w14:paraId="3E4940FD" w14:textId="77777777" w:rsidR="002D35F2" w:rsidRPr="000C5950" w:rsidRDefault="00000000">
            <w:pPr>
              <w:spacing w:after="0" w:line="247" w:lineRule="auto"/>
              <w:rPr>
                <w:noProof/>
                <w:lang w:val="ro-RO"/>
              </w:rPr>
            </w:pPr>
            <w:r w:rsidRPr="000C5950">
              <w:rPr>
                <w:noProof/>
                <w:sz w:val="16"/>
                <w:lang w:val="ro-RO"/>
              </w:rPr>
              <w:t>Standardele cer informație documentată suficientă pentru controlul sistemului și pentru demonstrarea rezultatelor. Formatul este flexibil: procedură, registru, formular, aplicație, hartă, fotografie, video sau înregistrare electronică.</w:t>
            </w:r>
          </w:p>
        </w:tc>
      </w:tr>
    </w:tbl>
    <w:p w14:paraId="41414F12" w14:textId="77777777" w:rsidR="002D35F2" w:rsidRPr="000C5950" w:rsidRDefault="002D35F2">
      <w:pPr>
        <w:spacing w:after="0"/>
        <w:rPr>
          <w:noProof/>
          <w:lang w:val="ro-RO"/>
        </w:rPr>
      </w:pPr>
    </w:p>
    <w:p w14:paraId="2068BD57" w14:textId="77777777" w:rsidR="002D35F2" w:rsidRPr="000C5950" w:rsidRDefault="00000000">
      <w:pPr>
        <w:rPr>
          <w:noProof/>
          <w:lang w:val="ro-RO"/>
        </w:rPr>
      </w:pPr>
      <w:r w:rsidRPr="000C5950">
        <w:rPr>
          <w:noProof/>
          <w:lang w:val="ro-RO"/>
        </w:rPr>
        <w:br w:type="page"/>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2D35F2" w:rsidRPr="000C5950" w14:paraId="41822990" w14:textId="77777777">
        <w:trPr>
          <w:cantSplit/>
          <w:jc w:val="center"/>
        </w:trPr>
        <w:tc>
          <w:tcPr>
            <w:tcW w:w="1020" w:type="dxa"/>
            <w:shd w:val="clear" w:color="auto" w:fill="D71920"/>
            <w:tcMar>
              <w:top w:w="70" w:type="dxa"/>
              <w:left w:w="85" w:type="dxa"/>
              <w:bottom w:w="70" w:type="dxa"/>
              <w:right w:w="85" w:type="dxa"/>
            </w:tcMar>
            <w:vAlign w:val="center"/>
          </w:tcPr>
          <w:p w14:paraId="6D34699A" w14:textId="77777777" w:rsidR="002D35F2" w:rsidRPr="000C5950" w:rsidRDefault="00000000">
            <w:pPr>
              <w:spacing w:after="0" w:line="240" w:lineRule="auto"/>
              <w:jc w:val="center"/>
              <w:rPr>
                <w:noProof/>
                <w:lang w:val="ro-RO"/>
              </w:rPr>
            </w:pPr>
            <w:r w:rsidRPr="000C5950">
              <w:rPr>
                <w:b/>
                <w:noProof/>
                <w:color w:val="FFFFFF"/>
                <w:sz w:val="34"/>
                <w:lang w:val="ro-RO"/>
              </w:rPr>
              <w:lastRenderedPageBreak/>
              <w:t>1</w:t>
            </w:r>
          </w:p>
        </w:tc>
        <w:tc>
          <w:tcPr>
            <w:tcW w:w="8901" w:type="dxa"/>
            <w:shd w:val="clear" w:color="auto" w:fill="F3F4F5"/>
          </w:tcPr>
          <w:p w14:paraId="0EC42ABA" w14:textId="77777777" w:rsidR="002D35F2" w:rsidRPr="000C5950" w:rsidRDefault="00000000">
            <w:pPr>
              <w:spacing w:after="20"/>
              <w:rPr>
                <w:noProof/>
                <w:lang w:val="ro-RO"/>
              </w:rPr>
            </w:pPr>
            <w:r w:rsidRPr="000C5950">
              <w:rPr>
                <w:b/>
                <w:noProof/>
                <w:sz w:val="27"/>
                <w:lang w:val="ro-RO"/>
              </w:rPr>
              <w:t>Cum se utilizează ghidul</w:t>
            </w:r>
          </w:p>
          <w:p w14:paraId="16A7E17D" w14:textId="77777777" w:rsidR="002D35F2" w:rsidRPr="000C5950" w:rsidRDefault="00000000">
            <w:pPr>
              <w:spacing w:after="0"/>
              <w:rPr>
                <w:noProof/>
                <w:lang w:val="ro-RO"/>
              </w:rPr>
            </w:pPr>
            <w:r w:rsidRPr="000C5950">
              <w:rPr>
                <w:noProof/>
                <w:color w:val="666666"/>
                <w:sz w:val="16"/>
                <w:lang w:val="ro-RO"/>
              </w:rPr>
              <w:t>Selectați documentele pornind de la procese, pericole, riscuri SSM și oportunități, obligații și nevoia reală de control</w:t>
            </w:r>
          </w:p>
        </w:tc>
      </w:tr>
    </w:tbl>
    <w:p w14:paraId="39815926" w14:textId="77777777" w:rsidR="002D35F2" w:rsidRPr="000C5950" w:rsidRDefault="002D35F2">
      <w:pPr>
        <w:spacing w:after="0"/>
        <w:rPr>
          <w:noProof/>
          <w:lang w:val="ro-RO"/>
        </w:rPr>
      </w:pPr>
    </w:p>
    <w:p w14:paraId="3245C67F" w14:textId="77777777" w:rsidR="002D35F2" w:rsidRPr="000C5950" w:rsidRDefault="00000000">
      <w:pPr>
        <w:spacing w:after="80"/>
        <w:rPr>
          <w:noProof/>
          <w:lang w:val="ro-RO"/>
        </w:rPr>
      </w:pPr>
      <w:r w:rsidRPr="000C5950">
        <w:rPr>
          <w:noProof/>
          <w:lang w:val="ro-RO"/>
        </w:rPr>
        <w:t>Scop. Ghidul ajută organizația să stabilească un set suficient și proporționat de documente și înregistrări pentru sistemul de management al sănătății și securității în muncă (SSM).</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4"/>
        <w:gridCol w:w="2721"/>
        <w:gridCol w:w="6406"/>
      </w:tblGrid>
      <w:tr w:rsidR="002D35F2" w:rsidRPr="000C5950" w14:paraId="1E9D7CA1" w14:textId="77777777">
        <w:trPr>
          <w:tblHeader/>
          <w:jc w:val="center"/>
        </w:trPr>
        <w:tc>
          <w:tcPr>
            <w:tcW w:w="794" w:type="dxa"/>
            <w:shd w:val="clear" w:color="auto" w:fill="D71920"/>
            <w:tcMar>
              <w:top w:w="70" w:type="dxa"/>
              <w:left w:w="85" w:type="dxa"/>
              <w:bottom w:w="70" w:type="dxa"/>
              <w:right w:w="85" w:type="dxa"/>
            </w:tcMar>
            <w:vAlign w:val="center"/>
          </w:tcPr>
          <w:p w14:paraId="39DCB8C0" w14:textId="77777777" w:rsidR="002D35F2" w:rsidRPr="000C5950" w:rsidRDefault="00000000">
            <w:pPr>
              <w:spacing w:after="0" w:line="240" w:lineRule="auto"/>
              <w:jc w:val="center"/>
              <w:rPr>
                <w:noProof/>
                <w:lang w:val="ro-RO"/>
              </w:rPr>
            </w:pPr>
            <w:r w:rsidRPr="000C5950">
              <w:rPr>
                <w:b/>
                <w:noProof/>
                <w:color w:val="FFFFFF"/>
                <w:sz w:val="15"/>
                <w:lang w:val="ro-RO"/>
              </w:rPr>
              <w:t>PAS</w:t>
            </w:r>
          </w:p>
        </w:tc>
        <w:tc>
          <w:tcPr>
            <w:tcW w:w="2721" w:type="dxa"/>
            <w:shd w:val="clear" w:color="auto" w:fill="D71920"/>
            <w:tcMar>
              <w:top w:w="70" w:type="dxa"/>
              <w:left w:w="85" w:type="dxa"/>
              <w:bottom w:w="70" w:type="dxa"/>
              <w:right w:w="85" w:type="dxa"/>
            </w:tcMar>
            <w:vAlign w:val="center"/>
          </w:tcPr>
          <w:p w14:paraId="63A86395" w14:textId="77777777" w:rsidR="002D35F2" w:rsidRPr="000C5950" w:rsidRDefault="00000000">
            <w:pPr>
              <w:spacing w:after="0" w:line="240" w:lineRule="auto"/>
              <w:jc w:val="center"/>
              <w:rPr>
                <w:noProof/>
                <w:lang w:val="ro-RO"/>
              </w:rPr>
            </w:pPr>
            <w:r w:rsidRPr="000C5950">
              <w:rPr>
                <w:b/>
                <w:noProof/>
                <w:color w:val="FFFFFF"/>
                <w:sz w:val="15"/>
                <w:lang w:val="ro-RO"/>
              </w:rPr>
              <w:t>ACTIVITATE</w:t>
            </w:r>
          </w:p>
        </w:tc>
        <w:tc>
          <w:tcPr>
            <w:tcW w:w="6406" w:type="dxa"/>
            <w:shd w:val="clear" w:color="auto" w:fill="D71920"/>
            <w:tcMar>
              <w:top w:w="70" w:type="dxa"/>
              <w:left w:w="85" w:type="dxa"/>
              <w:bottom w:w="70" w:type="dxa"/>
              <w:right w:w="85" w:type="dxa"/>
            </w:tcMar>
            <w:vAlign w:val="center"/>
          </w:tcPr>
          <w:p w14:paraId="4E01300F" w14:textId="77777777" w:rsidR="002D35F2" w:rsidRPr="000C5950" w:rsidRDefault="00000000">
            <w:pPr>
              <w:spacing w:after="0" w:line="240" w:lineRule="auto"/>
              <w:jc w:val="center"/>
              <w:rPr>
                <w:noProof/>
                <w:lang w:val="ro-RO"/>
              </w:rPr>
            </w:pPr>
            <w:r w:rsidRPr="000C5950">
              <w:rPr>
                <w:b/>
                <w:noProof/>
                <w:color w:val="FFFFFF"/>
                <w:sz w:val="15"/>
                <w:lang w:val="ro-RO"/>
              </w:rPr>
              <w:t>REZULTAT</w:t>
            </w:r>
          </w:p>
        </w:tc>
      </w:tr>
      <w:tr w:rsidR="002D35F2" w:rsidRPr="000C5950" w14:paraId="5F3FFCC0" w14:textId="77777777">
        <w:trPr>
          <w:cantSplit/>
          <w:jc w:val="center"/>
        </w:trPr>
        <w:tc>
          <w:tcPr>
            <w:tcW w:w="794" w:type="dxa"/>
            <w:shd w:val="clear" w:color="auto" w:fill="FFFFFF"/>
            <w:tcMar>
              <w:top w:w="70" w:type="dxa"/>
              <w:left w:w="85" w:type="dxa"/>
              <w:bottom w:w="70" w:type="dxa"/>
              <w:right w:w="85" w:type="dxa"/>
            </w:tcMar>
            <w:vAlign w:val="center"/>
          </w:tcPr>
          <w:p w14:paraId="1AC2E36A" w14:textId="77777777" w:rsidR="002D35F2" w:rsidRPr="000C5950" w:rsidRDefault="00000000">
            <w:pPr>
              <w:spacing w:after="0" w:line="240" w:lineRule="auto"/>
              <w:jc w:val="center"/>
              <w:rPr>
                <w:noProof/>
                <w:lang w:val="ro-RO"/>
              </w:rPr>
            </w:pPr>
            <w:r w:rsidRPr="000C5950">
              <w:rPr>
                <w:noProof/>
                <w:sz w:val="16"/>
                <w:lang w:val="ro-RO"/>
              </w:rPr>
              <w:t>1</w:t>
            </w:r>
          </w:p>
        </w:tc>
        <w:tc>
          <w:tcPr>
            <w:tcW w:w="2721" w:type="dxa"/>
            <w:shd w:val="clear" w:color="auto" w:fill="FFFFFF"/>
            <w:tcMar>
              <w:top w:w="70" w:type="dxa"/>
              <w:left w:w="85" w:type="dxa"/>
              <w:bottom w:w="70" w:type="dxa"/>
              <w:right w:w="85" w:type="dxa"/>
            </w:tcMar>
            <w:vAlign w:val="center"/>
          </w:tcPr>
          <w:p w14:paraId="419B1274" w14:textId="77777777" w:rsidR="002D35F2" w:rsidRPr="000C5950" w:rsidRDefault="00000000">
            <w:pPr>
              <w:spacing w:after="0" w:line="240" w:lineRule="auto"/>
              <w:rPr>
                <w:noProof/>
                <w:lang w:val="ro-RO"/>
              </w:rPr>
            </w:pPr>
            <w:r w:rsidRPr="000C5950">
              <w:rPr>
                <w:noProof/>
                <w:sz w:val="16"/>
                <w:lang w:val="ro-RO"/>
              </w:rPr>
              <w:t>Identificați procesele și activitățile</w:t>
            </w:r>
          </w:p>
        </w:tc>
        <w:tc>
          <w:tcPr>
            <w:tcW w:w="6406" w:type="dxa"/>
            <w:shd w:val="clear" w:color="auto" w:fill="FFFFFF"/>
            <w:tcMar>
              <w:top w:w="70" w:type="dxa"/>
              <w:left w:w="85" w:type="dxa"/>
              <w:bottom w:w="70" w:type="dxa"/>
              <w:right w:w="85" w:type="dxa"/>
            </w:tcMar>
            <w:vAlign w:val="center"/>
          </w:tcPr>
          <w:p w14:paraId="751FC7C6" w14:textId="77777777" w:rsidR="002D35F2" w:rsidRPr="000C5950" w:rsidRDefault="00000000">
            <w:pPr>
              <w:spacing w:after="0" w:line="240" w:lineRule="auto"/>
              <w:rPr>
                <w:noProof/>
                <w:lang w:val="ro-RO"/>
              </w:rPr>
            </w:pPr>
            <w:r w:rsidRPr="000C5950">
              <w:rPr>
                <w:noProof/>
                <w:sz w:val="16"/>
                <w:lang w:val="ro-RO"/>
              </w:rPr>
              <w:t>Stabiliți intrările, ieșirile, responsabilitățile, interacțiunile și condițiile de operare.</w:t>
            </w:r>
          </w:p>
        </w:tc>
      </w:tr>
      <w:tr w:rsidR="002D35F2" w:rsidRPr="000C5950" w14:paraId="3CF37889" w14:textId="77777777">
        <w:trPr>
          <w:cantSplit/>
          <w:jc w:val="center"/>
        </w:trPr>
        <w:tc>
          <w:tcPr>
            <w:tcW w:w="794" w:type="dxa"/>
            <w:shd w:val="clear" w:color="auto" w:fill="FAFAFA"/>
            <w:tcMar>
              <w:top w:w="70" w:type="dxa"/>
              <w:left w:w="85" w:type="dxa"/>
              <w:bottom w:w="70" w:type="dxa"/>
              <w:right w:w="85" w:type="dxa"/>
            </w:tcMar>
            <w:vAlign w:val="center"/>
          </w:tcPr>
          <w:p w14:paraId="34D03B7A" w14:textId="77777777" w:rsidR="002D35F2" w:rsidRPr="000C5950" w:rsidRDefault="00000000">
            <w:pPr>
              <w:spacing w:after="0" w:line="240" w:lineRule="auto"/>
              <w:jc w:val="center"/>
              <w:rPr>
                <w:noProof/>
                <w:lang w:val="ro-RO"/>
              </w:rPr>
            </w:pPr>
            <w:r w:rsidRPr="000C5950">
              <w:rPr>
                <w:noProof/>
                <w:sz w:val="16"/>
                <w:lang w:val="ro-RO"/>
              </w:rPr>
              <w:t>2</w:t>
            </w:r>
          </w:p>
        </w:tc>
        <w:tc>
          <w:tcPr>
            <w:tcW w:w="2721" w:type="dxa"/>
            <w:shd w:val="clear" w:color="auto" w:fill="FAFAFA"/>
            <w:tcMar>
              <w:top w:w="70" w:type="dxa"/>
              <w:left w:w="85" w:type="dxa"/>
              <w:bottom w:w="70" w:type="dxa"/>
              <w:right w:w="85" w:type="dxa"/>
            </w:tcMar>
            <w:vAlign w:val="center"/>
          </w:tcPr>
          <w:p w14:paraId="3386761C" w14:textId="77777777" w:rsidR="002D35F2" w:rsidRPr="000C5950" w:rsidRDefault="00000000">
            <w:pPr>
              <w:spacing w:after="0" w:line="240" w:lineRule="auto"/>
              <w:rPr>
                <w:noProof/>
                <w:lang w:val="ro-RO"/>
              </w:rPr>
            </w:pPr>
            <w:r w:rsidRPr="000C5950">
              <w:rPr>
                <w:noProof/>
                <w:sz w:val="16"/>
                <w:lang w:val="ro-RO"/>
              </w:rPr>
              <w:t>Identificați cerințele documentare</w:t>
            </w:r>
          </w:p>
        </w:tc>
        <w:tc>
          <w:tcPr>
            <w:tcW w:w="6406" w:type="dxa"/>
            <w:shd w:val="clear" w:color="auto" w:fill="FAFAFA"/>
            <w:tcMar>
              <w:top w:w="70" w:type="dxa"/>
              <w:left w:w="85" w:type="dxa"/>
              <w:bottom w:w="70" w:type="dxa"/>
              <w:right w:w="85" w:type="dxa"/>
            </w:tcMar>
            <w:vAlign w:val="center"/>
          </w:tcPr>
          <w:p w14:paraId="486DF241" w14:textId="77777777" w:rsidR="002D35F2" w:rsidRPr="000C5950" w:rsidRDefault="00000000">
            <w:pPr>
              <w:spacing w:after="0" w:line="240" w:lineRule="auto"/>
              <w:rPr>
                <w:noProof/>
                <w:lang w:val="ro-RO"/>
              </w:rPr>
            </w:pPr>
            <w:r w:rsidRPr="000C5950">
              <w:rPr>
                <w:noProof/>
                <w:sz w:val="16"/>
                <w:lang w:val="ro-RO"/>
              </w:rPr>
              <w:t>Separați informațiile cerute explicit de standard de documentele necesare pentru controlul real al activității.</w:t>
            </w:r>
          </w:p>
        </w:tc>
      </w:tr>
      <w:tr w:rsidR="002D35F2" w:rsidRPr="000C5950" w14:paraId="0FF28D7E" w14:textId="77777777">
        <w:trPr>
          <w:cantSplit/>
          <w:jc w:val="center"/>
        </w:trPr>
        <w:tc>
          <w:tcPr>
            <w:tcW w:w="794" w:type="dxa"/>
            <w:shd w:val="clear" w:color="auto" w:fill="FFFFFF"/>
            <w:tcMar>
              <w:top w:w="70" w:type="dxa"/>
              <w:left w:w="85" w:type="dxa"/>
              <w:bottom w:w="70" w:type="dxa"/>
              <w:right w:w="85" w:type="dxa"/>
            </w:tcMar>
            <w:vAlign w:val="center"/>
          </w:tcPr>
          <w:p w14:paraId="63640033" w14:textId="77777777" w:rsidR="002D35F2" w:rsidRPr="000C5950" w:rsidRDefault="00000000">
            <w:pPr>
              <w:spacing w:after="0" w:line="240" w:lineRule="auto"/>
              <w:jc w:val="center"/>
              <w:rPr>
                <w:noProof/>
                <w:lang w:val="ro-RO"/>
              </w:rPr>
            </w:pPr>
            <w:r w:rsidRPr="000C5950">
              <w:rPr>
                <w:noProof/>
                <w:sz w:val="16"/>
                <w:lang w:val="ro-RO"/>
              </w:rPr>
              <w:t>3</w:t>
            </w:r>
          </w:p>
        </w:tc>
        <w:tc>
          <w:tcPr>
            <w:tcW w:w="2721" w:type="dxa"/>
            <w:shd w:val="clear" w:color="auto" w:fill="FFFFFF"/>
            <w:tcMar>
              <w:top w:w="70" w:type="dxa"/>
              <w:left w:w="85" w:type="dxa"/>
              <w:bottom w:w="70" w:type="dxa"/>
              <w:right w:w="85" w:type="dxa"/>
            </w:tcMar>
            <w:vAlign w:val="center"/>
          </w:tcPr>
          <w:p w14:paraId="0E689BF7" w14:textId="77777777" w:rsidR="002D35F2" w:rsidRPr="000C5950" w:rsidRDefault="00000000">
            <w:pPr>
              <w:spacing w:after="0" w:line="240" w:lineRule="auto"/>
              <w:rPr>
                <w:noProof/>
                <w:lang w:val="ro-RO"/>
              </w:rPr>
            </w:pPr>
            <w:r w:rsidRPr="000C5950">
              <w:rPr>
                <w:noProof/>
                <w:sz w:val="16"/>
                <w:lang w:val="ro-RO"/>
              </w:rPr>
              <w:t>Evaluați riscul lipsei documentului</w:t>
            </w:r>
          </w:p>
        </w:tc>
        <w:tc>
          <w:tcPr>
            <w:tcW w:w="6406" w:type="dxa"/>
            <w:shd w:val="clear" w:color="auto" w:fill="FFFFFF"/>
            <w:tcMar>
              <w:top w:w="70" w:type="dxa"/>
              <w:left w:w="85" w:type="dxa"/>
              <w:bottom w:w="70" w:type="dxa"/>
              <w:right w:w="85" w:type="dxa"/>
            </w:tcMar>
            <w:vAlign w:val="center"/>
          </w:tcPr>
          <w:p w14:paraId="5E341ABC" w14:textId="77777777" w:rsidR="002D35F2" w:rsidRPr="000C5950" w:rsidRDefault="00000000">
            <w:pPr>
              <w:spacing w:after="0" w:line="240" w:lineRule="auto"/>
              <w:rPr>
                <w:noProof/>
                <w:lang w:val="ro-RO"/>
              </w:rPr>
            </w:pPr>
            <w:r w:rsidRPr="000C5950">
              <w:rPr>
                <w:noProof/>
                <w:sz w:val="16"/>
                <w:lang w:val="ro-RO"/>
              </w:rPr>
              <w:t>Documentați acolo unde variația, eroarea, pierderea cunoștințelor ori lipsa dovezilor poate produce consecințe importante.</w:t>
            </w:r>
          </w:p>
        </w:tc>
      </w:tr>
      <w:tr w:rsidR="002D35F2" w:rsidRPr="000C5950" w14:paraId="728E3C82" w14:textId="77777777">
        <w:trPr>
          <w:cantSplit/>
          <w:jc w:val="center"/>
        </w:trPr>
        <w:tc>
          <w:tcPr>
            <w:tcW w:w="794" w:type="dxa"/>
            <w:shd w:val="clear" w:color="auto" w:fill="FAFAFA"/>
            <w:tcMar>
              <w:top w:w="70" w:type="dxa"/>
              <w:left w:w="85" w:type="dxa"/>
              <w:bottom w:w="70" w:type="dxa"/>
              <w:right w:w="85" w:type="dxa"/>
            </w:tcMar>
            <w:vAlign w:val="center"/>
          </w:tcPr>
          <w:p w14:paraId="672AE387" w14:textId="77777777" w:rsidR="002D35F2" w:rsidRPr="000C5950" w:rsidRDefault="00000000">
            <w:pPr>
              <w:spacing w:after="0" w:line="240" w:lineRule="auto"/>
              <w:jc w:val="center"/>
              <w:rPr>
                <w:noProof/>
                <w:lang w:val="ro-RO"/>
              </w:rPr>
            </w:pPr>
            <w:r w:rsidRPr="000C5950">
              <w:rPr>
                <w:noProof/>
                <w:sz w:val="16"/>
                <w:lang w:val="ro-RO"/>
              </w:rPr>
              <w:t>4</w:t>
            </w:r>
          </w:p>
        </w:tc>
        <w:tc>
          <w:tcPr>
            <w:tcW w:w="2721" w:type="dxa"/>
            <w:shd w:val="clear" w:color="auto" w:fill="FAFAFA"/>
            <w:tcMar>
              <w:top w:w="70" w:type="dxa"/>
              <w:left w:w="85" w:type="dxa"/>
              <w:bottom w:w="70" w:type="dxa"/>
              <w:right w:w="85" w:type="dxa"/>
            </w:tcMar>
            <w:vAlign w:val="center"/>
          </w:tcPr>
          <w:p w14:paraId="73679A31" w14:textId="77777777" w:rsidR="002D35F2" w:rsidRPr="000C5950" w:rsidRDefault="00000000">
            <w:pPr>
              <w:spacing w:after="0" w:line="240" w:lineRule="auto"/>
              <w:rPr>
                <w:noProof/>
                <w:lang w:val="ro-RO"/>
              </w:rPr>
            </w:pPr>
            <w:r w:rsidRPr="000C5950">
              <w:rPr>
                <w:noProof/>
                <w:sz w:val="16"/>
                <w:lang w:val="ro-RO"/>
              </w:rPr>
              <w:t>Alegeți formatul potrivit</w:t>
            </w:r>
          </w:p>
        </w:tc>
        <w:tc>
          <w:tcPr>
            <w:tcW w:w="6406" w:type="dxa"/>
            <w:shd w:val="clear" w:color="auto" w:fill="FAFAFA"/>
            <w:tcMar>
              <w:top w:w="70" w:type="dxa"/>
              <w:left w:w="85" w:type="dxa"/>
              <w:bottom w:w="70" w:type="dxa"/>
              <w:right w:w="85" w:type="dxa"/>
            </w:tcMar>
            <w:vAlign w:val="center"/>
          </w:tcPr>
          <w:p w14:paraId="68933612" w14:textId="77777777" w:rsidR="002D35F2" w:rsidRPr="000C5950" w:rsidRDefault="00000000">
            <w:pPr>
              <w:spacing w:after="0" w:line="240" w:lineRule="auto"/>
              <w:rPr>
                <w:noProof/>
                <w:lang w:val="ro-RO"/>
              </w:rPr>
            </w:pPr>
            <w:r w:rsidRPr="000C5950">
              <w:rPr>
                <w:noProof/>
                <w:sz w:val="16"/>
                <w:lang w:val="ro-RO"/>
              </w:rPr>
              <w:t>Folosiți procedură, diagramă, listă, formular, aplicație, fotografie, video sau alt suport accesibil utilizatorului.</w:t>
            </w:r>
          </w:p>
        </w:tc>
      </w:tr>
      <w:tr w:rsidR="002D35F2" w:rsidRPr="000C5950" w14:paraId="321D8656" w14:textId="77777777">
        <w:trPr>
          <w:cantSplit/>
          <w:jc w:val="center"/>
        </w:trPr>
        <w:tc>
          <w:tcPr>
            <w:tcW w:w="794" w:type="dxa"/>
            <w:shd w:val="clear" w:color="auto" w:fill="FFFFFF"/>
            <w:tcMar>
              <w:top w:w="70" w:type="dxa"/>
              <w:left w:w="85" w:type="dxa"/>
              <w:bottom w:w="70" w:type="dxa"/>
              <w:right w:w="85" w:type="dxa"/>
            </w:tcMar>
            <w:vAlign w:val="center"/>
          </w:tcPr>
          <w:p w14:paraId="55B43D9D" w14:textId="77777777" w:rsidR="002D35F2" w:rsidRPr="000C5950" w:rsidRDefault="00000000">
            <w:pPr>
              <w:spacing w:after="0" w:line="240" w:lineRule="auto"/>
              <w:jc w:val="center"/>
              <w:rPr>
                <w:noProof/>
                <w:lang w:val="ro-RO"/>
              </w:rPr>
            </w:pPr>
            <w:r w:rsidRPr="000C5950">
              <w:rPr>
                <w:noProof/>
                <w:sz w:val="16"/>
                <w:lang w:val="ro-RO"/>
              </w:rPr>
              <w:t>5</w:t>
            </w:r>
          </w:p>
        </w:tc>
        <w:tc>
          <w:tcPr>
            <w:tcW w:w="2721" w:type="dxa"/>
            <w:shd w:val="clear" w:color="auto" w:fill="FFFFFF"/>
            <w:tcMar>
              <w:top w:w="70" w:type="dxa"/>
              <w:left w:w="85" w:type="dxa"/>
              <w:bottom w:w="70" w:type="dxa"/>
              <w:right w:w="85" w:type="dxa"/>
            </w:tcMar>
            <w:vAlign w:val="center"/>
          </w:tcPr>
          <w:p w14:paraId="7EAC8992" w14:textId="77777777" w:rsidR="002D35F2" w:rsidRPr="000C5950" w:rsidRDefault="00000000">
            <w:pPr>
              <w:spacing w:after="0" w:line="240" w:lineRule="auto"/>
              <w:rPr>
                <w:noProof/>
                <w:lang w:val="ro-RO"/>
              </w:rPr>
            </w:pPr>
            <w:r w:rsidRPr="000C5950">
              <w:rPr>
                <w:noProof/>
                <w:sz w:val="16"/>
                <w:lang w:val="ro-RO"/>
              </w:rPr>
              <w:t>Atribuiți proprietar și reguli</w:t>
            </w:r>
          </w:p>
        </w:tc>
        <w:tc>
          <w:tcPr>
            <w:tcW w:w="6406" w:type="dxa"/>
            <w:shd w:val="clear" w:color="auto" w:fill="FFFFFF"/>
            <w:tcMar>
              <w:top w:w="70" w:type="dxa"/>
              <w:left w:w="85" w:type="dxa"/>
              <w:bottom w:w="70" w:type="dxa"/>
              <w:right w:w="85" w:type="dxa"/>
            </w:tcMar>
            <w:vAlign w:val="center"/>
          </w:tcPr>
          <w:p w14:paraId="3C26A891" w14:textId="77777777" w:rsidR="002D35F2" w:rsidRPr="000C5950" w:rsidRDefault="00000000">
            <w:pPr>
              <w:spacing w:after="0" w:line="240" w:lineRule="auto"/>
              <w:rPr>
                <w:noProof/>
                <w:lang w:val="ro-RO"/>
              </w:rPr>
            </w:pPr>
            <w:r w:rsidRPr="000C5950">
              <w:rPr>
                <w:noProof/>
                <w:sz w:val="16"/>
                <w:lang w:val="ro-RO"/>
              </w:rPr>
              <w:t>Stabiliți cine aprobă, actualizează, distribuie, păstrează și retrage informația.</w:t>
            </w:r>
          </w:p>
        </w:tc>
      </w:tr>
      <w:tr w:rsidR="002D35F2" w:rsidRPr="000C5950" w14:paraId="7D012D3D" w14:textId="77777777">
        <w:trPr>
          <w:cantSplit/>
          <w:jc w:val="center"/>
        </w:trPr>
        <w:tc>
          <w:tcPr>
            <w:tcW w:w="794" w:type="dxa"/>
            <w:shd w:val="clear" w:color="auto" w:fill="FAFAFA"/>
            <w:tcMar>
              <w:top w:w="70" w:type="dxa"/>
              <w:left w:w="85" w:type="dxa"/>
              <w:bottom w:w="70" w:type="dxa"/>
              <w:right w:w="85" w:type="dxa"/>
            </w:tcMar>
            <w:vAlign w:val="center"/>
          </w:tcPr>
          <w:p w14:paraId="31B76BE8" w14:textId="77777777" w:rsidR="002D35F2" w:rsidRPr="000C5950" w:rsidRDefault="00000000">
            <w:pPr>
              <w:spacing w:after="0" w:line="240" w:lineRule="auto"/>
              <w:jc w:val="center"/>
              <w:rPr>
                <w:noProof/>
                <w:lang w:val="ro-RO"/>
              </w:rPr>
            </w:pPr>
            <w:r w:rsidRPr="000C5950">
              <w:rPr>
                <w:noProof/>
                <w:sz w:val="16"/>
                <w:lang w:val="ro-RO"/>
              </w:rPr>
              <w:t>6</w:t>
            </w:r>
          </w:p>
        </w:tc>
        <w:tc>
          <w:tcPr>
            <w:tcW w:w="2721" w:type="dxa"/>
            <w:shd w:val="clear" w:color="auto" w:fill="FAFAFA"/>
            <w:tcMar>
              <w:top w:w="70" w:type="dxa"/>
              <w:left w:w="85" w:type="dxa"/>
              <w:bottom w:w="70" w:type="dxa"/>
              <w:right w:w="85" w:type="dxa"/>
            </w:tcMar>
            <w:vAlign w:val="center"/>
          </w:tcPr>
          <w:p w14:paraId="64B374E0" w14:textId="77777777" w:rsidR="002D35F2" w:rsidRPr="000C5950" w:rsidRDefault="00000000">
            <w:pPr>
              <w:spacing w:after="0" w:line="240" w:lineRule="auto"/>
              <w:rPr>
                <w:noProof/>
                <w:lang w:val="ro-RO"/>
              </w:rPr>
            </w:pPr>
            <w:r w:rsidRPr="000C5950">
              <w:rPr>
                <w:noProof/>
                <w:sz w:val="16"/>
                <w:lang w:val="ro-RO"/>
              </w:rPr>
              <w:t>Verificați utilizarea și eficacitatea</w:t>
            </w:r>
          </w:p>
        </w:tc>
        <w:tc>
          <w:tcPr>
            <w:tcW w:w="6406" w:type="dxa"/>
            <w:shd w:val="clear" w:color="auto" w:fill="FAFAFA"/>
            <w:tcMar>
              <w:top w:w="70" w:type="dxa"/>
              <w:left w:w="85" w:type="dxa"/>
              <w:bottom w:w="70" w:type="dxa"/>
              <w:right w:w="85" w:type="dxa"/>
            </w:tcMar>
            <w:vAlign w:val="center"/>
          </w:tcPr>
          <w:p w14:paraId="5397AE29" w14:textId="77777777" w:rsidR="002D35F2" w:rsidRPr="000C5950" w:rsidRDefault="00000000">
            <w:pPr>
              <w:spacing w:after="0" w:line="240" w:lineRule="auto"/>
              <w:rPr>
                <w:noProof/>
                <w:lang w:val="ro-RO"/>
              </w:rPr>
            </w:pPr>
            <w:r w:rsidRPr="000C5950">
              <w:rPr>
                <w:noProof/>
                <w:sz w:val="16"/>
                <w:lang w:val="ro-RO"/>
              </w:rPr>
              <w:t>Auditul trebuie să confirme că documentele reflectă practica și că practica produce rezultate controlate.</w:t>
            </w:r>
          </w:p>
        </w:tc>
      </w:tr>
    </w:tbl>
    <w:p w14:paraId="31316EE7" w14:textId="77777777" w:rsidR="002D35F2" w:rsidRPr="000C5950" w:rsidRDefault="002D35F2">
      <w:pPr>
        <w:spacing w:after="20"/>
        <w:rPr>
          <w:noProof/>
          <w:lang w:val="ro-RO"/>
        </w:rPr>
      </w:pPr>
    </w:p>
    <w:p w14:paraId="50786391" w14:textId="77777777" w:rsidR="002D35F2" w:rsidRPr="000C5950" w:rsidRDefault="00000000">
      <w:pPr>
        <w:pStyle w:val="Heading2"/>
        <w:rPr>
          <w:noProof/>
          <w:lang w:val="ro-RO"/>
        </w:rPr>
      </w:pPr>
      <w:r w:rsidRPr="000C5950">
        <w:rPr>
          <w:noProof/>
          <w:lang w:val="ro-RO"/>
        </w:rPr>
        <w:t>Întrebări de decizie</w:t>
      </w:r>
    </w:p>
    <w:p w14:paraId="35908EBD" w14:textId="77777777" w:rsidR="002D35F2" w:rsidRPr="000C5950" w:rsidRDefault="00000000">
      <w:pPr>
        <w:pStyle w:val="ListBullet"/>
        <w:spacing w:after="40"/>
        <w:ind w:left="283" w:hanging="170"/>
        <w:rPr>
          <w:noProof/>
          <w:lang w:val="ro-RO"/>
        </w:rPr>
      </w:pPr>
      <w:r w:rsidRPr="000C5950">
        <w:rPr>
          <w:noProof/>
          <w:lang w:val="ro-RO"/>
        </w:rPr>
        <w:t>Este informația cerută explicit de standard sau de o obligație legală, de autorizare, contractuală ori a unei părți interesate?</w:t>
      </w:r>
    </w:p>
    <w:p w14:paraId="05C0B311" w14:textId="77777777" w:rsidR="002D35F2" w:rsidRPr="000C5950" w:rsidRDefault="00000000">
      <w:pPr>
        <w:pStyle w:val="ListBullet"/>
        <w:spacing w:after="40"/>
        <w:ind w:left="283" w:hanging="170"/>
        <w:rPr>
          <w:noProof/>
          <w:lang w:val="ro-RO"/>
        </w:rPr>
      </w:pPr>
      <w:r w:rsidRPr="000C5950">
        <w:rPr>
          <w:noProof/>
          <w:lang w:val="ro-RO"/>
        </w:rPr>
        <w:t>Este necesară pentru operarea consecventă a unei activități cu risc sau impact relevant?</w:t>
      </w:r>
    </w:p>
    <w:p w14:paraId="4CA254D0" w14:textId="77777777" w:rsidR="002D35F2" w:rsidRPr="000C5950" w:rsidRDefault="00000000">
      <w:pPr>
        <w:pStyle w:val="ListBullet"/>
        <w:spacing w:after="40"/>
        <w:ind w:left="283" w:hanging="170"/>
        <w:rPr>
          <w:noProof/>
          <w:lang w:val="ro-RO"/>
        </w:rPr>
      </w:pPr>
      <w:r w:rsidRPr="000C5950">
        <w:rPr>
          <w:noProof/>
          <w:lang w:val="ro-RO"/>
        </w:rPr>
        <w:t>Trebuie păstrată o dovadă că o evaluare, verificare, consultare, instruire, aprobare sau acțiune a avut loc?</w:t>
      </w:r>
    </w:p>
    <w:p w14:paraId="0A9C8DE7" w14:textId="77777777" w:rsidR="002D35F2" w:rsidRPr="000C5950" w:rsidRDefault="00000000">
      <w:pPr>
        <w:pStyle w:val="ListBullet"/>
        <w:spacing w:after="40"/>
        <w:ind w:left="283" w:hanging="170"/>
        <w:rPr>
          <w:noProof/>
          <w:lang w:val="ro-RO"/>
        </w:rPr>
      </w:pPr>
      <w:r w:rsidRPr="000C5950">
        <w:rPr>
          <w:noProof/>
          <w:lang w:val="ro-RO"/>
        </w:rPr>
        <w:t>Poate fi integrată într-un document comun cu ISO 9001 ori alt sistem, fără a pierde cerințele specifice?</w:t>
      </w:r>
    </w:p>
    <w:p w14:paraId="32FC7E55" w14:textId="77777777" w:rsidR="002D35F2" w:rsidRPr="000C5950" w:rsidRDefault="00000000">
      <w:pPr>
        <w:pStyle w:val="ListBullet"/>
        <w:spacing w:after="40"/>
        <w:ind w:left="283" w:hanging="170"/>
        <w:rPr>
          <w:noProof/>
          <w:lang w:val="ro-RO"/>
        </w:rPr>
      </w:pPr>
      <w:r w:rsidRPr="000C5950">
        <w:rPr>
          <w:noProof/>
          <w:lang w:val="ro-RO"/>
        </w:rPr>
        <w:t>Este documentul utilizat de persoanele implicate sau există numai pentru audit?</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2D35F2" w:rsidRPr="000C5950" w14:paraId="28287BC0" w14:textId="77777777">
        <w:trPr>
          <w:cantSplit/>
          <w:jc w:val="center"/>
        </w:trPr>
        <w:tc>
          <w:tcPr>
            <w:tcW w:w="567" w:type="dxa"/>
            <w:shd w:val="clear" w:color="auto" w:fill="D71920"/>
            <w:tcMar>
              <w:top w:w="70" w:type="dxa"/>
              <w:left w:w="85" w:type="dxa"/>
              <w:bottom w:w="70" w:type="dxa"/>
              <w:right w:w="85" w:type="dxa"/>
            </w:tcMar>
            <w:vAlign w:val="center"/>
          </w:tcPr>
          <w:p w14:paraId="1B874B30" w14:textId="77777777" w:rsidR="002D35F2" w:rsidRPr="000C5950" w:rsidRDefault="00000000">
            <w:pPr>
              <w:spacing w:after="0" w:line="240" w:lineRule="auto"/>
              <w:jc w:val="center"/>
              <w:rPr>
                <w:noProof/>
                <w:lang w:val="ro-RO"/>
              </w:rPr>
            </w:pPr>
            <w:r w:rsidRPr="000C5950">
              <w:rPr>
                <w:b/>
                <w:noProof/>
                <w:color w:val="FFFFFF"/>
                <w:sz w:val="30"/>
                <w:lang w:val="ro-RO"/>
              </w:rPr>
              <w:t>!</w:t>
            </w:r>
          </w:p>
        </w:tc>
        <w:tc>
          <w:tcPr>
            <w:tcW w:w="9354" w:type="dxa"/>
            <w:shd w:val="clear" w:color="auto" w:fill="FCEBEC"/>
          </w:tcPr>
          <w:p w14:paraId="305C2EC7" w14:textId="77777777" w:rsidR="002D35F2" w:rsidRPr="000C5950" w:rsidRDefault="00000000">
            <w:pPr>
              <w:spacing w:after="20"/>
              <w:rPr>
                <w:noProof/>
                <w:lang w:val="ro-RO"/>
              </w:rPr>
            </w:pPr>
            <w:r w:rsidRPr="000C5950">
              <w:rPr>
                <w:b/>
                <w:noProof/>
                <w:color w:val="D71920"/>
                <w:sz w:val="17"/>
                <w:lang w:val="ro-RO"/>
              </w:rPr>
              <w:t>REGULĂ PRACTICĂ</w:t>
            </w:r>
          </w:p>
          <w:p w14:paraId="5B7B66ED" w14:textId="77777777" w:rsidR="002D35F2" w:rsidRPr="000C5950" w:rsidRDefault="00000000">
            <w:pPr>
              <w:spacing w:after="0" w:line="247" w:lineRule="auto"/>
              <w:rPr>
                <w:noProof/>
                <w:lang w:val="ro-RO"/>
              </w:rPr>
            </w:pPr>
            <w:r w:rsidRPr="000C5950">
              <w:rPr>
                <w:noProof/>
                <w:sz w:val="16"/>
                <w:lang w:val="ro-RO"/>
              </w:rPr>
              <w:t>Un document este esențial atunci când absența, neactualizarea sau utilizarea greșită a lui poate afecta conformitatea, controlul riscurilor, respectarea obligațiilor ori performanța sistemului.</w:t>
            </w:r>
          </w:p>
        </w:tc>
      </w:tr>
    </w:tbl>
    <w:p w14:paraId="34202C93" w14:textId="77777777" w:rsidR="002D35F2" w:rsidRPr="000C5950" w:rsidRDefault="002D35F2">
      <w:pPr>
        <w:spacing w:after="0"/>
        <w:rPr>
          <w:noProof/>
          <w:lang w:val="ro-RO"/>
        </w:rPr>
      </w:pPr>
    </w:p>
    <w:p w14:paraId="515AC33E" w14:textId="77777777" w:rsidR="002D35F2" w:rsidRPr="000C5950" w:rsidRDefault="00000000">
      <w:pPr>
        <w:pStyle w:val="Heading2"/>
        <w:rPr>
          <w:noProof/>
          <w:lang w:val="ro-RO"/>
        </w:rPr>
      </w:pPr>
      <w:r w:rsidRPr="000C5950">
        <w:rPr>
          <w:noProof/>
          <w:lang w:val="ro-RO"/>
        </w:rPr>
        <w:t>Document menținut versus înregistrare păstrată</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2438"/>
        <w:gridCol w:w="3231"/>
        <w:gridCol w:w="2324"/>
      </w:tblGrid>
      <w:tr w:rsidR="002D35F2" w:rsidRPr="000C5950" w14:paraId="647B9EDE" w14:textId="77777777">
        <w:trPr>
          <w:tblHeader/>
          <w:jc w:val="center"/>
        </w:trPr>
        <w:tc>
          <w:tcPr>
            <w:tcW w:w="1928" w:type="dxa"/>
            <w:shd w:val="clear" w:color="auto" w:fill="D71920"/>
            <w:tcMar>
              <w:top w:w="70" w:type="dxa"/>
              <w:left w:w="85" w:type="dxa"/>
              <w:bottom w:w="70" w:type="dxa"/>
              <w:right w:w="85" w:type="dxa"/>
            </w:tcMar>
            <w:vAlign w:val="center"/>
          </w:tcPr>
          <w:p w14:paraId="2200F213" w14:textId="77777777" w:rsidR="002D35F2" w:rsidRPr="000C5950" w:rsidRDefault="00000000">
            <w:pPr>
              <w:spacing w:after="0" w:line="240" w:lineRule="auto"/>
              <w:jc w:val="center"/>
              <w:rPr>
                <w:noProof/>
                <w:lang w:val="ro-RO"/>
              </w:rPr>
            </w:pPr>
            <w:r w:rsidRPr="000C5950">
              <w:rPr>
                <w:b/>
                <w:noProof/>
                <w:color w:val="FFFFFF"/>
                <w:sz w:val="15"/>
                <w:lang w:val="ro-RO"/>
              </w:rPr>
              <w:t>TIP</w:t>
            </w:r>
          </w:p>
        </w:tc>
        <w:tc>
          <w:tcPr>
            <w:tcW w:w="2438" w:type="dxa"/>
            <w:shd w:val="clear" w:color="auto" w:fill="D71920"/>
            <w:tcMar>
              <w:top w:w="70" w:type="dxa"/>
              <w:left w:w="85" w:type="dxa"/>
              <w:bottom w:w="70" w:type="dxa"/>
              <w:right w:w="85" w:type="dxa"/>
            </w:tcMar>
            <w:vAlign w:val="center"/>
          </w:tcPr>
          <w:p w14:paraId="1953807F" w14:textId="77777777" w:rsidR="002D35F2" w:rsidRPr="000C5950" w:rsidRDefault="00000000">
            <w:pPr>
              <w:spacing w:after="0" w:line="240" w:lineRule="auto"/>
              <w:jc w:val="center"/>
              <w:rPr>
                <w:noProof/>
                <w:lang w:val="ro-RO"/>
              </w:rPr>
            </w:pPr>
            <w:r w:rsidRPr="000C5950">
              <w:rPr>
                <w:b/>
                <w:noProof/>
                <w:color w:val="FFFFFF"/>
                <w:sz w:val="15"/>
                <w:lang w:val="ro-RO"/>
              </w:rPr>
              <w:t>ROL</w:t>
            </w:r>
          </w:p>
        </w:tc>
        <w:tc>
          <w:tcPr>
            <w:tcW w:w="3231" w:type="dxa"/>
            <w:shd w:val="clear" w:color="auto" w:fill="D71920"/>
            <w:tcMar>
              <w:top w:w="70" w:type="dxa"/>
              <w:left w:w="85" w:type="dxa"/>
              <w:bottom w:w="70" w:type="dxa"/>
              <w:right w:w="85" w:type="dxa"/>
            </w:tcMar>
            <w:vAlign w:val="center"/>
          </w:tcPr>
          <w:p w14:paraId="33754774" w14:textId="77777777" w:rsidR="002D35F2" w:rsidRPr="000C5950" w:rsidRDefault="00000000">
            <w:pPr>
              <w:spacing w:after="0" w:line="240" w:lineRule="auto"/>
              <w:jc w:val="center"/>
              <w:rPr>
                <w:noProof/>
                <w:lang w:val="ro-RO"/>
              </w:rPr>
            </w:pPr>
            <w:r w:rsidRPr="000C5950">
              <w:rPr>
                <w:b/>
                <w:noProof/>
                <w:color w:val="FFFFFF"/>
                <w:sz w:val="15"/>
                <w:lang w:val="ro-RO"/>
              </w:rPr>
              <w:t>EXEMPLE</w:t>
            </w:r>
          </w:p>
        </w:tc>
        <w:tc>
          <w:tcPr>
            <w:tcW w:w="2324" w:type="dxa"/>
            <w:shd w:val="clear" w:color="auto" w:fill="D71920"/>
            <w:tcMar>
              <w:top w:w="70" w:type="dxa"/>
              <w:left w:w="85" w:type="dxa"/>
              <w:bottom w:w="70" w:type="dxa"/>
              <w:right w:w="85" w:type="dxa"/>
            </w:tcMar>
            <w:vAlign w:val="center"/>
          </w:tcPr>
          <w:p w14:paraId="3542F346" w14:textId="77777777" w:rsidR="002D35F2" w:rsidRPr="000C5950" w:rsidRDefault="00000000">
            <w:pPr>
              <w:spacing w:after="0" w:line="240" w:lineRule="auto"/>
              <w:jc w:val="center"/>
              <w:rPr>
                <w:noProof/>
                <w:lang w:val="ro-RO"/>
              </w:rPr>
            </w:pPr>
            <w:r w:rsidRPr="000C5950">
              <w:rPr>
                <w:b/>
                <w:noProof/>
                <w:color w:val="FFFFFF"/>
                <w:sz w:val="15"/>
                <w:lang w:val="ro-RO"/>
              </w:rPr>
              <w:t>CONTROL PRINCIPAL</w:t>
            </w:r>
          </w:p>
        </w:tc>
      </w:tr>
      <w:tr w:rsidR="002D35F2" w:rsidRPr="000C5950" w14:paraId="7566A806" w14:textId="77777777">
        <w:trPr>
          <w:cantSplit/>
          <w:jc w:val="center"/>
        </w:trPr>
        <w:tc>
          <w:tcPr>
            <w:tcW w:w="1928" w:type="dxa"/>
            <w:shd w:val="clear" w:color="auto" w:fill="FFFFFF"/>
            <w:tcMar>
              <w:top w:w="70" w:type="dxa"/>
              <w:left w:w="85" w:type="dxa"/>
              <w:bottom w:w="70" w:type="dxa"/>
              <w:right w:w="85" w:type="dxa"/>
            </w:tcMar>
            <w:vAlign w:val="center"/>
          </w:tcPr>
          <w:p w14:paraId="758A8DB3" w14:textId="77777777" w:rsidR="002D35F2" w:rsidRPr="000C5950" w:rsidRDefault="00000000">
            <w:pPr>
              <w:spacing w:after="0" w:line="240" w:lineRule="auto"/>
              <w:rPr>
                <w:noProof/>
                <w:lang w:val="ro-RO"/>
              </w:rPr>
            </w:pPr>
            <w:r w:rsidRPr="000C5950">
              <w:rPr>
                <w:noProof/>
                <w:sz w:val="16"/>
                <w:lang w:val="ro-RO"/>
              </w:rPr>
              <w:t>Document menținut</w:t>
            </w:r>
          </w:p>
        </w:tc>
        <w:tc>
          <w:tcPr>
            <w:tcW w:w="2438" w:type="dxa"/>
            <w:shd w:val="clear" w:color="auto" w:fill="FFFFFF"/>
            <w:tcMar>
              <w:top w:w="70" w:type="dxa"/>
              <w:left w:w="85" w:type="dxa"/>
              <w:bottom w:w="70" w:type="dxa"/>
              <w:right w:w="85" w:type="dxa"/>
            </w:tcMar>
            <w:vAlign w:val="center"/>
          </w:tcPr>
          <w:p w14:paraId="5F6B112C" w14:textId="77777777" w:rsidR="002D35F2" w:rsidRPr="000C5950" w:rsidRDefault="00000000">
            <w:pPr>
              <w:spacing w:after="0" w:line="240" w:lineRule="auto"/>
              <w:rPr>
                <w:noProof/>
                <w:lang w:val="ro-RO"/>
              </w:rPr>
            </w:pPr>
            <w:r w:rsidRPr="000C5950">
              <w:rPr>
                <w:noProof/>
                <w:sz w:val="16"/>
                <w:lang w:val="ro-RO"/>
              </w:rPr>
              <w:t>Orientează sau controlează activitatea curentă.</w:t>
            </w:r>
          </w:p>
        </w:tc>
        <w:tc>
          <w:tcPr>
            <w:tcW w:w="3231" w:type="dxa"/>
            <w:shd w:val="clear" w:color="auto" w:fill="FFFFFF"/>
            <w:tcMar>
              <w:top w:w="70" w:type="dxa"/>
              <w:left w:w="85" w:type="dxa"/>
              <w:bottom w:w="70" w:type="dxa"/>
              <w:right w:w="85" w:type="dxa"/>
            </w:tcMar>
            <w:vAlign w:val="center"/>
          </w:tcPr>
          <w:p w14:paraId="297EBCA6" w14:textId="77777777" w:rsidR="002D35F2" w:rsidRPr="000C5950" w:rsidRDefault="00000000">
            <w:pPr>
              <w:spacing w:after="0" w:line="240" w:lineRule="auto"/>
              <w:rPr>
                <w:noProof/>
                <w:lang w:val="ro-RO"/>
              </w:rPr>
            </w:pPr>
            <w:r w:rsidRPr="000C5950">
              <w:rPr>
                <w:noProof/>
                <w:sz w:val="16"/>
                <w:lang w:val="ro-RO"/>
              </w:rPr>
              <w:t>Politică, metodologie, procedură, plan, instrucțiune, formular necompletat.</w:t>
            </w:r>
          </w:p>
        </w:tc>
        <w:tc>
          <w:tcPr>
            <w:tcW w:w="2324" w:type="dxa"/>
            <w:shd w:val="clear" w:color="auto" w:fill="FFFFFF"/>
            <w:tcMar>
              <w:top w:w="70" w:type="dxa"/>
              <w:left w:w="85" w:type="dxa"/>
              <w:bottom w:w="70" w:type="dxa"/>
              <w:right w:w="85" w:type="dxa"/>
            </w:tcMar>
            <w:vAlign w:val="center"/>
          </w:tcPr>
          <w:p w14:paraId="7E17E2D9" w14:textId="77777777" w:rsidR="002D35F2" w:rsidRPr="000C5950" w:rsidRDefault="00000000">
            <w:pPr>
              <w:spacing w:after="0" w:line="240" w:lineRule="auto"/>
              <w:rPr>
                <w:noProof/>
                <w:lang w:val="ro-RO"/>
              </w:rPr>
            </w:pPr>
            <w:r w:rsidRPr="000C5950">
              <w:rPr>
                <w:noProof/>
                <w:sz w:val="16"/>
                <w:lang w:val="ro-RO"/>
              </w:rPr>
              <w:t>Aprobare, versiune, acces, distribuție și actualizare.</w:t>
            </w:r>
          </w:p>
        </w:tc>
      </w:tr>
      <w:tr w:rsidR="002D35F2" w:rsidRPr="000C5950" w14:paraId="3368BA93" w14:textId="77777777">
        <w:trPr>
          <w:cantSplit/>
          <w:jc w:val="center"/>
        </w:trPr>
        <w:tc>
          <w:tcPr>
            <w:tcW w:w="1928" w:type="dxa"/>
            <w:shd w:val="clear" w:color="auto" w:fill="FAFAFA"/>
            <w:tcMar>
              <w:top w:w="70" w:type="dxa"/>
              <w:left w:w="85" w:type="dxa"/>
              <w:bottom w:w="70" w:type="dxa"/>
              <w:right w:w="85" w:type="dxa"/>
            </w:tcMar>
            <w:vAlign w:val="center"/>
          </w:tcPr>
          <w:p w14:paraId="7E48DE7E" w14:textId="77777777" w:rsidR="002D35F2" w:rsidRPr="000C5950" w:rsidRDefault="00000000">
            <w:pPr>
              <w:spacing w:after="0" w:line="240" w:lineRule="auto"/>
              <w:rPr>
                <w:noProof/>
                <w:lang w:val="ro-RO"/>
              </w:rPr>
            </w:pPr>
            <w:r w:rsidRPr="000C5950">
              <w:rPr>
                <w:noProof/>
                <w:sz w:val="16"/>
                <w:lang w:val="ro-RO"/>
              </w:rPr>
              <w:t>Înregistrare păstrată</w:t>
            </w:r>
          </w:p>
        </w:tc>
        <w:tc>
          <w:tcPr>
            <w:tcW w:w="2438" w:type="dxa"/>
            <w:shd w:val="clear" w:color="auto" w:fill="FAFAFA"/>
            <w:tcMar>
              <w:top w:w="70" w:type="dxa"/>
              <w:left w:w="85" w:type="dxa"/>
              <w:bottom w:w="70" w:type="dxa"/>
              <w:right w:w="85" w:type="dxa"/>
            </w:tcMar>
            <w:vAlign w:val="center"/>
          </w:tcPr>
          <w:p w14:paraId="4C8C92C4" w14:textId="77777777" w:rsidR="002D35F2" w:rsidRPr="000C5950" w:rsidRDefault="00000000">
            <w:pPr>
              <w:spacing w:after="0" w:line="240" w:lineRule="auto"/>
              <w:rPr>
                <w:noProof/>
                <w:lang w:val="ro-RO"/>
              </w:rPr>
            </w:pPr>
            <w:r w:rsidRPr="000C5950">
              <w:rPr>
                <w:noProof/>
                <w:sz w:val="16"/>
                <w:lang w:val="ro-RO"/>
              </w:rPr>
              <w:t>Demonstrează activitatea realizată și rezultatul obținut.</w:t>
            </w:r>
          </w:p>
        </w:tc>
        <w:tc>
          <w:tcPr>
            <w:tcW w:w="3231" w:type="dxa"/>
            <w:shd w:val="clear" w:color="auto" w:fill="FAFAFA"/>
            <w:tcMar>
              <w:top w:w="70" w:type="dxa"/>
              <w:left w:w="85" w:type="dxa"/>
              <w:bottom w:w="70" w:type="dxa"/>
              <w:right w:w="85" w:type="dxa"/>
            </w:tcMar>
            <w:vAlign w:val="center"/>
          </w:tcPr>
          <w:p w14:paraId="47E740F2" w14:textId="77777777" w:rsidR="002D35F2" w:rsidRPr="000C5950" w:rsidRDefault="00000000">
            <w:pPr>
              <w:spacing w:after="0" w:line="240" w:lineRule="auto"/>
              <w:rPr>
                <w:noProof/>
                <w:lang w:val="ro-RO"/>
              </w:rPr>
            </w:pPr>
            <w:r w:rsidRPr="000C5950">
              <w:rPr>
                <w:noProof/>
                <w:sz w:val="16"/>
                <w:lang w:val="ro-RO"/>
              </w:rPr>
              <w:t>Evaluare, raport, listă completată, rezultat de măsurare, proces-verbal, log electronic.</w:t>
            </w:r>
          </w:p>
        </w:tc>
        <w:tc>
          <w:tcPr>
            <w:tcW w:w="2324" w:type="dxa"/>
            <w:shd w:val="clear" w:color="auto" w:fill="FAFAFA"/>
            <w:tcMar>
              <w:top w:w="70" w:type="dxa"/>
              <w:left w:w="85" w:type="dxa"/>
              <w:bottom w:w="70" w:type="dxa"/>
              <w:right w:w="85" w:type="dxa"/>
            </w:tcMar>
            <w:vAlign w:val="center"/>
          </w:tcPr>
          <w:p w14:paraId="0DB3524B" w14:textId="77777777" w:rsidR="002D35F2" w:rsidRPr="000C5950" w:rsidRDefault="00000000">
            <w:pPr>
              <w:spacing w:after="0" w:line="240" w:lineRule="auto"/>
              <w:rPr>
                <w:noProof/>
                <w:lang w:val="ro-RO"/>
              </w:rPr>
            </w:pPr>
            <w:r w:rsidRPr="000C5950">
              <w:rPr>
                <w:noProof/>
                <w:sz w:val="16"/>
                <w:lang w:val="ro-RO"/>
              </w:rPr>
              <w:t>Identificare, integritate, lizibilitate, termen de păstrare, recuperare și eliminare.</w:t>
            </w:r>
          </w:p>
        </w:tc>
      </w:tr>
    </w:tbl>
    <w:p w14:paraId="53CA5D23" w14:textId="77777777" w:rsidR="002D35F2" w:rsidRPr="000C5950" w:rsidRDefault="002D35F2">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2D35F2" w:rsidRPr="000C5950" w14:paraId="30622876" w14:textId="77777777">
        <w:trPr>
          <w:cantSplit/>
          <w:jc w:val="center"/>
        </w:trPr>
        <w:tc>
          <w:tcPr>
            <w:tcW w:w="1020" w:type="dxa"/>
            <w:shd w:val="clear" w:color="auto" w:fill="D71920"/>
            <w:tcMar>
              <w:top w:w="70" w:type="dxa"/>
              <w:left w:w="85" w:type="dxa"/>
              <w:bottom w:w="70" w:type="dxa"/>
              <w:right w:w="85" w:type="dxa"/>
            </w:tcMar>
            <w:vAlign w:val="center"/>
          </w:tcPr>
          <w:p w14:paraId="1563E959" w14:textId="77777777" w:rsidR="002D35F2" w:rsidRPr="000C5950" w:rsidRDefault="00000000">
            <w:pPr>
              <w:spacing w:after="0" w:line="240" w:lineRule="auto"/>
              <w:jc w:val="center"/>
              <w:rPr>
                <w:noProof/>
                <w:lang w:val="ro-RO"/>
              </w:rPr>
            </w:pPr>
            <w:r w:rsidRPr="000C5950">
              <w:rPr>
                <w:b/>
                <w:noProof/>
                <w:color w:val="FFFFFF"/>
                <w:sz w:val="34"/>
                <w:lang w:val="ro-RO"/>
              </w:rPr>
              <w:t>2</w:t>
            </w:r>
          </w:p>
        </w:tc>
        <w:tc>
          <w:tcPr>
            <w:tcW w:w="8901" w:type="dxa"/>
            <w:shd w:val="clear" w:color="auto" w:fill="F3F4F5"/>
          </w:tcPr>
          <w:p w14:paraId="34FBC8CF" w14:textId="77777777" w:rsidR="002D35F2" w:rsidRPr="000C5950" w:rsidRDefault="00000000">
            <w:pPr>
              <w:spacing w:after="20"/>
              <w:rPr>
                <w:noProof/>
                <w:lang w:val="ro-RO"/>
              </w:rPr>
            </w:pPr>
            <w:r w:rsidRPr="000C5950">
              <w:rPr>
                <w:b/>
                <w:noProof/>
                <w:sz w:val="27"/>
                <w:lang w:val="ro-RO"/>
              </w:rPr>
              <w:t>Ce solicită ISO 45001</w:t>
            </w:r>
          </w:p>
          <w:p w14:paraId="3A537FFF" w14:textId="77777777" w:rsidR="002D35F2" w:rsidRPr="000C5950" w:rsidRDefault="00000000">
            <w:pPr>
              <w:spacing w:after="0"/>
              <w:rPr>
                <w:noProof/>
                <w:lang w:val="ro-RO"/>
              </w:rPr>
            </w:pPr>
            <w:r w:rsidRPr="000C5950">
              <w:rPr>
                <w:noProof/>
                <w:color w:val="666666"/>
                <w:sz w:val="16"/>
                <w:lang w:val="ro-RO"/>
              </w:rPr>
              <w:t>Cerințele explicite sunt completate de documente proporționate cu pericolele, riscurile și obligațiile organizației</w:t>
            </w:r>
          </w:p>
        </w:tc>
      </w:tr>
    </w:tbl>
    <w:p w14:paraId="40B71401" w14:textId="77777777" w:rsidR="002D35F2" w:rsidRPr="000C5950" w:rsidRDefault="002D35F2">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3345"/>
        <w:gridCol w:w="5556"/>
      </w:tblGrid>
      <w:tr w:rsidR="002D35F2" w:rsidRPr="000C5950" w14:paraId="2A46C9B4" w14:textId="77777777">
        <w:trPr>
          <w:tblHeader/>
          <w:jc w:val="center"/>
        </w:trPr>
        <w:tc>
          <w:tcPr>
            <w:tcW w:w="1020" w:type="dxa"/>
            <w:shd w:val="clear" w:color="auto" w:fill="D71920"/>
            <w:tcMar>
              <w:top w:w="70" w:type="dxa"/>
              <w:left w:w="85" w:type="dxa"/>
              <w:bottom w:w="70" w:type="dxa"/>
              <w:right w:w="85" w:type="dxa"/>
            </w:tcMar>
            <w:vAlign w:val="center"/>
          </w:tcPr>
          <w:p w14:paraId="4A873BBC" w14:textId="77777777" w:rsidR="002D35F2" w:rsidRPr="000C5950" w:rsidRDefault="00000000">
            <w:pPr>
              <w:spacing w:after="0" w:line="240" w:lineRule="auto"/>
              <w:jc w:val="center"/>
              <w:rPr>
                <w:noProof/>
                <w:lang w:val="ro-RO"/>
              </w:rPr>
            </w:pPr>
            <w:r w:rsidRPr="000C5950">
              <w:rPr>
                <w:b/>
                <w:noProof/>
                <w:color w:val="FFFFFF"/>
                <w:sz w:val="15"/>
                <w:lang w:val="ro-RO"/>
              </w:rPr>
              <w:t>CLAUZĂ</w:t>
            </w:r>
          </w:p>
        </w:tc>
        <w:tc>
          <w:tcPr>
            <w:tcW w:w="3345" w:type="dxa"/>
            <w:shd w:val="clear" w:color="auto" w:fill="D71920"/>
            <w:tcMar>
              <w:top w:w="70" w:type="dxa"/>
              <w:left w:w="85" w:type="dxa"/>
              <w:bottom w:w="70" w:type="dxa"/>
              <w:right w:w="85" w:type="dxa"/>
            </w:tcMar>
            <w:vAlign w:val="center"/>
          </w:tcPr>
          <w:p w14:paraId="410B7F2D" w14:textId="77777777" w:rsidR="002D35F2" w:rsidRPr="000C5950" w:rsidRDefault="00000000">
            <w:pPr>
              <w:spacing w:after="0" w:line="240" w:lineRule="auto"/>
              <w:jc w:val="center"/>
              <w:rPr>
                <w:noProof/>
                <w:lang w:val="ro-RO"/>
              </w:rPr>
            </w:pPr>
            <w:r w:rsidRPr="000C5950">
              <w:rPr>
                <w:b/>
                <w:noProof/>
                <w:color w:val="FFFFFF"/>
                <w:sz w:val="15"/>
                <w:lang w:val="ro-RO"/>
              </w:rPr>
              <w:t>INFORMAȚIE MENȚINUTĂ</w:t>
            </w:r>
          </w:p>
        </w:tc>
        <w:tc>
          <w:tcPr>
            <w:tcW w:w="5556" w:type="dxa"/>
            <w:shd w:val="clear" w:color="auto" w:fill="D71920"/>
            <w:tcMar>
              <w:top w:w="70" w:type="dxa"/>
              <w:left w:w="85" w:type="dxa"/>
              <w:bottom w:w="70" w:type="dxa"/>
              <w:right w:w="85" w:type="dxa"/>
            </w:tcMar>
            <w:vAlign w:val="center"/>
          </w:tcPr>
          <w:p w14:paraId="711AC00E" w14:textId="77777777" w:rsidR="002D35F2" w:rsidRPr="000C5950" w:rsidRDefault="00000000">
            <w:pPr>
              <w:spacing w:after="0" w:line="240" w:lineRule="auto"/>
              <w:jc w:val="center"/>
              <w:rPr>
                <w:noProof/>
                <w:lang w:val="ro-RO"/>
              </w:rPr>
            </w:pPr>
            <w:r w:rsidRPr="000C5950">
              <w:rPr>
                <w:b/>
                <w:noProof/>
                <w:color w:val="FFFFFF"/>
                <w:sz w:val="15"/>
                <w:lang w:val="ro-RO"/>
              </w:rPr>
              <w:t>CE AR TREBUI SĂ FIE CLAR</w:t>
            </w:r>
          </w:p>
        </w:tc>
      </w:tr>
      <w:tr w:rsidR="002D35F2" w:rsidRPr="000C5950" w14:paraId="047B8D4F" w14:textId="77777777">
        <w:trPr>
          <w:cantSplit/>
          <w:jc w:val="center"/>
        </w:trPr>
        <w:tc>
          <w:tcPr>
            <w:tcW w:w="1020" w:type="dxa"/>
            <w:shd w:val="clear" w:color="auto" w:fill="FFFFFF"/>
            <w:tcMar>
              <w:top w:w="70" w:type="dxa"/>
              <w:left w:w="85" w:type="dxa"/>
              <w:bottom w:w="70" w:type="dxa"/>
              <w:right w:w="85" w:type="dxa"/>
            </w:tcMar>
            <w:vAlign w:val="center"/>
          </w:tcPr>
          <w:p w14:paraId="78B4D887" w14:textId="77777777" w:rsidR="002D35F2" w:rsidRPr="000C5950" w:rsidRDefault="00000000">
            <w:pPr>
              <w:spacing w:after="0" w:line="240" w:lineRule="auto"/>
              <w:jc w:val="center"/>
              <w:rPr>
                <w:noProof/>
                <w:lang w:val="ro-RO"/>
              </w:rPr>
            </w:pPr>
            <w:r w:rsidRPr="000C5950">
              <w:rPr>
                <w:noProof/>
                <w:sz w:val="14"/>
                <w:lang w:val="ro-RO"/>
              </w:rPr>
              <w:t>4.3</w:t>
            </w:r>
          </w:p>
        </w:tc>
        <w:tc>
          <w:tcPr>
            <w:tcW w:w="3345" w:type="dxa"/>
            <w:shd w:val="clear" w:color="auto" w:fill="FFFFFF"/>
            <w:tcMar>
              <w:top w:w="70" w:type="dxa"/>
              <w:left w:w="85" w:type="dxa"/>
              <w:bottom w:w="70" w:type="dxa"/>
              <w:right w:w="85" w:type="dxa"/>
            </w:tcMar>
            <w:vAlign w:val="center"/>
          </w:tcPr>
          <w:p w14:paraId="4CE3A096" w14:textId="77777777" w:rsidR="002D35F2" w:rsidRPr="000C5950" w:rsidRDefault="00000000">
            <w:pPr>
              <w:spacing w:after="0" w:line="240" w:lineRule="auto"/>
              <w:rPr>
                <w:noProof/>
                <w:lang w:val="ro-RO"/>
              </w:rPr>
            </w:pPr>
            <w:r w:rsidRPr="000C5950">
              <w:rPr>
                <w:noProof/>
                <w:sz w:val="14"/>
                <w:lang w:val="ro-RO"/>
              </w:rPr>
              <w:t>Domeniul de aplicare al sistemului SSM</w:t>
            </w:r>
          </w:p>
        </w:tc>
        <w:tc>
          <w:tcPr>
            <w:tcW w:w="5556" w:type="dxa"/>
            <w:shd w:val="clear" w:color="auto" w:fill="FFFFFF"/>
            <w:tcMar>
              <w:top w:w="70" w:type="dxa"/>
              <w:left w:w="85" w:type="dxa"/>
              <w:bottom w:w="70" w:type="dxa"/>
              <w:right w:w="85" w:type="dxa"/>
            </w:tcMar>
            <w:vAlign w:val="center"/>
          </w:tcPr>
          <w:p w14:paraId="539489E9" w14:textId="77777777" w:rsidR="002D35F2" w:rsidRPr="000C5950" w:rsidRDefault="00000000">
            <w:pPr>
              <w:spacing w:after="0" w:line="240" w:lineRule="auto"/>
              <w:rPr>
                <w:noProof/>
                <w:lang w:val="ro-RO"/>
              </w:rPr>
            </w:pPr>
            <w:r w:rsidRPr="000C5950">
              <w:rPr>
                <w:noProof/>
                <w:sz w:val="14"/>
                <w:lang w:val="ro-RO"/>
              </w:rPr>
              <w:t>Limite, locații, activități, lucrători, procese, produse/servicii și controlul sau influența organizației.</w:t>
            </w:r>
          </w:p>
        </w:tc>
      </w:tr>
      <w:tr w:rsidR="002D35F2" w:rsidRPr="000C5950" w14:paraId="5D0B58C0" w14:textId="77777777">
        <w:trPr>
          <w:cantSplit/>
          <w:jc w:val="center"/>
        </w:trPr>
        <w:tc>
          <w:tcPr>
            <w:tcW w:w="1020" w:type="dxa"/>
            <w:shd w:val="clear" w:color="auto" w:fill="FAFAFA"/>
            <w:tcMar>
              <w:top w:w="70" w:type="dxa"/>
              <w:left w:w="85" w:type="dxa"/>
              <w:bottom w:w="70" w:type="dxa"/>
              <w:right w:w="85" w:type="dxa"/>
            </w:tcMar>
            <w:vAlign w:val="center"/>
          </w:tcPr>
          <w:p w14:paraId="12E8C520" w14:textId="77777777" w:rsidR="002D35F2" w:rsidRPr="000C5950" w:rsidRDefault="00000000">
            <w:pPr>
              <w:spacing w:after="0" w:line="240" w:lineRule="auto"/>
              <w:jc w:val="center"/>
              <w:rPr>
                <w:noProof/>
                <w:lang w:val="ro-RO"/>
              </w:rPr>
            </w:pPr>
            <w:r w:rsidRPr="000C5950">
              <w:rPr>
                <w:noProof/>
                <w:sz w:val="14"/>
                <w:lang w:val="ro-RO"/>
              </w:rPr>
              <w:t>5.2</w:t>
            </w:r>
          </w:p>
        </w:tc>
        <w:tc>
          <w:tcPr>
            <w:tcW w:w="3345" w:type="dxa"/>
            <w:shd w:val="clear" w:color="auto" w:fill="FAFAFA"/>
            <w:tcMar>
              <w:top w:w="70" w:type="dxa"/>
              <w:left w:w="85" w:type="dxa"/>
              <w:bottom w:w="70" w:type="dxa"/>
              <w:right w:w="85" w:type="dxa"/>
            </w:tcMar>
            <w:vAlign w:val="center"/>
          </w:tcPr>
          <w:p w14:paraId="06DF23A9" w14:textId="77777777" w:rsidR="002D35F2" w:rsidRPr="000C5950" w:rsidRDefault="00000000">
            <w:pPr>
              <w:spacing w:after="0" w:line="240" w:lineRule="auto"/>
              <w:rPr>
                <w:noProof/>
                <w:lang w:val="ro-RO"/>
              </w:rPr>
            </w:pPr>
            <w:r w:rsidRPr="000C5950">
              <w:rPr>
                <w:noProof/>
                <w:sz w:val="14"/>
                <w:lang w:val="ro-RO"/>
              </w:rPr>
              <w:t>Politica SSM</w:t>
            </w:r>
          </w:p>
        </w:tc>
        <w:tc>
          <w:tcPr>
            <w:tcW w:w="5556" w:type="dxa"/>
            <w:shd w:val="clear" w:color="auto" w:fill="FAFAFA"/>
            <w:tcMar>
              <w:top w:w="70" w:type="dxa"/>
              <w:left w:w="85" w:type="dxa"/>
              <w:bottom w:w="70" w:type="dxa"/>
              <w:right w:w="85" w:type="dxa"/>
            </w:tcMar>
            <w:vAlign w:val="center"/>
          </w:tcPr>
          <w:p w14:paraId="3967C55D" w14:textId="77777777" w:rsidR="002D35F2" w:rsidRPr="000C5950" w:rsidRDefault="00000000">
            <w:pPr>
              <w:spacing w:after="0" w:line="240" w:lineRule="auto"/>
              <w:rPr>
                <w:noProof/>
                <w:lang w:val="ro-RO"/>
              </w:rPr>
            </w:pPr>
            <w:r w:rsidRPr="000C5950">
              <w:rPr>
                <w:noProof/>
                <w:sz w:val="14"/>
                <w:lang w:val="ro-RO"/>
              </w:rPr>
              <w:t>Angajamente privind condiții de muncă sigure și sănătoase, eliminarea pericolelor, reducerea riscurilor, conformarea, consultarea și îmbunătățirea.</w:t>
            </w:r>
          </w:p>
        </w:tc>
      </w:tr>
      <w:tr w:rsidR="002D35F2" w:rsidRPr="000C5950" w14:paraId="265AA31A" w14:textId="77777777">
        <w:trPr>
          <w:cantSplit/>
          <w:jc w:val="center"/>
        </w:trPr>
        <w:tc>
          <w:tcPr>
            <w:tcW w:w="1020" w:type="dxa"/>
            <w:shd w:val="clear" w:color="auto" w:fill="FFFFFF"/>
            <w:tcMar>
              <w:top w:w="70" w:type="dxa"/>
              <w:left w:w="85" w:type="dxa"/>
              <w:bottom w:w="70" w:type="dxa"/>
              <w:right w:w="85" w:type="dxa"/>
            </w:tcMar>
            <w:vAlign w:val="center"/>
          </w:tcPr>
          <w:p w14:paraId="1758A108" w14:textId="77777777" w:rsidR="002D35F2" w:rsidRPr="000C5950" w:rsidRDefault="00000000">
            <w:pPr>
              <w:spacing w:after="0" w:line="240" w:lineRule="auto"/>
              <w:jc w:val="center"/>
              <w:rPr>
                <w:noProof/>
                <w:lang w:val="ro-RO"/>
              </w:rPr>
            </w:pPr>
            <w:r w:rsidRPr="000C5950">
              <w:rPr>
                <w:noProof/>
                <w:sz w:val="14"/>
                <w:lang w:val="ro-RO"/>
              </w:rPr>
              <w:t>6.1.1</w:t>
            </w:r>
          </w:p>
        </w:tc>
        <w:tc>
          <w:tcPr>
            <w:tcW w:w="3345" w:type="dxa"/>
            <w:shd w:val="clear" w:color="auto" w:fill="FFFFFF"/>
            <w:tcMar>
              <w:top w:w="70" w:type="dxa"/>
              <w:left w:w="85" w:type="dxa"/>
              <w:bottom w:w="70" w:type="dxa"/>
              <w:right w:w="85" w:type="dxa"/>
            </w:tcMar>
            <w:vAlign w:val="center"/>
          </w:tcPr>
          <w:p w14:paraId="3E267D3C" w14:textId="77777777" w:rsidR="002D35F2" w:rsidRPr="000C5950" w:rsidRDefault="00000000">
            <w:pPr>
              <w:spacing w:after="0" w:line="240" w:lineRule="auto"/>
              <w:rPr>
                <w:noProof/>
                <w:lang w:val="ro-RO"/>
              </w:rPr>
            </w:pPr>
            <w:r w:rsidRPr="000C5950">
              <w:rPr>
                <w:noProof/>
                <w:sz w:val="14"/>
                <w:lang w:val="ro-RO"/>
              </w:rPr>
              <w:t>Riscuri/oportunități și procesele/acțiunile necesare</w:t>
            </w:r>
          </w:p>
        </w:tc>
        <w:tc>
          <w:tcPr>
            <w:tcW w:w="5556" w:type="dxa"/>
            <w:shd w:val="clear" w:color="auto" w:fill="FFFFFF"/>
            <w:tcMar>
              <w:top w:w="70" w:type="dxa"/>
              <w:left w:w="85" w:type="dxa"/>
              <w:bottom w:w="70" w:type="dxa"/>
              <w:right w:w="85" w:type="dxa"/>
            </w:tcMar>
            <w:vAlign w:val="center"/>
          </w:tcPr>
          <w:p w14:paraId="659F2BA7" w14:textId="77777777" w:rsidR="002D35F2" w:rsidRPr="000C5950" w:rsidRDefault="00000000">
            <w:pPr>
              <w:spacing w:after="0" w:line="240" w:lineRule="auto"/>
              <w:rPr>
                <w:noProof/>
                <w:lang w:val="ro-RO"/>
              </w:rPr>
            </w:pPr>
            <w:r w:rsidRPr="000C5950">
              <w:rPr>
                <w:noProof/>
                <w:sz w:val="14"/>
                <w:lang w:val="ro-RO"/>
              </w:rPr>
              <w:t>Rezultatele evaluării și modul planificat de tratare și integrare în sistem.</w:t>
            </w:r>
          </w:p>
        </w:tc>
      </w:tr>
      <w:tr w:rsidR="002D35F2" w:rsidRPr="000C5950" w14:paraId="0733521B" w14:textId="77777777">
        <w:trPr>
          <w:cantSplit/>
          <w:jc w:val="center"/>
        </w:trPr>
        <w:tc>
          <w:tcPr>
            <w:tcW w:w="1020" w:type="dxa"/>
            <w:shd w:val="clear" w:color="auto" w:fill="FAFAFA"/>
            <w:tcMar>
              <w:top w:w="70" w:type="dxa"/>
              <w:left w:w="85" w:type="dxa"/>
              <w:bottom w:w="70" w:type="dxa"/>
              <w:right w:w="85" w:type="dxa"/>
            </w:tcMar>
            <w:vAlign w:val="center"/>
          </w:tcPr>
          <w:p w14:paraId="7E2FD277" w14:textId="77777777" w:rsidR="002D35F2" w:rsidRPr="000C5950" w:rsidRDefault="00000000">
            <w:pPr>
              <w:spacing w:after="0" w:line="240" w:lineRule="auto"/>
              <w:jc w:val="center"/>
              <w:rPr>
                <w:noProof/>
                <w:lang w:val="ro-RO"/>
              </w:rPr>
            </w:pPr>
            <w:r w:rsidRPr="000C5950">
              <w:rPr>
                <w:noProof/>
                <w:sz w:val="14"/>
                <w:lang w:val="ro-RO"/>
              </w:rPr>
              <w:t>6.1.2.2</w:t>
            </w:r>
          </w:p>
        </w:tc>
        <w:tc>
          <w:tcPr>
            <w:tcW w:w="3345" w:type="dxa"/>
            <w:shd w:val="clear" w:color="auto" w:fill="FAFAFA"/>
            <w:tcMar>
              <w:top w:w="70" w:type="dxa"/>
              <w:left w:w="85" w:type="dxa"/>
              <w:bottom w:w="70" w:type="dxa"/>
              <w:right w:w="85" w:type="dxa"/>
            </w:tcMar>
            <w:vAlign w:val="center"/>
          </w:tcPr>
          <w:p w14:paraId="0BAA1E03" w14:textId="77777777" w:rsidR="002D35F2" w:rsidRPr="000C5950" w:rsidRDefault="00000000">
            <w:pPr>
              <w:spacing w:after="0" w:line="240" w:lineRule="auto"/>
              <w:rPr>
                <w:noProof/>
                <w:lang w:val="ro-RO"/>
              </w:rPr>
            </w:pPr>
            <w:r w:rsidRPr="000C5950">
              <w:rPr>
                <w:noProof/>
                <w:sz w:val="14"/>
                <w:lang w:val="ro-RO"/>
              </w:rPr>
              <w:t>Metodologia și criteriile de evaluare a riscurilor SSM</w:t>
            </w:r>
          </w:p>
        </w:tc>
        <w:tc>
          <w:tcPr>
            <w:tcW w:w="5556" w:type="dxa"/>
            <w:shd w:val="clear" w:color="auto" w:fill="FAFAFA"/>
            <w:tcMar>
              <w:top w:w="70" w:type="dxa"/>
              <w:left w:w="85" w:type="dxa"/>
              <w:bottom w:w="70" w:type="dxa"/>
              <w:right w:w="85" w:type="dxa"/>
            </w:tcMar>
            <w:vAlign w:val="center"/>
          </w:tcPr>
          <w:p w14:paraId="184E1975" w14:textId="77777777" w:rsidR="002D35F2" w:rsidRPr="000C5950" w:rsidRDefault="00000000">
            <w:pPr>
              <w:spacing w:after="0" w:line="240" w:lineRule="auto"/>
              <w:rPr>
                <w:noProof/>
                <w:lang w:val="ro-RO"/>
              </w:rPr>
            </w:pPr>
            <w:r w:rsidRPr="000C5950">
              <w:rPr>
                <w:noProof/>
                <w:sz w:val="14"/>
                <w:lang w:val="ro-RO"/>
              </w:rPr>
              <w:t>Abordare proactivă, sistematică, domeniu, scale, criterii de acceptabilitate și competență.</w:t>
            </w:r>
          </w:p>
        </w:tc>
      </w:tr>
      <w:tr w:rsidR="002D35F2" w:rsidRPr="000C5950" w14:paraId="2F1B0727" w14:textId="77777777">
        <w:trPr>
          <w:cantSplit/>
          <w:jc w:val="center"/>
        </w:trPr>
        <w:tc>
          <w:tcPr>
            <w:tcW w:w="1020" w:type="dxa"/>
            <w:shd w:val="clear" w:color="auto" w:fill="FFFFFF"/>
            <w:tcMar>
              <w:top w:w="70" w:type="dxa"/>
              <w:left w:w="85" w:type="dxa"/>
              <w:bottom w:w="70" w:type="dxa"/>
              <w:right w:w="85" w:type="dxa"/>
            </w:tcMar>
            <w:vAlign w:val="center"/>
          </w:tcPr>
          <w:p w14:paraId="56E19CEA" w14:textId="77777777" w:rsidR="002D35F2" w:rsidRPr="000C5950" w:rsidRDefault="00000000">
            <w:pPr>
              <w:spacing w:after="0" w:line="240" w:lineRule="auto"/>
              <w:jc w:val="center"/>
              <w:rPr>
                <w:noProof/>
                <w:lang w:val="ro-RO"/>
              </w:rPr>
            </w:pPr>
            <w:r w:rsidRPr="000C5950">
              <w:rPr>
                <w:noProof/>
                <w:sz w:val="14"/>
                <w:lang w:val="ro-RO"/>
              </w:rPr>
              <w:t>6.1.3</w:t>
            </w:r>
          </w:p>
        </w:tc>
        <w:tc>
          <w:tcPr>
            <w:tcW w:w="3345" w:type="dxa"/>
            <w:shd w:val="clear" w:color="auto" w:fill="FFFFFF"/>
            <w:tcMar>
              <w:top w:w="70" w:type="dxa"/>
              <w:left w:w="85" w:type="dxa"/>
              <w:bottom w:w="70" w:type="dxa"/>
              <w:right w:w="85" w:type="dxa"/>
            </w:tcMar>
            <w:vAlign w:val="center"/>
          </w:tcPr>
          <w:p w14:paraId="284DA54F" w14:textId="77777777" w:rsidR="002D35F2" w:rsidRPr="000C5950" w:rsidRDefault="00000000">
            <w:pPr>
              <w:spacing w:after="0" w:line="240" w:lineRule="auto"/>
              <w:rPr>
                <w:noProof/>
                <w:lang w:val="ro-RO"/>
              </w:rPr>
            </w:pPr>
            <w:r w:rsidRPr="000C5950">
              <w:rPr>
                <w:noProof/>
                <w:sz w:val="14"/>
                <w:lang w:val="ro-RO"/>
              </w:rPr>
              <w:t>Cerințe legale și alte cerințe</w:t>
            </w:r>
          </w:p>
        </w:tc>
        <w:tc>
          <w:tcPr>
            <w:tcW w:w="5556" w:type="dxa"/>
            <w:shd w:val="clear" w:color="auto" w:fill="FFFFFF"/>
            <w:tcMar>
              <w:top w:w="70" w:type="dxa"/>
              <w:left w:w="85" w:type="dxa"/>
              <w:bottom w:w="70" w:type="dxa"/>
              <w:right w:w="85" w:type="dxa"/>
            </w:tcMar>
            <w:vAlign w:val="center"/>
          </w:tcPr>
          <w:p w14:paraId="45CB9B8B" w14:textId="77777777" w:rsidR="002D35F2" w:rsidRPr="000C5950" w:rsidRDefault="00000000">
            <w:pPr>
              <w:spacing w:after="0" w:line="240" w:lineRule="auto"/>
              <w:rPr>
                <w:noProof/>
                <w:lang w:val="ro-RO"/>
              </w:rPr>
            </w:pPr>
            <w:r w:rsidRPr="000C5950">
              <w:rPr>
                <w:noProof/>
                <w:sz w:val="14"/>
                <w:lang w:val="ro-RO"/>
              </w:rPr>
              <w:t>Surse, obligații aplicabile, acces, actualizare și modul în care influențează sistemul.</w:t>
            </w:r>
          </w:p>
        </w:tc>
      </w:tr>
      <w:tr w:rsidR="002D35F2" w:rsidRPr="000C5950" w14:paraId="3B58F13F" w14:textId="77777777">
        <w:trPr>
          <w:cantSplit/>
          <w:jc w:val="center"/>
        </w:trPr>
        <w:tc>
          <w:tcPr>
            <w:tcW w:w="1020" w:type="dxa"/>
            <w:shd w:val="clear" w:color="auto" w:fill="FAFAFA"/>
            <w:tcMar>
              <w:top w:w="70" w:type="dxa"/>
              <w:left w:w="85" w:type="dxa"/>
              <w:bottom w:w="70" w:type="dxa"/>
              <w:right w:w="85" w:type="dxa"/>
            </w:tcMar>
            <w:vAlign w:val="center"/>
          </w:tcPr>
          <w:p w14:paraId="3AEE2CF9" w14:textId="77777777" w:rsidR="002D35F2" w:rsidRPr="000C5950" w:rsidRDefault="00000000">
            <w:pPr>
              <w:spacing w:after="0" w:line="240" w:lineRule="auto"/>
              <w:jc w:val="center"/>
              <w:rPr>
                <w:noProof/>
                <w:lang w:val="ro-RO"/>
              </w:rPr>
            </w:pPr>
            <w:r w:rsidRPr="000C5950">
              <w:rPr>
                <w:noProof/>
                <w:sz w:val="14"/>
                <w:lang w:val="ro-RO"/>
              </w:rPr>
              <w:t>6.2</w:t>
            </w:r>
          </w:p>
        </w:tc>
        <w:tc>
          <w:tcPr>
            <w:tcW w:w="3345" w:type="dxa"/>
            <w:shd w:val="clear" w:color="auto" w:fill="FAFAFA"/>
            <w:tcMar>
              <w:top w:w="70" w:type="dxa"/>
              <w:left w:w="85" w:type="dxa"/>
              <w:bottom w:w="70" w:type="dxa"/>
              <w:right w:w="85" w:type="dxa"/>
            </w:tcMar>
            <w:vAlign w:val="center"/>
          </w:tcPr>
          <w:p w14:paraId="5E402313" w14:textId="77777777" w:rsidR="002D35F2" w:rsidRPr="000C5950" w:rsidRDefault="00000000">
            <w:pPr>
              <w:spacing w:after="0" w:line="240" w:lineRule="auto"/>
              <w:rPr>
                <w:noProof/>
                <w:lang w:val="ro-RO"/>
              </w:rPr>
            </w:pPr>
            <w:r w:rsidRPr="000C5950">
              <w:rPr>
                <w:noProof/>
                <w:sz w:val="14"/>
                <w:lang w:val="ro-RO"/>
              </w:rPr>
              <w:t>Obiective SSM și planuri de realizare</w:t>
            </w:r>
          </w:p>
        </w:tc>
        <w:tc>
          <w:tcPr>
            <w:tcW w:w="5556" w:type="dxa"/>
            <w:shd w:val="clear" w:color="auto" w:fill="FAFAFA"/>
            <w:tcMar>
              <w:top w:w="70" w:type="dxa"/>
              <w:left w:w="85" w:type="dxa"/>
              <w:bottom w:w="70" w:type="dxa"/>
              <w:right w:w="85" w:type="dxa"/>
            </w:tcMar>
            <w:vAlign w:val="center"/>
          </w:tcPr>
          <w:p w14:paraId="5D8E68D7" w14:textId="77777777" w:rsidR="002D35F2" w:rsidRPr="000C5950" w:rsidRDefault="00000000">
            <w:pPr>
              <w:spacing w:after="0" w:line="240" w:lineRule="auto"/>
              <w:rPr>
                <w:noProof/>
                <w:lang w:val="ro-RO"/>
              </w:rPr>
            </w:pPr>
            <w:r w:rsidRPr="000C5950">
              <w:rPr>
                <w:noProof/>
                <w:sz w:val="14"/>
                <w:lang w:val="ro-RO"/>
              </w:rPr>
              <w:t>Indicatori, ținte, resurse, responsabilități, termene, consultare, monitorizare și evaluare.</w:t>
            </w:r>
          </w:p>
        </w:tc>
      </w:tr>
      <w:tr w:rsidR="002D35F2" w:rsidRPr="000C5950" w14:paraId="48343F07" w14:textId="77777777">
        <w:trPr>
          <w:cantSplit/>
          <w:jc w:val="center"/>
        </w:trPr>
        <w:tc>
          <w:tcPr>
            <w:tcW w:w="1020" w:type="dxa"/>
            <w:shd w:val="clear" w:color="auto" w:fill="FFFFFF"/>
            <w:tcMar>
              <w:top w:w="70" w:type="dxa"/>
              <w:left w:w="85" w:type="dxa"/>
              <w:bottom w:w="70" w:type="dxa"/>
              <w:right w:w="85" w:type="dxa"/>
            </w:tcMar>
            <w:vAlign w:val="center"/>
          </w:tcPr>
          <w:p w14:paraId="5E2BE25D" w14:textId="77777777" w:rsidR="002D35F2" w:rsidRPr="000C5950" w:rsidRDefault="00000000">
            <w:pPr>
              <w:spacing w:after="0" w:line="240" w:lineRule="auto"/>
              <w:jc w:val="center"/>
              <w:rPr>
                <w:noProof/>
                <w:lang w:val="ro-RO"/>
              </w:rPr>
            </w:pPr>
            <w:r w:rsidRPr="000C5950">
              <w:rPr>
                <w:noProof/>
                <w:sz w:val="14"/>
                <w:lang w:val="ro-RO"/>
              </w:rPr>
              <w:t>8.1</w:t>
            </w:r>
          </w:p>
        </w:tc>
        <w:tc>
          <w:tcPr>
            <w:tcW w:w="3345" w:type="dxa"/>
            <w:shd w:val="clear" w:color="auto" w:fill="FFFFFF"/>
            <w:tcMar>
              <w:top w:w="70" w:type="dxa"/>
              <w:left w:w="85" w:type="dxa"/>
              <w:bottom w:w="70" w:type="dxa"/>
              <w:right w:w="85" w:type="dxa"/>
            </w:tcMar>
            <w:vAlign w:val="center"/>
          </w:tcPr>
          <w:p w14:paraId="5497F9E0" w14:textId="77777777" w:rsidR="002D35F2" w:rsidRPr="000C5950" w:rsidRDefault="00000000">
            <w:pPr>
              <w:spacing w:after="0" w:line="240" w:lineRule="auto"/>
              <w:rPr>
                <w:noProof/>
                <w:lang w:val="ro-RO"/>
              </w:rPr>
            </w:pPr>
            <w:r w:rsidRPr="000C5950">
              <w:rPr>
                <w:noProof/>
                <w:sz w:val="14"/>
                <w:lang w:val="ro-RO"/>
              </w:rPr>
              <w:t>Informații necesare controlului operațional</w:t>
            </w:r>
          </w:p>
        </w:tc>
        <w:tc>
          <w:tcPr>
            <w:tcW w:w="5556" w:type="dxa"/>
            <w:shd w:val="clear" w:color="auto" w:fill="FFFFFF"/>
            <w:tcMar>
              <w:top w:w="70" w:type="dxa"/>
              <w:left w:w="85" w:type="dxa"/>
              <w:bottom w:w="70" w:type="dxa"/>
              <w:right w:w="85" w:type="dxa"/>
            </w:tcMar>
            <w:vAlign w:val="center"/>
          </w:tcPr>
          <w:p w14:paraId="6559FC63" w14:textId="77777777" w:rsidR="002D35F2" w:rsidRPr="000C5950" w:rsidRDefault="00000000">
            <w:pPr>
              <w:spacing w:after="0" w:line="240" w:lineRule="auto"/>
              <w:rPr>
                <w:noProof/>
                <w:lang w:val="ro-RO"/>
              </w:rPr>
            </w:pPr>
            <w:r w:rsidRPr="000C5950">
              <w:rPr>
                <w:noProof/>
                <w:sz w:val="14"/>
                <w:lang w:val="ro-RO"/>
              </w:rPr>
              <w:t>Criterii, proceduri, instrucțiuni, permise și reguli pentru schimbări, achiziții, contractanți și externalizare.</w:t>
            </w:r>
          </w:p>
        </w:tc>
      </w:tr>
      <w:tr w:rsidR="002D35F2" w:rsidRPr="000C5950" w14:paraId="64CD30BE" w14:textId="77777777">
        <w:trPr>
          <w:cantSplit/>
          <w:jc w:val="center"/>
        </w:trPr>
        <w:tc>
          <w:tcPr>
            <w:tcW w:w="1020" w:type="dxa"/>
            <w:shd w:val="clear" w:color="auto" w:fill="FAFAFA"/>
            <w:tcMar>
              <w:top w:w="70" w:type="dxa"/>
              <w:left w:w="85" w:type="dxa"/>
              <w:bottom w:w="70" w:type="dxa"/>
              <w:right w:w="85" w:type="dxa"/>
            </w:tcMar>
            <w:vAlign w:val="center"/>
          </w:tcPr>
          <w:p w14:paraId="1762B9F3" w14:textId="77777777" w:rsidR="002D35F2" w:rsidRPr="000C5950" w:rsidRDefault="00000000">
            <w:pPr>
              <w:spacing w:after="0" w:line="240" w:lineRule="auto"/>
              <w:jc w:val="center"/>
              <w:rPr>
                <w:noProof/>
                <w:lang w:val="ro-RO"/>
              </w:rPr>
            </w:pPr>
            <w:r w:rsidRPr="000C5950">
              <w:rPr>
                <w:noProof/>
                <w:sz w:val="14"/>
                <w:lang w:val="ro-RO"/>
              </w:rPr>
              <w:t>8.2</w:t>
            </w:r>
          </w:p>
        </w:tc>
        <w:tc>
          <w:tcPr>
            <w:tcW w:w="3345" w:type="dxa"/>
            <w:shd w:val="clear" w:color="auto" w:fill="FAFAFA"/>
            <w:tcMar>
              <w:top w:w="70" w:type="dxa"/>
              <w:left w:w="85" w:type="dxa"/>
              <w:bottom w:w="70" w:type="dxa"/>
              <w:right w:w="85" w:type="dxa"/>
            </w:tcMar>
            <w:vAlign w:val="center"/>
          </w:tcPr>
          <w:p w14:paraId="418460EA" w14:textId="77777777" w:rsidR="002D35F2" w:rsidRPr="000C5950" w:rsidRDefault="00000000">
            <w:pPr>
              <w:spacing w:after="0" w:line="240" w:lineRule="auto"/>
              <w:rPr>
                <w:noProof/>
                <w:lang w:val="ro-RO"/>
              </w:rPr>
            </w:pPr>
            <w:r w:rsidRPr="000C5950">
              <w:rPr>
                <w:noProof/>
                <w:sz w:val="14"/>
                <w:lang w:val="ro-RO"/>
              </w:rPr>
              <w:t>Procese și planuri pentru situații de urgență</w:t>
            </w:r>
          </w:p>
        </w:tc>
        <w:tc>
          <w:tcPr>
            <w:tcW w:w="5556" w:type="dxa"/>
            <w:shd w:val="clear" w:color="auto" w:fill="FAFAFA"/>
            <w:tcMar>
              <w:top w:w="70" w:type="dxa"/>
              <w:left w:w="85" w:type="dxa"/>
              <w:bottom w:w="70" w:type="dxa"/>
              <w:right w:w="85" w:type="dxa"/>
            </w:tcMar>
            <w:vAlign w:val="center"/>
          </w:tcPr>
          <w:p w14:paraId="0E86CF59" w14:textId="77777777" w:rsidR="002D35F2" w:rsidRPr="000C5950" w:rsidRDefault="00000000">
            <w:pPr>
              <w:spacing w:after="0" w:line="240" w:lineRule="auto"/>
              <w:rPr>
                <w:noProof/>
                <w:lang w:val="ro-RO"/>
              </w:rPr>
            </w:pPr>
            <w:r w:rsidRPr="000C5950">
              <w:rPr>
                <w:noProof/>
                <w:sz w:val="14"/>
                <w:lang w:val="ro-RO"/>
              </w:rPr>
              <w:t>Scenarii, răspuns, comunicare, resurse, testare și actualizare.</w:t>
            </w:r>
          </w:p>
        </w:tc>
      </w:tr>
    </w:tbl>
    <w:p w14:paraId="2ED3D7B2" w14:textId="77777777" w:rsidR="002D35F2" w:rsidRPr="000C5950" w:rsidRDefault="002D35F2">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2D35F2" w:rsidRPr="000C5950" w14:paraId="436730B4" w14:textId="77777777">
        <w:trPr>
          <w:cantSplit/>
          <w:jc w:val="center"/>
        </w:trPr>
        <w:tc>
          <w:tcPr>
            <w:tcW w:w="567" w:type="dxa"/>
            <w:shd w:val="clear" w:color="auto" w:fill="D71920"/>
            <w:tcMar>
              <w:top w:w="70" w:type="dxa"/>
              <w:left w:w="85" w:type="dxa"/>
              <w:bottom w:w="70" w:type="dxa"/>
              <w:right w:w="85" w:type="dxa"/>
            </w:tcMar>
            <w:vAlign w:val="center"/>
          </w:tcPr>
          <w:p w14:paraId="10068602" w14:textId="77777777" w:rsidR="002D35F2" w:rsidRPr="000C5950" w:rsidRDefault="00000000">
            <w:pPr>
              <w:spacing w:after="0" w:line="240" w:lineRule="auto"/>
              <w:jc w:val="center"/>
              <w:rPr>
                <w:noProof/>
                <w:lang w:val="ro-RO"/>
              </w:rPr>
            </w:pPr>
            <w:r w:rsidRPr="000C5950">
              <w:rPr>
                <w:b/>
                <w:noProof/>
                <w:color w:val="FFFFFF"/>
                <w:sz w:val="30"/>
                <w:lang w:val="ro-RO"/>
              </w:rPr>
              <w:lastRenderedPageBreak/>
              <w:t>i</w:t>
            </w:r>
          </w:p>
        </w:tc>
        <w:tc>
          <w:tcPr>
            <w:tcW w:w="9354" w:type="dxa"/>
            <w:shd w:val="clear" w:color="auto" w:fill="FCEBEC"/>
          </w:tcPr>
          <w:p w14:paraId="654FB2FF" w14:textId="77777777" w:rsidR="002D35F2" w:rsidRPr="000C5950" w:rsidRDefault="00000000">
            <w:pPr>
              <w:spacing w:after="20"/>
              <w:rPr>
                <w:noProof/>
                <w:lang w:val="ro-RO"/>
              </w:rPr>
            </w:pPr>
            <w:r w:rsidRPr="000C5950">
              <w:rPr>
                <w:b/>
                <w:noProof/>
                <w:color w:val="D71920"/>
                <w:sz w:val="17"/>
                <w:lang w:val="ro-RO"/>
              </w:rPr>
              <w:t>NU EXISTĂ O LISTĂ UNIVERSALĂ DE PROCEDURI SSM</w:t>
            </w:r>
          </w:p>
          <w:p w14:paraId="3D92CA49" w14:textId="77777777" w:rsidR="002D35F2" w:rsidRPr="000C5950" w:rsidRDefault="00000000">
            <w:pPr>
              <w:spacing w:after="0" w:line="247" w:lineRule="auto"/>
              <w:rPr>
                <w:noProof/>
                <w:lang w:val="ro-RO"/>
              </w:rPr>
            </w:pPr>
            <w:r w:rsidRPr="000C5950">
              <w:rPr>
                <w:noProof/>
                <w:sz w:val="16"/>
                <w:lang w:val="ro-RO"/>
              </w:rPr>
              <w:t>Volumul documentației depinde de pericole, legislație, competență, complexitate și consecințe. Un permis de lucru sau o instrucțiune detaliată poate fi esențială într-o activitate cu risc mare și inutilă în alta.</w:t>
            </w:r>
          </w:p>
        </w:tc>
      </w:tr>
    </w:tbl>
    <w:p w14:paraId="68C44F97" w14:textId="77777777" w:rsidR="002D35F2" w:rsidRPr="000C5950" w:rsidRDefault="002D35F2">
      <w:pPr>
        <w:spacing w:after="0"/>
        <w:rPr>
          <w:noProof/>
          <w:lang w:val="ro-RO"/>
        </w:rPr>
      </w:pPr>
    </w:p>
    <w:p w14:paraId="4E2E4AC4" w14:textId="77777777" w:rsidR="002D35F2" w:rsidRPr="000C5950" w:rsidRDefault="00000000">
      <w:pPr>
        <w:pStyle w:val="Heading2"/>
        <w:rPr>
          <w:noProof/>
          <w:lang w:val="ro-RO"/>
        </w:rPr>
      </w:pPr>
      <w:r w:rsidRPr="000C5950">
        <w:rPr>
          <w:noProof/>
          <w:lang w:val="ro-RO"/>
        </w:rPr>
        <w:t>Dovezi care trebuie păstrate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3288"/>
        <w:gridCol w:w="5613"/>
      </w:tblGrid>
      <w:tr w:rsidR="002D35F2" w:rsidRPr="000C5950" w14:paraId="5370A630" w14:textId="77777777">
        <w:trPr>
          <w:tblHeader/>
          <w:jc w:val="center"/>
        </w:trPr>
        <w:tc>
          <w:tcPr>
            <w:tcW w:w="1020" w:type="dxa"/>
            <w:shd w:val="clear" w:color="auto" w:fill="D71920"/>
            <w:tcMar>
              <w:top w:w="70" w:type="dxa"/>
              <w:left w:w="85" w:type="dxa"/>
              <w:bottom w:w="70" w:type="dxa"/>
              <w:right w:w="85" w:type="dxa"/>
            </w:tcMar>
            <w:vAlign w:val="center"/>
          </w:tcPr>
          <w:p w14:paraId="60F72528" w14:textId="77777777" w:rsidR="002D35F2" w:rsidRPr="000C5950" w:rsidRDefault="00000000">
            <w:pPr>
              <w:spacing w:after="0" w:line="240" w:lineRule="auto"/>
              <w:jc w:val="center"/>
              <w:rPr>
                <w:noProof/>
                <w:lang w:val="ro-RO"/>
              </w:rPr>
            </w:pPr>
            <w:r w:rsidRPr="000C5950">
              <w:rPr>
                <w:b/>
                <w:noProof/>
                <w:color w:val="FFFFFF"/>
                <w:sz w:val="15"/>
                <w:lang w:val="ro-RO"/>
              </w:rPr>
              <w:t>CLAUZĂ</w:t>
            </w:r>
          </w:p>
        </w:tc>
        <w:tc>
          <w:tcPr>
            <w:tcW w:w="3288" w:type="dxa"/>
            <w:shd w:val="clear" w:color="auto" w:fill="D71920"/>
            <w:tcMar>
              <w:top w:w="70" w:type="dxa"/>
              <w:left w:w="85" w:type="dxa"/>
              <w:bottom w:w="70" w:type="dxa"/>
              <w:right w:w="85" w:type="dxa"/>
            </w:tcMar>
            <w:vAlign w:val="center"/>
          </w:tcPr>
          <w:p w14:paraId="04595537" w14:textId="77777777" w:rsidR="002D35F2" w:rsidRPr="000C5950" w:rsidRDefault="00000000">
            <w:pPr>
              <w:spacing w:after="0" w:line="240" w:lineRule="auto"/>
              <w:jc w:val="center"/>
              <w:rPr>
                <w:noProof/>
                <w:lang w:val="ro-RO"/>
              </w:rPr>
            </w:pPr>
            <w:r w:rsidRPr="000C5950">
              <w:rPr>
                <w:b/>
                <w:noProof/>
                <w:color w:val="FFFFFF"/>
                <w:sz w:val="15"/>
                <w:lang w:val="ro-RO"/>
              </w:rPr>
              <w:t>DOVADĂ</w:t>
            </w:r>
          </w:p>
        </w:tc>
        <w:tc>
          <w:tcPr>
            <w:tcW w:w="5613" w:type="dxa"/>
            <w:shd w:val="clear" w:color="auto" w:fill="D71920"/>
            <w:tcMar>
              <w:top w:w="70" w:type="dxa"/>
              <w:left w:w="85" w:type="dxa"/>
              <w:bottom w:w="70" w:type="dxa"/>
              <w:right w:w="85" w:type="dxa"/>
            </w:tcMar>
            <w:vAlign w:val="center"/>
          </w:tcPr>
          <w:p w14:paraId="7226BEBF" w14:textId="77777777" w:rsidR="002D35F2" w:rsidRPr="000C5950" w:rsidRDefault="00000000">
            <w:pPr>
              <w:spacing w:after="0" w:line="240" w:lineRule="auto"/>
              <w:jc w:val="center"/>
              <w:rPr>
                <w:noProof/>
                <w:lang w:val="ro-RO"/>
              </w:rPr>
            </w:pPr>
            <w:r w:rsidRPr="000C5950">
              <w:rPr>
                <w:b/>
                <w:noProof/>
                <w:color w:val="FFFFFF"/>
                <w:sz w:val="15"/>
                <w:lang w:val="ro-RO"/>
              </w:rPr>
              <w:t>EXEMPLE DE ÎNREGISTRĂRI</w:t>
            </w:r>
          </w:p>
        </w:tc>
      </w:tr>
      <w:tr w:rsidR="002D35F2" w:rsidRPr="000C5950" w14:paraId="709E4B34" w14:textId="77777777">
        <w:trPr>
          <w:cantSplit/>
          <w:jc w:val="center"/>
        </w:trPr>
        <w:tc>
          <w:tcPr>
            <w:tcW w:w="1020" w:type="dxa"/>
            <w:shd w:val="clear" w:color="auto" w:fill="FFFFFF"/>
            <w:tcMar>
              <w:top w:w="70" w:type="dxa"/>
              <w:left w:w="85" w:type="dxa"/>
              <w:bottom w:w="70" w:type="dxa"/>
              <w:right w:w="85" w:type="dxa"/>
            </w:tcMar>
            <w:vAlign w:val="center"/>
          </w:tcPr>
          <w:p w14:paraId="23A46292" w14:textId="77777777" w:rsidR="002D35F2" w:rsidRPr="000C5950" w:rsidRDefault="00000000">
            <w:pPr>
              <w:spacing w:after="0" w:line="240" w:lineRule="auto"/>
              <w:jc w:val="center"/>
              <w:rPr>
                <w:noProof/>
                <w:lang w:val="ro-RO"/>
              </w:rPr>
            </w:pPr>
            <w:r w:rsidRPr="000C5950">
              <w:rPr>
                <w:noProof/>
                <w:sz w:val="14"/>
                <w:lang w:val="ro-RO"/>
              </w:rPr>
              <w:t>7.2</w:t>
            </w:r>
          </w:p>
        </w:tc>
        <w:tc>
          <w:tcPr>
            <w:tcW w:w="3288" w:type="dxa"/>
            <w:shd w:val="clear" w:color="auto" w:fill="FFFFFF"/>
            <w:tcMar>
              <w:top w:w="70" w:type="dxa"/>
              <w:left w:w="85" w:type="dxa"/>
              <w:bottom w:w="70" w:type="dxa"/>
              <w:right w:w="85" w:type="dxa"/>
            </w:tcMar>
            <w:vAlign w:val="center"/>
          </w:tcPr>
          <w:p w14:paraId="74663A6D" w14:textId="77777777" w:rsidR="002D35F2" w:rsidRPr="000C5950" w:rsidRDefault="00000000">
            <w:pPr>
              <w:spacing w:after="0" w:line="240" w:lineRule="auto"/>
              <w:rPr>
                <w:noProof/>
                <w:lang w:val="ro-RO"/>
              </w:rPr>
            </w:pPr>
            <w:r w:rsidRPr="000C5950">
              <w:rPr>
                <w:noProof/>
                <w:sz w:val="14"/>
                <w:lang w:val="ro-RO"/>
              </w:rPr>
              <w:t>Competența persoanelor</w:t>
            </w:r>
          </w:p>
        </w:tc>
        <w:tc>
          <w:tcPr>
            <w:tcW w:w="5613" w:type="dxa"/>
            <w:shd w:val="clear" w:color="auto" w:fill="FFFFFF"/>
            <w:tcMar>
              <w:top w:w="70" w:type="dxa"/>
              <w:left w:w="85" w:type="dxa"/>
              <w:bottom w:w="70" w:type="dxa"/>
              <w:right w:w="85" w:type="dxa"/>
            </w:tcMar>
            <w:vAlign w:val="center"/>
          </w:tcPr>
          <w:p w14:paraId="10DC5B11" w14:textId="77777777" w:rsidR="002D35F2" w:rsidRPr="000C5950" w:rsidRDefault="00000000">
            <w:pPr>
              <w:spacing w:after="0" w:line="240" w:lineRule="auto"/>
              <w:rPr>
                <w:noProof/>
                <w:lang w:val="ro-RO"/>
              </w:rPr>
            </w:pPr>
            <w:r w:rsidRPr="000C5950">
              <w:rPr>
                <w:noProof/>
                <w:sz w:val="14"/>
                <w:lang w:val="ro-RO"/>
              </w:rPr>
              <w:t>Calificări, instruiri, evaluări practice, autorizări și eficacitatea acțiunilor.</w:t>
            </w:r>
          </w:p>
        </w:tc>
      </w:tr>
      <w:tr w:rsidR="002D35F2" w:rsidRPr="000C5950" w14:paraId="62B10310" w14:textId="77777777">
        <w:trPr>
          <w:cantSplit/>
          <w:jc w:val="center"/>
        </w:trPr>
        <w:tc>
          <w:tcPr>
            <w:tcW w:w="1020" w:type="dxa"/>
            <w:shd w:val="clear" w:color="auto" w:fill="FAFAFA"/>
            <w:tcMar>
              <w:top w:w="70" w:type="dxa"/>
              <w:left w:w="85" w:type="dxa"/>
              <w:bottom w:w="70" w:type="dxa"/>
              <w:right w:w="85" w:type="dxa"/>
            </w:tcMar>
            <w:vAlign w:val="center"/>
          </w:tcPr>
          <w:p w14:paraId="03B7F44B" w14:textId="77777777" w:rsidR="002D35F2" w:rsidRPr="000C5950" w:rsidRDefault="00000000">
            <w:pPr>
              <w:spacing w:after="0" w:line="240" w:lineRule="auto"/>
              <w:jc w:val="center"/>
              <w:rPr>
                <w:noProof/>
                <w:lang w:val="ro-RO"/>
              </w:rPr>
            </w:pPr>
            <w:r w:rsidRPr="000C5950">
              <w:rPr>
                <w:noProof/>
                <w:sz w:val="14"/>
                <w:lang w:val="ro-RO"/>
              </w:rPr>
              <w:t>7.4</w:t>
            </w:r>
          </w:p>
        </w:tc>
        <w:tc>
          <w:tcPr>
            <w:tcW w:w="3288" w:type="dxa"/>
            <w:shd w:val="clear" w:color="auto" w:fill="FAFAFA"/>
            <w:tcMar>
              <w:top w:w="70" w:type="dxa"/>
              <w:left w:w="85" w:type="dxa"/>
              <w:bottom w:w="70" w:type="dxa"/>
              <w:right w:w="85" w:type="dxa"/>
            </w:tcMar>
            <w:vAlign w:val="center"/>
          </w:tcPr>
          <w:p w14:paraId="43239206" w14:textId="77777777" w:rsidR="002D35F2" w:rsidRPr="000C5950" w:rsidRDefault="00000000">
            <w:pPr>
              <w:spacing w:after="0" w:line="240" w:lineRule="auto"/>
              <w:rPr>
                <w:noProof/>
                <w:lang w:val="ro-RO"/>
              </w:rPr>
            </w:pPr>
            <w:r w:rsidRPr="000C5950">
              <w:rPr>
                <w:noProof/>
                <w:sz w:val="14"/>
                <w:lang w:val="ro-RO"/>
              </w:rPr>
              <w:t>Comunicări, după caz</w:t>
            </w:r>
          </w:p>
        </w:tc>
        <w:tc>
          <w:tcPr>
            <w:tcW w:w="5613" w:type="dxa"/>
            <w:shd w:val="clear" w:color="auto" w:fill="FAFAFA"/>
            <w:tcMar>
              <w:top w:w="70" w:type="dxa"/>
              <w:left w:w="85" w:type="dxa"/>
              <w:bottom w:w="70" w:type="dxa"/>
              <w:right w:w="85" w:type="dxa"/>
            </w:tcMar>
            <w:vAlign w:val="center"/>
          </w:tcPr>
          <w:p w14:paraId="46A5D389" w14:textId="77777777" w:rsidR="002D35F2" w:rsidRPr="000C5950" w:rsidRDefault="00000000">
            <w:pPr>
              <w:spacing w:after="0" w:line="240" w:lineRule="auto"/>
              <w:rPr>
                <w:noProof/>
                <w:lang w:val="ro-RO"/>
              </w:rPr>
            </w:pPr>
            <w:r w:rsidRPr="000C5950">
              <w:rPr>
                <w:noProof/>
                <w:sz w:val="14"/>
                <w:lang w:val="ro-RO"/>
              </w:rPr>
              <w:t>Comunicări interne/externe, consultări, notificări și informații transmise părților relevante.</w:t>
            </w:r>
          </w:p>
        </w:tc>
      </w:tr>
      <w:tr w:rsidR="002D35F2" w:rsidRPr="000C5950" w14:paraId="0454D8C1" w14:textId="77777777">
        <w:trPr>
          <w:cantSplit/>
          <w:jc w:val="center"/>
        </w:trPr>
        <w:tc>
          <w:tcPr>
            <w:tcW w:w="1020" w:type="dxa"/>
            <w:shd w:val="clear" w:color="auto" w:fill="FFFFFF"/>
            <w:tcMar>
              <w:top w:w="70" w:type="dxa"/>
              <w:left w:w="85" w:type="dxa"/>
              <w:bottom w:w="70" w:type="dxa"/>
              <w:right w:w="85" w:type="dxa"/>
            </w:tcMar>
            <w:vAlign w:val="center"/>
          </w:tcPr>
          <w:p w14:paraId="3BCF63EA" w14:textId="77777777" w:rsidR="002D35F2" w:rsidRPr="000C5950" w:rsidRDefault="00000000">
            <w:pPr>
              <w:spacing w:after="0" w:line="240" w:lineRule="auto"/>
              <w:jc w:val="center"/>
              <w:rPr>
                <w:noProof/>
                <w:lang w:val="ro-RO"/>
              </w:rPr>
            </w:pPr>
            <w:r w:rsidRPr="000C5950">
              <w:rPr>
                <w:noProof/>
                <w:sz w:val="14"/>
                <w:lang w:val="ro-RO"/>
              </w:rPr>
              <w:t>8.1</w:t>
            </w:r>
          </w:p>
        </w:tc>
        <w:tc>
          <w:tcPr>
            <w:tcW w:w="3288" w:type="dxa"/>
            <w:shd w:val="clear" w:color="auto" w:fill="FFFFFF"/>
            <w:tcMar>
              <w:top w:w="70" w:type="dxa"/>
              <w:left w:w="85" w:type="dxa"/>
              <w:bottom w:w="70" w:type="dxa"/>
              <w:right w:w="85" w:type="dxa"/>
            </w:tcMar>
            <w:vAlign w:val="center"/>
          </w:tcPr>
          <w:p w14:paraId="1E38DF74" w14:textId="77777777" w:rsidR="002D35F2" w:rsidRPr="000C5950" w:rsidRDefault="00000000">
            <w:pPr>
              <w:spacing w:after="0" w:line="240" w:lineRule="auto"/>
              <w:rPr>
                <w:noProof/>
                <w:lang w:val="ro-RO"/>
              </w:rPr>
            </w:pPr>
            <w:r w:rsidRPr="000C5950">
              <w:rPr>
                <w:noProof/>
                <w:sz w:val="14"/>
                <w:lang w:val="ro-RO"/>
              </w:rPr>
              <w:t>Control operațional realizat conform planificării</w:t>
            </w:r>
          </w:p>
        </w:tc>
        <w:tc>
          <w:tcPr>
            <w:tcW w:w="5613" w:type="dxa"/>
            <w:shd w:val="clear" w:color="auto" w:fill="FFFFFF"/>
            <w:tcMar>
              <w:top w:w="70" w:type="dxa"/>
              <w:left w:w="85" w:type="dxa"/>
              <w:bottom w:w="70" w:type="dxa"/>
              <w:right w:w="85" w:type="dxa"/>
            </w:tcMar>
            <w:vAlign w:val="center"/>
          </w:tcPr>
          <w:p w14:paraId="06E117A5" w14:textId="77777777" w:rsidR="002D35F2" w:rsidRPr="000C5950" w:rsidRDefault="00000000">
            <w:pPr>
              <w:spacing w:after="0" w:line="240" w:lineRule="auto"/>
              <w:rPr>
                <w:noProof/>
                <w:lang w:val="ro-RO"/>
              </w:rPr>
            </w:pPr>
            <w:r w:rsidRPr="000C5950">
              <w:rPr>
                <w:noProof/>
                <w:sz w:val="14"/>
                <w:lang w:val="ro-RO"/>
              </w:rPr>
              <w:t>Inspecții, permise, verificări, mentenanță, monitorizarea contractanților și controlul schimbărilor.</w:t>
            </w:r>
          </w:p>
        </w:tc>
      </w:tr>
      <w:tr w:rsidR="002D35F2" w:rsidRPr="000C5950" w14:paraId="3606617F" w14:textId="77777777">
        <w:trPr>
          <w:cantSplit/>
          <w:jc w:val="center"/>
        </w:trPr>
        <w:tc>
          <w:tcPr>
            <w:tcW w:w="1020" w:type="dxa"/>
            <w:shd w:val="clear" w:color="auto" w:fill="FAFAFA"/>
            <w:tcMar>
              <w:top w:w="70" w:type="dxa"/>
              <w:left w:w="85" w:type="dxa"/>
              <w:bottom w:w="70" w:type="dxa"/>
              <w:right w:w="85" w:type="dxa"/>
            </w:tcMar>
            <w:vAlign w:val="center"/>
          </w:tcPr>
          <w:p w14:paraId="460C265A" w14:textId="77777777" w:rsidR="002D35F2" w:rsidRPr="000C5950" w:rsidRDefault="00000000">
            <w:pPr>
              <w:spacing w:after="0" w:line="240" w:lineRule="auto"/>
              <w:jc w:val="center"/>
              <w:rPr>
                <w:noProof/>
                <w:lang w:val="ro-RO"/>
              </w:rPr>
            </w:pPr>
            <w:r w:rsidRPr="000C5950">
              <w:rPr>
                <w:noProof/>
                <w:sz w:val="14"/>
                <w:lang w:val="ro-RO"/>
              </w:rPr>
              <w:t>8.2</w:t>
            </w:r>
          </w:p>
        </w:tc>
        <w:tc>
          <w:tcPr>
            <w:tcW w:w="3288" w:type="dxa"/>
            <w:shd w:val="clear" w:color="auto" w:fill="FAFAFA"/>
            <w:tcMar>
              <w:top w:w="70" w:type="dxa"/>
              <w:left w:w="85" w:type="dxa"/>
              <w:bottom w:w="70" w:type="dxa"/>
              <w:right w:w="85" w:type="dxa"/>
            </w:tcMar>
            <w:vAlign w:val="center"/>
          </w:tcPr>
          <w:p w14:paraId="5B28140C" w14:textId="77777777" w:rsidR="002D35F2" w:rsidRPr="000C5950" w:rsidRDefault="00000000">
            <w:pPr>
              <w:spacing w:after="0" w:line="240" w:lineRule="auto"/>
              <w:rPr>
                <w:noProof/>
                <w:lang w:val="ro-RO"/>
              </w:rPr>
            </w:pPr>
            <w:r w:rsidRPr="000C5950">
              <w:rPr>
                <w:noProof/>
                <w:sz w:val="14"/>
                <w:lang w:val="ro-RO"/>
              </w:rPr>
              <w:t>Pregătire și răspuns la urgențe</w:t>
            </w:r>
          </w:p>
        </w:tc>
        <w:tc>
          <w:tcPr>
            <w:tcW w:w="5613" w:type="dxa"/>
            <w:shd w:val="clear" w:color="auto" w:fill="FAFAFA"/>
            <w:tcMar>
              <w:top w:w="70" w:type="dxa"/>
              <w:left w:w="85" w:type="dxa"/>
              <w:bottom w:w="70" w:type="dxa"/>
              <w:right w:w="85" w:type="dxa"/>
            </w:tcMar>
            <w:vAlign w:val="center"/>
          </w:tcPr>
          <w:p w14:paraId="2B9609E5" w14:textId="77777777" w:rsidR="002D35F2" w:rsidRPr="000C5950" w:rsidRDefault="00000000">
            <w:pPr>
              <w:spacing w:after="0" w:line="240" w:lineRule="auto"/>
              <w:rPr>
                <w:noProof/>
                <w:lang w:val="ro-RO"/>
              </w:rPr>
            </w:pPr>
            <w:r w:rsidRPr="000C5950">
              <w:rPr>
                <w:noProof/>
                <w:sz w:val="14"/>
                <w:lang w:val="ro-RO"/>
              </w:rPr>
              <w:t>Exerciții, teste, incidente, evaluări, lecții învățate și actualizarea planurilor.</w:t>
            </w:r>
          </w:p>
        </w:tc>
      </w:tr>
      <w:tr w:rsidR="002D35F2" w:rsidRPr="000C5950" w14:paraId="11C5C7A6" w14:textId="77777777">
        <w:trPr>
          <w:cantSplit/>
          <w:jc w:val="center"/>
        </w:trPr>
        <w:tc>
          <w:tcPr>
            <w:tcW w:w="1020" w:type="dxa"/>
            <w:shd w:val="clear" w:color="auto" w:fill="FFFFFF"/>
            <w:tcMar>
              <w:top w:w="70" w:type="dxa"/>
              <w:left w:w="85" w:type="dxa"/>
              <w:bottom w:w="70" w:type="dxa"/>
              <w:right w:w="85" w:type="dxa"/>
            </w:tcMar>
            <w:vAlign w:val="center"/>
          </w:tcPr>
          <w:p w14:paraId="2DD70DAB" w14:textId="77777777" w:rsidR="002D35F2" w:rsidRPr="000C5950" w:rsidRDefault="00000000">
            <w:pPr>
              <w:spacing w:after="0" w:line="240" w:lineRule="auto"/>
              <w:jc w:val="center"/>
              <w:rPr>
                <w:noProof/>
                <w:lang w:val="ro-RO"/>
              </w:rPr>
            </w:pPr>
            <w:r w:rsidRPr="000C5950">
              <w:rPr>
                <w:noProof/>
                <w:sz w:val="14"/>
                <w:lang w:val="ro-RO"/>
              </w:rPr>
              <w:t>9.1.1</w:t>
            </w:r>
          </w:p>
        </w:tc>
        <w:tc>
          <w:tcPr>
            <w:tcW w:w="3288" w:type="dxa"/>
            <w:shd w:val="clear" w:color="auto" w:fill="FFFFFF"/>
            <w:tcMar>
              <w:top w:w="70" w:type="dxa"/>
              <w:left w:w="85" w:type="dxa"/>
              <w:bottom w:w="70" w:type="dxa"/>
              <w:right w:w="85" w:type="dxa"/>
            </w:tcMar>
            <w:vAlign w:val="center"/>
          </w:tcPr>
          <w:p w14:paraId="2E342C5E" w14:textId="77777777" w:rsidR="002D35F2" w:rsidRPr="000C5950" w:rsidRDefault="00000000">
            <w:pPr>
              <w:spacing w:after="0" w:line="240" w:lineRule="auto"/>
              <w:rPr>
                <w:noProof/>
                <w:lang w:val="ro-RO"/>
              </w:rPr>
            </w:pPr>
            <w:r w:rsidRPr="000C5950">
              <w:rPr>
                <w:noProof/>
                <w:sz w:val="14"/>
                <w:lang w:val="ro-RO"/>
              </w:rPr>
              <w:t>Monitorizare, măsurare, analiză și evaluare</w:t>
            </w:r>
          </w:p>
        </w:tc>
        <w:tc>
          <w:tcPr>
            <w:tcW w:w="5613" w:type="dxa"/>
            <w:shd w:val="clear" w:color="auto" w:fill="FFFFFF"/>
            <w:tcMar>
              <w:top w:w="70" w:type="dxa"/>
              <w:left w:w="85" w:type="dxa"/>
              <w:bottom w:w="70" w:type="dxa"/>
              <w:right w:w="85" w:type="dxa"/>
            </w:tcMar>
            <w:vAlign w:val="center"/>
          </w:tcPr>
          <w:p w14:paraId="2296E46C" w14:textId="77777777" w:rsidR="002D35F2" w:rsidRPr="000C5950" w:rsidRDefault="00000000">
            <w:pPr>
              <w:spacing w:after="0" w:line="240" w:lineRule="auto"/>
              <w:rPr>
                <w:noProof/>
                <w:lang w:val="ro-RO"/>
              </w:rPr>
            </w:pPr>
            <w:r w:rsidRPr="000C5950">
              <w:rPr>
                <w:noProof/>
                <w:sz w:val="14"/>
                <w:lang w:val="ro-RO"/>
              </w:rPr>
              <w:t>Rezultate, indicatori, expuneri, inspecții, supraveghere, calibrare și mentenanța echipamentelor de măsurare.</w:t>
            </w:r>
          </w:p>
        </w:tc>
      </w:tr>
      <w:tr w:rsidR="002D35F2" w:rsidRPr="000C5950" w14:paraId="4B02B49F" w14:textId="77777777">
        <w:trPr>
          <w:cantSplit/>
          <w:jc w:val="center"/>
        </w:trPr>
        <w:tc>
          <w:tcPr>
            <w:tcW w:w="1020" w:type="dxa"/>
            <w:shd w:val="clear" w:color="auto" w:fill="FAFAFA"/>
            <w:tcMar>
              <w:top w:w="70" w:type="dxa"/>
              <w:left w:w="85" w:type="dxa"/>
              <w:bottom w:w="70" w:type="dxa"/>
              <w:right w:w="85" w:type="dxa"/>
            </w:tcMar>
            <w:vAlign w:val="center"/>
          </w:tcPr>
          <w:p w14:paraId="6B88D88F" w14:textId="77777777" w:rsidR="002D35F2" w:rsidRPr="000C5950" w:rsidRDefault="00000000">
            <w:pPr>
              <w:spacing w:after="0" w:line="240" w:lineRule="auto"/>
              <w:jc w:val="center"/>
              <w:rPr>
                <w:noProof/>
                <w:lang w:val="ro-RO"/>
              </w:rPr>
            </w:pPr>
            <w:r w:rsidRPr="000C5950">
              <w:rPr>
                <w:noProof/>
                <w:sz w:val="14"/>
                <w:lang w:val="ro-RO"/>
              </w:rPr>
              <w:t>9.1.2</w:t>
            </w:r>
          </w:p>
        </w:tc>
        <w:tc>
          <w:tcPr>
            <w:tcW w:w="3288" w:type="dxa"/>
            <w:shd w:val="clear" w:color="auto" w:fill="FAFAFA"/>
            <w:tcMar>
              <w:top w:w="70" w:type="dxa"/>
              <w:left w:w="85" w:type="dxa"/>
              <w:bottom w:w="70" w:type="dxa"/>
              <w:right w:w="85" w:type="dxa"/>
            </w:tcMar>
            <w:vAlign w:val="center"/>
          </w:tcPr>
          <w:p w14:paraId="7BE8DB0F" w14:textId="77777777" w:rsidR="002D35F2" w:rsidRPr="000C5950" w:rsidRDefault="00000000">
            <w:pPr>
              <w:spacing w:after="0" w:line="240" w:lineRule="auto"/>
              <w:rPr>
                <w:noProof/>
                <w:lang w:val="ro-RO"/>
              </w:rPr>
            </w:pPr>
            <w:r w:rsidRPr="000C5950">
              <w:rPr>
                <w:noProof/>
                <w:sz w:val="14"/>
                <w:lang w:val="ro-RO"/>
              </w:rPr>
              <w:t>Evaluarea conformării</w:t>
            </w:r>
          </w:p>
        </w:tc>
        <w:tc>
          <w:tcPr>
            <w:tcW w:w="5613" w:type="dxa"/>
            <w:shd w:val="clear" w:color="auto" w:fill="FAFAFA"/>
            <w:tcMar>
              <w:top w:w="70" w:type="dxa"/>
              <w:left w:w="85" w:type="dxa"/>
              <w:bottom w:w="70" w:type="dxa"/>
              <w:right w:w="85" w:type="dxa"/>
            </w:tcMar>
            <w:vAlign w:val="center"/>
          </w:tcPr>
          <w:p w14:paraId="2F28CB0E" w14:textId="77777777" w:rsidR="002D35F2" w:rsidRPr="000C5950" w:rsidRDefault="00000000">
            <w:pPr>
              <w:spacing w:after="0" w:line="240" w:lineRule="auto"/>
              <w:rPr>
                <w:noProof/>
                <w:lang w:val="ro-RO"/>
              </w:rPr>
            </w:pPr>
            <w:r w:rsidRPr="000C5950">
              <w:rPr>
                <w:noProof/>
                <w:sz w:val="14"/>
                <w:lang w:val="ro-RO"/>
              </w:rPr>
              <w:t>Rezultate, concluzii, acțiuni și cunoașterea stării de conformare.</w:t>
            </w:r>
          </w:p>
        </w:tc>
      </w:tr>
      <w:tr w:rsidR="002D35F2" w:rsidRPr="000C5950" w14:paraId="4DDC3578" w14:textId="77777777">
        <w:trPr>
          <w:cantSplit/>
          <w:jc w:val="center"/>
        </w:trPr>
        <w:tc>
          <w:tcPr>
            <w:tcW w:w="1020" w:type="dxa"/>
            <w:shd w:val="clear" w:color="auto" w:fill="FFFFFF"/>
            <w:tcMar>
              <w:top w:w="70" w:type="dxa"/>
              <w:left w:w="85" w:type="dxa"/>
              <w:bottom w:w="70" w:type="dxa"/>
              <w:right w:w="85" w:type="dxa"/>
            </w:tcMar>
            <w:vAlign w:val="center"/>
          </w:tcPr>
          <w:p w14:paraId="41D81E1D" w14:textId="77777777" w:rsidR="002D35F2" w:rsidRPr="000C5950" w:rsidRDefault="00000000">
            <w:pPr>
              <w:spacing w:after="0" w:line="240" w:lineRule="auto"/>
              <w:jc w:val="center"/>
              <w:rPr>
                <w:noProof/>
                <w:lang w:val="ro-RO"/>
              </w:rPr>
            </w:pPr>
            <w:r w:rsidRPr="000C5950">
              <w:rPr>
                <w:noProof/>
                <w:sz w:val="14"/>
                <w:lang w:val="ro-RO"/>
              </w:rPr>
              <w:t>9.2.2</w:t>
            </w:r>
          </w:p>
        </w:tc>
        <w:tc>
          <w:tcPr>
            <w:tcW w:w="3288" w:type="dxa"/>
            <w:shd w:val="clear" w:color="auto" w:fill="FFFFFF"/>
            <w:tcMar>
              <w:top w:w="70" w:type="dxa"/>
              <w:left w:w="85" w:type="dxa"/>
              <w:bottom w:w="70" w:type="dxa"/>
              <w:right w:w="85" w:type="dxa"/>
            </w:tcMar>
            <w:vAlign w:val="center"/>
          </w:tcPr>
          <w:p w14:paraId="1B081D06" w14:textId="77777777" w:rsidR="002D35F2" w:rsidRPr="000C5950" w:rsidRDefault="00000000">
            <w:pPr>
              <w:spacing w:after="0" w:line="240" w:lineRule="auto"/>
              <w:rPr>
                <w:noProof/>
                <w:lang w:val="ro-RO"/>
              </w:rPr>
            </w:pPr>
            <w:r w:rsidRPr="000C5950">
              <w:rPr>
                <w:noProof/>
                <w:sz w:val="14"/>
                <w:lang w:val="ro-RO"/>
              </w:rPr>
              <w:t>Program și rezultate ale auditului intern</w:t>
            </w:r>
          </w:p>
        </w:tc>
        <w:tc>
          <w:tcPr>
            <w:tcW w:w="5613" w:type="dxa"/>
            <w:shd w:val="clear" w:color="auto" w:fill="FFFFFF"/>
            <w:tcMar>
              <w:top w:w="70" w:type="dxa"/>
              <w:left w:w="85" w:type="dxa"/>
              <w:bottom w:w="70" w:type="dxa"/>
              <w:right w:w="85" w:type="dxa"/>
            </w:tcMar>
            <w:vAlign w:val="center"/>
          </w:tcPr>
          <w:p w14:paraId="214E2488" w14:textId="77777777" w:rsidR="002D35F2" w:rsidRPr="000C5950" w:rsidRDefault="00000000">
            <w:pPr>
              <w:spacing w:after="0" w:line="240" w:lineRule="auto"/>
              <w:rPr>
                <w:noProof/>
                <w:lang w:val="ro-RO"/>
              </w:rPr>
            </w:pPr>
            <w:r w:rsidRPr="000C5950">
              <w:rPr>
                <w:noProof/>
                <w:sz w:val="14"/>
                <w:lang w:val="ro-RO"/>
              </w:rPr>
              <w:t>Program, criterii, domeniu, rapoarte, constatări și urmărirea acțiunilor.</w:t>
            </w:r>
          </w:p>
        </w:tc>
      </w:tr>
      <w:tr w:rsidR="002D35F2" w:rsidRPr="000C5950" w14:paraId="5C51F332" w14:textId="77777777">
        <w:trPr>
          <w:cantSplit/>
          <w:jc w:val="center"/>
        </w:trPr>
        <w:tc>
          <w:tcPr>
            <w:tcW w:w="1020" w:type="dxa"/>
            <w:shd w:val="clear" w:color="auto" w:fill="FAFAFA"/>
            <w:tcMar>
              <w:top w:w="70" w:type="dxa"/>
              <w:left w:w="85" w:type="dxa"/>
              <w:bottom w:w="70" w:type="dxa"/>
              <w:right w:w="85" w:type="dxa"/>
            </w:tcMar>
            <w:vAlign w:val="center"/>
          </w:tcPr>
          <w:p w14:paraId="13FC220D" w14:textId="77777777" w:rsidR="002D35F2" w:rsidRPr="000C5950" w:rsidRDefault="00000000">
            <w:pPr>
              <w:spacing w:after="0" w:line="240" w:lineRule="auto"/>
              <w:jc w:val="center"/>
              <w:rPr>
                <w:noProof/>
                <w:lang w:val="ro-RO"/>
              </w:rPr>
            </w:pPr>
            <w:r w:rsidRPr="000C5950">
              <w:rPr>
                <w:noProof/>
                <w:sz w:val="14"/>
                <w:lang w:val="ro-RO"/>
              </w:rPr>
              <w:t>9.3</w:t>
            </w:r>
          </w:p>
        </w:tc>
        <w:tc>
          <w:tcPr>
            <w:tcW w:w="3288" w:type="dxa"/>
            <w:shd w:val="clear" w:color="auto" w:fill="FAFAFA"/>
            <w:tcMar>
              <w:top w:w="70" w:type="dxa"/>
              <w:left w:w="85" w:type="dxa"/>
              <w:bottom w:w="70" w:type="dxa"/>
              <w:right w:w="85" w:type="dxa"/>
            </w:tcMar>
            <w:vAlign w:val="center"/>
          </w:tcPr>
          <w:p w14:paraId="4AB2FDF3" w14:textId="77777777" w:rsidR="002D35F2" w:rsidRPr="000C5950" w:rsidRDefault="00000000">
            <w:pPr>
              <w:spacing w:after="0" w:line="240" w:lineRule="auto"/>
              <w:rPr>
                <w:noProof/>
                <w:lang w:val="ro-RO"/>
              </w:rPr>
            </w:pPr>
            <w:r w:rsidRPr="000C5950">
              <w:rPr>
                <w:noProof/>
                <w:sz w:val="14"/>
                <w:lang w:val="ro-RO"/>
              </w:rPr>
              <w:t>Rezultatele analizei de management</w:t>
            </w:r>
          </w:p>
        </w:tc>
        <w:tc>
          <w:tcPr>
            <w:tcW w:w="5613" w:type="dxa"/>
            <w:shd w:val="clear" w:color="auto" w:fill="FAFAFA"/>
            <w:tcMar>
              <w:top w:w="70" w:type="dxa"/>
              <w:left w:w="85" w:type="dxa"/>
              <w:bottom w:w="70" w:type="dxa"/>
              <w:right w:w="85" w:type="dxa"/>
            </w:tcMar>
            <w:vAlign w:val="center"/>
          </w:tcPr>
          <w:p w14:paraId="4FC53A14" w14:textId="77777777" w:rsidR="002D35F2" w:rsidRPr="000C5950" w:rsidRDefault="00000000">
            <w:pPr>
              <w:spacing w:after="0" w:line="240" w:lineRule="auto"/>
              <w:rPr>
                <w:noProof/>
                <w:lang w:val="ro-RO"/>
              </w:rPr>
            </w:pPr>
            <w:r w:rsidRPr="000C5950">
              <w:rPr>
                <w:noProof/>
                <w:sz w:val="14"/>
                <w:lang w:val="ro-RO"/>
              </w:rPr>
              <w:t>Decizii, acțiuni, resurse, schimbări și concluzii asupra adecvării și performanței.</w:t>
            </w:r>
          </w:p>
        </w:tc>
      </w:tr>
      <w:tr w:rsidR="002D35F2" w:rsidRPr="000C5950" w14:paraId="3987F898" w14:textId="77777777">
        <w:trPr>
          <w:cantSplit/>
          <w:jc w:val="center"/>
        </w:trPr>
        <w:tc>
          <w:tcPr>
            <w:tcW w:w="1020" w:type="dxa"/>
            <w:shd w:val="clear" w:color="auto" w:fill="FFFFFF"/>
            <w:tcMar>
              <w:top w:w="70" w:type="dxa"/>
              <w:left w:w="85" w:type="dxa"/>
              <w:bottom w:w="70" w:type="dxa"/>
              <w:right w:w="85" w:type="dxa"/>
            </w:tcMar>
            <w:vAlign w:val="center"/>
          </w:tcPr>
          <w:p w14:paraId="4EEBAE83" w14:textId="77777777" w:rsidR="002D35F2" w:rsidRPr="000C5950" w:rsidRDefault="00000000">
            <w:pPr>
              <w:spacing w:after="0" w:line="240" w:lineRule="auto"/>
              <w:jc w:val="center"/>
              <w:rPr>
                <w:noProof/>
                <w:lang w:val="ro-RO"/>
              </w:rPr>
            </w:pPr>
            <w:r w:rsidRPr="000C5950">
              <w:rPr>
                <w:noProof/>
                <w:sz w:val="14"/>
                <w:lang w:val="ro-RO"/>
              </w:rPr>
              <w:t>10.2</w:t>
            </w:r>
          </w:p>
        </w:tc>
        <w:tc>
          <w:tcPr>
            <w:tcW w:w="3288" w:type="dxa"/>
            <w:shd w:val="clear" w:color="auto" w:fill="FFFFFF"/>
            <w:tcMar>
              <w:top w:w="70" w:type="dxa"/>
              <w:left w:w="85" w:type="dxa"/>
              <w:bottom w:w="70" w:type="dxa"/>
              <w:right w:w="85" w:type="dxa"/>
            </w:tcMar>
            <w:vAlign w:val="center"/>
          </w:tcPr>
          <w:p w14:paraId="4292C044" w14:textId="77777777" w:rsidR="002D35F2" w:rsidRPr="000C5950" w:rsidRDefault="00000000">
            <w:pPr>
              <w:spacing w:after="0" w:line="240" w:lineRule="auto"/>
              <w:rPr>
                <w:noProof/>
                <w:lang w:val="ro-RO"/>
              </w:rPr>
            </w:pPr>
            <w:r w:rsidRPr="000C5950">
              <w:rPr>
                <w:noProof/>
                <w:sz w:val="14"/>
                <w:lang w:val="ro-RO"/>
              </w:rPr>
              <w:t>Incidente, neconformități și acțiuni corective</w:t>
            </w:r>
          </w:p>
        </w:tc>
        <w:tc>
          <w:tcPr>
            <w:tcW w:w="5613" w:type="dxa"/>
            <w:shd w:val="clear" w:color="auto" w:fill="FFFFFF"/>
            <w:tcMar>
              <w:top w:w="70" w:type="dxa"/>
              <w:left w:w="85" w:type="dxa"/>
              <w:bottom w:w="70" w:type="dxa"/>
              <w:right w:w="85" w:type="dxa"/>
            </w:tcMar>
            <w:vAlign w:val="center"/>
          </w:tcPr>
          <w:p w14:paraId="12E6C108" w14:textId="77777777" w:rsidR="002D35F2" w:rsidRPr="000C5950" w:rsidRDefault="00000000">
            <w:pPr>
              <w:spacing w:after="0" w:line="240" w:lineRule="auto"/>
              <w:rPr>
                <w:noProof/>
                <w:lang w:val="ro-RO"/>
              </w:rPr>
            </w:pPr>
            <w:r w:rsidRPr="000C5950">
              <w:rPr>
                <w:noProof/>
                <w:sz w:val="14"/>
                <w:lang w:val="ro-RO"/>
              </w:rPr>
              <w:t>Natura evenimentului, reacția, cauze, acțiuni, eficacitate și comunicare către lucrători/părți relevante.</w:t>
            </w:r>
          </w:p>
        </w:tc>
      </w:tr>
    </w:tbl>
    <w:p w14:paraId="3058AAE6" w14:textId="77777777" w:rsidR="002D35F2" w:rsidRPr="000C5950" w:rsidRDefault="002D35F2">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2D35F2" w:rsidRPr="000C5950" w14:paraId="77D96C33" w14:textId="77777777">
        <w:trPr>
          <w:cantSplit/>
          <w:jc w:val="center"/>
        </w:trPr>
        <w:tc>
          <w:tcPr>
            <w:tcW w:w="567" w:type="dxa"/>
            <w:shd w:val="clear" w:color="auto" w:fill="D71920"/>
            <w:tcMar>
              <w:top w:w="70" w:type="dxa"/>
              <w:left w:w="85" w:type="dxa"/>
              <w:bottom w:w="70" w:type="dxa"/>
              <w:right w:w="85" w:type="dxa"/>
            </w:tcMar>
            <w:vAlign w:val="center"/>
          </w:tcPr>
          <w:p w14:paraId="54A0FE90" w14:textId="77777777" w:rsidR="002D35F2" w:rsidRPr="000C5950" w:rsidRDefault="00000000">
            <w:pPr>
              <w:spacing w:after="0" w:line="240" w:lineRule="auto"/>
              <w:jc w:val="center"/>
              <w:rPr>
                <w:noProof/>
                <w:lang w:val="ro-RO"/>
              </w:rPr>
            </w:pPr>
            <w:r w:rsidRPr="000C5950">
              <w:rPr>
                <w:b/>
                <w:noProof/>
                <w:color w:val="FFFFFF"/>
                <w:sz w:val="30"/>
                <w:lang w:val="ro-RO"/>
              </w:rPr>
              <w:t>!</w:t>
            </w:r>
          </w:p>
        </w:tc>
        <w:tc>
          <w:tcPr>
            <w:tcW w:w="9354" w:type="dxa"/>
            <w:shd w:val="clear" w:color="auto" w:fill="FCEBEC"/>
          </w:tcPr>
          <w:p w14:paraId="3F52BF51" w14:textId="77777777" w:rsidR="002D35F2" w:rsidRPr="000C5950" w:rsidRDefault="00000000">
            <w:pPr>
              <w:spacing w:after="20"/>
              <w:rPr>
                <w:noProof/>
                <w:lang w:val="ro-RO"/>
              </w:rPr>
            </w:pPr>
            <w:r w:rsidRPr="000C5950">
              <w:rPr>
                <w:b/>
                <w:noProof/>
                <w:color w:val="D71920"/>
                <w:sz w:val="17"/>
                <w:lang w:val="ro-RO"/>
              </w:rPr>
              <w:t>PARTICIPAREA LUCRĂTORILOR TREBUIE SĂ FIE VERIFICABILĂ</w:t>
            </w:r>
          </w:p>
          <w:p w14:paraId="64825A91" w14:textId="77777777" w:rsidR="002D35F2" w:rsidRPr="000C5950" w:rsidRDefault="00000000">
            <w:pPr>
              <w:spacing w:after="0" w:line="247" w:lineRule="auto"/>
              <w:rPr>
                <w:noProof/>
                <w:lang w:val="ro-RO"/>
              </w:rPr>
            </w:pPr>
            <w:r w:rsidRPr="000C5950">
              <w:rPr>
                <w:noProof/>
                <w:sz w:val="16"/>
                <w:lang w:val="ro-RO"/>
              </w:rPr>
              <w:t>Chiar când standardul nu impune un formular anume, organizația trebuie să poată demonstra implicarea lucrătorilor fără funcții manageriale în identificarea pericolelor, evaluări, stabilirea controalelor, obiective, schimbări și investigarea incidentelor.</w:t>
            </w:r>
          </w:p>
        </w:tc>
      </w:tr>
    </w:tbl>
    <w:p w14:paraId="6B18E692" w14:textId="77777777" w:rsidR="002D35F2" w:rsidRPr="000C5950" w:rsidRDefault="002D35F2">
      <w:pPr>
        <w:spacing w:after="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2D35F2" w:rsidRPr="000C5950" w14:paraId="05835D3F" w14:textId="77777777">
        <w:trPr>
          <w:cantSplit/>
          <w:jc w:val="center"/>
        </w:trPr>
        <w:tc>
          <w:tcPr>
            <w:tcW w:w="1020" w:type="dxa"/>
            <w:shd w:val="clear" w:color="auto" w:fill="D71920"/>
            <w:tcMar>
              <w:top w:w="70" w:type="dxa"/>
              <w:left w:w="85" w:type="dxa"/>
              <w:bottom w:w="70" w:type="dxa"/>
              <w:right w:w="85" w:type="dxa"/>
            </w:tcMar>
            <w:vAlign w:val="center"/>
          </w:tcPr>
          <w:p w14:paraId="35526D98" w14:textId="77777777" w:rsidR="002D35F2" w:rsidRPr="000C5950" w:rsidRDefault="00000000">
            <w:pPr>
              <w:spacing w:after="0" w:line="240" w:lineRule="auto"/>
              <w:jc w:val="center"/>
              <w:rPr>
                <w:noProof/>
                <w:lang w:val="ro-RO"/>
              </w:rPr>
            </w:pPr>
            <w:r w:rsidRPr="000C5950">
              <w:rPr>
                <w:b/>
                <w:noProof/>
                <w:color w:val="FFFFFF"/>
                <w:sz w:val="34"/>
                <w:lang w:val="ro-RO"/>
              </w:rPr>
              <w:t>3</w:t>
            </w:r>
          </w:p>
        </w:tc>
        <w:tc>
          <w:tcPr>
            <w:tcW w:w="8901" w:type="dxa"/>
            <w:shd w:val="clear" w:color="auto" w:fill="F3F4F5"/>
          </w:tcPr>
          <w:p w14:paraId="3643321E" w14:textId="77777777" w:rsidR="002D35F2" w:rsidRPr="000C5950" w:rsidRDefault="00000000">
            <w:pPr>
              <w:spacing w:after="20"/>
              <w:rPr>
                <w:noProof/>
                <w:lang w:val="ro-RO"/>
              </w:rPr>
            </w:pPr>
            <w:r w:rsidRPr="000C5950">
              <w:rPr>
                <w:b/>
                <w:noProof/>
                <w:sz w:val="27"/>
                <w:lang w:val="ro-RO"/>
              </w:rPr>
              <w:t>Arhitectura documentară recomandată</w:t>
            </w:r>
          </w:p>
          <w:p w14:paraId="4AE670D4" w14:textId="77777777" w:rsidR="002D35F2" w:rsidRPr="000C5950" w:rsidRDefault="00000000">
            <w:pPr>
              <w:spacing w:after="0"/>
              <w:rPr>
                <w:noProof/>
                <w:lang w:val="ro-RO"/>
              </w:rPr>
            </w:pPr>
            <w:r w:rsidRPr="000C5950">
              <w:rPr>
                <w:noProof/>
                <w:color w:val="666666"/>
                <w:sz w:val="16"/>
                <w:lang w:val="ro-RO"/>
              </w:rPr>
              <w:t>O structură simplă reduce duplicarea și ajută utilizatorii să găsească informația corectă</w:t>
            </w:r>
          </w:p>
        </w:tc>
      </w:tr>
    </w:tbl>
    <w:p w14:paraId="1B9CE067" w14:textId="77777777" w:rsidR="002D35F2" w:rsidRPr="000C5950" w:rsidRDefault="002D35F2">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247"/>
        <w:gridCol w:w="2211"/>
        <w:gridCol w:w="4365"/>
        <w:gridCol w:w="2098"/>
      </w:tblGrid>
      <w:tr w:rsidR="002D35F2" w:rsidRPr="000C5950" w14:paraId="310EC94A" w14:textId="77777777">
        <w:trPr>
          <w:tblHeader/>
          <w:jc w:val="center"/>
        </w:trPr>
        <w:tc>
          <w:tcPr>
            <w:tcW w:w="1247" w:type="dxa"/>
            <w:shd w:val="clear" w:color="auto" w:fill="D71920"/>
            <w:tcMar>
              <w:top w:w="70" w:type="dxa"/>
              <w:left w:w="85" w:type="dxa"/>
              <w:bottom w:w="70" w:type="dxa"/>
              <w:right w:w="85" w:type="dxa"/>
            </w:tcMar>
            <w:vAlign w:val="center"/>
          </w:tcPr>
          <w:p w14:paraId="6C5990D4" w14:textId="77777777" w:rsidR="002D35F2" w:rsidRPr="000C5950" w:rsidRDefault="00000000">
            <w:pPr>
              <w:spacing w:after="0" w:line="240" w:lineRule="auto"/>
              <w:jc w:val="center"/>
              <w:rPr>
                <w:noProof/>
                <w:lang w:val="ro-RO"/>
              </w:rPr>
            </w:pPr>
            <w:r w:rsidRPr="000C5950">
              <w:rPr>
                <w:b/>
                <w:noProof/>
                <w:color w:val="FFFFFF"/>
                <w:sz w:val="15"/>
                <w:lang w:val="ro-RO"/>
              </w:rPr>
              <w:t>NIVEL</w:t>
            </w:r>
          </w:p>
        </w:tc>
        <w:tc>
          <w:tcPr>
            <w:tcW w:w="2211" w:type="dxa"/>
            <w:shd w:val="clear" w:color="auto" w:fill="D71920"/>
            <w:tcMar>
              <w:top w:w="70" w:type="dxa"/>
              <w:left w:w="85" w:type="dxa"/>
              <w:bottom w:w="70" w:type="dxa"/>
              <w:right w:w="85" w:type="dxa"/>
            </w:tcMar>
            <w:vAlign w:val="center"/>
          </w:tcPr>
          <w:p w14:paraId="431604CF" w14:textId="77777777" w:rsidR="002D35F2" w:rsidRPr="000C5950" w:rsidRDefault="00000000">
            <w:pPr>
              <w:spacing w:after="0" w:line="240" w:lineRule="auto"/>
              <w:jc w:val="center"/>
              <w:rPr>
                <w:noProof/>
                <w:lang w:val="ro-RO"/>
              </w:rPr>
            </w:pPr>
            <w:r w:rsidRPr="000C5950">
              <w:rPr>
                <w:b/>
                <w:noProof/>
                <w:color w:val="FFFFFF"/>
                <w:sz w:val="15"/>
                <w:lang w:val="ro-RO"/>
              </w:rPr>
              <w:t>ROL</w:t>
            </w:r>
          </w:p>
        </w:tc>
        <w:tc>
          <w:tcPr>
            <w:tcW w:w="4365" w:type="dxa"/>
            <w:shd w:val="clear" w:color="auto" w:fill="D71920"/>
            <w:tcMar>
              <w:top w:w="70" w:type="dxa"/>
              <w:left w:w="85" w:type="dxa"/>
              <w:bottom w:w="70" w:type="dxa"/>
              <w:right w:w="85" w:type="dxa"/>
            </w:tcMar>
            <w:vAlign w:val="center"/>
          </w:tcPr>
          <w:p w14:paraId="3EC35357" w14:textId="77777777" w:rsidR="002D35F2" w:rsidRPr="000C5950" w:rsidRDefault="00000000">
            <w:pPr>
              <w:spacing w:after="0" w:line="240" w:lineRule="auto"/>
              <w:jc w:val="center"/>
              <w:rPr>
                <w:noProof/>
                <w:lang w:val="ro-RO"/>
              </w:rPr>
            </w:pPr>
            <w:r w:rsidRPr="000C5950">
              <w:rPr>
                <w:b/>
                <w:noProof/>
                <w:color w:val="FFFFFF"/>
                <w:sz w:val="15"/>
                <w:lang w:val="ro-RO"/>
              </w:rPr>
              <w:t>EXEMPLE</w:t>
            </w:r>
          </w:p>
        </w:tc>
        <w:tc>
          <w:tcPr>
            <w:tcW w:w="2098" w:type="dxa"/>
            <w:shd w:val="clear" w:color="auto" w:fill="D71920"/>
            <w:tcMar>
              <w:top w:w="70" w:type="dxa"/>
              <w:left w:w="85" w:type="dxa"/>
              <w:bottom w:w="70" w:type="dxa"/>
              <w:right w:w="85" w:type="dxa"/>
            </w:tcMar>
            <w:vAlign w:val="center"/>
          </w:tcPr>
          <w:p w14:paraId="6660F7C9" w14:textId="77777777" w:rsidR="002D35F2" w:rsidRPr="000C5950" w:rsidRDefault="00000000">
            <w:pPr>
              <w:spacing w:after="0" w:line="240" w:lineRule="auto"/>
              <w:jc w:val="center"/>
              <w:rPr>
                <w:noProof/>
                <w:lang w:val="ro-RO"/>
              </w:rPr>
            </w:pPr>
            <w:r w:rsidRPr="000C5950">
              <w:rPr>
                <w:b/>
                <w:noProof/>
                <w:color w:val="FFFFFF"/>
                <w:sz w:val="15"/>
                <w:lang w:val="ro-RO"/>
              </w:rPr>
              <w:t>PROPRIETAR</w:t>
            </w:r>
          </w:p>
        </w:tc>
      </w:tr>
      <w:tr w:rsidR="002D35F2" w:rsidRPr="000C5950" w14:paraId="11D4C6EC" w14:textId="77777777">
        <w:trPr>
          <w:cantSplit/>
          <w:jc w:val="center"/>
        </w:trPr>
        <w:tc>
          <w:tcPr>
            <w:tcW w:w="1247" w:type="dxa"/>
            <w:shd w:val="clear" w:color="auto" w:fill="FFFFFF"/>
            <w:tcMar>
              <w:top w:w="70" w:type="dxa"/>
              <w:left w:w="85" w:type="dxa"/>
              <w:bottom w:w="70" w:type="dxa"/>
              <w:right w:w="85" w:type="dxa"/>
            </w:tcMar>
            <w:vAlign w:val="center"/>
          </w:tcPr>
          <w:p w14:paraId="1F4CEB9C" w14:textId="77777777" w:rsidR="002D35F2" w:rsidRPr="000C5950" w:rsidRDefault="00000000">
            <w:pPr>
              <w:spacing w:after="0" w:line="240" w:lineRule="auto"/>
              <w:jc w:val="center"/>
              <w:rPr>
                <w:noProof/>
                <w:lang w:val="ro-RO"/>
              </w:rPr>
            </w:pPr>
            <w:r w:rsidRPr="000C5950">
              <w:rPr>
                <w:noProof/>
                <w:sz w:val="15"/>
                <w:lang w:val="ro-RO"/>
              </w:rPr>
              <w:t>Nivel 1</w:t>
            </w:r>
          </w:p>
        </w:tc>
        <w:tc>
          <w:tcPr>
            <w:tcW w:w="2211" w:type="dxa"/>
            <w:shd w:val="clear" w:color="auto" w:fill="FFFFFF"/>
            <w:tcMar>
              <w:top w:w="70" w:type="dxa"/>
              <w:left w:w="85" w:type="dxa"/>
              <w:bottom w:w="70" w:type="dxa"/>
              <w:right w:w="85" w:type="dxa"/>
            </w:tcMar>
            <w:vAlign w:val="center"/>
          </w:tcPr>
          <w:p w14:paraId="64F77D56" w14:textId="77777777" w:rsidR="002D35F2" w:rsidRPr="000C5950" w:rsidRDefault="00000000">
            <w:pPr>
              <w:spacing w:after="0" w:line="240" w:lineRule="auto"/>
              <w:rPr>
                <w:noProof/>
                <w:lang w:val="ro-RO"/>
              </w:rPr>
            </w:pPr>
            <w:r w:rsidRPr="000C5950">
              <w:rPr>
                <w:noProof/>
                <w:sz w:val="15"/>
                <w:lang w:val="ro-RO"/>
              </w:rPr>
              <w:t>Direcție și guvernanță</w:t>
            </w:r>
          </w:p>
        </w:tc>
        <w:tc>
          <w:tcPr>
            <w:tcW w:w="4365" w:type="dxa"/>
            <w:shd w:val="clear" w:color="auto" w:fill="FFFFFF"/>
            <w:tcMar>
              <w:top w:w="70" w:type="dxa"/>
              <w:left w:w="85" w:type="dxa"/>
              <w:bottom w:w="70" w:type="dxa"/>
              <w:right w:w="85" w:type="dxa"/>
            </w:tcMar>
            <w:vAlign w:val="center"/>
          </w:tcPr>
          <w:p w14:paraId="059038E4" w14:textId="77777777" w:rsidR="002D35F2" w:rsidRPr="000C5950" w:rsidRDefault="00000000">
            <w:pPr>
              <w:spacing w:after="0" w:line="240" w:lineRule="auto"/>
              <w:rPr>
                <w:noProof/>
                <w:lang w:val="ro-RO"/>
              </w:rPr>
            </w:pPr>
            <w:r w:rsidRPr="000C5950">
              <w:rPr>
                <w:noProof/>
                <w:sz w:val="15"/>
                <w:lang w:val="ro-RO"/>
              </w:rPr>
              <w:t>Domeniu sistem SSM, politică, obiective, roluri, procese și responsabilități.</w:t>
            </w:r>
          </w:p>
        </w:tc>
        <w:tc>
          <w:tcPr>
            <w:tcW w:w="2098" w:type="dxa"/>
            <w:shd w:val="clear" w:color="auto" w:fill="FFFFFF"/>
            <w:tcMar>
              <w:top w:w="70" w:type="dxa"/>
              <w:left w:w="85" w:type="dxa"/>
              <w:bottom w:w="70" w:type="dxa"/>
              <w:right w:w="85" w:type="dxa"/>
            </w:tcMar>
            <w:vAlign w:val="center"/>
          </w:tcPr>
          <w:p w14:paraId="08E344D8" w14:textId="77777777" w:rsidR="002D35F2" w:rsidRPr="000C5950" w:rsidRDefault="00000000">
            <w:pPr>
              <w:spacing w:after="0" w:line="240" w:lineRule="auto"/>
              <w:rPr>
                <w:noProof/>
                <w:lang w:val="ro-RO"/>
              </w:rPr>
            </w:pPr>
            <w:r w:rsidRPr="000C5950">
              <w:rPr>
                <w:noProof/>
                <w:sz w:val="15"/>
                <w:lang w:val="ro-RO"/>
              </w:rPr>
              <w:t>Conducere / coordonator sistem</w:t>
            </w:r>
          </w:p>
        </w:tc>
      </w:tr>
      <w:tr w:rsidR="002D35F2" w:rsidRPr="000C5950" w14:paraId="4A6533B3" w14:textId="77777777">
        <w:trPr>
          <w:cantSplit/>
          <w:jc w:val="center"/>
        </w:trPr>
        <w:tc>
          <w:tcPr>
            <w:tcW w:w="1247" w:type="dxa"/>
            <w:shd w:val="clear" w:color="auto" w:fill="FAFAFA"/>
            <w:tcMar>
              <w:top w:w="70" w:type="dxa"/>
              <w:left w:w="85" w:type="dxa"/>
              <w:bottom w:w="70" w:type="dxa"/>
              <w:right w:w="85" w:type="dxa"/>
            </w:tcMar>
            <w:vAlign w:val="center"/>
          </w:tcPr>
          <w:p w14:paraId="2AE004E8" w14:textId="77777777" w:rsidR="002D35F2" w:rsidRPr="000C5950" w:rsidRDefault="00000000">
            <w:pPr>
              <w:spacing w:after="0" w:line="240" w:lineRule="auto"/>
              <w:jc w:val="center"/>
              <w:rPr>
                <w:noProof/>
                <w:lang w:val="ro-RO"/>
              </w:rPr>
            </w:pPr>
            <w:r w:rsidRPr="000C5950">
              <w:rPr>
                <w:noProof/>
                <w:sz w:val="15"/>
                <w:lang w:val="ro-RO"/>
              </w:rPr>
              <w:t>Nivel 2</w:t>
            </w:r>
          </w:p>
        </w:tc>
        <w:tc>
          <w:tcPr>
            <w:tcW w:w="2211" w:type="dxa"/>
            <w:shd w:val="clear" w:color="auto" w:fill="FAFAFA"/>
            <w:tcMar>
              <w:top w:w="70" w:type="dxa"/>
              <w:left w:w="85" w:type="dxa"/>
              <w:bottom w:w="70" w:type="dxa"/>
              <w:right w:w="85" w:type="dxa"/>
            </w:tcMar>
            <w:vAlign w:val="center"/>
          </w:tcPr>
          <w:p w14:paraId="6F290275" w14:textId="77777777" w:rsidR="002D35F2" w:rsidRPr="000C5950" w:rsidRDefault="00000000">
            <w:pPr>
              <w:spacing w:after="0" w:line="240" w:lineRule="auto"/>
              <w:rPr>
                <w:noProof/>
                <w:lang w:val="ro-RO"/>
              </w:rPr>
            </w:pPr>
            <w:r w:rsidRPr="000C5950">
              <w:rPr>
                <w:noProof/>
                <w:sz w:val="15"/>
                <w:lang w:val="ro-RO"/>
              </w:rPr>
              <w:t>Planificare și control</w:t>
            </w:r>
          </w:p>
        </w:tc>
        <w:tc>
          <w:tcPr>
            <w:tcW w:w="4365" w:type="dxa"/>
            <w:shd w:val="clear" w:color="auto" w:fill="FAFAFA"/>
            <w:tcMar>
              <w:top w:w="70" w:type="dxa"/>
              <w:left w:w="85" w:type="dxa"/>
              <w:bottom w:w="70" w:type="dxa"/>
              <w:right w:w="85" w:type="dxa"/>
            </w:tcMar>
            <w:vAlign w:val="center"/>
          </w:tcPr>
          <w:p w14:paraId="13503BF7" w14:textId="77777777" w:rsidR="002D35F2" w:rsidRPr="000C5950" w:rsidRDefault="00000000">
            <w:pPr>
              <w:spacing w:after="0" w:line="240" w:lineRule="auto"/>
              <w:rPr>
                <w:noProof/>
                <w:lang w:val="ro-RO"/>
              </w:rPr>
            </w:pPr>
            <w:r w:rsidRPr="000C5950">
              <w:rPr>
                <w:noProof/>
                <w:sz w:val="15"/>
                <w:lang w:val="ro-RO"/>
              </w:rPr>
              <w:t>Metodologii, registre, planuri, proceduri, criterii și reguli de decizie.</w:t>
            </w:r>
          </w:p>
        </w:tc>
        <w:tc>
          <w:tcPr>
            <w:tcW w:w="2098" w:type="dxa"/>
            <w:shd w:val="clear" w:color="auto" w:fill="FAFAFA"/>
            <w:tcMar>
              <w:top w:w="70" w:type="dxa"/>
              <w:left w:w="85" w:type="dxa"/>
              <w:bottom w:w="70" w:type="dxa"/>
              <w:right w:w="85" w:type="dxa"/>
            </w:tcMar>
            <w:vAlign w:val="center"/>
          </w:tcPr>
          <w:p w14:paraId="08193725" w14:textId="77777777" w:rsidR="002D35F2" w:rsidRPr="000C5950" w:rsidRDefault="00000000">
            <w:pPr>
              <w:spacing w:after="0" w:line="240" w:lineRule="auto"/>
              <w:rPr>
                <w:noProof/>
                <w:lang w:val="ro-RO"/>
              </w:rPr>
            </w:pPr>
            <w:r w:rsidRPr="000C5950">
              <w:rPr>
                <w:noProof/>
                <w:sz w:val="15"/>
                <w:lang w:val="ro-RO"/>
              </w:rPr>
              <w:t>Proprietari de proces / specialiști</w:t>
            </w:r>
          </w:p>
        </w:tc>
      </w:tr>
      <w:tr w:rsidR="002D35F2" w:rsidRPr="000C5950" w14:paraId="232D7655" w14:textId="77777777">
        <w:trPr>
          <w:cantSplit/>
          <w:jc w:val="center"/>
        </w:trPr>
        <w:tc>
          <w:tcPr>
            <w:tcW w:w="1247" w:type="dxa"/>
            <w:shd w:val="clear" w:color="auto" w:fill="FFFFFF"/>
            <w:tcMar>
              <w:top w:w="70" w:type="dxa"/>
              <w:left w:w="85" w:type="dxa"/>
              <w:bottom w:w="70" w:type="dxa"/>
              <w:right w:w="85" w:type="dxa"/>
            </w:tcMar>
            <w:vAlign w:val="center"/>
          </w:tcPr>
          <w:p w14:paraId="277D28C7" w14:textId="77777777" w:rsidR="002D35F2" w:rsidRPr="000C5950" w:rsidRDefault="00000000">
            <w:pPr>
              <w:spacing w:after="0" w:line="240" w:lineRule="auto"/>
              <w:jc w:val="center"/>
              <w:rPr>
                <w:noProof/>
                <w:lang w:val="ro-RO"/>
              </w:rPr>
            </w:pPr>
            <w:r w:rsidRPr="000C5950">
              <w:rPr>
                <w:noProof/>
                <w:sz w:val="15"/>
                <w:lang w:val="ro-RO"/>
              </w:rPr>
              <w:t>Nivel 3</w:t>
            </w:r>
          </w:p>
        </w:tc>
        <w:tc>
          <w:tcPr>
            <w:tcW w:w="2211" w:type="dxa"/>
            <w:shd w:val="clear" w:color="auto" w:fill="FFFFFF"/>
            <w:tcMar>
              <w:top w:w="70" w:type="dxa"/>
              <w:left w:w="85" w:type="dxa"/>
              <w:bottom w:w="70" w:type="dxa"/>
              <w:right w:w="85" w:type="dxa"/>
            </w:tcMar>
            <w:vAlign w:val="center"/>
          </w:tcPr>
          <w:p w14:paraId="07923077" w14:textId="77777777" w:rsidR="002D35F2" w:rsidRPr="000C5950" w:rsidRDefault="00000000">
            <w:pPr>
              <w:spacing w:after="0" w:line="240" w:lineRule="auto"/>
              <w:rPr>
                <w:noProof/>
                <w:lang w:val="ro-RO"/>
              </w:rPr>
            </w:pPr>
            <w:r w:rsidRPr="000C5950">
              <w:rPr>
                <w:noProof/>
                <w:sz w:val="15"/>
                <w:lang w:val="ro-RO"/>
              </w:rPr>
              <w:t>Execuție</w:t>
            </w:r>
          </w:p>
        </w:tc>
        <w:tc>
          <w:tcPr>
            <w:tcW w:w="4365" w:type="dxa"/>
            <w:shd w:val="clear" w:color="auto" w:fill="FFFFFF"/>
            <w:tcMar>
              <w:top w:w="70" w:type="dxa"/>
              <w:left w:w="85" w:type="dxa"/>
              <w:bottom w:w="70" w:type="dxa"/>
              <w:right w:w="85" w:type="dxa"/>
            </w:tcMar>
            <w:vAlign w:val="center"/>
          </w:tcPr>
          <w:p w14:paraId="0E59F45D" w14:textId="77777777" w:rsidR="002D35F2" w:rsidRPr="000C5950" w:rsidRDefault="00000000">
            <w:pPr>
              <w:spacing w:after="0" w:line="240" w:lineRule="auto"/>
              <w:rPr>
                <w:noProof/>
                <w:lang w:val="ro-RO"/>
              </w:rPr>
            </w:pPr>
            <w:r w:rsidRPr="000C5950">
              <w:rPr>
                <w:noProof/>
                <w:sz w:val="15"/>
                <w:lang w:val="ro-RO"/>
              </w:rPr>
              <w:t>Instrucțiuni, permise, specificații, liste de verificare, planuri locale și materiale vizuale.</w:t>
            </w:r>
          </w:p>
        </w:tc>
        <w:tc>
          <w:tcPr>
            <w:tcW w:w="2098" w:type="dxa"/>
            <w:shd w:val="clear" w:color="auto" w:fill="FFFFFF"/>
            <w:tcMar>
              <w:top w:w="70" w:type="dxa"/>
              <w:left w:w="85" w:type="dxa"/>
              <w:bottom w:w="70" w:type="dxa"/>
              <w:right w:w="85" w:type="dxa"/>
            </w:tcMar>
            <w:vAlign w:val="center"/>
          </w:tcPr>
          <w:p w14:paraId="2C0050EE" w14:textId="77777777" w:rsidR="002D35F2" w:rsidRPr="000C5950" w:rsidRDefault="00000000">
            <w:pPr>
              <w:spacing w:after="0" w:line="240" w:lineRule="auto"/>
              <w:rPr>
                <w:noProof/>
                <w:lang w:val="ro-RO"/>
              </w:rPr>
            </w:pPr>
            <w:r w:rsidRPr="000C5950">
              <w:rPr>
                <w:noProof/>
                <w:sz w:val="15"/>
                <w:lang w:val="ro-RO"/>
              </w:rPr>
              <w:t>Manageri operaționali / supraveghetori</w:t>
            </w:r>
          </w:p>
        </w:tc>
      </w:tr>
      <w:tr w:rsidR="002D35F2" w:rsidRPr="000C5950" w14:paraId="210441B7" w14:textId="77777777">
        <w:trPr>
          <w:cantSplit/>
          <w:jc w:val="center"/>
        </w:trPr>
        <w:tc>
          <w:tcPr>
            <w:tcW w:w="1247" w:type="dxa"/>
            <w:shd w:val="clear" w:color="auto" w:fill="FAFAFA"/>
            <w:tcMar>
              <w:top w:w="70" w:type="dxa"/>
              <w:left w:w="85" w:type="dxa"/>
              <w:bottom w:w="70" w:type="dxa"/>
              <w:right w:w="85" w:type="dxa"/>
            </w:tcMar>
            <w:vAlign w:val="center"/>
          </w:tcPr>
          <w:p w14:paraId="22215361" w14:textId="77777777" w:rsidR="002D35F2" w:rsidRPr="000C5950" w:rsidRDefault="00000000">
            <w:pPr>
              <w:spacing w:after="0" w:line="240" w:lineRule="auto"/>
              <w:jc w:val="center"/>
              <w:rPr>
                <w:noProof/>
                <w:lang w:val="ro-RO"/>
              </w:rPr>
            </w:pPr>
            <w:r w:rsidRPr="000C5950">
              <w:rPr>
                <w:noProof/>
                <w:sz w:val="15"/>
                <w:lang w:val="ro-RO"/>
              </w:rPr>
              <w:t>Nivel 4</w:t>
            </w:r>
          </w:p>
        </w:tc>
        <w:tc>
          <w:tcPr>
            <w:tcW w:w="2211" w:type="dxa"/>
            <w:shd w:val="clear" w:color="auto" w:fill="FAFAFA"/>
            <w:tcMar>
              <w:top w:w="70" w:type="dxa"/>
              <w:left w:w="85" w:type="dxa"/>
              <w:bottom w:w="70" w:type="dxa"/>
              <w:right w:w="85" w:type="dxa"/>
            </w:tcMar>
            <w:vAlign w:val="center"/>
          </w:tcPr>
          <w:p w14:paraId="73886210" w14:textId="77777777" w:rsidR="002D35F2" w:rsidRPr="000C5950" w:rsidRDefault="00000000">
            <w:pPr>
              <w:spacing w:after="0" w:line="240" w:lineRule="auto"/>
              <w:rPr>
                <w:noProof/>
                <w:lang w:val="ro-RO"/>
              </w:rPr>
            </w:pPr>
            <w:r w:rsidRPr="000C5950">
              <w:rPr>
                <w:noProof/>
                <w:sz w:val="15"/>
                <w:lang w:val="ro-RO"/>
              </w:rPr>
              <w:t>Dovezi</w:t>
            </w:r>
          </w:p>
        </w:tc>
        <w:tc>
          <w:tcPr>
            <w:tcW w:w="4365" w:type="dxa"/>
            <w:shd w:val="clear" w:color="auto" w:fill="FAFAFA"/>
            <w:tcMar>
              <w:top w:w="70" w:type="dxa"/>
              <w:left w:w="85" w:type="dxa"/>
              <w:bottom w:w="70" w:type="dxa"/>
              <w:right w:w="85" w:type="dxa"/>
            </w:tcMar>
            <w:vAlign w:val="center"/>
          </w:tcPr>
          <w:p w14:paraId="5226F7FF" w14:textId="77777777" w:rsidR="002D35F2" w:rsidRPr="000C5950" w:rsidRDefault="00000000">
            <w:pPr>
              <w:spacing w:after="0" w:line="240" w:lineRule="auto"/>
              <w:rPr>
                <w:noProof/>
                <w:lang w:val="ro-RO"/>
              </w:rPr>
            </w:pPr>
            <w:r w:rsidRPr="000C5950">
              <w:rPr>
                <w:noProof/>
                <w:sz w:val="15"/>
                <w:lang w:val="ro-RO"/>
              </w:rPr>
              <w:t>Formulare completate, rezultate, rapoarte, loguri, aprobări, fotografii și baze de date.</w:t>
            </w:r>
          </w:p>
        </w:tc>
        <w:tc>
          <w:tcPr>
            <w:tcW w:w="2098" w:type="dxa"/>
            <w:shd w:val="clear" w:color="auto" w:fill="FAFAFA"/>
            <w:tcMar>
              <w:top w:w="70" w:type="dxa"/>
              <w:left w:w="85" w:type="dxa"/>
              <w:bottom w:w="70" w:type="dxa"/>
              <w:right w:w="85" w:type="dxa"/>
            </w:tcMar>
            <w:vAlign w:val="center"/>
          </w:tcPr>
          <w:p w14:paraId="3C04D8F7" w14:textId="77777777" w:rsidR="002D35F2" w:rsidRPr="000C5950" w:rsidRDefault="00000000">
            <w:pPr>
              <w:spacing w:after="0" w:line="240" w:lineRule="auto"/>
              <w:rPr>
                <w:noProof/>
                <w:lang w:val="ro-RO"/>
              </w:rPr>
            </w:pPr>
            <w:r w:rsidRPr="000C5950">
              <w:rPr>
                <w:noProof/>
                <w:sz w:val="15"/>
                <w:lang w:val="ro-RO"/>
              </w:rPr>
              <w:t>Persoana care realizează activitatea</w:t>
            </w:r>
          </w:p>
        </w:tc>
      </w:tr>
    </w:tbl>
    <w:p w14:paraId="3B59D5FC" w14:textId="77777777" w:rsidR="002D35F2" w:rsidRPr="000C5950" w:rsidRDefault="002D35F2">
      <w:pPr>
        <w:spacing w:after="20"/>
        <w:rPr>
          <w:noProof/>
          <w:lang w:val="ro-RO"/>
        </w:rPr>
      </w:pPr>
    </w:p>
    <w:p w14:paraId="0072E97C" w14:textId="77777777" w:rsidR="002D35F2" w:rsidRPr="000C5950" w:rsidRDefault="00000000">
      <w:pPr>
        <w:pStyle w:val="Heading2"/>
        <w:rPr>
          <w:noProof/>
          <w:lang w:val="ro-RO"/>
        </w:rPr>
      </w:pPr>
      <w:r w:rsidRPr="000C5950">
        <w:rPr>
          <w:noProof/>
          <w:lang w:val="ro-RO"/>
        </w:rPr>
        <w:t>Familii documentare recomandate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794"/>
        <w:gridCol w:w="2381"/>
        <w:gridCol w:w="4706"/>
        <w:gridCol w:w="2041"/>
      </w:tblGrid>
      <w:tr w:rsidR="002D35F2" w:rsidRPr="000C5950" w14:paraId="458E8908" w14:textId="77777777">
        <w:trPr>
          <w:tblHeader/>
          <w:jc w:val="center"/>
        </w:trPr>
        <w:tc>
          <w:tcPr>
            <w:tcW w:w="794" w:type="dxa"/>
            <w:shd w:val="clear" w:color="auto" w:fill="D71920"/>
            <w:tcMar>
              <w:top w:w="70" w:type="dxa"/>
              <w:left w:w="85" w:type="dxa"/>
              <w:bottom w:w="70" w:type="dxa"/>
              <w:right w:w="85" w:type="dxa"/>
            </w:tcMar>
            <w:vAlign w:val="center"/>
          </w:tcPr>
          <w:p w14:paraId="5373F1B8" w14:textId="77777777" w:rsidR="002D35F2" w:rsidRPr="000C5950" w:rsidRDefault="00000000">
            <w:pPr>
              <w:spacing w:after="0" w:line="240" w:lineRule="auto"/>
              <w:jc w:val="center"/>
              <w:rPr>
                <w:noProof/>
                <w:lang w:val="ro-RO"/>
              </w:rPr>
            </w:pPr>
            <w:r w:rsidRPr="000C5950">
              <w:rPr>
                <w:b/>
                <w:noProof/>
                <w:color w:val="FFFFFF"/>
                <w:sz w:val="15"/>
                <w:lang w:val="ro-RO"/>
              </w:rPr>
              <w:t>COD</w:t>
            </w:r>
          </w:p>
        </w:tc>
        <w:tc>
          <w:tcPr>
            <w:tcW w:w="2381" w:type="dxa"/>
            <w:shd w:val="clear" w:color="auto" w:fill="D71920"/>
            <w:tcMar>
              <w:top w:w="70" w:type="dxa"/>
              <w:left w:w="85" w:type="dxa"/>
              <w:bottom w:w="70" w:type="dxa"/>
              <w:right w:w="85" w:type="dxa"/>
            </w:tcMar>
            <w:vAlign w:val="center"/>
          </w:tcPr>
          <w:p w14:paraId="220CF81D" w14:textId="77777777" w:rsidR="002D35F2" w:rsidRPr="000C5950" w:rsidRDefault="00000000">
            <w:pPr>
              <w:spacing w:after="0" w:line="240" w:lineRule="auto"/>
              <w:jc w:val="center"/>
              <w:rPr>
                <w:noProof/>
                <w:lang w:val="ro-RO"/>
              </w:rPr>
            </w:pPr>
            <w:r w:rsidRPr="000C5950">
              <w:rPr>
                <w:b/>
                <w:noProof/>
                <w:color w:val="FFFFFF"/>
                <w:sz w:val="15"/>
                <w:lang w:val="ro-RO"/>
              </w:rPr>
              <w:t>FAMILIE</w:t>
            </w:r>
          </w:p>
        </w:tc>
        <w:tc>
          <w:tcPr>
            <w:tcW w:w="4706" w:type="dxa"/>
            <w:shd w:val="clear" w:color="auto" w:fill="D71920"/>
            <w:tcMar>
              <w:top w:w="70" w:type="dxa"/>
              <w:left w:w="85" w:type="dxa"/>
              <w:bottom w:w="70" w:type="dxa"/>
              <w:right w:w="85" w:type="dxa"/>
            </w:tcMar>
            <w:vAlign w:val="center"/>
          </w:tcPr>
          <w:p w14:paraId="66972E6D" w14:textId="77777777" w:rsidR="002D35F2" w:rsidRPr="000C5950" w:rsidRDefault="00000000">
            <w:pPr>
              <w:spacing w:after="0" w:line="240" w:lineRule="auto"/>
              <w:jc w:val="center"/>
              <w:rPr>
                <w:noProof/>
                <w:lang w:val="ro-RO"/>
              </w:rPr>
            </w:pPr>
            <w:r w:rsidRPr="000C5950">
              <w:rPr>
                <w:b/>
                <w:noProof/>
                <w:color w:val="FFFFFF"/>
                <w:sz w:val="15"/>
                <w:lang w:val="ro-RO"/>
              </w:rPr>
              <w:t>CONȚINUT</w:t>
            </w:r>
          </w:p>
        </w:tc>
        <w:tc>
          <w:tcPr>
            <w:tcW w:w="2041" w:type="dxa"/>
            <w:shd w:val="clear" w:color="auto" w:fill="D71920"/>
            <w:tcMar>
              <w:top w:w="70" w:type="dxa"/>
              <w:left w:w="85" w:type="dxa"/>
              <w:bottom w:w="70" w:type="dxa"/>
              <w:right w:w="85" w:type="dxa"/>
            </w:tcMar>
            <w:vAlign w:val="center"/>
          </w:tcPr>
          <w:p w14:paraId="50DCE6C9" w14:textId="77777777" w:rsidR="002D35F2" w:rsidRPr="000C5950" w:rsidRDefault="00000000">
            <w:pPr>
              <w:spacing w:after="0" w:line="240" w:lineRule="auto"/>
              <w:jc w:val="center"/>
              <w:rPr>
                <w:noProof/>
                <w:lang w:val="ro-RO"/>
              </w:rPr>
            </w:pPr>
            <w:r w:rsidRPr="000C5950">
              <w:rPr>
                <w:b/>
                <w:noProof/>
                <w:color w:val="FFFFFF"/>
                <w:sz w:val="15"/>
                <w:lang w:val="ro-RO"/>
              </w:rPr>
              <w:t>PRIORITATE</w:t>
            </w:r>
          </w:p>
        </w:tc>
      </w:tr>
      <w:tr w:rsidR="002D35F2" w:rsidRPr="000C5950" w14:paraId="2675F2F7" w14:textId="77777777">
        <w:trPr>
          <w:cantSplit/>
          <w:jc w:val="center"/>
        </w:trPr>
        <w:tc>
          <w:tcPr>
            <w:tcW w:w="794" w:type="dxa"/>
            <w:shd w:val="clear" w:color="auto" w:fill="FFFFFF"/>
            <w:tcMar>
              <w:top w:w="70" w:type="dxa"/>
              <w:left w:w="85" w:type="dxa"/>
              <w:bottom w:w="70" w:type="dxa"/>
              <w:right w:w="85" w:type="dxa"/>
            </w:tcMar>
            <w:vAlign w:val="center"/>
          </w:tcPr>
          <w:p w14:paraId="082BD3D9" w14:textId="77777777" w:rsidR="002D35F2" w:rsidRPr="000C5950" w:rsidRDefault="00000000">
            <w:pPr>
              <w:spacing w:after="0" w:line="240" w:lineRule="auto"/>
              <w:jc w:val="center"/>
              <w:rPr>
                <w:noProof/>
                <w:lang w:val="ro-RO"/>
              </w:rPr>
            </w:pPr>
            <w:r w:rsidRPr="000C5950">
              <w:rPr>
                <w:noProof/>
                <w:sz w:val="15"/>
                <w:lang w:val="ro-RO"/>
              </w:rPr>
              <w:t>A</w:t>
            </w:r>
          </w:p>
        </w:tc>
        <w:tc>
          <w:tcPr>
            <w:tcW w:w="2381" w:type="dxa"/>
            <w:shd w:val="clear" w:color="auto" w:fill="FFFFFF"/>
            <w:tcMar>
              <w:top w:w="70" w:type="dxa"/>
              <w:left w:w="85" w:type="dxa"/>
              <w:bottom w:w="70" w:type="dxa"/>
              <w:right w:w="85" w:type="dxa"/>
            </w:tcMar>
            <w:vAlign w:val="center"/>
          </w:tcPr>
          <w:p w14:paraId="146ADA71" w14:textId="77777777" w:rsidR="002D35F2" w:rsidRPr="000C5950" w:rsidRDefault="00000000">
            <w:pPr>
              <w:spacing w:after="0" w:line="240" w:lineRule="auto"/>
              <w:rPr>
                <w:noProof/>
                <w:lang w:val="ro-RO"/>
              </w:rPr>
            </w:pPr>
            <w:r w:rsidRPr="000C5950">
              <w:rPr>
                <w:noProof/>
                <w:sz w:val="15"/>
                <w:lang w:val="ro-RO"/>
              </w:rPr>
              <w:t>Guvernanță SSM</w:t>
            </w:r>
          </w:p>
        </w:tc>
        <w:tc>
          <w:tcPr>
            <w:tcW w:w="4706" w:type="dxa"/>
            <w:shd w:val="clear" w:color="auto" w:fill="FFFFFF"/>
            <w:tcMar>
              <w:top w:w="70" w:type="dxa"/>
              <w:left w:w="85" w:type="dxa"/>
              <w:bottom w:w="70" w:type="dxa"/>
              <w:right w:w="85" w:type="dxa"/>
            </w:tcMar>
            <w:vAlign w:val="center"/>
          </w:tcPr>
          <w:p w14:paraId="624AD3C7" w14:textId="77777777" w:rsidR="002D35F2" w:rsidRPr="000C5950" w:rsidRDefault="00000000">
            <w:pPr>
              <w:spacing w:after="0" w:line="240" w:lineRule="auto"/>
              <w:rPr>
                <w:noProof/>
                <w:lang w:val="ro-RO"/>
              </w:rPr>
            </w:pPr>
            <w:r w:rsidRPr="000C5950">
              <w:rPr>
                <w:noProof/>
                <w:sz w:val="15"/>
                <w:lang w:val="ro-RO"/>
              </w:rPr>
              <w:t>Domeniu, politică, roluri, responsabilități, procese și decizii ale conducerii.</w:t>
            </w:r>
          </w:p>
        </w:tc>
        <w:tc>
          <w:tcPr>
            <w:tcW w:w="2041" w:type="dxa"/>
            <w:shd w:val="clear" w:color="auto" w:fill="FFFFFF"/>
            <w:tcMar>
              <w:top w:w="70" w:type="dxa"/>
              <w:left w:w="85" w:type="dxa"/>
              <w:bottom w:w="70" w:type="dxa"/>
              <w:right w:w="85" w:type="dxa"/>
            </w:tcMar>
            <w:vAlign w:val="center"/>
          </w:tcPr>
          <w:p w14:paraId="6BAB5201" w14:textId="77777777" w:rsidR="002D35F2" w:rsidRPr="000C5950" w:rsidRDefault="00000000">
            <w:pPr>
              <w:spacing w:after="0" w:line="240" w:lineRule="auto"/>
              <w:rPr>
                <w:noProof/>
                <w:lang w:val="ro-RO"/>
              </w:rPr>
            </w:pPr>
            <w:r w:rsidRPr="000C5950">
              <w:rPr>
                <w:noProof/>
                <w:sz w:val="15"/>
                <w:lang w:val="ro-RO"/>
              </w:rPr>
              <w:t>Esențial</w:t>
            </w:r>
          </w:p>
        </w:tc>
      </w:tr>
      <w:tr w:rsidR="002D35F2" w:rsidRPr="000C5950" w14:paraId="7C2D5B9D" w14:textId="77777777">
        <w:trPr>
          <w:cantSplit/>
          <w:jc w:val="center"/>
        </w:trPr>
        <w:tc>
          <w:tcPr>
            <w:tcW w:w="794" w:type="dxa"/>
            <w:shd w:val="clear" w:color="auto" w:fill="FAFAFA"/>
            <w:tcMar>
              <w:top w:w="70" w:type="dxa"/>
              <w:left w:w="85" w:type="dxa"/>
              <w:bottom w:w="70" w:type="dxa"/>
              <w:right w:w="85" w:type="dxa"/>
            </w:tcMar>
            <w:vAlign w:val="center"/>
          </w:tcPr>
          <w:p w14:paraId="15F6B849" w14:textId="77777777" w:rsidR="002D35F2" w:rsidRPr="000C5950" w:rsidRDefault="00000000">
            <w:pPr>
              <w:spacing w:after="0" w:line="240" w:lineRule="auto"/>
              <w:jc w:val="center"/>
              <w:rPr>
                <w:noProof/>
                <w:lang w:val="ro-RO"/>
              </w:rPr>
            </w:pPr>
            <w:r w:rsidRPr="000C5950">
              <w:rPr>
                <w:noProof/>
                <w:sz w:val="15"/>
                <w:lang w:val="ro-RO"/>
              </w:rPr>
              <w:t>B</w:t>
            </w:r>
          </w:p>
        </w:tc>
        <w:tc>
          <w:tcPr>
            <w:tcW w:w="2381" w:type="dxa"/>
            <w:shd w:val="clear" w:color="auto" w:fill="FAFAFA"/>
            <w:tcMar>
              <w:top w:w="70" w:type="dxa"/>
              <w:left w:w="85" w:type="dxa"/>
              <w:bottom w:w="70" w:type="dxa"/>
              <w:right w:w="85" w:type="dxa"/>
            </w:tcMar>
            <w:vAlign w:val="center"/>
          </w:tcPr>
          <w:p w14:paraId="35089818" w14:textId="77777777" w:rsidR="002D35F2" w:rsidRPr="000C5950" w:rsidRDefault="00000000">
            <w:pPr>
              <w:spacing w:after="0" w:line="240" w:lineRule="auto"/>
              <w:rPr>
                <w:noProof/>
                <w:lang w:val="ro-RO"/>
              </w:rPr>
            </w:pPr>
            <w:r w:rsidRPr="000C5950">
              <w:rPr>
                <w:noProof/>
                <w:sz w:val="15"/>
                <w:lang w:val="ro-RO"/>
              </w:rPr>
              <w:t>Consultare și participare</w:t>
            </w:r>
          </w:p>
        </w:tc>
        <w:tc>
          <w:tcPr>
            <w:tcW w:w="4706" w:type="dxa"/>
            <w:shd w:val="clear" w:color="auto" w:fill="FAFAFA"/>
            <w:tcMar>
              <w:top w:w="70" w:type="dxa"/>
              <w:left w:w="85" w:type="dxa"/>
              <w:bottom w:w="70" w:type="dxa"/>
              <w:right w:w="85" w:type="dxa"/>
            </w:tcMar>
            <w:vAlign w:val="center"/>
          </w:tcPr>
          <w:p w14:paraId="25BFA6D0" w14:textId="77777777" w:rsidR="002D35F2" w:rsidRPr="000C5950" w:rsidRDefault="00000000">
            <w:pPr>
              <w:spacing w:after="0" w:line="240" w:lineRule="auto"/>
              <w:rPr>
                <w:noProof/>
                <w:lang w:val="ro-RO"/>
              </w:rPr>
            </w:pPr>
            <w:r w:rsidRPr="000C5950">
              <w:rPr>
                <w:noProof/>
                <w:sz w:val="15"/>
                <w:lang w:val="ro-RO"/>
              </w:rPr>
              <w:t>Mecanisme, reprezentanți, ședințe, propuneri, feedback și eliminarea barierelor.</w:t>
            </w:r>
          </w:p>
        </w:tc>
        <w:tc>
          <w:tcPr>
            <w:tcW w:w="2041" w:type="dxa"/>
            <w:shd w:val="clear" w:color="auto" w:fill="FAFAFA"/>
            <w:tcMar>
              <w:top w:w="70" w:type="dxa"/>
              <w:left w:w="85" w:type="dxa"/>
              <w:bottom w:w="70" w:type="dxa"/>
              <w:right w:w="85" w:type="dxa"/>
            </w:tcMar>
            <w:vAlign w:val="center"/>
          </w:tcPr>
          <w:p w14:paraId="446F4816" w14:textId="77777777" w:rsidR="002D35F2" w:rsidRPr="000C5950" w:rsidRDefault="00000000">
            <w:pPr>
              <w:spacing w:after="0" w:line="240" w:lineRule="auto"/>
              <w:rPr>
                <w:noProof/>
                <w:lang w:val="ro-RO"/>
              </w:rPr>
            </w:pPr>
            <w:r w:rsidRPr="000C5950">
              <w:rPr>
                <w:noProof/>
                <w:sz w:val="15"/>
                <w:lang w:val="ro-RO"/>
              </w:rPr>
              <w:t>Esențial ca proces</w:t>
            </w:r>
          </w:p>
        </w:tc>
      </w:tr>
      <w:tr w:rsidR="002D35F2" w:rsidRPr="000C5950" w14:paraId="129A9048" w14:textId="77777777">
        <w:trPr>
          <w:cantSplit/>
          <w:jc w:val="center"/>
        </w:trPr>
        <w:tc>
          <w:tcPr>
            <w:tcW w:w="794" w:type="dxa"/>
            <w:shd w:val="clear" w:color="auto" w:fill="FFFFFF"/>
            <w:tcMar>
              <w:top w:w="70" w:type="dxa"/>
              <w:left w:w="85" w:type="dxa"/>
              <w:bottom w:w="70" w:type="dxa"/>
              <w:right w:w="85" w:type="dxa"/>
            </w:tcMar>
            <w:vAlign w:val="center"/>
          </w:tcPr>
          <w:p w14:paraId="73209E41" w14:textId="77777777" w:rsidR="002D35F2" w:rsidRPr="000C5950" w:rsidRDefault="00000000">
            <w:pPr>
              <w:spacing w:after="0" w:line="240" w:lineRule="auto"/>
              <w:jc w:val="center"/>
              <w:rPr>
                <w:noProof/>
                <w:lang w:val="ro-RO"/>
              </w:rPr>
            </w:pPr>
            <w:r w:rsidRPr="000C5950">
              <w:rPr>
                <w:noProof/>
                <w:sz w:val="15"/>
                <w:lang w:val="ro-RO"/>
              </w:rPr>
              <w:t>C</w:t>
            </w:r>
          </w:p>
        </w:tc>
        <w:tc>
          <w:tcPr>
            <w:tcW w:w="2381" w:type="dxa"/>
            <w:shd w:val="clear" w:color="auto" w:fill="FFFFFF"/>
            <w:tcMar>
              <w:top w:w="70" w:type="dxa"/>
              <w:left w:w="85" w:type="dxa"/>
              <w:bottom w:w="70" w:type="dxa"/>
              <w:right w:w="85" w:type="dxa"/>
            </w:tcMar>
            <w:vAlign w:val="center"/>
          </w:tcPr>
          <w:p w14:paraId="45640625" w14:textId="77777777" w:rsidR="002D35F2" w:rsidRPr="000C5950" w:rsidRDefault="00000000">
            <w:pPr>
              <w:spacing w:after="0" w:line="240" w:lineRule="auto"/>
              <w:rPr>
                <w:noProof/>
                <w:lang w:val="ro-RO"/>
              </w:rPr>
            </w:pPr>
            <w:r w:rsidRPr="000C5950">
              <w:rPr>
                <w:noProof/>
                <w:sz w:val="15"/>
                <w:lang w:val="ro-RO"/>
              </w:rPr>
              <w:t>Pericole și riscuri SSM</w:t>
            </w:r>
          </w:p>
        </w:tc>
        <w:tc>
          <w:tcPr>
            <w:tcW w:w="4706" w:type="dxa"/>
            <w:shd w:val="clear" w:color="auto" w:fill="FFFFFF"/>
            <w:tcMar>
              <w:top w:w="70" w:type="dxa"/>
              <w:left w:w="85" w:type="dxa"/>
              <w:bottom w:w="70" w:type="dxa"/>
              <w:right w:w="85" w:type="dxa"/>
            </w:tcMar>
            <w:vAlign w:val="center"/>
          </w:tcPr>
          <w:p w14:paraId="294C8DE3" w14:textId="77777777" w:rsidR="002D35F2" w:rsidRPr="000C5950" w:rsidRDefault="00000000">
            <w:pPr>
              <w:spacing w:after="0" w:line="240" w:lineRule="auto"/>
              <w:rPr>
                <w:noProof/>
                <w:lang w:val="ro-RO"/>
              </w:rPr>
            </w:pPr>
            <w:r w:rsidRPr="000C5950">
              <w:rPr>
                <w:noProof/>
                <w:sz w:val="15"/>
                <w:lang w:val="ro-RO"/>
              </w:rPr>
              <w:t>Metodologie, inventar pericole, evaluări, oportunități și controale.</w:t>
            </w:r>
          </w:p>
        </w:tc>
        <w:tc>
          <w:tcPr>
            <w:tcW w:w="2041" w:type="dxa"/>
            <w:shd w:val="clear" w:color="auto" w:fill="FFFFFF"/>
            <w:tcMar>
              <w:top w:w="70" w:type="dxa"/>
              <w:left w:w="85" w:type="dxa"/>
              <w:bottom w:w="70" w:type="dxa"/>
              <w:right w:w="85" w:type="dxa"/>
            </w:tcMar>
            <w:vAlign w:val="center"/>
          </w:tcPr>
          <w:p w14:paraId="78EC0C23" w14:textId="77777777" w:rsidR="002D35F2" w:rsidRPr="000C5950" w:rsidRDefault="00000000">
            <w:pPr>
              <w:spacing w:after="0" w:line="240" w:lineRule="auto"/>
              <w:rPr>
                <w:noProof/>
                <w:lang w:val="ro-RO"/>
              </w:rPr>
            </w:pPr>
            <w:r w:rsidRPr="000C5950">
              <w:rPr>
                <w:noProof/>
                <w:sz w:val="15"/>
                <w:lang w:val="ro-RO"/>
              </w:rPr>
              <w:t>Esențial</w:t>
            </w:r>
          </w:p>
        </w:tc>
      </w:tr>
      <w:tr w:rsidR="002D35F2" w:rsidRPr="000C5950" w14:paraId="74E3AF37" w14:textId="77777777">
        <w:trPr>
          <w:cantSplit/>
          <w:jc w:val="center"/>
        </w:trPr>
        <w:tc>
          <w:tcPr>
            <w:tcW w:w="794" w:type="dxa"/>
            <w:shd w:val="clear" w:color="auto" w:fill="FAFAFA"/>
            <w:tcMar>
              <w:top w:w="70" w:type="dxa"/>
              <w:left w:w="85" w:type="dxa"/>
              <w:bottom w:w="70" w:type="dxa"/>
              <w:right w:w="85" w:type="dxa"/>
            </w:tcMar>
            <w:vAlign w:val="center"/>
          </w:tcPr>
          <w:p w14:paraId="4E9DCD7B" w14:textId="77777777" w:rsidR="002D35F2" w:rsidRPr="000C5950" w:rsidRDefault="00000000">
            <w:pPr>
              <w:spacing w:after="0" w:line="240" w:lineRule="auto"/>
              <w:jc w:val="center"/>
              <w:rPr>
                <w:noProof/>
                <w:lang w:val="ro-RO"/>
              </w:rPr>
            </w:pPr>
            <w:r w:rsidRPr="000C5950">
              <w:rPr>
                <w:noProof/>
                <w:sz w:val="15"/>
                <w:lang w:val="ro-RO"/>
              </w:rPr>
              <w:t>D</w:t>
            </w:r>
          </w:p>
        </w:tc>
        <w:tc>
          <w:tcPr>
            <w:tcW w:w="2381" w:type="dxa"/>
            <w:shd w:val="clear" w:color="auto" w:fill="FAFAFA"/>
            <w:tcMar>
              <w:top w:w="70" w:type="dxa"/>
              <w:left w:w="85" w:type="dxa"/>
              <w:bottom w:w="70" w:type="dxa"/>
              <w:right w:w="85" w:type="dxa"/>
            </w:tcMar>
            <w:vAlign w:val="center"/>
          </w:tcPr>
          <w:p w14:paraId="16E0D1C9" w14:textId="77777777" w:rsidR="002D35F2" w:rsidRPr="000C5950" w:rsidRDefault="00000000">
            <w:pPr>
              <w:spacing w:after="0" w:line="240" w:lineRule="auto"/>
              <w:rPr>
                <w:noProof/>
                <w:lang w:val="ro-RO"/>
              </w:rPr>
            </w:pPr>
            <w:r w:rsidRPr="000C5950">
              <w:rPr>
                <w:noProof/>
                <w:sz w:val="15"/>
                <w:lang w:val="ro-RO"/>
              </w:rPr>
              <w:t>Cerințe legale</w:t>
            </w:r>
          </w:p>
        </w:tc>
        <w:tc>
          <w:tcPr>
            <w:tcW w:w="4706" w:type="dxa"/>
            <w:shd w:val="clear" w:color="auto" w:fill="FAFAFA"/>
            <w:tcMar>
              <w:top w:w="70" w:type="dxa"/>
              <w:left w:w="85" w:type="dxa"/>
              <w:bottom w:w="70" w:type="dxa"/>
              <w:right w:w="85" w:type="dxa"/>
            </w:tcMar>
            <w:vAlign w:val="center"/>
          </w:tcPr>
          <w:p w14:paraId="49DCC74A" w14:textId="77777777" w:rsidR="002D35F2" w:rsidRPr="000C5950" w:rsidRDefault="00000000">
            <w:pPr>
              <w:spacing w:after="0" w:line="240" w:lineRule="auto"/>
              <w:rPr>
                <w:noProof/>
                <w:lang w:val="ro-RO"/>
              </w:rPr>
            </w:pPr>
            <w:r w:rsidRPr="000C5950">
              <w:rPr>
                <w:noProof/>
                <w:sz w:val="15"/>
                <w:lang w:val="ro-RO"/>
              </w:rPr>
              <w:t>Registru legal, autorizații, verificări, evaluarea conformării și acțiuni.</w:t>
            </w:r>
          </w:p>
        </w:tc>
        <w:tc>
          <w:tcPr>
            <w:tcW w:w="2041" w:type="dxa"/>
            <w:shd w:val="clear" w:color="auto" w:fill="FAFAFA"/>
            <w:tcMar>
              <w:top w:w="70" w:type="dxa"/>
              <w:left w:w="85" w:type="dxa"/>
              <w:bottom w:w="70" w:type="dxa"/>
              <w:right w:w="85" w:type="dxa"/>
            </w:tcMar>
            <w:vAlign w:val="center"/>
          </w:tcPr>
          <w:p w14:paraId="35D62F5C" w14:textId="77777777" w:rsidR="002D35F2" w:rsidRPr="000C5950" w:rsidRDefault="00000000">
            <w:pPr>
              <w:spacing w:after="0" w:line="240" w:lineRule="auto"/>
              <w:rPr>
                <w:noProof/>
                <w:lang w:val="ro-RO"/>
              </w:rPr>
            </w:pPr>
            <w:r w:rsidRPr="000C5950">
              <w:rPr>
                <w:noProof/>
                <w:sz w:val="15"/>
                <w:lang w:val="ro-RO"/>
              </w:rPr>
              <w:t>Esențial</w:t>
            </w:r>
          </w:p>
        </w:tc>
      </w:tr>
      <w:tr w:rsidR="002D35F2" w:rsidRPr="000C5950" w14:paraId="1D0253D4" w14:textId="77777777">
        <w:trPr>
          <w:cantSplit/>
          <w:jc w:val="center"/>
        </w:trPr>
        <w:tc>
          <w:tcPr>
            <w:tcW w:w="794" w:type="dxa"/>
            <w:shd w:val="clear" w:color="auto" w:fill="FFFFFF"/>
            <w:tcMar>
              <w:top w:w="70" w:type="dxa"/>
              <w:left w:w="85" w:type="dxa"/>
              <w:bottom w:w="70" w:type="dxa"/>
              <w:right w:w="85" w:type="dxa"/>
            </w:tcMar>
            <w:vAlign w:val="center"/>
          </w:tcPr>
          <w:p w14:paraId="5DC5C62B" w14:textId="77777777" w:rsidR="002D35F2" w:rsidRPr="000C5950" w:rsidRDefault="00000000">
            <w:pPr>
              <w:spacing w:after="0" w:line="240" w:lineRule="auto"/>
              <w:jc w:val="center"/>
              <w:rPr>
                <w:noProof/>
                <w:lang w:val="ro-RO"/>
              </w:rPr>
            </w:pPr>
            <w:r w:rsidRPr="000C5950">
              <w:rPr>
                <w:noProof/>
                <w:sz w:val="15"/>
                <w:lang w:val="ro-RO"/>
              </w:rPr>
              <w:t>E</w:t>
            </w:r>
          </w:p>
        </w:tc>
        <w:tc>
          <w:tcPr>
            <w:tcW w:w="2381" w:type="dxa"/>
            <w:shd w:val="clear" w:color="auto" w:fill="FFFFFF"/>
            <w:tcMar>
              <w:top w:w="70" w:type="dxa"/>
              <w:left w:w="85" w:type="dxa"/>
              <w:bottom w:w="70" w:type="dxa"/>
              <w:right w:w="85" w:type="dxa"/>
            </w:tcMar>
            <w:vAlign w:val="center"/>
          </w:tcPr>
          <w:p w14:paraId="07503CC3" w14:textId="77777777" w:rsidR="002D35F2" w:rsidRPr="000C5950" w:rsidRDefault="00000000">
            <w:pPr>
              <w:spacing w:after="0" w:line="240" w:lineRule="auto"/>
              <w:rPr>
                <w:noProof/>
                <w:lang w:val="ro-RO"/>
              </w:rPr>
            </w:pPr>
            <w:r w:rsidRPr="000C5950">
              <w:rPr>
                <w:noProof/>
                <w:sz w:val="15"/>
                <w:lang w:val="ro-RO"/>
              </w:rPr>
              <w:t>Obiective și performanță</w:t>
            </w:r>
          </w:p>
        </w:tc>
        <w:tc>
          <w:tcPr>
            <w:tcW w:w="4706" w:type="dxa"/>
            <w:shd w:val="clear" w:color="auto" w:fill="FFFFFF"/>
            <w:tcMar>
              <w:top w:w="70" w:type="dxa"/>
              <w:left w:w="85" w:type="dxa"/>
              <w:bottom w:w="70" w:type="dxa"/>
              <w:right w:w="85" w:type="dxa"/>
            </w:tcMar>
            <w:vAlign w:val="center"/>
          </w:tcPr>
          <w:p w14:paraId="2C37AFDA" w14:textId="77777777" w:rsidR="002D35F2" w:rsidRPr="000C5950" w:rsidRDefault="00000000">
            <w:pPr>
              <w:spacing w:after="0" w:line="240" w:lineRule="auto"/>
              <w:rPr>
                <w:noProof/>
                <w:lang w:val="ro-RO"/>
              </w:rPr>
            </w:pPr>
            <w:r w:rsidRPr="000C5950">
              <w:rPr>
                <w:noProof/>
                <w:sz w:val="15"/>
                <w:lang w:val="ro-RO"/>
              </w:rPr>
              <w:t>Obiective, indicatori preventivi/reactivi, planuri, date și analize.</w:t>
            </w:r>
          </w:p>
        </w:tc>
        <w:tc>
          <w:tcPr>
            <w:tcW w:w="2041" w:type="dxa"/>
            <w:shd w:val="clear" w:color="auto" w:fill="FFFFFF"/>
            <w:tcMar>
              <w:top w:w="70" w:type="dxa"/>
              <w:left w:w="85" w:type="dxa"/>
              <w:bottom w:w="70" w:type="dxa"/>
              <w:right w:w="85" w:type="dxa"/>
            </w:tcMar>
            <w:vAlign w:val="center"/>
          </w:tcPr>
          <w:p w14:paraId="6F61FBB5" w14:textId="77777777" w:rsidR="002D35F2" w:rsidRPr="000C5950" w:rsidRDefault="00000000">
            <w:pPr>
              <w:spacing w:after="0" w:line="240" w:lineRule="auto"/>
              <w:rPr>
                <w:noProof/>
                <w:lang w:val="ro-RO"/>
              </w:rPr>
            </w:pPr>
            <w:r w:rsidRPr="000C5950">
              <w:rPr>
                <w:noProof/>
                <w:sz w:val="15"/>
                <w:lang w:val="ro-RO"/>
              </w:rPr>
              <w:t>Esențial</w:t>
            </w:r>
          </w:p>
        </w:tc>
      </w:tr>
      <w:tr w:rsidR="002D35F2" w:rsidRPr="000C5950" w14:paraId="0884E187" w14:textId="77777777">
        <w:trPr>
          <w:cantSplit/>
          <w:jc w:val="center"/>
        </w:trPr>
        <w:tc>
          <w:tcPr>
            <w:tcW w:w="794" w:type="dxa"/>
            <w:shd w:val="clear" w:color="auto" w:fill="FAFAFA"/>
            <w:tcMar>
              <w:top w:w="70" w:type="dxa"/>
              <w:left w:w="85" w:type="dxa"/>
              <w:bottom w:w="70" w:type="dxa"/>
              <w:right w:w="85" w:type="dxa"/>
            </w:tcMar>
            <w:vAlign w:val="center"/>
          </w:tcPr>
          <w:p w14:paraId="7D56B644" w14:textId="77777777" w:rsidR="002D35F2" w:rsidRPr="000C5950" w:rsidRDefault="00000000">
            <w:pPr>
              <w:spacing w:after="0" w:line="240" w:lineRule="auto"/>
              <w:jc w:val="center"/>
              <w:rPr>
                <w:noProof/>
                <w:lang w:val="ro-RO"/>
              </w:rPr>
            </w:pPr>
            <w:r w:rsidRPr="000C5950">
              <w:rPr>
                <w:noProof/>
                <w:sz w:val="15"/>
                <w:lang w:val="ro-RO"/>
              </w:rPr>
              <w:t>F</w:t>
            </w:r>
          </w:p>
        </w:tc>
        <w:tc>
          <w:tcPr>
            <w:tcW w:w="2381" w:type="dxa"/>
            <w:shd w:val="clear" w:color="auto" w:fill="FAFAFA"/>
            <w:tcMar>
              <w:top w:w="70" w:type="dxa"/>
              <w:left w:w="85" w:type="dxa"/>
              <w:bottom w:w="70" w:type="dxa"/>
              <w:right w:w="85" w:type="dxa"/>
            </w:tcMar>
            <w:vAlign w:val="center"/>
          </w:tcPr>
          <w:p w14:paraId="029B4F22" w14:textId="77777777" w:rsidR="002D35F2" w:rsidRPr="000C5950" w:rsidRDefault="00000000">
            <w:pPr>
              <w:spacing w:after="0" w:line="240" w:lineRule="auto"/>
              <w:rPr>
                <w:noProof/>
                <w:lang w:val="ro-RO"/>
              </w:rPr>
            </w:pPr>
            <w:r w:rsidRPr="000C5950">
              <w:rPr>
                <w:noProof/>
                <w:sz w:val="15"/>
                <w:lang w:val="ro-RO"/>
              </w:rPr>
              <w:t>Control operațional</w:t>
            </w:r>
          </w:p>
        </w:tc>
        <w:tc>
          <w:tcPr>
            <w:tcW w:w="4706" w:type="dxa"/>
            <w:shd w:val="clear" w:color="auto" w:fill="FAFAFA"/>
            <w:tcMar>
              <w:top w:w="70" w:type="dxa"/>
              <w:left w:w="85" w:type="dxa"/>
              <w:bottom w:w="70" w:type="dxa"/>
              <w:right w:w="85" w:type="dxa"/>
            </w:tcMar>
            <w:vAlign w:val="center"/>
          </w:tcPr>
          <w:p w14:paraId="1B378BB8" w14:textId="77777777" w:rsidR="002D35F2" w:rsidRPr="000C5950" w:rsidRDefault="00000000">
            <w:pPr>
              <w:spacing w:after="0" w:line="240" w:lineRule="auto"/>
              <w:rPr>
                <w:noProof/>
                <w:lang w:val="ro-RO"/>
              </w:rPr>
            </w:pPr>
            <w:r w:rsidRPr="000C5950">
              <w:rPr>
                <w:noProof/>
                <w:sz w:val="15"/>
                <w:lang w:val="ro-RO"/>
              </w:rPr>
              <w:t>Ierarhia controalelor, instrucțiuni, permise, echipamente, substanțe și mentenanță.</w:t>
            </w:r>
          </w:p>
        </w:tc>
        <w:tc>
          <w:tcPr>
            <w:tcW w:w="2041" w:type="dxa"/>
            <w:shd w:val="clear" w:color="auto" w:fill="FAFAFA"/>
            <w:tcMar>
              <w:top w:w="70" w:type="dxa"/>
              <w:left w:w="85" w:type="dxa"/>
              <w:bottom w:w="70" w:type="dxa"/>
              <w:right w:w="85" w:type="dxa"/>
            </w:tcMar>
            <w:vAlign w:val="center"/>
          </w:tcPr>
          <w:p w14:paraId="3CF7C672" w14:textId="77777777" w:rsidR="002D35F2" w:rsidRPr="000C5950" w:rsidRDefault="00000000">
            <w:pPr>
              <w:spacing w:after="0" w:line="240" w:lineRule="auto"/>
              <w:rPr>
                <w:noProof/>
                <w:lang w:val="ro-RO"/>
              </w:rPr>
            </w:pPr>
            <w:r w:rsidRPr="000C5950">
              <w:rPr>
                <w:noProof/>
                <w:sz w:val="15"/>
                <w:lang w:val="ro-RO"/>
              </w:rPr>
              <w:t>Esențial</w:t>
            </w:r>
          </w:p>
        </w:tc>
      </w:tr>
      <w:tr w:rsidR="002D35F2" w:rsidRPr="000C5950" w14:paraId="31583FC8" w14:textId="77777777">
        <w:trPr>
          <w:cantSplit/>
          <w:jc w:val="center"/>
        </w:trPr>
        <w:tc>
          <w:tcPr>
            <w:tcW w:w="794" w:type="dxa"/>
            <w:shd w:val="clear" w:color="auto" w:fill="FFFFFF"/>
            <w:tcMar>
              <w:top w:w="70" w:type="dxa"/>
              <w:left w:w="85" w:type="dxa"/>
              <w:bottom w:w="70" w:type="dxa"/>
              <w:right w:w="85" w:type="dxa"/>
            </w:tcMar>
            <w:vAlign w:val="center"/>
          </w:tcPr>
          <w:p w14:paraId="6CCCB0E9" w14:textId="77777777" w:rsidR="002D35F2" w:rsidRPr="000C5950" w:rsidRDefault="00000000">
            <w:pPr>
              <w:spacing w:after="0" w:line="240" w:lineRule="auto"/>
              <w:jc w:val="center"/>
              <w:rPr>
                <w:noProof/>
                <w:lang w:val="ro-RO"/>
              </w:rPr>
            </w:pPr>
            <w:r w:rsidRPr="000C5950">
              <w:rPr>
                <w:noProof/>
                <w:sz w:val="15"/>
                <w:lang w:val="ro-RO"/>
              </w:rPr>
              <w:t>G</w:t>
            </w:r>
          </w:p>
        </w:tc>
        <w:tc>
          <w:tcPr>
            <w:tcW w:w="2381" w:type="dxa"/>
            <w:shd w:val="clear" w:color="auto" w:fill="FFFFFF"/>
            <w:tcMar>
              <w:top w:w="70" w:type="dxa"/>
              <w:left w:w="85" w:type="dxa"/>
              <w:bottom w:w="70" w:type="dxa"/>
              <w:right w:w="85" w:type="dxa"/>
            </w:tcMar>
            <w:vAlign w:val="center"/>
          </w:tcPr>
          <w:p w14:paraId="03ABD5AE" w14:textId="77777777" w:rsidR="002D35F2" w:rsidRPr="000C5950" w:rsidRDefault="00000000">
            <w:pPr>
              <w:spacing w:after="0" w:line="240" w:lineRule="auto"/>
              <w:rPr>
                <w:noProof/>
                <w:lang w:val="ro-RO"/>
              </w:rPr>
            </w:pPr>
            <w:r w:rsidRPr="000C5950">
              <w:rPr>
                <w:noProof/>
                <w:sz w:val="15"/>
                <w:lang w:val="ro-RO"/>
              </w:rPr>
              <w:t>Schimbări, achiziții și contractanți</w:t>
            </w:r>
          </w:p>
        </w:tc>
        <w:tc>
          <w:tcPr>
            <w:tcW w:w="4706" w:type="dxa"/>
            <w:shd w:val="clear" w:color="auto" w:fill="FFFFFF"/>
            <w:tcMar>
              <w:top w:w="70" w:type="dxa"/>
              <w:left w:w="85" w:type="dxa"/>
              <w:bottom w:w="70" w:type="dxa"/>
              <w:right w:w="85" w:type="dxa"/>
            </w:tcMar>
            <w:vAlign w:val="center"/>
          </w:tcPr>
          <w:p w14:paraId="72313193" w14:textId="77777777" w:rsidR="002D35F2" w:rsidRPr="000C5950" w:rsidRDefault="00000000">
            <w:pPr>
              <w:spacing w:after="0" w:line="240" w:lineRule="auto"/>
              <w:rPr>
                <w:noProof/>
                <w:lang w:val="ro-RO"/>
              </w:rPr>
            </w:pPr>
            <w:r w:rsidRPr="000C5950">
              <w:rPr>
                <w:noProof/>
                <w:sz w:val="15"/>
                <w:lang w:val="ro-RO"/>
              </w:rPr>
              <w:t>MOC, specificații SSM, selecție, coordonare și monitorizare.</w:t>
            </w:r>
          </w:p>
        </w:tc>
        <w:tc>
          <w:tcPr>
            <w:tcW w:w="2041" w:type="dxa"/>
            <w:shd w:val="clear" w:color="auto" w:fill="FFFFFF"/>
            <w:tcMar>
              <w:top w:w="70" w:type="dxa"/>
              <w:left w:w="85" w:type="dxa"/>
              <w:bottom w:w="70" w:type="dxa"/>
              <w:right w:w="85" w:type="dxa"/>
            </w:tcMar>
            <w:vAlign w:val="center"/>
          </w:tcPr>
          <w:p w14:paraId="6447CB89" w14:textId="77777777" w:rsidR="002D35F2" w:rsidRPr="000C5950" w:rsidRDefault="00000000">
            <w:pPr>
              <w:spacing w:after="0" w:line="240" w:lineRule="auto"/>
              <w:rPr>
                <w:noProof/>
                <w:lang w:val="ro-RO"/>
              </w:rPr>
            </w:pPr>
            <w:r w:rsidRPr="000C5950">
              <w:rPr>
                <w:noProof/>
                <w:sz w:val="15"/>
                <w:lang w:val="ro-RO"/>
              </w:rPr>
              <w:t>Esențial când este aplicabil</w:t>
            </w:r>
          </w:p>
        </w:tc>
      </w:tr>
      <w:tr w:rsidR="002D35F2" w:rsidRPr="000C5950" w14:paraId="30196E82" w14:textId="77777777">
        <w:trPr>
          <w:cantSplit/>
          <w:jc w:val="center"/>
        </w:trPr>
        <w:tc>
          <w:tcPr>
            <w:tcW w:w="794" w:type="dxa"/>
            <w:shd w:val="clear" w:color="auto" w:fill="FAFAFA"/>
            <w:tcMar>
              <w:top w:w="70" w:type="dxa"/>
              <w:left w:w="85" w:type="dxa"/>
              <w:bottom w:w="70" w:type="dxa"/>
              <w:right w:w="85" w:type="dxa"/>
            </w:tcMar>
            <w:vAlign w:val="center"/>
          </w:tcPr>
          <w:p w14:paraId="21939C8C" w14:textId="77777777" w:rsidR="002D35F2" w:rsidRPr="000C5950" w:rsidRDefault="00000000">
            <w:pPr>
              <w:spacing w:after="0" w:line="240" w:lineRule="auto"/>
              <w:jc w:val="center"/>
              <w:rPr>
                <w:noProof/>
                <w:lang w:val="ro-RO"/>
              </w:rPr>
            </w:pPr>
            <w:r w:rsidRPr="000C5950">
              <w:rPr>
                <w:noProof/>
                <w:sz w:val="15"/>
                <w:lang w:val="ro-RO"/>
              </w:rPr>
              <w:t>H</w:t>
            </w:r>
          </w:p>
        </w:tc>
        <w:tc>
          <w:tcPr>
            <w:tcW w:w="2381" w:type="dxa"/>
            <w:shd w:val="clear" w:color="auto" w:fill="FAFAFA"/>
            <w:tcMar>
              <w:top w:w="70" w:type="dxa"/>
              <w:left w:w="85" w:type="dxa"/>
              <w:bottom w:w="70" w:type="dxa"/>
              <w:right w:w="85" w:type="dxa"/>
            </w:tcMar>
            <w:vAlign w:val="center"/>
          </w:tcPr>
          <w:p w14:paraId="36E965E0" w14:textId="77777777" w:rsidR="002D35F2" w:rsidRPr="000C5950" w:rsidRDefault="00000000">
            <w:pPr>
              <w:spacing w:after="0" w:line="240" w:lineRule="auto"/>
              <w:rPr>
                <w:noProof/>
                <w:lang w:val="ro-RO"/>
              </w:rPr>
            </w:pPr>
            <w:r w:rsidRPr="000C5950">
              <w:rPr>
                <w:noProof/>
                <w:sz w:val="15"/>
                <w:lang w:val="ro-RO"/>
              </w:rPr>
              <w:t>Urgențe</w:t>
            </w:r>
          </w:p>
        </w:tc>
        <w:tc>
          <w:tcPr>
            <w:tcW w:w="4706" w:type="dxa"/>
            <w:shd w:val="clear" w:color="auto" w:fill="FAFAFA"/>
            <w:tcMar>
              <w:top w:w="70" w:type="dxa"/>
              <w:left w:w="85" w:type="dxa"/>
              <w:bottom w:w="70" w:type="dxa"/>
              <w:right w:w="85" w:type="dxa"/>
            </w:tcMar>
            <w:vAlign w:val="center"/>
          </w:tcPr>
          <w:p w14:paraId="32F61300" w14:textId="77777777" w:rsidR="002D35F2" w:rsidRPr="000C5950" w:rsidRDefault="00000000">
            <w:pPr>
              <w:spacing w:after="0" w:line="240" w:lineRule="auto"/>
              <w:rPr>
                <w:noProof/>
                <w:lang w:val="ro-RO"/>
              </w:rPr>
            </w:pPr>
            <w:r w:rsidRPr="000C5950">
              <w:rPr>
                <w:noProof/>
                <w:sz w:val="15"/>
                <w:lang w:val="ro-RO"/>
              </w:rPr>
              <w:t>Scenarii, planuri, resurse, comunicare, teste și lecții învățate.</w:t>
            </w:r>
          </w:p>
        </w:tc>
        <w:tc>
          <w:tcPr>
            <w:tcW w:w="2041" w:type="dxa"/>
            <w:shd w:val="clear" w:color="auto" w:fill="FAFAFA"/>
            <w:tcMar>
              <w:top w:w="70" w:type="dxa"/>
              <w:left w:w="85" w:type="dxa"/>
              <w:bottom w:w="70" w:type="dxa"/>
              <w:right w:w="85" w:type="dxa"/>
            </w:tcMar>
            <w:vAlign w:val="center"/>
          </w:tcPr>
          <w:p w14:paraId="2543AB90" w14:textId="77777777" w:rsidR="002D35F2" w:rsidRPr="000C5950" w:rsidRDefault="00000000">
            <w:pPr>
              <w:spacing w:after="0" w:line="240" w:lineRule="auto"/>
              <w:rPr>
                <w:noProof/>
                <w:lang w:val="ro-RO"/>
              </w:rPr>
            </w:pPr>
            <w:r w:rsidRPr="000C5950">
              <w:rPr>
                <w:noProof/>
                <w:sz w:val="15"/>
                <w:lang w:val="ro-RO"/>
              </w:rPr>
              <w:t>Esențial</w:t>
            </w:r>
          </w:p>
        </w:tc>
      </w:tr>
      <w:tr w:rsidR="002D35F2" w:rsidRPr="000C5950" w14:paraId="54CD6160" w14:textId="77777777">
        <w:trPr>
          <w:cantSplit/>
          <w:jc w:val="center"/>
        </w:trPr>
        <w:tc>
          <w:tcPr>
            <w:tcW w:w="794" w:type="dxa"/>
            <w:shd w:val="clear" w:color="auto" w:fill="FFFFFF"/>
            <w:tcMar>
              <w:top w:w="70" w:type="dxa"/>
              <w:left w:w="85" w:type="dxa"/>
              <w:bottom w:w="70" w:type="dxa"/>
              <w:right w:w="85" w:type="dxa"/>
            </w:tcMar>
            <w:vAlign w:val="center"/>
          </w:tcPr>
          <w:p w14:paraId="5AB137BC" w14:textId="77777777" w:rsidR="002D35F2" w:rsidRPr="000C5950" w:rsidRDefault="00000000">
            <w:pPr>
              <w:spacing w:after="0" w:line="240" w:lineRule="auto"/>
              <w:jc w:val="center"/>
              <w:rPr>
                <w:noProof/>
                <w:lang w:val="ro-RO"/>
              </w:rPr>
            </w:pPr>
            <w:r w:rsidRPr="000C5950">
              <w:rPr>
                <w:noProof/>
                <w:sz w:val="15"/>
                <w:lang w:val="ro-RO"/>
              </w:rPr>
              <w:t>I</w:t>
            </w:r>
          </w:p>
        </w:tc>
        <w:tc>
          <w:tcPr>
            <w:tcW w:w="2381" w:type="dxa"/>
            <w:shd w:val="clear" w:color="auto" w:fill="FFFFFF"/>
            <w:tcMar>
              <w:top w:w="70" w:type="dxa"/>
              <w:left w:w="85" w:type="dxa"/>
              <w:bottom w:w="70" w:type="dxa"/>
              <w:right w:w="85" w:type="dxa"/>
            </w:tcMar>
            <w:vAlign w:val="center"/>
          </w:tcPr>
          <w:p w14:paraId="5BB3FE36" w14:textId="77777777" w:rsidR="002D35F2" w:rsidRPr="000C5950" w:rsidRDefault="00000000">
            <w:pPr>
              <w:spacing w:after="0" w:line="240" w:lineRule="auto"/>
              <w:rPr>
                <w:noProof/>
                <w:lang w:val="ro-RO"/>
              </w:rPr>
            </w:pPr>
            <w:r w:rsidRPr="000C5950">
              <w:rPr>
                <w:noProof/>
                <w:sz w:val="15"/>
                <w:lang w:val="ro-RO"/>
              </w:rPr>
              <w:t>Competență și sănătate ocupațională</w:t>
            </w:r>
          </w:p>
        </w:tc>
        <w:tc>
          <w:tcPr>
            <w:tcW w:w="4706" w:type="dxa"/>
            <w:shd w:val="clear" w:color="auto" w:fill="FFFFFF"/>
            <w:tcMar>
              <w:top w:w="70" w:type="dxa"/>
              <w:left w:w="85" w:type="dxa"/>
              <w:bottom w:w="70" w:type="dxa"/>
              <w:right w:w="85" w:type="dxa"/>
            </w:tcMar>
            <w:vAlign w:val="center"/>
          </w:tcPr>
          <w:p w14:paraId="232C526F" w14:textId="77777777" w:rsidR="002D35F2" w:rsidRPr="000C5950" w:rsidRDefault="00000000">
            <w:pPr>
              <w:spacing w:after="0" w:line="240" w:lineRule="auto"/>
              <w:rPr>
                <w:noProof/>
                <w:lang w:val="ro-RO"/>
              </w:rPr>
            </w:pPr>
            <w:r w:rsidRPr="000C5950">
              <w:rPr>
                <w:noProof/>
                <w:sz w:val="15"/>
                <w:lang w:val="ro-RO"/>
              </w:rPr>
              <w:t>Calificări, instruiri, autorizări, expuneri și supraveghere medicală.</w:t>
            </w:r>
          </w:p>
        </w:tc>
        <w:tc>
          <w:tcPr>
            <w:tcW w:w="2041" w:type="dxa"/>
            <w:shd w:val="clear" w:color="auto" w:fill="FFFFFF"/>
            <w:tcMar>
              <w:top w:w="70" w:type="dxa"/>
              <w:left w:w="85" w:type="dxa"/>
              <w:bottom w:w="70" w:type="dxa"/>
              <w:right w:w="85" w:type="dxa"/>
            </w:tcMar>
            <w:vAlign w:val="center"/>
          </w:tcPr>
          <w:p w14:paraId="7663269E" w14:textId="77777777" w:rsidR="002D35F2" w:rsidRPr="000C5950" w:rsidRDefault="00000000">
            <w:pPr>
              <w:spacing w:after="0" w:line="240" w:lineRule="auto"/>
              <w:rPr>
                <w:noProof/>
                <w:lang w:val="ro-RO"/>
              </w:rPr>
            </w:pPr>
            <w:r w:rsidRPr="000C5950">
              <w:rPr>
                <w:noProof/>
                <w:sz w:val="15"/>
                <w:lang w:val="ro-RO"/>
              </w:rPr>
              <w:t>Esențial / condițional</w:t>
            </w:r>
          </w:p>
        </w:tc>
      </w:tr>
      <w:tr w:rsidR="002D35F2" w:rsidRPr="000C5950" w14:paraId="6DD9D8B0" w14:textId="77777777">
        <w:trPr>
          <w:cantSplit/>
          <w:jc w:val="center"/>
        </w:trPr>
        <w:tc>
          <w:tcPr>
            <w:tcW w:w="794" w:type="dxa"/>
            <w:shd w:val="clear" w:color="auto" w:fill="FAFAFA"/>
            <w:tcMar>
              <w:top w:w="70" w:type="dxa"/>
              <w:left w:w="85" w:type="dxa"/>
              <w:bottom w:w="70" w:type="dxa"/>
              <w:right w:w="85" w:type="dxa"/>
            </w:tcMar>
            <w:vAlign w:val="center"/>
          </w:tcPr>
          <w:p w14:paraId="661D81F4" w14:textId="77777777" w:rsidR="002D35F2" w:rsidRPr="000C5950" w:rsidRDefault="00000000">
            <w:pPr>
              <w:spacing w:after="0" w:line="240" w:lineRule="auto"/>
              <w:jc w:val="center"/>
              <w:rPr>
                <w:noProof/>
                <w:lang w:val="ro-RO"/>
              </w:rPr>
            </w:pPr>
            <w:r w:rsidRPr="000C5950">
              <w:rPr>
                <w:noProof/>
                <w:sz w:val="15"/>
                <w:lang w:val="ro-RO"/>
              </w:rPr>
              <w:t>J</w:t>
            </w:r>
          </w:p>
        </w:tc>
        <w:tc>
          <w:tcPr>
            <w:tcW w:w="2381" w:type="dxa"/>
            <w:shd w:val="clear" w:color="auto" w:fill="FAFAFA"/>
            <w:tcMar>
              <w:top w:w="70" w:type="dxa"/>
              <w:left w:w="85" w:type="dxa"/>
              <w:bottom w:w="70" w:type="dxa"/>
              <w:right w:w="85" w:type="dxa"/>
            </w:tcMar>
            <w:vAlign w:val="center"/>
          </w:tcPr>
          <w:p w14:paraId="150F64EE" w14:textId="77777777" w:rsidR="002D35F2" w:rsidRPr="000C5950" w:rsidRDefault="00000000">
            <w:pPr>
              <w:spacing w:after="0" w:line="240" w:lineRule="auto"/>
              <w:rPr>
                <w:noProof/>
                <w:lang w:val="ro-RO"/>
              </w:rPr>
            </w:pPr>
            <w:r w:rsidRPr="000C5950">
              <w:rPr>
                <w:noProof/>
                <w:sz w:val="15"/>
                <w:lang w:val="ro-RO"/>
              </w:rPr>
              <w:t>Evaluare și îmbunătățire</w:t>
            </w:r>
          </w:p>
        </w:tc>
        <w:tc>
          <w:tcPr>
            <w:tcW w:w="4706" w:type="dxa"/>
            <w:shd w:val="clear" w:color="auto" w:fill="FAFAFA"/>
            <w:tcMar>
              <w:top w:w="70" w:type="dxa"/>
              <w:left w:w="85" w:type="dxa"/>
              <w:bottom w:w="70" w:type="dxa"/>
              <w:right w:w="85" w:type="dxa"/>
            </w:tcMar>
            <w:vAlign w:val="center"/>
          </w:tcPr>
          <w:p w14:paraId="0A9FB889" w14:textId="77777777" w:rsidR="002D35F2" w:rsidRPr="000C5950" w:rsidRDefault="00000000">
            <w:pPr>
              <w:spacing w:after="0" w:line="240" w:lineRule="auto"/>
              <w:rPr>
                <w:noProof/>
                <w:lang w:val="ro-RO"/>
              </w:rPr>
            </w:pPr>
            <w:r w:rsidRPr="000C5950">
              <w:rPr>
                <w:noProof/>
                <w:sz w:val="15"/>
                <w:lang w:val="ro-RO"/>
              </w:rPr>
              <w:t>Inspecții, conformare, audit, analiză de management, incidente și acțiuni.</w:t>
            </w:r>
          </w:p>
        </w:tc>
        <w:tc>
          <w:tcPr>
            <w:tcW w:w="2041" w:type="dxa"/>
            <w:shd w:val="clear" w:color="auto" w:fill="FAFAFA"/>
            <w:tcMar>
              <w:top w:w="70" w:type="dxa"/>
              <w:left w:w="85" w:type="dxa"/>
              <w:bottom w:w="70" w:type="dxa"/>
              <w:right w:w="85" w:type="dxa"/>
            </w:tcMar>
            <w:vAlign w:val="center"/>
          </w:tcPr>
          <w:p w14:paraId="2C770A7B" w14:textId="77777777" w:rsidR="002D35F2" w:rsidRPr="000C5950" w:rsidRDefault="00000000">
            <w:pPr>
              <w:spacing w:after="0" w:line="240" w:lineRule="auto"/>
              <w:rPr>
                <w:noProof/>
                <w:lang w:val="ro-RO"/>
              </w:rPr>
            </w:pPr>
            <w:r w:rsidRPr="000C5950">
              <w:rPr>
                <w:noProof/>
                <w:sz w:val="15"/>
                <w:lang w:val="ro-RO"/>
              </w:rPr>
              <w:t>Esențial</w:t>
            </w:r>
          </w:p>
        </w:tc>
      </w:tr>
    </w:tbl>
    <w:p w14:paraId="595AC721" w14:textId="77777777" w:rsidR="002D35F2" w:rsidRPr="000C5950" w:rsidRDefault="002D35F2">
      <w:pPr>
        <w:spacing w:after="20"/>
        <w:rPr>
          <w:noProof/>
          <w:lang w:val="ro-RO"/>
        </w:rPr>
      </w:pPr>
    </w:p>
    <w:p w14:paraId="0A962C1C" w14:textId="77777777" w:rsidR="002D35F2" w:rsidRPr="000C5950" w:rsidRDefault="00000000">
      <w:pPr>
        <w:pStyle w:val="Heading2"/>
        <w:rPr>
          <w:noProof/>
          <w:lang w:val="ro-RO"/>
        </w:rPr>
      </w:pPr>
      <w:r w:rsidRPr="000C5950">
        <w:rPr>
          <w:noProof/>
          <w:lang w:val="ro-RO"/>
        </w:rPr>
        <w:t>Convenție simplă de codificare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3005"/>
        <w:gridCol w:w="4989"/>
      </w:tblGrid>
      <w:tr w:rsidR="002D35F2" w:rsidRPr="000C5950" w14:paraId="26FB2A93" w14:textId="77777777">
        <w:trPr>
          <w:tblHeader/>
          <w:jc w:val="center"/>
        </w:trPr>
        <w:tc>
          <w:tcPr>
            <w:tcW w:w="1928" w:type="dxa"/>
            <w:shd w:val="clear" w:color="auto" w:fill="D71920"/>
            <w:tcMar>
              <w:top w:w="70" w:type="dxa"/>
              <w:left w:w="85" w:type="dxa"/>
              <w:bottom w:w="70" w:type="dxa"/>
              <w:right w:w="85" w:type="dxa"/>
            </w:tcMar>
            <w:vAlign w:val="center"/>
          </w:tcPr>
          <w:p w14:paraId="3E26EFF6" w14:textId="77777777" w:rsidR="002D35F2" w:rsidRPr="000C5950" w:rsidRDefault="00000000">
            <w:pPr>
              <w:spacing w:after="0" w:line="240" w:lineRule="auto"/>
              <w:jc w:val="center"/>
              <w:rPr>
                <w:noProof/>
                <w:lang w:val="ro-RO"/>
              </w:rPr>
            </w:pPr>
            <w:r w:rsidRPr="000C5950">
              <w:rPr>
                <w:b/>
                <w:noProof/>
                <w:color w:val="FFFFFF"/>
                <w:sz w:val="15"/>
                <w:lang w:val="ro-RO"/>
              </w:rPr>
              <w:t>ELEMENT</w:t>
            </w:r>
          </w:p>
        </w:tc>
        <w:tc>
          <w:tcPr>
            <w:tcW w:w="3005" w:type="dxa"/>
            <w:shd w:val="clear" w:color="auto" w:fill="D71920"/>
            <w:tcMar>
              <w:top w:w="70" w:type="dxa"/>
              <w:left w:w="85" w:type="dxa"/>
              <w:bottom w:w="70" w:type="dxa"/>
              <w:right w:w="85" w:type="dxa"/>
            </w:tcMar>
            <w:vAlign w:val="center"/>
          </w:tcPr>
          <w:p w14:paraId="76D07646" w14:textId="77777777" w:rsidR="002D35F2" w:rsidRPr="000C5950" w:rsidRDefault="00000000">
            <w:pPr>
              <w:spacing w:after="0" w:line="240" w:lineRule="auto"/>
              <w:jc w:val="center"/>
              <w:rPr>
                <w:noProof/>
                <w:lang w:val="ro-RO"/>
              </w:rPr>
            </w:pPr>
            <w:r w:rsidRPr="000C5950">
              <w:rPr>
                <w:b/>
                <w:noProof/>
                <w:color w:val="FFFFFF"/>
                <w:sz w:val="15"/>
                <w:lang w:val="ro-RO"/>
              </w:rPr>
              <w:t>EXEMPLU</w:t>
            </w:r>
          </w:p>
        </w:tc>
        <w:tc>
          <w:tcPr>
            <w:tcW w:w="4989" w:type="dxa"/>
            <w:shd w:val="clear" w:color="auto" w:fill="D71920"/>
            <w:tcMar>
              <w:top w:w="70" w:type="dxa"/>
              <w:left w:w="85" w:type="dxa"/>
              <w:bottom w:w="70" w:type="dxa"/>
              <w:right w:w="85" w:type="dxa"/>
            </w:tcMar>
            <w:vAlign w:val="center"/>
          </w:tcPr>
          <w:p w14:paraId="36564754" w14:textId="77777777" w:rsidR="002D35F2" w:rsidRPr="000C5950" w:rsidRDefault="00000000">
            <w:pPr>
              <w:spacing w:after="0" w:line="240" w:lineRule="auto"/>
              <w:jc w:val="center"/>
              <w:rPr>
                <w:noProof/>
                <w:lang w:val="ro-RO"/>
              </w:rPr>
            </w:pPr>
            <w:r w:rsidRPr="000C5950">
              <w:rPr>
                <w:b/>
                <w:noProof/>
                <w:color w:val="FFFFFF"/>
                <w:sz w:val="15"/>
                <w:lang w:val="ro-RO"/>
              </w:rPr>
              <w:t>EXPLICAȚIE</w:t>
            </w:r>
          </w:p>
        </w:tc>
      </w:tr>
      <w:tr w:rsidR="002D35F2" w:rsidRPr="000C5950" w14:paraId="5C74EE56" w14:textId="77777777">
        <w:trPr>
          <w:cantSplit/>
          <w:jc w:val="center"/>
        </w:trPr>
        <w:tc>
          <w:tcPr>
            <w:tcW w:w="1928" w:type="dxa"/>
            <w:shd w:val="clear" w:color="auto" w:fill="FFFFFF"/>
            <w:tcMar>
              <w:top w:w="70" w:type="dxa"/>
              <w:left w:w="85" w:type="dxa"/>
              <w:bottom w:w="70" w:type="dxa"/>
              <w:right w:w="85" w:type="dxa"/>
            </w:tcMar>
            <w:vAlign w:val="center"/>
          </w:tcPr>
          <w:p w14:paraId="0C9D00B4" w14:textId="77777777" w:rsidR="002D35F2" w:rsidRPr="000C5950" w:rsidRDefault="00000000">
            <w:pPr>
              <w:spacing w:after="0" w:line="240" w:lineRule="auto"/>
              <w:rPr>
                <w:noProof/>
                <w:lang w:val="ro-RO"/>
              </w:rPr>
            </w:pPr>
            <w:r w:rsidRPr="000C5950">
              <w:rPr>
                <w:noProof/>
                <w:sz w:val="16"/>
                <w:lang w:val="ro-RO"/>
              </w:rPr>
              <w:t>Tip</w:t>
            </w:r>
          </w:p>
        </w:tc>
        <w:tc>
          <w:tcPr>
            <w:tcW w:w="3005" w:type="dxa"/>
            <w:shd w:val="clear" w:color="auto" w:fill="FFFFFF"/>
            <w:tcMar>
              <w:top w:w="70" w:type="dxa"/>
              <w:left w:w="85" w:type="dxa"/>
              <w:bottom w:w="70" w:type="dxa"/>
              <w:right w:w="85" w:type="dxa"/>
            </w:tcMar>
            <w:vAlign w:val="center"/>
          </w:tcPr>
          <w:p w14:paraId="7E30AED0" w14:textId="77777777" w:rsidR="002D35F2" w:rsidRPr="000C5950" w:rsidRDefault="00000000">
            <w:pPr>
              <w:spacing w:after="0" w:line="240" w:lineRule="auto"/>
              <w:rPr>
                <w:noProof/>
                <w:lang w:val="ro-RO"/>
              </w:rPr>
            </w:pPr>
            <w:r w:rsidRPr="000C5950">
              <w:rPr>
                <w:noProof/>
                <w:sz w:val="16"/>
                <w:lang w:val="ro-RO"/>
              </w:rPr>
              <w:t>POL / PRO / INS / FOR / REG / PLN</w:t>
            </w:r>
          </w:p>
        </w:tc>
        <w:tc>
          <w:tcPr>
            <w:tcW w:w="4989" w:type="dxa"/>
            <w:shd w:val="clear" w:color="auto" w:fill="FFFFFF"/>
            <w:tcMar>
              <w:top w:w="70" w:type="dxa"/>
              <w:left w:w="85" w:type="dxa"/>
              <w:bottom w:w="70" w:type="dxa"/>
              <w:right w:w="85" w:type="dxa"/>
            </w:tcMar>
            <w:vAlign w:val="center"/>
          </w:tcPr>
          <w:p w14:paraId="2CAF4EF6" w14:textId="77777777" w:rsidR="002D35F2" w:rsidRPr="000C5950" w:rsidRDefault="00000000">
            <w:pPr>
              <w:spacing w:after="0" w:line="240" w:lineRule="auto"/>
              <w:rPr>
                <w:noProof/>
                <w:lang w:val="ro-RO"/>
              </w:rPr>
            </w:pPr>
            <w:r w:rsidRPr="000C5950">
              <w:rPr>
                <w:noProof/>
                <w:sz w:val="16"/>
                <w:lang w:val="ro-RO"/>
              </w:rPr>
              <w:t>Politică, procedură, instrucțiune, formular, registru sau plan.</w:t>
            </w:r>
          </w:p>
        </w:tc>
      </w:tr>
      <w:tr w:rsidR="002D35F2" w:rsidRPr="000C5950" w14:paraId="4279CDF1" w14:textId="77777777">
        <w:trPr>
          <w:cantSplit/>
          <w:jc w:val="center"/>
        </w:trPr>
        <w:tc>
          <w:tcPr>
            <w:tcW w:w="1928" w:type="dxa"/>
            <w:shd w:val="clear" w:color="auto" w:fill="FAFAFA"/>
            <w:tcMar>
              <w:top w:w="70" w:type="dxa"/>
              <w:left w:w="85" w:type="dxa"/>
              <w:bottom w:w="70" w:type="dxa"/>
              <w:right w:w="85" w:type="dxa"/>
            </w:tcMar>
            <w:vAlign w:val="center"/>
          </w:tcPr>
          <w:p w14:paraId="0CE83136" w14:textId="77777777" w:rsidR="002D35F2" w:rsidRPr="000C5950" w:rsidRDefault="00000000">
            <w:pPr>
              <w:spacing w:after="0" w:line="240" w:lineRule="auto"/>
              <w:rPr>
                <w:noProof/>
                <w:lang w:val="ro-RO"/>
              </w:rPr>
            </w:pPr>
            <w:r w:rsidRPr="000C5950">
              <w:rPr>
                <w:noProof/>
                <w:sz w:val="16"/>
                <w:lang w:val="ro-RO"/>
              </w:rPr>
              <w:t>Domeniu</w:t>
            </w:r>
          </w:p>
        </w:tc>
        <w:tc>
          <w:tcPr>
            <w:tcW w:w="3005" w:type="dxa"/>
            <w:shd w:val="clear" w:color="auto" w:fill="FAFAFA"/>
            <w:tcMar>
              <w:top w:w="70" w:type="dxa"/>
              <w:left w:w="85" w:type="dxa"/>
              <w:bottom w:w="70" w:type="dxa"/>
              <w:right w:w="85" w:type="dxa"/>
            </w:tcMar>
            <w:vAlign w:val="center"/>
          </w:tcPr>
          <w:p w14:paraId="42B4A189" w14:textId="77777777" w:rsidR="002D35F2" w:rsidRPr="000C5950" w:rsidRDefault="00000000">
            <w:pPr>
              <w:spacing w:after="0" w:line="240" w:lineRule="auto"/>
              <w:rPr>
                <w:noProof/>
                <w:lang w:val="ro-RO"/>
              </w:rPr>
            </w:pPr>
            <w:r w:rsidRPr="000C5950">
              <w:rPr>
                <w:noProof/>
                <w:sz w:val="16"/>
                <w:lang w:val="ro-RO"/>
              </w:rPr>
              <w:t>MED / SSM / INT</w:t>
            </w:r>
          </w:p>
        </w:tc>
        <w:tc>
          <w:tcPr>
            <w:tcW w:w="4989" w:type="dxa"/>
            <w:shd w:val="clear" w:color="auto" w:fill="FAFAFA"/>
            <w:tcMar>
              <w:top w:w="70" w:type="dxa"/>
              <w:left w:w="85" w:type="dxa"/>
              <w:bottom w:w="70" w:type="dxa"/>
              <w:right w:w="85" w:type="dxa"/>
            </w:tcMar>
            <w:vAlign w:val="center"/>
          </w:tcPr>
          <w:p w14:paraId="26A5D219" w14:textId="77777777" w:rsidR="002D35F2" w:rsidRPr="000C5950" w:rsidRDefault="00000000">
            <w:pPr>
              <w:spacing w:after="0" w:line="240" w:lineRule="auto"/>
              <w:rPr>
                <w:noProof/>
                <w:lang w:val="ro-RO"/>
              </w:rPr>
            </w:pPr>
            <w:r w:rsidRPr="000C5950">
              <w:rPr>
                <w:noProof/>
                <w:sz w:val="16"/>
                <w:lang w:val="ro-RO"/>
              </w:rPr>
              <w:t>Mediu, sănătate și securitate în muncă sau sistem integrat.</w:t>
            </w:r>
          </w:p>
        </w:tc>
      </w:tr>
      <w:tr w:rsidR="002D35F2" w:rsidRPr="000C5950" w14:paraId="23B7F60E" w14:textId="77777777">
        <w:trPr>
          <w:cantSplit/>
          <w:jc w:val="center"/>
        </w:trPr>
        <w:tc>
          <w:tcPr>
            <w:tcW w:w="1928" w:type="dxa"/>
            <w:shd w:val="clear" w:color="auto" w:fill="FFFFFF"/>
            <w:tcMar>
              <w:top w:w="70" w:type="dxa"/>
              <w:left w:w="85" w:type="dxa"/>
              <w:bottom w:w="70" w:type="dxa"/>
              <w:right w:w="85" w:type="dxa"/>
            </w:tcMar>
            <w:vAlign w:val="center"/>
          </w:tcPr>
          <w:p w14:paraId="55DE6D9E" w14:textId="77777777" w:rsidR="002D35F2" w:rsidRPr="000C5950" w:rsidRDefault="00000000">
            <w:pPr>
              <w:spacing w:after="0" w:line="240" w:lineRule="auto"/>
              <w:rPr>
                <w:noProof/>
                <w:lang w:val="ro-RO"/>
              </w:rPr>
            </w:pPr>
            <w:r w:rsidRPr="000C5950">
              <w:rPr>
                <w:noProof/>
                <w:sz w:val="16"/>
                <w:lang w:val="ro-RO"/>
              </w:rPr>
              <w:t>Proces</w:t>
            </w:r>
          </w:p>
        </w:tc>
        <w:tc>
          <w:tcPr>
            <w:tcW w:w="3005" w:type="dxa"/>
            <w:shd w:val="clear" w:color="auto" w:fill="FFFFFF"/>
            <w:tcMar>
              <w:top w:w="70" w:type="dxa"/>
              <w:left w:w="85" w:type="dxa"/>
              <w:bottom w:w="70" w:type="dxa"/>
              <w:right w:w="85" w:type="dxa"/>
            </w:tcMar>
            <w:vAlign w:val="center"/>
          </w:tcPr>
          <w:p w14:paraId="512022C9" w14:textId="77777777" w:rsidR="002D35F2" w:rsidRPr="000C5950" w:rsidRDefault="00000000">
            <w:pPr>
              <w:spacing w:after="0" w:line="240" w:lineRule="auto"/>
              <w:rPr>
                <w:noProof/>
                <w:lang w:val="ro-RO"/>
              </w:rPr>
            </w:pPr>
            <w:r w:rsidRPr="000C5950">
              <w:rPr>
                <w:noProof/>
                <w:sz w:val="16"/>
                <w:lang w:val="ro-RO"/>
              </w:rPr>
              <w:t>ACH / OPR / MNT / HR</w:t>
            </w:r>
          </w:p>
        </w:tc>
        <w:tc>
          <w:tcPr>
            <w:tcW w:w="4989" w:type="dxa"/>
            <w:shd w:val="clear" w:color="auto" w:fill="FFFFFF"/>
            <w:tcMar>
              <w:top w:w="70" w:type="dxa"/>
              <w:left w:w="85" w:type="dxa"/>
              <w:bottom w:w="70" w:type="dxa"/>
              <w:right w:w="85" w:type="dxa"/>
            </w:tcMar>
            <w:vAlign w:val="center"/>
          </w:tcPr>
          <w:p w14:paraId="58E3516F" w14:textId="77777777" w:rsidR="002D35F2" w:rsidRPr="000C5950" w:rsidRDefault="00000000">
            <w:pPr>
              <w:spacing w:after="0" w:line="240" w:lineRule="auto"/>
              <w:rPr>
                <w:noProof/>
                <w:lang w:val="ro-RO"/>
              </w:rPr>
            </w:pPr>
            <w:r w:rsidRPr="000C5950">
              <w:rPr>
                <w:noProof/>
                <w:sz w:val="16"/>
                <w:lang w:val="ro-RO"/>
              </w:rPr>
              <w:t>Achiziții, operațiuni, mentenanță, resurse umane etc.</w:t>
            </w:r>
          </w:p>
        </w:tc>
      </w:tr>
      <w:tr w:rsidR="002D35F2" w:rsidRPr="000C5950" w14:paraId="669A4374" w14:textId="77777777">
        <w:trPr>
          <w:cantSplit/>
          <w:jc w:val="center"/>
        </w:trPr>
        <w:tc>
          <w:tcPr>
            <w:tcW w:w="1928" w:type="dxa"/>
            <w:shd w:val="clear" w:color="auto" w:fill="FAFAFA"/>
            <w:tcMar>
              <w:top w:w="70" w:type="dxa"/>
              <w:left w:w="85" w:type="dxa"/>
              <w:bottom w:w="70" w:type="dxa"/>
              <w:right w:w="85" w:type="dxa"/>
            </w:tcMar>
            <w:vAlign w:val="center"/>
          </w:tcPr>
          <w:p w14:paraId="63672BAF" w14:textId="77777777" w:rsidR="002D35F2" w:rsidRPr="000C5950" w:rsidRDefault="00000000">
            <w:pPr>
              <w:spacing w:after="0" w:line="240" w:lineRule="auto"/>
              <w:rPr>
                <w:noProof/>
                <w:lang w:val="ro-RO"/>
              </w:rPr>
            </w:pPr>
            <w:r w:rsidRPr="000C5950">
              <w:rPr>
                <w:noProof/>
                <w:sz w:val="16"/>
                <w:lang w:val="ro-RO"/>
              </w:rPr>
              <w:t>Număr</w:t>
            </w:r>
          </w:p>
        </w:tc>
        <w:tc>
          <w:tcPr>
            <w:tcW w:w="3005" w:type="dxa"/>
            <w:shd w:val="clear" w:color="auto" w:fill="FAFAFA"/>
            <w:tcMar>
              <w:top w:w="70" w:type="dxa"/>
              <w:left w:w="85" w:type="dxa"/>
              <w:bottom w:w="70" w:type="dxa"/>
              <w:right w:w="85" w:type="dxa"/>
            </w:tcMar>
            <w:vAlign w:val="center"/>
          </w:tcPr>
          <w:p w14:paraId="0803C60C" w14:textId="77777777" w:rsidR="002D35F2" w:rsidRPr="000C5950" w:rsidRDefault="00000000">
            <w:pPr>
              <w:spacing w:after="0" w:line="240" w:lineRule="auto"/>
              <w:rPr>
                <w:noProof/>
                <w:lang w:val="ro-RO"/>
              </w:rPr>
            </w:pPr>
            <w:r w:rsidRPr="000C5950">
              <w:rPr>
                <w:noProof/>
                <w:sz w:val="16"/>
                <w:lang w:val="ro-RO"/>
              </w:rPr>
              <w:t>01, 02, 03</w:t>
            </w:r>
          </w:p>
        </w:tc>
        <w:tc>
          <w:tcPr>
            <w:tcW w:w="4989" w:type="dxa"/>
            <w:shd w:val="clear" w:color="auto" w:fill="FAFAFA"/>
            <w:tcMar>
              <w:top w:w="70" w:type="dxa"/>
              <w:left w:w="85" w:type="dxa"/>
              <w:bottom w:w="70" w:type="dxa"/>
              <w:right w:w="85" w:type="dxa"/>
            </w:tcMar>
            <w:vAlign w:val="center"/>
          </w:tcPr>
          <w:p w14:paraId="13D17C4D" w14:textId="77777777" w:rsidR="002D35F2" w:rsidRPr="000C5950" w:rsidRDefault="00000000">
            <w:pPr>
              <w:spacing w:after="0" w:line="240" w:lineRule="auto"/>
              <w:rPr>
                <w:noProof/>
                <w:lang w:val="ro-RO"/>
              </w:rPr>
            </w:pPr>
            <w:r w:rsidRPr="000C5950">
              <w:rPr>
                <w:noProof/>
                <w:sz w:val="16"/>
                <w:lang w:val="ro-RO"/>
              </w:rPr>
              <w:t>Număr unic în familie sau proces.</w:t>
            </w:r>
          </w:p>
        </w:tc>
      </w:tr>
      <w:tr w:rsidR="002D35F2" w:rsidRPr="000C5950" w14:paraId="15743D11" w14:textId="77777777">
        <w:trPr>
          <w:cantSplit/>
          <w:jc w:val="center"/>
        </w:trPr>
        <w:tc>
          <w:tcPr>
            <w:tcW w:w="1928" w:type="dxa"/>
            <w:shd w:val="clear" w:color="auto" w:fill="FFFFFF"/>
            <w:tcMar>
              <w:top w:w="70" w:type="dxa"/>
              <w:left w:w="85" w:type="dxa"/>
              <w:bottom w:w="70" w:type="dxa"/>
              <w:right w:w="85" w:type="dxa"/>
            </w:tcMar>
            <w:vAlign w:val="center"/>
          </w:tcPr>
          <w:p w14:paraId="471A9CCC" w14:textId="77777777" w:rsidR="002D35F2" w:rsidRPr="000C5950" w:rsidRDefault="00000000">
            <w:pPr>
              <w:spacing w:after="0" w:line="240" w:lineRule="auto"/>
              <w:rPr>
                <w:noProof/>
                <w:lang w:val="ro-RO"/>
              </w:rPr>
            </w:pPr>
            <w:r w:rsidRPr="000C5950">
              <w:rPr>
                <w:noProof/>
                <w:sz w:val="16"/>
                <w:lang w:val="ro-RO"/>
              </w:rPr>
              <w:t>Revizie</w:t>
            </w:r>
          </w:p>
        </w:tc>
        <w:tc>
          <w:tcPr>
            <w:tcW w:w="3005" w:type="dxa"/>
            <w:shd w:val="clear" w:color="auto" w:fill="FFFFFF"/>
            <w:tcMar>
              <w:top w:w="70" w:type="dxa"/>
              <w:left w:w="85" w:type="dxa"/>
              <w:bottom w:w="70" w:type="dxa"/>
              <w:right w:w="85" w:type="dxa"/>
            </w:tcMar>
            <w:vAlign w:val="center"/>
          </w:tcPr>
          <w:p w14:paraId="62FE07E9" w14:textId="77777777" w:rsidR="002D35F2" w:rsidRPr="000C5950" w:rsidRDefault="00000000">
            <w:pPr>
              <w:spacing w:after="0" w:line="240" w:lineRule="auto"/>
              <w:rPr>
                <w:noProof/>
                <w:lang w:val="ro-RO"/>
              </w:rPr>
            </w:pPr>
            <w:r w:rsidRPr="000C5950">
              <w:rPr>
                <w:noProof/>
                <w:sz w:val="16"/>
                <w:lang w:val="ro-RO"/>
              </w:rPr>
              <w:t>R00, R01, R02</w:t>
            </w:r>
          </w:p>
        </w:tc>
        <w:tc>
          <w:tcPr>
            <w:tcW w:w="4989" w:type="dxa"/>
            <w:shd w:val="clear" w:color="auto" w:fill="FFFFFF"/>
            <w:tcMar>
              <w:top w:w="70" w:type="dxa"/>
              <w:left w:w="85" w:type="dxa"/>
              <w:bottom w:w="70" w:type="dxa"/>
              <w:right w:w="85" w:type="dxa"/>
            </w:tcMar>
            <w:vAlign w:val="center"/>
          </w:tcPr>
          <w:p w14:paraId="468272A0" w14:textId="77777777" w:rsidR="002D35F2" w:rsidRPr="000C5950" w:rsidRDefault="00000000">
            <w:pPr>
              <w:spacing w:after="0" w:line="240" w:lineRule="auto"/>
              <w:rPr>
                <w:noProof/>
                <w:lang w:val="ro-RO"/>
              </w:rPr>
            </w:pPr>
            <w:r w:rsidRPr="000C5950">
              <w:rPr>
                <w:noProof/>
                <w:sz w:val="16"/>
                <w:lang w:val="ro-RO"/>
              </w:rPr>
              <w:t>Versiunea aprobată; distinctă de data documentului.</w:t>
            </w:r>
          </w:p>
        </w:tc>
      </w:tr>
      <w:tr w:rsidR="002D35F2" w:rsidRPr="000C5950" w14:paraId="7BFF2DEB" w14:textId="77777777">
        <w:trPr>
          <w:cantSplit/>
          <w:jc w:val="center"/>
        </w:trPr>
        <w:tc>
          <w:tcPr>
            <w:tcW w:w="1928" w:type="dxa"/>
            <w:shd w:val="clear" w:color="auto" w:fill="FAFAFA"/>
            <w:tcMar>
              <w:top w:w="70" w:type="dxa"/>
              <w:left w:w="85" w:type="dxa"/>
              <w:bottom w:w="70" w:type="dxa"/>
              <w:right w:w="85" w:type="dxa"/>
            </w:tcMar>
            <w:vAlign w:val="center"/>
          </w:tcPr>
          <w:p w14:paraId="27577FF5" w14:textId="77777777" w:rsidR="002D35F2" w:rsidRPr="000C5950" w:rsidRDefault="00000000">
            <w:pPr>
              <w:spacing w:after="0" w:line="240" w:lineRule="auto"/>
              <w:rPr>
                <w:noProof/>
                <w:lang w:val="ro-RO"/>
              </w:rPr>
            </w:pPr>
            <w:r w:rsidRPr="000C5950">
              <w:rPr>
                <w:noProof/>
                <w:sz w:val="16"/>
                <w:lang w:val="ro-RO"/>
              </w:rPr>
              <w:t>Exemplu</w:t>
            </w:r>
          </w:p>
        </w:tc>
        <w:tc>
          <w:tcPr>
            <w:tcW w:w="3005" w:type="dxa"/>
            <w:shd w:val="clear" w:color="auto" w:fill="FAFAFA"/>
            <w:tcMar>
              <w:top w:w="70" w:type="dxa"/>
              <w:left w:w="85" w:type="dxa"/>
              <w:bottom w:w="70" w:type="dxa"/>
              <w:right w:w="85" w:type="dxa"/>
            </w:tcMar>
            <w:vAlign w:val="center"/>
          </w:tcPr>
          <w:p w14:paraId="62D4981E" w14:textId="77777777" w:rsidR="002D35F2" w:rsidRPr="000C5950" w:rsidRDefault="00000000">
            <w:pPr>
              <w:spacing w:after="0" w:line="240" w:lineRule="auto"/>
              <w:rPr>
                <w:noProof/>
                <w:lang w:val="ro-RO"/>
              </w:rPr>
            </w:pPr>
            <w:r w:rsidRPr="000C5950">
              <w:rPr>
                <w:noProof/>
                <w:sz w:val="16"/>
                <w:lang w:val="ro-RO"/>
              </w:rPr>
              <w:t>PRO-SSM-OPR-02-R01</w:t>
            </w:r>
          </w:p>
        </w:tc>
        <w:tc>
          <w:tcPr>
            <w:tcW w:w="4989" w:type="dxa"/>
            <w:shd w:val="clear" w:color="auto" w:fill="FAFAFA"/>
            <w:tcMar>
              <w:top w:w="70" w:type="dxa"/>
              <w:left w:w="85" w:type="dxa"/>
              <w:bottom w:w="70" w:type="dxa"/>
              <w:right w:w="85" w:type="dxa"/>
            </w:tcMar>
            <w:vAlign w:val="center"/>
          </w:tcPr>
          <w:p w14:paraId="10DCA6FF" w14:textId="77777777" w:rsidR="002D35F2" w:rsidRPr="000C5950" w:rsidRDefault="00000000">
            <w:pPr>
              <w:spacing w:after="0" w:line="240" w:lineRule="auto"/>
              <w:rPr>
                <w:noProof/>
                <w:lang w:val="ro-RO"/>
              </w:rPr>
            </w:pPr>
            <w:r w:rsidRPr="000C5950">
              <w:rPr>
                <w:noProof/>
                <w:sz w:val="16"/>
                <w:lang w:val="ro-RO"/>
              </w:rPr>
              <w:t>Procedura SSM pentru operațiuni, nr. 02, revizia 01.</w:t>
            </w:r>
          </w:p>
        </w:tc>
      </w:tr>
    </w:tbl>
    <w:p w14:paraId="079193CD" w14:textId="77777777" w:rsidR="002D35F2" w:rsidRPr="000C5950" w:rsidRDefault="002D35F2">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2D35F2" w:rsidRPr="000C5950" w14:paraId="26D908BA" w14:textId="77777777">
        <w:trPr>
          <w:cantSplit/>
          <w:jc w:val="center"/>
        </w:trPr>
        <w:tc>
          <w:tcPr>
            <w:tcW w:w="1020" w:type="dxa"/>
            <w:shd w:val="clear" w:color="auto" w:fill="D71920"/>
            <w:tcMar>
              <w:top w:w="70" w:type="dxa"/>
              <w:left w:w="85" w:type="dxa"/>
              <w:bottom w:w="70" w:type="dxa"/>
              <w:right w:w="85" w:type="dxa"/>
            </w:tcMar>
            <w:vAlign w:val="center"/>
          </w:tcPr>
          <w:p w14:paraId="76DFC3A9" w14:textId="77777777" w:rsidR="002D35F2" w:rsidRPr="000C5950" w:rsidRDefault="00000000">
            <w:pPr>
              <w:spacing w:after="0" w:line="240" w:lineRule="auto"/>
              <w:jc w:val="center"/>
              <w:rPr>
                <w:noProof/>
                <w:lang w:val="ro-RO"/>
              </w:rPr>
            </w:pPr>
            <w:r w:rsidRPr="000C5950">
              <w:rPr>
                <w:b/>
                <w:noProof/>
                <w:color w:val="FFFFFF"/>
                <w:sz w:val="34"/>
                <w:lang w:val="ro-RO"/>
              </w:rPr>
              <w:t>4</w:t>
            </w:r>
          </w:p>
        </w:tc>
        <w:tc>
          <w:tcPr>
            <w:tcW w:w="8901" w:type="dxa"/>
            <w:shd w:val="clear" w:color="auto" w:fill="F3F4F5"/>
          </w:tcPr>
          <w:p w14:paraId="01622056" w14:textId="77777777" w:rsidR="002D35F2" w:rsidRPr="000C5950" w:rsidRDefault="00000000">
            <w:pPr>
              <w:spacing w:after="20"/>
              <w:rPr>
                <w:noProof/>
                <w:lang w:val="ro-RO"/>
              </w:rPr>
            </w:pPr>
            <w:r w:rsidRPr="000C5950">
              <w:rPr>
                <w:b/>
                <w:noProof/>
                <w:sz w:val="27"/>
                <w:lang w:val="ro-RO"/>
              </w:rPr>
              <w:t>Fișe pentru documentele esențiale</w:t>
            </w:r>
          </w:p>
          <w:p w14:paraId="2C7F331F" w14:textId="77777777" w:rsidR="002D35F2" w:rsidRPr="000C5950" w:rsidRDefault="00000000">
            <w:pPr>
              <w:spacing w:after="0"/>
              <w:rPr>
                <w:noProof/>
                <w:lang w:val="ro-RO"/>
              </w:rPr>
            </w:pPr>
            <w:r w:rsidRPr="000C5950">
              <w:rPr>
                <w:noProof/>
                <w:color w:val="666666"/>
                <w:sz w:val="16"/>
                <w:lang w:val="ro-RO"/>
              </w:rPr>
              <w:t>Conținut minim, proprietari, dovezi și erori frecvente</w:t>
            </w:r>
          </w:p>
        </w:tc>
      </w:tr>
    </w:tbl>
    <w:p w14:paraId="6F308C17" w14:textId="77777777" w:rsidR="002D35F2" w:rsidRPr="000C5950" w:rsidRDefault="002D35F2">
      <w:pPr>
        <w:spacing w:after="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77441F75" w14:textId="77777777">
        <w:trPr>
          <w:jc w:val="center"/>
        </w:trPr>
        <w:tc>
          <w:tcPr>
            <w:tcW w:w="9921" w:type="dxa"/>
            <w:gridSpan w:val="2"/>
            <w:shd w:val="clear" w:color="auto" w:fill="D71920"/>
            <w:tcMar>
              <w:top w:w="70" w:type="dxa"/>
              <w:left w:w="85" w:type="dxa"/>
              <w:bottom w:w="70" w:type="dxa"/>
              <w:right w:w="85" w:type="dxa"/>
            </w:tcMar>
            <w:vAlign w:val="center"/>
          </w:tcPr>
          <w:p w14:paraId="347B3F9C" w14:textId="77777777" w:rsidR="002D35F2" w:rsidRPr="000C5950" w:rsidRDefault="00000000">
            <w:pPr>
              <w:spacing w:after="0" w:line="240" w:lineRule="auto"/>
              <w:rPr>
                <w:noProof/>
                <w:lang w:val="ro-RO"/>
              </w:rPr>
            </w:pPr>
            <w:r w:rsidRPr="000C5950">
              <w:rPr>
                <w:b/>
                <w:noProof/>
                <w:color w:val="FFFFFF"/>
                <w:sz w:val="21"/>
                <w:lang w:val="ro-RO"/>
              </w:rPr>
              <w:t>4.1. Domeniul de aplicare al sistemului SSM</w:t>
            </w:r>
          </w:p>
        </w:tc>
      </w:tr>
      <w:tr w:rsidR="002D35F2" w:rsidRPr="000C5950" w14:paraId="2E494C6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B77B8E7"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0AFD30E4" w14:textId="77777777" w:rsidR="002D35F2" w:rsidRPr="000C5950" w:rsidRDefault="00000000">
            <w:pPr>
              <w:spacing w:after="0" w:line="240" w:lineRule="auto"/>
              <w:rPr>
                <w:noProof/>
                <w:lang w:val="ro-RO"/>
              </w:rPr>
            </w:pPr>
            <w:r w:rsidRPr="000C5950">
              <w:rPr>
                <w:noProof/>
                <w:sz w:val="15"/>
                <w:lang w:val="ro-RO"/>
              </w:rPr>
              <w:t>Document menținut</w:t>
            </w:r>
          </w:p>
        </w:tc>
      </w:tr>
      <w:tr w:rsidR="002D35F2" w:rsidRPr="000C5950" w14:paraId="629EDE0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D05FB3E"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798446D9" w14:textId="77777777" w:rsidR="002D35F2" w:rsidRPr="000C5950" w:rsidRDefault="00000000">
            <w:pPr>
              <w:spacing w:after="0" w:line="240" w:lineRule="auto"/>
              <w:rPr>
                <w:noProof/>
                <w:lang w:val="ro-RO"/>
              </w:rPr>
            </w:pPr>
            <w:r w:rsidRPr="000C5950">
              <w:rPr>
                <w:noProof/>
                <w:sz w:val="15"/>
                <w:lang w:val="ro-RO"/>
              </w:rPr>
              <w:t>4.3</w:t>
            </w:r>
          </w:p>
        </w:tc>
      </w:tr>
      <w:tr w:rsidR="002D35F2" w:rsidRPr="000C5950" w14:paraId="0060B3E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3B9963B"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01C5126E"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0FA36D7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8E218EF"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34E350E7" w14:textId="77777777" w:rsidR="002D35F2" w:rsidRPr="000C5950" w:rsidRDefault="00000000">
            <w:pPr>
              <w:spacing w:after="0" w:line="240" w:lineRule="auto"/>
              <w:rPr>
                <w:noProof/>
                <w:lang w:val="ro-RO"/>
              </w:rPr>
            </w:pPr>
            <w:r w:rsidRPr="000C5950">
              <w:rPr>
                <w:noProof/>
                <w:sz w:val="15"/>
                <w:lang w:val="ro-RO"/>
              </w:rPr>
              <w:t>Definește limitele și activitățile acoperite, inclusiv lucrătorii și procesele externalizate relevante.</w:t>
            </w:r>
          </w:p>
        </w:tc>
      </w:tr>
      <w:tr w:rsidR="002D35F2" w:rsidRPr="000C5950" w14:paraId="5DB27B3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BAAFC8C"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39A72E92" w14:textId="77777777" w:rsidR="002D35F2" w:rsidRPr="000C5950" w:rsidRDefault="00000000">
            <w:pPr>
              <w:spacing w:after="0" w:line="240" w:lineRule="auto"/>
              <w:rPr>
                <w:noProof/>
                <w:lang w:val="ro-RO"/>
              </w:rPr>
            </w:pPr>
            <w:r w:rsidRPr="000C5950">
              <w:rPr>
                <w:noProof/>
                <w:sz w:val="15"/>
                <w:lang w:val="ro-RO"/>
              </w:rPr>
              <w:t>Locații; activități; tipuri de lucrători; procese; interfețe; activități sub control/influență; justificarea limitelor.</w:t>
            </w:r>
          </w:p>
        </w:tc>
      </w:tr>
      <w:tr w:rsidR="002D35F2" w:rsidRPr="000C5950" w14:paraId="6F6F73F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32DE791"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33195F72" w14:textId="77777777" w:rsidR="002D35F2" w:rsidRPr="000C5950" w:rsidRDefault="00000000">
            <w:pPr>
              <w:spacing w:after="0" w:line="240" w:lineRule="auto"/>
              <w:rPr>
                <w:noProof/>
                <w:lang w:val="ro-RO"/>
              </w:rPr>
            </w:pPr>
            <w:r w:rsidRPr="000C5950">
              <w:rPr>
                <w:noProof/>
                <w:sz w:val="15"/>
                <w:lang w:val="ro-RO"/>
              </w:rPr>
              <w:t>Conducerea, cu suportul responsabilului SSM.</w:t>
            </w:r>
          </w:p>
        </w:tc>
      </w:tr>
      <w:tr w:rsidR="002D35F2" w:rsidRPr="000C5950" w14:paraId="180E536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1C11650"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0781C279" w14:textId="77777777" w:rsidR="002D35F2" w:rsidRPr="000C5950" w:rsidRDefault="00000000">
            <w:pPr>
              <w:spacing w:after="0" w:line="240" w:lineRule="auto"/>
              <w:rPr>
                <w:noProof/>
                <w:lang w:val="ro-RO"/>
              </w:rPr>
            </w:pPr>
            <w:r w:rsidRPr="000C5950">
              <w:rPr>
                <w:noProof/>
                <w:sz w:val="15"/>
                <w:lang w:val="ro-RO"/>
              </w:rPr>
              <w:t>La schimbarea locațiilor, activităților, structurii, contractanților sau formei de muncă.</w:t>
            </w:r>
          </w:p>
        </w:tc>
      </w:tr>
      <w:tr w:rsidR="002D35F2" w:rsidRPr="000C5950" w14:paraId="57CD1BA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8A28023"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0D1ACA3C" w14:textId="77777777" w:rsidR="002D35F2" w:rsidRPr="000C5950" w:rsidRDefault="00000000">
            <w:pPr>
              <w:spacing w:after="0" w:line="240" w:lineRule="auto"/>
              <w:rPr>
                <w:noProof/>
                <w:lang w:val="ro-RO"/>
              </w:rPr>
            </w:pPr>
            <w:r w:rsidRPr="000C5950">
              <w:rPr>
                <w:noProof/>
                <w:sz w:val="15"/>
                <w:lang w:val="ro-RO"/>
              </w:rPr>
              <w:t>Organigramă, contracte, hărți, autorizații și certificat coerent cu domeniul.</w:t>
            </w:r>
          </w:p>
        </w:tc>
      </w:tr>
      <w:tr w:rsidR="002D35F2" w:rsidRPr="000C5950" w14:paraId="605262C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2AB279D"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2B1BB097" w14:textId="77777777" w:rsidR="002D35F2" w:rsidRPr="000C5950" w:rsidRDefault="00000000">
            <w:pPr>
              <w:spacing w:after="0" w:line="240" w:lineRule="auto"/>
              <w:rPr>
                <w:noProof/>
                <w:lang w:val="ro-RO"/>
              </w:rPr>
            </w:pPr>
            <w:r w:rsidRPr="000C5950">
              <w:rPr>
                <w:noProof/>
                <w:sz w:val="15"/>
                <w:lang w:val="ro-RO"/>
              </w:rPr>
              <w:t>Excluderea contractanților sau telemuncii; domeniu limitat artificial; necorelare cu activitățile reale.</w:t>
            </w:r>
          </w:p>
        </w:tc>
      </w:tr>
    </w:tbl>
    <w:p w14:paraId="53A34E0B"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06412B96" w14:textId="77777777">
        <w:trPr>
          <w:jc w:val="center"/>
        </w:trPr>
        <w:tc>
          <w:tcPr>
            <w:tcW w:w="9921" w:type="dxa"/>
            <w:gridSpan w:val="2"/>
            <w:shd w:val="clear" w:color="auto" w:fill="D71920"/>
            <w:tcMar>
              <w:top w:w="70" w:type="dxa"/>
              <w:left w:w="85" w:type="dxa"/>
              <w:bottom w:w="70" w:type="dxa"/>
              <w:right w:w="85" w:type="dxa"/>
            </w:tcMar>
            <w:vAlign w:val="center"/>
          </w:tcPr>
          <w:p w14:paraId="3AF5E439" w14:textId="77777777" w:rsidR="002D35F2" w:rsidRPr="000C5950" w:rsidRDefault="00000000">
            <w:pPr>
              <w:spacing w:after="0" w:line="240" w:lineRule="auto"/>
              <w:rPr>
                <w:noProof/>
                <w:lang w:val="ro-RO"/>
              </w:rPr>
            </w:pPr>
            <w:r w:rsidRPr="000C5950">
              <w:rPr>
                <w:b/>
                <w:noProof/>
                <w:color w:val="FFFFFF"/>
                <w:sz w:val="21"/>
                <w:lang w:val="ro-RO"/>
              </w:rPr>
              <w:t>4.2. Politica SSM</w:t>
            </w:r>
          </w:p>
        </w:tc>
      </w:tr>
      <w:tr w:rsidR="002D35F2" w:rsidRPr="000C5950" w14:paraId="5A72834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D31DAE8"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4CA7BFB6" w14:textId="77777777" w:rsidR="002D35F2" w:rsidRPr="000C5950" w:rsidRDefault="00000000">
            <w:pPr>
              <w:spacing w:after="0" w:line="240" w:lineRule="auto"/>
              <w:rPr>
                <w:noProof/>
                <w:lang w:val="ro-RO"/>
              </w:rPr>
            </w:pPr>
            <w:r w:rsidRPr="000C5950">
              <w:rPr>
                <w:noProof/>
                <w:sz w:val="15"/>
                <w:lang w:val="ro-RO"/>
              </w:rPr>
              <w:t>Document menținut și comunicat</w:t>
            </w:r>
          </w:p>
        </w:tc>
      </w:tr>
      <w:tr w:rsidR="002D35F2" w:rsidRPr="000C5950" w14:paraId="09D9734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6224228"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1B50E7CD" w14:textId="77777777" w:rsidR="002D35F2" w:rsidRPr="000C5950" w:rsidRDefault="00000000">
            <w:pPr>
              <w:spacing w:after="0" w:line="240" w:lineRule="auto"/>
              <w:rPr>
                <w:noProof/>
                <w:lang w:val="ro-RO"/>
              </w:rPr>
            </w:pPr>
            <w:r w:rsidRPr="000C5950">
              <w:rPr>
                <w:noProof/>
                <w:sz w:val="15"/>
                <w:lang w:val="ro-RO"/>
              </w:rPr>
              <w:t>5.2</w:t>
            </w:r>
          </w:p>
        </w:tc>
      </w:tr>
      <w:tr w:rsidR="002D35F2" w:rsidRPr="000C5950" w14:paraId="4051331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6280910"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78F09356"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37276A7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620F184"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38DDFC5E" w14:textId="77777777" w:rsidR="002D35F2" w:rsidRPr="000C5950" w:rsidRDefault="00000000">
            <w:pPr>
              <w:spacing w:after="0" w:line="240" w:lineRule="auto"/>
              <w:rPr>
                <w:noProof/>
                <w:lang w:val="ro-RO"/>
              </w:rPr>
            </w:pPr>
            <w:r w:rsidRPr="000C5950">
              <w:rPr>
                <w:noProof/>
                <w:sz w:val="15"/>
                <w:lang w:val="ro-RO"/>
              </w:rPr>
              <w:t>Stabilește direcția, angajamentele și cadrul pentru obiectivele SSM.</w:t>
            </w:r>
          </w:p>
        </w:tc>
      </w:tr>
      <w:tr w:rsidR="002D35F2" w:rsidRPr="000C5950" w14:paraId="4C96002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E2BC8D7"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70C4E51A" w14:textId="77777777" w:rsidR="002D35F2" w:rsidRPr="000C5950" w:rsidRDefault="00000000">
            <w:pPr>
              <w:spacing w:after="0" w:line="240" w:lineRule="auto"/>
              <w:rPr>
                <w:noProof/>
                <w:lang w:val="ro-RO"/>
              </w:rPr>
            </w:pPr>
            <w:r w:rsidRPr="000C5950">
              <w:rPr>
                <w:noProof/>
                <w:sz w:val="15"/>
                <w:lang w:val="ro-RO"/>
              </w:rPr>
              <w:t>Condiții sigure/sănătoase; eliminarea pericolelor; reducerea riscurilor; conformare; consultare și participare; îmbunătățire.</w:t>
            </w:r>
          </w:p>
        </w:tc>
      </w:tr>
      <w:tr w:rsidR="002D35F2" w:rsidRPr="000C5950" w14:paraId="1A77C9E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19156DA"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2FBDABE2" w14:textId="77777777" w:rsidR="002D35F2" w:rsidRPr="000C5950" w:rsidRDefault="00000000">
            <w:pPr>
              <w:spacing w:after="0" w:line="240" w:lineRule="auto"/>
              <w:rPr>
                <w:noProof/>
                <w:lang w:val="ro-RO"/>
              </w:rPr>
            </w:pPr>
            <w:r w:rsidRPr="000C5950">
              <w:rPr>
                <w:noProof/>
                <w:sz w:val="15"/>
                <w:lang w:val="ro-RO"/>
              </w:rPr>
              <w:t>Conducerea de vârf.</w:t>
            </w:r>
          </w:p>
        </w:tc>
      </w:tr>
      <w:tr w:rsidR="002D35F2" w:rsidRPr="000C5950" w14:paraId="3135330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08983BB"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368F441F" w14:textId="77777777" w:rsidR="002D35F2" w:rsidRPr="000C5950" w:rsidRDefault="00000000">
            <w:pPr>
              <w:spacing w:after="0" w:line="240" w:lineRule="auto"/>
              <w:rPr>
                <w:noProof/>
                <w:lang w:val="ro-RO"/>
              </w:rPr>
            </w:pPr>
            <w:r w:rsidRPr="000C5950">
              <w:rPr>
                <w:noProof/>
                <w:sz w:val="15"/>
                <w:lang w:val="ro-RO"/>
              </w:rPr>
              <w:t>La schimbarea contextului, riscurilor, strategiei sau obligațiilor.</w:t>
            </w:r>
          </w:p>
        </w:tc>
      </w:tr>
      <w:tr w:rsidR="002D35F2" w:rsidRPr="000C5950" w14:paraId="175A842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0F369B5"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752B409C" w14:textId="77777777" w:rsidR="002D35F2" w:rsidRPr="000C5950" w:rsidRDefault="00000000">
            <w:pPr>
              <w:spacing w:after="0" w:line="240" w:lineRule="auto"/>
              <w:rPr>
                <w:noProof/>
                <w:lang w:val="ro-RO"/>
              </w:rPr>
            </w:pPr>
            <w:r w:rsidRPr="000C5950">
              <w:rPr>
                <w:noProof/>
                <w:sz w:val="15"/>
                <w:lang w:val="ro-RO"/>
              </w:rPr>
              <w:t>Comunicare, instruire, afișare/publicare, decizii și obiective aliniate.</w:t>
            </w:r>
          </w:p>
        </w:tc>
      </w:tr>
      <w:tr w:rsidR="002D35F2" w:rsidRPr="000C5950" w14:paraId="4215625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68D9495"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0089D0A1" w14:textId="77777777" w:rsidR="002D35F2" w:rsidRPr="000C5950" w:rsidRDefault="00000000">
            <w:pPr>
              <w:spacing w:after="0" w:line="240" w:lineRule="auto"/>
              <w:rPr>
                <w:noProof/>
                <w:lang w:val="ro-RO"/>
              </w:rPr>
            </w:pPr>
            <w:r w:rsidRPr="000C5950">
              <w:rPr>
                <w:noProof/>
                <w:sz w:val="15"/>
                <w:lang w:val="ro-RO"/>
              </w:rPr>
              <w:t>Text generic; omiterea participării lucrătorilor; angajamente necorelate cu resursele.</w:t>
            </w:r>
          </w:p>
        </w:tc>
      </w:tr>
    </w:tbl>
    <w:p w14:paraId="49698F40"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086F0F2E" w14:textId="77777777">
        <w:trPr>
          <w:jc w:val="center"/>
        </w:trPr>
        <w:tc>
          <w:tcPr>
            <w:tcW w:w="9921" w:type="dxa"/>
            <w:gridSpan w:val="2"/>
            <w:shd w:val="clear" w:color="auto" w:fill="D71920"/>
            <w:tcMar>
              <w:top w:w="70" w:type="dxa"/>
              <w:left w:w="85" w:type="dxa"/>
              <w:bottom w:w="70" w:type="dxa"/>
              <w:right w:w="85" w:type="dxa"/>
            </w:tcMar>
            <w:vAlign w:val="center"/>
          </w:tcPr>
          <w:p w14:paraId="71A956AD" w14:textId="77777777" w:rsidR="002D35F2" w:rsidRPr="000C5950" w:rsidRDefault="00000000">
            <w:pPr>
              <w:spacing w:after="0" w:line="240" w:lineRule="auto"/>
              <w:rPr>
                <w:noProof/>
                <w:lang w:val="ro-RO"/>
              </w:rPr>
            </w:pPr>
            <w:r w:rsidRPr="000C5950">
              <w:rPr>
                <w:b/>
                <w:noProof/>
                <w:color w:val="FFFFFF"/>
                <w:sz w:val="21"/>
                <w:lang w:val="ro-RO"/>
              </w:rPr>
              <w:t>4.3. Procesul de consultare și participare a lucrătorilor</w:t>
            </w:r>
          </w:p>
        </w:tc>
      </w:tr>
      <w:tr w:rsidR="002D35F2" w:rsidRPr="000C5950" w14:paraId="1514195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7A61395"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2949F3A0" w14:textId="77777777" w:rsidR="002D35F2" w:rsidRPr="000C5950" w:rsidRDefault="00000000">
            <w:pPr>
              <w:spacing w:after="0" w:line="240" w:lineRule="auto"/>
              <w:rPr>
                <w:noProof/>
                <w:lang w:val="ro-RO"/>
              </w:rPr>
            </w:pPr>
            <w:r w:rsidRPr="000C5950">
              <w:rPr>
                <w:noProof/>
                <w:sz w:val="15"/>
                <w:lang w:val="ro-RO"/>
              </w:rPr>
              <w:t>Document recomandat puternic + dovezi</w:t>
            </w:r>
          </w:p>
        </w:tc>
      </w:tr>
      <w:tr w:rsidR="002D35F2" w:rsidRPr="000C5950" w14:paraId="79A8D5F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F1C0A3F"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31C1FA37" w14:textId="77777777" w:rsidR="002D35F2" w:rsidRPr="000C5950" w:rsidRDefault="00000000">
            <w:pPr>
              <w:spacing w:after="0" w:line="240" w:lineRule="auto"/>
              <w:rPr>
                <w:noProof/>
                <w:lang w:val="ro-RO"/>
              </w:rPr>
            </w:pPr>
            <w:r w:rsidRPr="000C5950">
              <w:rPr>
                <w:noProof/>
                <w:sz w:val="15"/>
                <w:lang w:val="ro-RO"/>
              </w:rPr>
              <w:t>5.4</w:t>
            </w:r>
          </w:p>
        </w:tc>
      </w:tr>
      <w:tr w:rsidR="002D35F2" w:rsidRPr="000C5950" w14:paraId="533FB6D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D25313B"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76DE8FCE"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3B8C6C3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E562A40"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5A9FB26A" w14:textId="77777777" w:rsidR="002D35F2" w:rsidRPr="000C5950" w:rsidRDefault="00000000">
            <w:pPr>
              <w:spacing w:after="0" w:line="240" w:lineRule="auto"/>
              <w:rPr>
                <w:noProof/>
                <w:lang w:val="ro-RO"/>
              </w:rPr>
            </w:pPr>
            <w:r w:rsidRPr="000C5950">
              <w:rPr>
                <w:noProof/>
                <w:sz w:val="15"/>
                <w:lang w:val="ro-RO"/>
              </w:rPr>
              <w:t>Asigură implicarea reală a lucrătorilor, în special a celor fără funcții manageriale.</w:t>
            </w:r>
          </w:p>
        </w:tc>
      </w:tr>
      <w:tr w:rsidR="002D35F2" w:rsidRPr="000C5950" w14:paraId="387C332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51F6BEB"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717BE139" w14:textId="77777777" w:rsidR="002D35F2" w:rsidRPr="000C5950" w:rsidRDefault="00000000">
            <w:pPr>
              <w:spacing w:after="0" w:line="240" w:lineRule="auto"/>
              <w:rPr>
                <w:noProof/>
                <w:lang w:val="ro-RO"/>
              </w:rPr>
            </w:pPr>
            <w:r w:rsidRPr="000C5950">
              <w:rPr>
                <w:noProof/>
                <w:sz w:val="15"/>
                <w:lang w:val="ro-RO"/>
              </w:rPr>
              <w:t>Teme; reprezentanți; canale; timp/resurse; feedback; protecție față de represalii; eliminarea barierelor; escaladare; comunicarea deciziilor.</w:t>
            </w:r>
          </w:p>
        </w:tc>
      </w:tr>
      <w:tr w:rsidR="002D35F2" w:rsidRPr="000C5950" w14:paraId="04CDB6C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FC34B4B"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522C33D8" w14:textId="77777777" w:rsidR="002D35F2" w:rsidRPr="000C5950" w:rsidRDefault="00000000">
            <w:pPr>
              <w:spacing w:after="0" w:line="240" w:lineRule="auto"/>
              <w:rPr>
                <w:noProof/>
                <w:lang w:val="ro-RO"/>
              </w:rPr>
            </w:pPr>
            <w:r w:rsidRPr="000C5950">
              <w:rPr>
                <w:noProof/>
                <w:sz w:val="15"/>
                <w:lang w:val="ro-RO"/>
              </w:rPr>
              <w:t>Conducerea și responsabilul SSM, împreună cu reprezentanții lucrătorilor.</w:t>
            </w:r>
          </w:p>
        </w:tc>
      </w:tr>
      <w:tr w:rsidR="002D35F2" w:rsidRPr="000C5950" w14:paraId="15C8F90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2E95A1D"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2D32ED5E" w14:textId="77777777" w:rsidR="002D35F2" w:rsidRPr="000C5950" w:rsidRDefault="00000000">
            <w:pPr>
              <w:spacing w:after="0" w:line="240" w:lineRule="auto"/>
              <w:rPr>
                <w:noProof/>
                <w:lang w:val="ro-RO"/>
              </w:rPr>
            </w:pPr>
            <w:r w:rsidRPr="000C5950">
              <w:rPr>
                <w:noProof/>
                <w:sz w:val="15"/>
                <w:lang w:val="ro-RO"/>
              </w:rPr>
              <w:t>Periodic și la schimbări organizaționale sau de personal.</w:t>
            </w:r>
          </w:p>
        </w:tc>
      </w:tr>
      <w:tr w:rsidR="002D35F2" w:rsidRPr="000C5950" w14:paraId="5828555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A065F21"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417C49CF" w14:textId="77777777" w:rsidR="002D35F2" w:rsidRPr="000C5950" w:rsidRDefault="00000000">
            <w:pPr>
              <w:spacing w:after="0" w:line="240" w:lineRule="auto"/>
              <w:rPr>
                <w:noProof/>
                <w:lang w:val="ro-RO"/>
              </w:rPr>
            </w:pPr>
            <w:r w:rsidRPr="000C5950">
              <w:rPr>
                <w:noProof/>
                <w:sz w:val="15"/>
                <w:lang w:val="ro-RO"/>
              </w:rPr>
              <w:t>Procese-verbale, propuneri, tururi, interviuri, consultări, răspunsuri și decizii.</w:t>
            </w:r>
          </w:p>
        </w:tc>
      </w:tr>
      <w:tr w:rsidR="002D35F2" w:rsidRPr="000C5950" w14:paraId="02EF980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E5F3EA8" w14:textId="77777777" w:rsidR="002D35F2" w:rsidRPr="000C5950" w:rsidRDefault="00000000">
            <w:pPr>
              <w:spacing w:after="0" w:line="240" w:lineRule="auto"/>
              <w:rPr>
                <w:noProof/>
                <w:lang w:val="ro-RO"/>
              </w:rPr>
            </w:pPr>
            <w:r w:rsidRPr="000C5950">
              <w:rPr>
                <w:b/>
                <w:noProof/>
                <w:sz w:val="15"/>
                <w:lang w:val="ro-RO"/>
              </w:rPr>
              <w:lastRenderedPageBreak/>
              <w:t>Erori frecvente</w:t>
            </w:r>
          </w:p>
        </w:tc>
        <w:tc>
          <w:tcPr>
            <w:tcW w:w="7540" w:type="dxa"/>
            <w:shd w:val="clear" w:color="auto" w:fill="FFFFFF"/>
            <w:tcMar>
              <w:top w:w="70" w:type="dxa"/>
              <w:left w:w="85" w:type="dxa"/>
              <w:bottom w:w="70" w:type="dxa"/>
              <w:right w:w="85" w:type="dxa"/>
            </w:tcMar>
            <w:vAlign w:val="center"/>
          </w:tcPr>
          <w:p w14:paraId="46F36828" w14:textId="77777777" w:rsidR="002D35F2" w:rsidRPr="000C5950" w:rsidRDefault="00000000">
            <w:pPr>
              <w:spacing w:after="0" w:line="240" w:lineRule="auto"/>
              <w:rPr>
                <w:noProof/>
                <w:lang w:val="ro-RO"/>
              </w:rPr>
            </w:pPr>
            <w:r w:rsidRPr="000C5950">
              <w:rPr>
                <w:noProof/>
                <w:sz w:val="15"/>
                <w:lang w:val="ro-RO"/>
              </w:rPr>
              <w:t>Informare unilaterală prezentată drept consultare; participare numai a managerilor; lipsa răspunsului la propuneri.</w:t>
            </w:r>
          </w:p>
        </w:tc>
      </w:tr>
    </w:tbl>
    <w:p w14:paraId="3CA91C8A"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4E5BE5F3" w14:textId="77777777">
        <w:trPr>
          <w:jc w:val="center"/>
        </w:trPr>
        <w:tc>
          <w:tcPr>
            <w:tcW w:w="9921" w:type="dxa"/>
            <w:gridSpan w:val="2"/>
            <w:shd w:val="clear" w:color="auto" w:fill="D71920"/>
            <w:tcMar>
              <w:top w:w="70" w:type="dxa"/>
              <w:left w:w="85" w:type="dxa"/>
              <w:bottom w:w="70" w:type="dxa"/>
              <w:right w:w="85" w:type="dxa"/>
            </w:tcMar>
            <w:vAlign w:val="center"/>
          </w:tcPr>
          <w:p w14:paraId="3EB8B09A" w14:textId="77777777" w:rsidR="002D35F2" w:rsidRPr="000C5950" w:rsidRDefault="00000000">
            <w:pPr>
              <w:spacing w:after="0" w:line="240" w:lineRule="auto"/>
              <w:rPr>
                <w:noProof/>
                <w:lang w:val="ro-RO"/>
              </w:rPr>
            </w:pPr>
            <w:r w:rsidRPr="000C5950">
              <w:rPr>
                <w:b/>
                <w:noProof/>
                <w:color w:val="FFFFFF"/>
                <w:sz w:val="21"/>
                <w:lang w:val="ro-RO"/>
              </w:rPr>
              <w:t>4.4. Metodologia de identificare a pericolelor și evaluare a riscurilor</w:t>
            </w:r>
          </w:p>
        </w:tc>
      </w:tr>
      <w:tr w:rsidR="002D35F2" w:rsidRPr="000C5950" w14:paraId="4366BEA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6918B99"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08A52AC7" w14:textId="77777777" w:rsidR="002D35F2" w:rsidRPr="000C5950" w:rsidRDefault="00000000">
            <w:pPr>
              <w:spacing w:after="0" w:line="240" w:lineRule="auto"/>
              <w:rPr>
                <w:noProof/>
                <w:lang w:val="ro-RO"/>
              </w:rPr>
            </w:pPr>
            <w:r w:rsidRPr="000C5950">
              <w:rPr>
                <w:noProof/>
                <w:sz w:val="15"/>
                <w:lang w:val="ro-RO"/>
              </w:rPr>
              <w:t>Document menținut</w:t>
            </w:r>
          </w:p>
        </w:tc>
      </w:tr>
      <w:tr w:rsidR="002D35F2" w:rsidRPr="000C5950" w14:paraId="4441D1B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7ABF204"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7A7060E3" w14:textId="77777777" w:rsidR="002D35F2" w:rsidRPr="000C5950" w:rsidRDefault="00000000">
            <w:pPr>
              <w:spacing w:after="0" w:line="240" w:lineRule="auto"/>
              <w:rPr>
                <w:noProof/>
                <w:lang w:val="ro-RO"/>
              </w:rPr>
            </w:pPr>
            <w:r w:rsidRPr="000C5950">
              <w:rPr>
                <w:noProof/>
                <w:sz w:val="15"/>
                <w:lang w:val="ro-RO"/>
              </w:rPr>
              <w:t>6.1.2</w:t>
            </w:r>
          </w:p>
        </w:tc>
      </w:tr>
      <w:tr w:rsidR="002D35F2" w:rsidRPr="000C5950" w14:paraId="3D2EDB6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C1706AA"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0A676F8B"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5E2EEBA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9A4935A"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49B5CAB9" w14:textId="77777777" w:rsidR="002D35F2" w:rsidRPr="000C5950" w:rsidRDefault="00000000">
            <w:pPr>
              <w:spacing w:after="0" w:line="240" w:lineRule="auto"/>
              <w:rPr>
                <w:noProof/>
                <w:lang w:val="ro-RO"/>
              </w:rPr>
            </w:pPr>
            <w:r w:rsidRPr="000C5950">
              <w:rPr>
                <w:noProof/>
                <w:sz w:val="15"/>
                <w:lang w:val="ro-RO"/>
              </w:rPr>
              <w:t>Asigură o abordare proactivă, repetabilă și adecvată complexității organizației.</w:t>
            </w:r>
          </w:p>
        </w:tc>
      </w:tr>
      <w:tr w:rsidR="002D35F2" w:rsidRPr="000C5950" w14:paraId="492A3B7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9144F32"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2B2F1AF7" w14:textId="77777777" w:rsidR="002D35F2" w:rsidRPr="000C5950" w:rsidRDefault="00000000">
            <w:pPr>
              <w:spacing w:after="0" w:line="240" w:lineRule="auto"/>
              <w:rPr>
                <w:noProof/>
                <w:lang w:val="ro-RO"/>
              </w:rPr>
            </w:pPr>
            <w:r w:rsidRPr="000C5950">
              <w:rPr>
                <w:noProof/>
                <w:sz w:val="15"/>
                <w:lang w:val="ro-RO"/>
              </w:rPr>
              <w:t>Domeniu; surse; activități de rutină/non-rutină; persoane; factori umani; schimbări; situații de urgență; scale; criterii; competență; revizuire.</w:t>
            </w:r>
          </w:p>
        </w:tc>
      </w:tr>
      <w:tr w:rsidR="002D35F2" w:rsidRPr="000C5950" w14:paraId="4B9CE32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439085E"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4B02F5CF" w14:textId="77777777" w:rsidR="002D35F2" w:rsidRPr="000C5950" w:rsidRDefault="00000000">
            <w:pPr>
              <w:spacing w:after="0" w:line="240" w:lineRule="auto"/>
              <w:rPr>
                <w:noProof/>
                <w:lang w:val="ro-RO"/>
              </w:rPr>
            </w:pPr>
            <w:r w:rsidRPr="000C5950">
              <w:rPr>
                <w:noProof/>
                <w:sz w:val="15"/>
                <w:lang w:val="ro-RO"/>
              </w:rPr>
              <w:t>Responsabilul SSM cu proprietarii de proces și lucrătorii.</w:t>
            </w:r>
          </w:p>
        </w:tc>
      </w:tr>
      <w:tr w:rsidR="002D35F2" w:rsidRPr="000C5950" w14:paraId="0A08945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CC46BDF"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766B3621" w14:textId="77777777" w:rsidR="002D35F2" w:rsidRPr="000C5950" w:rsidRDefault="00000000">
            <w:pPr>
              <w:spacing w:after="0" w:line="240" w:lineRule="auto"/>
              <w:rPr>
                <w:noProof/>
                <w:lang w:val="ro-RO"/>
              </w:rPr>
            </w:pPr>
            <w:r w:rsidRPr="000C5950">
              <w:rPr>
                <w:noProof/>
                <w:sz w:val="15"/>
                <w:lang w:val="ro-RO"/>
              </w:rPr>
              <w:t>La schimbarea metodei, legislației sau tipurilor de activitate.</w:t>
            </w:r>
          </w:p>
        </w:tc>
      </w:tr>
      <w:tr w:rsidR="002D35F2" w:rsidRPr="000C5950" w14:paraId="6F53637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62E9283"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43B77013" w14:textId="77777777" w:rsidR="002D35F2" w:rsidRPr="000C5950" w:rsidRDefault="00000000">
            <w:pPr>
              <w:spacing w:after="0" w:line="240" w:lineRule="auto"/>
              <w:rPr>
                <w:noProof/>
                <w:lang w:val="ro-RO"/>
              </w:rPr>
            </w:pPr>
            <w:r w:rsidRPr="000C5950">
              <w:rPr>
                <w:noProof/>
                <w:sz w:val="15"/>
                <w:lang w:val="ro-RO"/>
              </w:rPr>
              <w:t>Evaluări, observații, interviuri, incidente, date de expunere și consultări.</w:t>
            </w:r>
          </w:p>
        </w:tc>
      </w:tr>
      <w:tr w:rsidR="002D35F2" w:rsidRPr="000C5950" w14:paraId="1387BB6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D1CA366"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7EB57CF5" w14:textId="77777777" w:rsidR="002D35F2" w:rsidRPr="000C5950" w:rsidRDefault="00000000">
            <w:pPr>
              <w:spacing w:after="0" w:line="240" w:lineRule="auto"/>
              <w:rPr>
                <w:noProof/>
                <w:lang w:val="ro-RO"/>
              </w:rPr>
            </w:pPr>
            <w:r w:rsidRPr="000C5950">
              <w:rPr>
                <w:noProof/>
                <w:sz w:val="15"/>
                <w:lang w:val="ro-RO"/>
              </w:rPr>
              <w:t>Metodă exclusiv numerică fără judecată profesională; ignorarea riscurilor psihosociale și a grupurilor vulnerabile.</w:t>
            </w:r>
          </w:p>
        </w:tc>
      </w:tr>
    </w:tbl>
    <w:p w14:paraId="592DA773"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404A4870" w14:textId="77777777">
        <w:trPr>
          <w:jc w:val="center"/>
        </w:trPr>
        <w:tc>
          <w:tcPr>
            <w:tcW w:w="9921" w:type="dxa"/>
            <w:gridSpan w:val="2"/>
            <w:shd w:val="clear" w:color="auto" w:fill="D71920"/>
            <w:tcMar>
              <w:top w:w="70" w:type="dxa"/>
              <w:left w:w="85" w:type="dxa"/>
              <w:bottom w:w="70" w:type="dxa"/>
              <w:right w:w="85" w:type="dxa"/>
            </w:tcMar>
            <w:vAlign w:val="center"/>
          </w:tcPr>
          <w:p w14:paraId="477DCDBB" w14:textId="77777777" w:rsidR="002D35F2" w:rsidRPr="000C5950" w:rsidRDefault="00000000">
            <w:pPr>
              <w:spacing w:after="0" w:line="240" w:lineRule="auto"/>
              <w:rPr>
                <w:noProof/>
                <w:lang w:val="ro-RO"/>
              </w:rPr>
            </w:pPr>
            <w:r w:rsidRPr="000C5950">
              <w:rPr>
                <w:b/>
                <w:noProof/>
                <w:color w:val="FFFFFF"/>
                <w:sz w:val="21"/>
                <w:lang w:val="ro-RO"/>
              </w:rPr>
              <w:t>4.5. Registrul pericolelor, riscurilor și oportunităților SSM</w:t>
            </w:r>
          </w:p>
        </w:tc>
      </w:tr>
      <w:tr w:rsidR="002D35F2" w:rsidRPr="000C5950" w14:paraId="51315B5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CC9D1CB"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6582422B" w14:textId="77777777" w:rsidR="002D35F2" w:rsidRPr="000C5950" w:rsidRDefault="00000000">
            <w:pPr>
              <w:spacing w:after="0" w:line="240" w:lineRule="auto"/>
              <w:rPr>
                <w:noProof/>
                <w:lang w:val="ro-RO"/>
              </w:rPr>
            </w:pPr>
            <w:r w:rsidRPr="000C5950">
              <w:rPr>
                <w:noProof/>
                <w:sz w:val="15"/>
                <w:lang w:val="ro-RO"/>
              </w:rPr>
              <w:t>Document menținut / înregistrare</w:t>
            </w:r>
          </w:p>
        </w:tc>
      </w:tr>
      <w:tr w:rsidR="002D35F2" w:rsidRPr="000C5950" w14:paraId="75B5422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D89EBC6"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5F26FC98" w14:textId="77777777" w:rsidR="002D35F2" w:rsidRPr="000C5950" w:rsidRDefault="00000000">
            <w:pPr>
              <w:spacing w:after="0" w:line="240" w:lineRule="auto"/>
              <w:rPr>
                <w:noProof/>
                <w:lang w:val="ro-RO"/>
              </w:rPr>
            </w:pPr>
            <w:r w:rsidRPr="000C5950">
              <w:rPr>
                <w:noProof/>
                <w:sz w:val="15"/>
                <w:lang w:val="ro-RO"/>
              </w:rPr>
              <w:t>6.1.1-6.1.2</w:t>
            </w:r>
          </w:p>
        </w:tc>
      </w:tr>
      <w:tr w:rsidR="002D35F2" w:rsidRPr="000C5950" w14:paraId="27582E1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5B905A7"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661AA5D1"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50C74A4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CEC5EFF"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13056383" w14:textId="77777777" w:rsidR="002D35F2" w:rsidRPr="000C5950" w:rsidRDefault="00000000">
            <w:pPr>
              <w:spacing w:after="0" w:line="240" w:lineRule="auto"/>
              <w:rPr>
                <w:noProof/>
                <w:lang w:val="ro-RO"/>
              </w:rPr>
            </w:pPr>
            <w:r w:rsidRPr="000C5950">
              <w:rPr>
                <w:noProof/>
                <w:sz w:val="15"/>
                <w:lang w:val="ro-RO"/>
              </w:rPr>
              <w:t>Prioritizează eliminarea pericolelor, controalele și oportunitățile de îmbunătățire.</w:t>
            </w:r>
          </w:p>
        </w:tc>
      </w:tr>
      <w:tr w:rsidR="002D35F2" w:rsidRPr="000C5950" w14:paraId="4C5A7B1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878FCF5"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248CE5D9" w14:textId="77777777" w:rsidR="002D35F2" w:rsidRPr="000C5950" w:rsidRDefault="00000000">
            <w:pPr>
              <w:spacing w:after="0" w:line="240" w:lineRule="auto"/>
              <w:rPr>
                <w:noProof/>
                <w:lang w:val="ro-RO"/>
              </w:rPr>
            </w:pPr>
            <w:r w:rsidRPr="000C5950">
              <w:rPr>
                <w:noProof/>
                <w:sz w:val="15"/>
                <w:lang w:val="ro-RO"/>
              </w:rPr>
              <w:t>Activitate; pericol; persoane expuse; consecință; controale; evaluare; cerințe; măsuri; ierarhie; responsabil; termen; risc rezidual; consultare.</w:t>
            </w:r>
          </w:p>
        </w:tc>
      </w:tr>
      <w:tr w:rsidR="002D35F2" w:rsidRPr="000C5950" w14:paraId="03FA423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6300EB9"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3CB196FD" w14:textId="77777777" w:rsidR="002D35F2" w:rsidRPr="000C5950" w:rsidRDefault="00000000">
            <w:pPr>
              <w:spacing w:after="0" w:line="240" w:lineRule="auto"/>
              <w:rPr>
                <w:noProof/>
                <w:lang w:val="ro-RO"/>
              </w:rPr>
            </w:pPr>
            <w:r w:rsidRPr="000C5950">
              <w:rPr>
                <w:noProof/>
                <w:sz w:val="15"/>
                <w:lang w:val="ro-RO"/>
              </w:rPr>
              <w:t>Proprietarul procesului și responsabilul SSM.</w:t>
            </w:r>
          </w:p>
        </w:tc>
      </w:tr>
      <w:tr w:rsidR="002D35F2" w:rsidRPr="000C5950" w14:paraId="3278659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2CA73A6"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1BC367F8" w14:textId="77777777" w:rsidR="002D35F2" w:rsidRPr="000C5950" w:rsidRDefault="00000000">
            <w:pPr>
              <w:spacing w:after="0" w:line="240" w:lineRule="auto"/>
              <w:rPr>
                <w:noProof/>
                <w:lang w:val="ro-RO"/>
              </w:rPr>
            </w:pPr>
            <w:r w:rsidRPr="000C5950">
              <w:rPr>
                <w:noProof/>
                <w:sz w:val="15"/>
                <w:lang w:val="ro-RO"/>
              </w:rPr>
              <w:t>La schimbări, incidente, informații noi și periodic.</w:t>
            </w:r>
          </w:p>
        </w:tc>
      </w:tr>
      <w:tr w:rsidR="002D35F2" w:rsidRPr="000C5950" w14:paraId="6FEBF4E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FDD48A9"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77396531" w14:textId="77777777" w:rsidR="002D35F2" w:rsidRPr="000C5950" w:rsidRDefault="00000000">
            <w:pPr>
              <w:spacing w:after="0" w:line="240" w:lineRule="auto"/>
              <w:rPr>
                <w:noProof/>
                <w:lang w:val="ro-RO"/>
              </w:rPr>
            </w:pPr>
            <w:r w:rsidRPr="000C5950">
              <w:rPr>
                <w:noProof/>
                <w:sz w:val="15"/>
                <w:lang w:val="ro-RO"/>
              </w:rPr>
              <w:t>Tururi, JSA/JHA, expuneri, feedback, mentenanță, contractanți și date medicale agregate.</w:t>
            </w:r>
          </w:p>
        </w:tc>
      </w:tr>
      <w:tr w:rsidR="002D35F2" w:rsidRPr="000C5950" w14:paraId="5F0A840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A1FDFC5"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43D860E8" w14:textId="77777777" w:rsidR="002D35F2" w:rsidRPr="000C5950" w:rsidRDefault="00000000">
            <w:pPr>
              <w:spacing w:after="0" w:line="240" w:lineRule="auto"/>
              <w:rPr>
                <w:noProof/>
                <w:lang w:val="ro-RO"/>
              </w:rPr>
            </w:pPr>
            <w:r w:rsidRPr="000C5950">
              <w:rPr>
                <w:noProof/>
                <w:sz w:val="15"/>
                <w:lang w:val="ro-RO"/>
              </w:rPr>
              <w:t>Evaluări generice; controale administrative folosite înaintea eliminării; lipsa verificării eficacității.</w:t>
            </w:r>
          </w:p>
        </w:tc>
      </w:tr>
    </w:tbl>
    <w:p w14:paraId="317852B8"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5003AA39" w14:textId="77777777">
        <w:trPr>
          <w:jc w:val="center"/>
        </w:trPr>
        <w:tc>
          <w:tcPr>
            <w:tcW w:w="9921" w:type="dxa"/>
            <w:gridSpan w:val="2"/>
            <w:shd w:val="clear" w:color="auto" w:fill="D71920"/>
            <w:tcMar>
              <w:top w:w="70" w:type="dxa"/>
              <w:left w:w="85" w:type="dxa"/>
              <w:bottom w:w="70" w:type="dxa"/>
              <w:right w:w="85" w:type="dxa"/>
            </w:tcMar>
            <w:vAlign w:val="center"/>
          </w:tcPr>
          <w:p w14:paraId="700A2393" w14:textId="77777777" w:rsidR="002D35F2" w:rsidRPr="000C5950" w:rsidRDefault="00000000">
            <w:pPr>
              <w:spacing w:after="0" w:line="240" w:lineRule="auto"/>
              <w:rPr>
                <w:noProof/>
                <w:lang w:val="ro-RO"/>
              </w:rPr>
            </w:pPr>
            <w:r w:rsidRPr="000C5950">
              <w:rPr>
                <w:b/>
                <w:noProof/>
                <w:color w:val="FFFFFF"/>
                <w:sz w:val="21"/>
                <w:lang w:val="ro-RO"/>
              </w:rPr>
              <w:t>4.6. Registrul cerințelor legale și altor cerințe</w:t>
            </w:r>
          </w:p>
        </w:tc>
      </w:tr>
      <w:tr w:rsidR="002D35F2" w:rsidRPr="000C5950" w14:paraId="1E1B3F5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7A6353C"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7E55012E" w14:textId="77777777" w:rsidR="002D35F2" w:rsidRPr="000C5950" w:rsidRDefault="00000000">
            <w:pPr>
              <w:spacing w:after="0" w:line="240" w:lineRule="auto"/>
              <w:rPr>
                <w:noProof/>
                <w:lang w:val="ro-RO"/>
              </w:rPr>
            </w:pPr>
            <w:r w:rsidRPr="000C5950">
              <w:rPr>
                <w:noProof/>
                <w:sz w:val="15"/>
                <w:lang w:val="ro-RO"/>
              </w:rPr>
              <w:t>Document menținut</w:t>
            </w:r>
          </w:p>
        </w:tc>
      </w:tr>
      <w:tr w:rsidR="002D35F2" w:rsidRPr="000C5950" w14:paraId="0236182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65AC428"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3323DF31" w14:textId="77777777" w:rsidR="002D35F2" w:rsidRPr="000C5950" w:rsidRDefault="00000000">
            <w:pPr>
              <w:spacing w:after="0" w:line="240" w:lineRule="auto"/>
              <w:rPr>
                <w:noProof/>
                <w:lang w:val="ro-RO"/>
              </w:rPr>
            </w:pPr>
            <w:r w:rsidRPr="000C5950">
              <w:rPr>
                <w:noProof/>
                <w:sz w:val="15"/>
                <w:lang w:val="ro-RO"/>
              </w:rPr>
              <w:t>6.1.3</w:t>
            </w:r>
          </w:p>
        </w:tc>
      </w:tr>
      <w:tr w:rsidR="002D35F2" w:rsidRPr="000C5950" w14:paraId="68416CC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049FA64"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6117C730"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38CE5FD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0F60CAB"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6A50CCD1" w14:textId="77777777" w:rsidR="002D35F2" w:rsidRPr="000C5950" w:rsidRDefault="00000000">
            <w:pPr>
              <w:spacing w:after="0" w:line="240" w:lineRule="auto"/>
              <w:rPr>
                <w:noProof/>
                <w:lang w:val="ro-RO"/>
              </w:rPr>
            </w:pPr>
            <w:r w:rsidRPr="000C5950">
              <w:rPr>
                <w:noProof/>
                <w:sz w:val="15"/>
                <w:lang w:val="ro-RO"/>
              </w:rPr>
              <w:t>Menține o imagine actuală a obligațiilor aplicabile și a responsabilităților.</w:t>
            </w:r>
          </w:p>
        </w:tc>
      </w:tr>
      <w:tr w:rsidR="002D35F2" w:rsidRPr="000C5950" w14:paraId="1382538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03EB25C"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604D60AA" w14:textId="77777777" w:rsidR="002D35F2" w:rsidRPr="000C5950" w:rsidRDefault="00000000">
            <w:pPr>
              <w:spacing w:after="0" w:line="240" w:lineRule="auto"/>
              <w:rPr>
                <w:noProof/>
                <w:lang w:val="ro-RO"/>
              </w:rPr>
            </w:pPr>
            <w:r w:rsidRPr="000C5950">
              <w:rPr>
                <w:noProof/>
                <w:sz w:val="15"/>
                <w:lang w:val="ro-RO"/>
              </w:rPr>
              <w:t>Sursa; obligație concretă; aplicabilitate; responsabil; frecvență; dovadă; actualizare; comunicare; status.</w:t>
            </w:r>
          </w:p>
        </w:tc>
      </w:tr>
      <w:tr w:rsidR="002D35F2" w:rsidRPr="000C5950" w14:paraId="20203BF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9CACF2A"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447A3A6D" w14:textId="77777777" w:rsidR="002D35F2" w:rsidRPr="000C5950" w:rsidRDefault="00000000">
            <w:pPr>
              <w:spacing w:after="0" w:line="240" w:lineRule="auto"/>
              <w:rPr>
                <w:noProof/>
                <w:lang w:val="ro-RO"/>
              </w:rPr>
            </w:pPr>
            <w:r w:rsidRPr="000C5950">
              <w:rPr>
                <w:noProof/>
                <w:sz w:val="15"/>
                <w:lang w:val="ro-RO"/>
              </w:rPr>
              <w:t>Juridic/conformare și responsabilul SSM.</w:t>
            </w:r>
          </w:p>
        </w:tc>
      </w:tr>
      <w:tr w:rsidR="002D35F2" w:rsidRPr="000C5950" w14:paraId="687B23F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FA960CE"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6FF36BCA" w14:textId="77777777" w:rsidR="002D35F2" w:rsidRPr="000C5950" w:rsidRDefault="00000000">
            <w:pPr>
              <w:spacing w:after="0" w:line="240" w:lineRule="auto"/>
              <w:rPr>
                <w:noProof/>
                <w:lang w:val="ro-RO"/>
              </w:rPr>
            </w:pPr>
            <w:r w:rsidRPr="000C5950">
              <w:rPr>
                <w:noProof/>
                <w:sz w:val="15"/>
                <w:lang w:val="ro-RO"/>
              </w:rPr>
              <w:t>La modificări legislative, procese, echipamente, substanțe, efective sau contracte.</w:t>
            </w:r>
          </w:p>
        </w:tc>
      </w:tr>
      <w:tr w:rsidR="002D35F2" w:rsidRPr="000C5950" w14:paraId="18B00AC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7206146"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10409565" w14:textId="77777777" w:rsidR="002D35F2" w:rsidRPr="000C5950" w:rsidRDefault="00000000">
            <w:pPr>
              <w:spacing w:after="0" w:line="240" w:lineRule="auto"/>
              <w:rPr>
                <w:noProof/>
                <w:lang w:val="ro-RO"/>
              </w:rPr>
            </w:pPr>
            <w:r w:rsidRPr="000C5950">
              <w:rPr>
                <w:noProof/>
                <w:sz w:val="15"/>
                <w:lang w:val="ro-RO"/>
              </w:rPr>
              <w:t>Legislație, autorizații, controale periodice, registre obligatorii și cerințe client.</w:t>
            </w:r>
          </w:p>
        </w:tc>
      </w:tr>
      <w:tr w:rsidR="002D35F2" w:rsidRPr="000C5950" w14:paraId="6741BC9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49B1C69"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3D9DBBFD" w14:textId="77777777" w:rsidR="002D35F2" w:rsidRPr="000C5950" w:rsidRDefault="00000000">
            <w:pPr>
              <w:spacing w:after="0" w:line="240" w:lineRule="auto"/>
              <w:rPr>
                <w:noProof/>
                <w:lang w:val="ro-RO"/>
              </w:rPr>
            </w:pPr>
            <w:r w:rsidRPr="000C5950">
              <w:rPr>
                <w:noProof/>
                <w:sz w:val="15"/>
                <w:lang w:val="ro-RO"/>
              </w:rPr>
              <w:t>Listă de acte fără obligații; lipsa urmăririi termenelor; necorelare cu evaluarea conformării.</w:t>
            </w:r>
          </w:p>
        </w:tc>
      </w:tr>
    </w:tbl>
    <w:p w14:paraId="5FEBD07B"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3268C3EA" w14:textId="77777777">
        <w:trPr>
          <w:jc w:val="center"/>
        </w:trPr>
        <w:tc>
          <w:tcPr>
            <w:tcW w:w="9921" w:type="dxa"/>
            <w:gridSpan w:val="2"/>
            <w:shd w:val="clear" w:color="auto" w:fill="D71920"/>
            <w:tcMar>
              <w:top w:w="70" w:type="dxa"/>
              <w:left w:w="85" w:type="dxa"/>
              <w:bottom w:w="70" w:type="dxa"/>
              <w:right w:w="85" w:type="dxa"/>
            </w:tcMar>
            <w:vAlign w:val="center"/>
          </w:tcPr>
          <w:p w14:paraId="74A9D54C" w14:textId="77777777" w:rsidR="002D35F2" w:rsidRPr="000C5950" w:rsidRDefault="00000000">
            <w:pPr>
              <w:spacing w:after="0" w:line="240" w:lineRule="auto"/>
              <w:rPr>
                <w:noProof/>
                <w:lang w:val="ro-RO"/>
              </w:rPr>
            </w:pPr>
            <w:r w:rsidRPr="000C5950">
              <w:rPr>
                <w:b/>
                <w:noProof/>
                <w:color w:val="FFFFFF"/>
                <w:sz w:val="21"/>
                <w:lang w:val="ro-RO"/>
              </w:rPr>
              <w:t>4.7. Obiective SSM și planuri de realizare</w:t>
            </w:r>
          </w:p>
        </w:tc>
      </w:tr>
      <w:tr w:rsidR="002D35F2" w:rsidRPr="000C5950" w14:paraId="6A1E3B4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830B2DC"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7F4A8D5E" w14:textId="77777777" w:rsidR="002D35F2" w:rsidRPr="000C5950" w:rsidRDefault="00000000">
            <w:pPr>
              <w:spacing w:after="0" w:line="240" w:lineRule="auto"/>
              <w:rPr>
                <w:noProof/>
                <w:lang w:val="ro-RO"/>
              </w:rPr>
            </w:pPr>
            <w:r w:rsidRPr="000C5950">
              <w:rPr>
                <w:noProof/>
                <w:sz w:val="15"/>
                <w:lang w:val="ro-RO"/>
              </w:rPr>
              <w:t>Document menținut</w:t>
            </w:r>
          </w:p>
        </w:tc>
      </w:tr>
      <w:tr w:rsidR="002D35F2" w:rsidRPr="000C5950" w14:paraId="30538BE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4D4A41A"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0CA851B7" w14:textId="77777777" w:rsidR="002D35F2" w:rsidRPr="000C5950" w:rsidRDefault="00000000">
            <w:pPr>
              <w:spacing w:after="0" w:line="240" w:lineRule="auto"/>
              <w:rPr>
                <w:noProof/>
                <w:lang w:val="ro-RO"/>
              </w:rPr>
            </w:pPr>
            <w:r w:rsidRPr="000C5950">
              <w:rPr>
                <w:noProof/>
                <w:sz w:val="15"/>
                <w:lang w:val="ro-RO"/>
              </w:rPr>
              <w:t>6.2</w:t>
            </w:r>
          </w:p>
        </w:tc>
      </w:tr>
      <w:tr w:rsidR="002D35F2" w:rsidRPr="000C5950" w14:paraId="09B1018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02B267D"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62704FC4"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02A95A0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6952E8D"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0427B723" w14:textId="77777777" w:rsidR="002D35F2" w:rsidRPr="000C5950" w:rsidRDefault="00000000">
            <w:pPr>
              <w:spacing w:after="0" w:line="240" w:lineRule="auto"/>
              <w:rPr>
                <w:noProof/>
                <w:lang w:val="ro-RO"/>
              </w:rPr>
            </w:pPr>
            <w:r w:rsidRPr="000C5950">
              <w:rPr>
                <w:noProof/>
                <w:sz w:val="15"/>
                <w:lang w:val="ro-RO"/>
              </w:rPr>
              <w:t>Transformă prioritățile de prevenire în rezultate măsurabile și responsabilități.</w:t>
            </w:r>
          </w:p>
        </w:tc>
      </w:tr>
      <w:tr w:rsidR="002D35F2" w:rsidRPr="000C5950" w14:paraId="3FDD88A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5EEE395"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289D9157" w14:textId="77777777" w:rsidR="002D35F2" w:rsidRPr="000C5950" w:rsidRDefault="00000000">
            <w:pPr>
              <w:spacing w:after="0" w:line="240" w:lineRule="auto"/>
              <w:rPr>
                <w:noProof/>
                <w:lang w:val="ro-RO"/>
              </w:rPr>
            </w:pPr>
            <w:r w:rsidRPr="000C5950">
              <w:rPr>
                <w:noProof/>
                <w:sz w:val="15"/>
                <w:lang w:val="ro-RO"/>
              </w:rPr>
              <w:t>Obiectiv; indicator preventiv/reactiv; bază; țintă; acțiuni; resurse; responsabil; termen; consultare; monitorizare; rezultat.</w:t>
            </w:r>
          </w:p>
        </w:tc>
      </w:tr>
      <w:tr w:rsidR="002D35F2" w:rsidRPr="000C5950" w14:paraId="3D4F88B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0D04489"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40E21BC1" w14:textId="77777777" w:rsidR="002D35F2" w:rsidRPr="000C5950" w:rsidRDefault="00000000">
            <w:pPr>
              <w:spacing w:after="0" w:line="240" w:lineRule="auto"/>
              <w:rPr>
                <w:noProof/>
                <w:lang w:val="ro-RO"/>
              </w:rPr>
            </w:pPr>
            <w:r w:rsidRPr="000C5950">
              <w:rPr>
                <w:noProof/>
                <w:sz w:val="15"/>
                <w:lang w:val="ro-RO"/>
              </w:rPr>
              <w:t>Conducerea și proprietarul obiectivului.</w:t>
            </w:r>
          </w:p>
        </w:tc>
      </w:tr>
      <w:tr w:rsidR="002D35F2" w:rsidRPr="000C5950" w14:paraId="509EB35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F3D9B65"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697F3846" w14:textId="77777777" w:rsidR="002D35F2" w:rsidRPr="000C5950" w:rsidRDefault="00000000">
            <w:pPr>
              <w:spacing w:after="0" w:line="240" w:lineRule="auto"/>
              <w:rPr>
                <w:noProof/>
                <w:lang w:val="ro-RO"/>
              </w:rPr>
            </w:pPr>
            <w:r w:rsidRPr="000C5950">
              <w:rPr>
                <w:noProof/>
                <w:sz w:val="15"/>
                <w:lang w:val="ro-RO"/>
              </w:rPr>
              <w:t>Monitorizare la frecvența stabilită; revizuire anuală sau la schimbări.</w:t>
            </w:r>
          </w:p>
        </w:tc>
      </w:tr>
      <w:tr w:rsidR="002D35F2" w:rsidRPr="000C5950" w14:paraId="462C7AF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351F4C0" w14:textId="77777777" w:rsidR="002D35F2" w:rsidRPr="000C5950" w:rsidRDefault="00000000">
            <w:pPr>
              <w:spacing w:after="0" w:line="240" w:lineRule="auto"/>
              <w:rPr>
                <w:noProof/>
                <w:lang w:val="ro-RO"/>
              </w:rPr>
            </w:pPr>
            <w:r w:rsidRPr="000C5950">
              <w:rPr>
                <w:b/>
                <w:noProof/>
                <w:sz w:val="15"/>
                <w:lang w:val="ro-RO"/>
              </w:rPr>
              <w:lastRenderedPageBreak/>
              <w:t>Dovezi asociate</w:t>
            </w:r>
          </w:p>
        </w:tc>
        <w:tc>
          <w:tcPr>
            <w:tcW w:w="7540" w:type="dxa"/>
            <w:shd w:val="clear" w:color="auto" w:fill="FFFFFF"/>
            <w:tcMar>
              <w:top w:w="70" w:type="dxa"/>
              <w:left w:w="85" w:type="dxa"/>
              <w:bottom w:w="70" w:type="dxa"/>
              <w:right w:w="85" w:type="dxa"/>
            </w:tcMar>
            <w:vAlign w:val="center"/>
          </w:tcPr>
          <w:p w14:paraId="2A277126" w14:textId="77777777" w:rsidR="002D35F2" w:rsidRPr="000C5950" w:rsidRDefault="00000000">
            <w:pPr>
              <w:spacing w:after="0" w:line="240" w:lineRule="auto"/>
              <w:rPr>
                <w:noProof/>
                <w:lang w:val="ro-RO"/>
              </w:rPr>
            </w:pPr>
            <w:r w:rsidRPr="000C5950">
              <w:rPr>
                <w:noProof/>
                <w:sz w:val="15"/>
                <w:lang w:val="ro-RO"/>
              </w:rPr>
              <w:t>Date verificate, inspecții, planuri, bugete și evaluarea eficacității.</w:t>
            </w:r>
          </w:p>
        </w:tc>
      </w:tr>
      <w:tr w:rsidR="002D35F2" w:rsidRPr="000C5950" w14:paraId="7E400E8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37676D4"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62B96AB8" w14:textId="77777777" w:rsidR="002D35F2" w:rsidRPr="000C5950" w:rsidRDefault="00000000">
            <w:pPr>
              <w:spacing w:after="0" w:line="240" w:lineRule="auto"/>
              <w:rPr>
                <w:noProof/>
                <w:lang w:val="ro-RO"/>
              </w:rPr>
            </w:pPr>
            <w:r w:rsidRPr="000C5950">
              <w:rPr>
                <w:noProof/>
                <w:sz w:val="15"/>
                <w:lang w:val="ro-RO"/>
              </w:rPr>
              <w:t>Ținte „zero accidente” folosite pentru sancționarea raportării; indicatori exclusiv reactivi; lipsa bazei.</w:t>
            </w:r>
          </w:p>
        </w:tc>
      </w:tr>
    </w:tbl>
    <w:p w14:paraId="7A7A2A48"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27D6A324" w14:textId="77777777">
        <w:trPr>
          <w:jc w:val="center"/>
        </w:trPr>
        <w:tc>
          <w:tcPr>
            <w:tcW w:w="9921" w:type="dxa"/>
            <w:gridSpan w:val="2"/>
            <w:shd w:val="clear" w:color="auto" w:fill="D71920"/>
            <w:tcMar>
              <w:top w:w="70" w:type="dxa"/>
              <w:left w:w="85" w:type="dxa"/>
              <w:bottom w:w="70" w:type="dxa"/>
              <w:right w:w="85" w:type="dxa"/>
            </w:tcMar>
            <w:vAlign w:val="center"/>
          </w:tcPr>
          <w:p w14:paraId="3BB4F2E2" w14:textId="77777777" w:rsidR="002D35F2" w:rsidRPr="000C5950" w:rsidRDefault="00000000">
            <w:pPr>
              <w:spacing w:after="0" w:line="240" w:lineRule="auto"/>
              <w:rPr>
                <w:noProof/>
                <w:lang w:val="ro-RO"/>
              </w:rPr>
            </w:pPr>
            <w:r w:rsidRPr="000C5950">
              <w:rPr>
                <w:b/>
                <w:noProof/>
                <w:color w:val="FFFFFF"/>
                <w:sz w:val="21"/>
                <w:lang w:val="ro-RO"/>
              </w:rPr>
              <w:t>4.8. Controale operaționale și instrucțiuni de lucru</w:t>
            </w:r>
          </w:p>
        </w:tc>
      </w:tr>
      <w:tr w:rsidR="002D35F2" w:rsidRPr="000C5950" w14:paraId="464AB0A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03D6A27"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7F1E3E58" w14:textId="77777777" w:rsidR="002D35F2" w:rsidRPr="000C5950" w:rsidRDefault="00000000">
            <w:pPr>
              <w:spacing w:after="0" w:line="240" w:lineRule="auto"/>
              <w:rPr>
                <w:noProof/>
                <w:lang w:val="ro-RO"/>
              </w:rPr>
            </w:pPr>
            <w:r w:rsidRPr="000C5950">
              <w:rPr>
                <w:noProof/>
                <w:sz w:val="15"/>
                <w:lang w:val="ro-RO"/>
              </w:rPr>
              <w:t>Document menținut în măsura necesară</w:t>
            </w:r>
          </w:p>
        </w:tc>
      </w:tr>
      <w:tr w:rsidR="002D35F2" w:rsidRPr="000C5950" w14:paraId="4470655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A66D14D"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15785563" w14:textId="77777777" w:rsidR="002D35F2" w:rsidRPr="000C5950" w:rsidRDefault="00000000">
            <w:pPr>
              <w:spacing w:after="0" w:line="240" w:lineRule="auto"/>
              <w:rPr>
                <w:noProof/>
                <w:lang w:val="ro-RO"/>
              </w:rPr>
            </w:pPr>
            <w:r w:rsidRPr="000C5950">
              <w:rPr>
                <w:noProof/>
                <w:sz w:val="15"/>
                <w:lang w:val="ro-RO"/>
              </w:rPr>
              <w:t>8.1.1 / 8.1.2</w:t>
            </w:r>
          </w:p>
        </w:tc>
      </w:tr>
      <w:tr w:rsidR="002D35F2" w:rsidRPr="000C5950" w14:paraId="26654A0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6ECCB85"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65486C08"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587B32C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6D576DD"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163DB5FC" w14:textId="77777777" w:rsidR="002D35F2" w:rsidRPr="000C5950" w:rsidRDefault="00000000">
            <w:pPr>
              <w:spacing w:after="0" w:line="240" w:lineRule="auto"/>
              <w:rPr>
                <w:noProof/>
                <w:lang w:val="ro-RO"/>
              </w:rPr>
            </w:pPr>
            <w:r w:rsidRPr="000C5950">
              <w:rPr>
                <w:noProof/>
                <w:sz w:val="15"/>
                <w:lang w:val="ro-RO"/>
              </w:rPr>
              <w:t>Asigură aplicarea ierarhiei controalelor și operarea în condiții sigure.</w:t>
            </w:r>
          </w:p>
        </w:tc>
      </w:tr>
      <w:tr w:rsidR="002D35F2" w:rsidRPr="000C5950" w14:paraId="626E158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957D8E8"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0A29033E" w14:textId="77777777" w:rsidR="002D35F2" w:rsidRPr="000C5950" w:rsidRDefault="00000000">
            <w:pPr>
              <w:spacing w:after="0" w:line="240" w:lineRule="auto"/>
              <w:rPr>
                <w:noProof/>
                <w:lang w:val="ro-RO"/>
              </w:rPr>
            </w:pPr>
            <w:r w:rsidRPr="000C5950">
              <w:rPr>
                <w:noProof/>
                <w:sz w:val="15"/>
                <w:lang w:val="ro-RO"/>
              </w:rPr>
              <w:t>Criterii; pași; roluri; izolare; protecții; EIP; verificări; limite; reacție la abatere; oprirea lucrului; înregistrări.</w:t>
            </w:r>
          </w:p>
        </w:tc>
      </w:tr>
      <w:tr w:rsidR="002D35F2" w:rsidRPr="000C5950" w14:paraId="28D1D60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43C91C5"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12B0EF1D" w14:textId="77777777" w:rsidR="002D35F2" w:rsidRPr="000C5950" w:rsidRDefault="00000000">
            <w:pPr>
              <w:spacing w:after="0" w:line="240" w:lineRule="auto"/>
              <w:rPr>
                <w:noProof/>
                <w:lang w:val="ro-RO"/>
              </w:rPr>
            </w:pPr>
            <w:r w:rsidRPr="000C5950">
              <w:rPr>
                <w:noProof/>
                <w:sz w:val="15"/>
                <w:lang w:val="ro-RO"/>
              </w:rPr>
              <w:t>Proprietarul procesului, SSM și specialiști tehnici.</w:t>
            </w:r>
          </w:p>
        </w:tc>
      </w:tr>
      <w:tr w:rsidR="002D35F2" w:rsidRPr="000C5950" w14:paraId="0034565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50C5749"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157D3A5A" w14:textId="77777777" w:rsidR="002D35F2" w:rsidRPr="000C5950" w:rsidRDefault="00000000">
            <w:pPr>
              <w:spacing w:after="0" w:line="240" w:lineRule="auto"/>
              <w:rPr>
                <w:noProof/>
                <w:lang w:val="ro-RO"/>
              </w:rPr>
            </w:pPr>
            <w:r w:rsidRPr="000C5950">
              <w:rPr>
                <w:noProof/>
                <w:sz w:val="15"/>
                <w:lang w:val="ro-RO"/>
              </w:rPr>
              <w:t>La schimbări de proces, echipament, substanță, incident sau informații noi.</w:t>
            </w:r>
          </w:p>
        </w:tc>
      </w:tr>
      <w:tr w:rsidR="002D35F2" w:rsidRPr="000C5950" w14:paraId="3C593B6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2E0A0DD"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2E884203" w14:textId="77777777" w:rsidR="002D35F2" w:rsidRPr="000C5950" w:rsidRDefault="00000000">
            <w:pPr>
              <w:spacing w:after="0" w:line="240" w:lineRule="auto"/>
              <w:rPr>
                <w:noProof/>
                <w:lang w:val="ro-RO"/>
              </w:rPr>
            </w:pPr>
            <w:r w:rsidRPr="000C5950">
              <w:rPr>
                <w:noProof/>
                <w:sz w:val="15"/>
                <w:lang w:val="ro-RO"/>
              </w:rPr>
              <w:t>SOP, LOTO, permise, checklists, inspecții, mentenanță și observații.</w:t>
            </w:r>
          </w:p>
        </w:tc>
      </w:tr>
      <w:tr w:rsidR="002D35F2" w:rsidRPr="000C5950" w14:paraId="65974F0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6483E0D"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5C814094" w14:textId="77777777" w:rsidR="002D35F2" w:rsidRPr="000C5950" w:rsidRDefault="00000000">
            <w:pPr>
              <w:spacing w:after="0" w:line="240" w:lineRule="auto"/>
              <w:rPr>
                <w:noProof/>
                <w:lang w:val="ro-RO"/>
              </w:rPr>
            </w:pPr>
            <w:r w:rsidRPr="000C5950">
              <w:rPr>
                <w:noProof/>
                <w:sz w:val="15"/>
                <w:lang w:val="ro-RO"/>
              </w:rPr>
              <w:t>Instrucțiuni lungi și neutilizate; EIP ales ca primă măsură; lipsa controlului energiei periculoase.</w:t>
            </w:r>
          </w:p>
        </w:tc>
      </w:tr>
    </w:tbl>
    <w:p w14:paraId="78BF6A2D"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1156BDB4" w14:textId="77777777">
        <w:trPr>
          <w:jc w:val="center"/>
        </w:trPr>
        <w:tc>
          <w:tcPr>
            <w:tcW w:w="9921" w:type="dxa"/>
            <w:gridSpan w:val="2"/>
            <w:shd w:val="clear" w:color="auto" w:fill="D71920"/>
            <w:tcMar>
              <w:top w:w="70" w:type="dxa"/>
              <w:left w:w="85" w:type="dxa"/>
              <w:bottom w:w="70" w:type="dxa"/>
              <w:right w:w="85" w:type="dxa"/>
            </w:tcMar>
            <w:vAlign w:val="center"/>
          </w:tcPr>
          <w:p w14:paraId="625927BF" w14:textId="77777777" w:rsidR="002D35F2" w:rsidRPr="000C5950" w:rsidRDefault="00000000">
            <w:pPr>
              <w:spacing w:after="0" w:line="240" w:lineRule="auto"/>
              <w:rPr>
                <w:noProof/>
                <w:lang w:val="ro-RO"/>
              </w:rPr>
            </w:pPr>
            <w:r w:rsidRPr="000C5950">
              <w:rPr>
                <w:b/>
                <w:noProof/>
                <w:color w:val="FFFFFF"/>
                <w:sz w:val="21"/>
                <w:lang w:val="ro-RO"/>
              </w:rPr>
              <w:t>4.9. Managementul schimbării</w:t>
            </w:r>
          </w:p>
        </w:tc>
      </w:tr>
      <w:tr w:rsidR="002D35F2" w:rsidRPr="000C5950" w14:paraId="525445A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7B86AC5"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08E4F33E" w14:textId="77777777" w:rsidR="002D35F2" w:rsidRPr="000C5950" w:rsidRDefault="00000000">
            <w:pPr>
              <w:spacing w:after="0" w:line="240" w:lineRule="auto"/>
              <w:rPr>
                <w:noProof/>
                <w:lang w:val="ro-RO"/>
              </w:rPr>
            </w:pPr>
            <w:r w:rsidRPr="000C5950">
              <w:rPr>
                <w:noProof/>
                <w:sz w:val="15"/>
                <w:lang w:val="ro-RO"/>
              </w:rPr>
              <w:t>Document menținut / înregistrări</w:t>
            </w:r>
          </w:p>
        </w:tc>
      </w:tr>
      <w:tr w:rsidR="002D35F2" w:rsidRPr="000C5950" w14:paraId="4469666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601C183"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0C6972E5" w14:textId="77777777" w:rsidR="002D35F2" w:rsidRPr="000C5950" w:rsidRDefault="00000000">
            <w:pPr>
              <w:spacing w:after="0" w:line="240" w:lineRule="auto"/>
              <w:rPr>
                <w:noProof/>
                <w:lang w:val="ro-RO"/>
              </w:rPr>
            </w:pPr>
            <w:r w:rsidRPr="000C5950">
              <w:rPr>
                <w:noProof/>
                <w:sz w:val="15"/>
                <w:lang w:val="ro-RO"/>
              </w:rPr>
              <w:t>8.1.3</w:t>
            </w:r>
          </w:p>
        </w:tc>
      </w:tr>
      <w:tr w:rsidR="002D35F2" w:rsidRPr="000C5950" w14:paraId="5AD886A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A8B3605"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69A43029"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63F635F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FB1EAB7"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27863D9B" w14:textId="77777777" w:rsidR="002D35F2" w:rsidRPr="000C5950" w:rsidRDefault="00000000">
            <w:pPr>
              <w:spacing w:after="0" w:line="240" w:lineRule="auto"/>
              <w:rPr>
                <w:noProof/>
                <w:lang w:val="ro-RO"/>
              </w:rPr>
            </w:pPr>
            <w:r w:rsidRPr="000C5950">
              <w:rPr>
                <w:noProof/>
                <w:sz w:val="15"/>
                <w:lang w:val="ro-RO"/>
              </w:rPr>
              <w:t>Evaluează riscurile înaintea schimbărilor temporare sau permanente.</w:t>
            </w:r>
          </w:p>
        </w:tc>
      </w:tr>
      <w:tr w:rsidR="002D35F2" w:rsidRPr="000C5950" w14:paraId="1B7609F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780B8E4"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2041E835" w14:textId="77777777" w:rsidR="002D35F2" w:rsidRPr="000C5950" w:rsidRDefault="00000000">
            <w:pPr>
              <w:spacing w:after="0" w:line="240" w:lineRule="auto"/>
              <w:rPr>
                <w:noProof/>
                <w:lang w:val="ro-RO"/>
              </w:rPr>
            </w:pPr>
            <w:r w:rsidRPr="000C5950">
              <w:rPr>
                <w:noProof/>
                <w:sz w:val="15"/>
                <w:lang w:val="ro-RO"/>
              </w:rPr>
              <w:t>Descriere; motiv; pericole; riscuri; cerințe; persoane afectate; consultare; controale; competență; urgențe; aprobare; verificare post-implementare.</w:t>
            </w:r>
          </w:p>
        </w:tc>
      </w:tr>
      <w:tr w:rsidR="002D35F2" w:rsidRPr="000C5950" w14:paraId="68D0225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A68A12C"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3AFBCC0F" w14:textId="77777777" w:rsidR="002D35F2" w:rsidRPr="000C5950" w:rsidRDefault="00000000">
            <w:pPr>
              <w:spacing w:after="0" w:line="240" w:lineRule="auto"/>
              <w:rPr>
                <w:noProof/>
                <w:lang w:val="ro-RO"/>
              </w:rPr>
            </w:pPr>
            <w:r w:rsidRPr="000C5950">
              <w:rPr>
                <w:noProof/>
                <w:sz w:val="15"/>
                <w:lang w:val="ro-RO"/>
              </w:rPr>
              <w:t>Inițiatorul schimbării, proprietarul procesului și SSM.</w:t>
            </w:r>
          </w:p>
        </w:tc>
      </w:tr>
      <w:tr w:rsidR="002D35F2" w:rsidRPr="000C5950" w14:paraId="2D72D2B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3C1EA47"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11455FA4" w14:textId="77777777" w:rsidR="002D35F2" w:rsidRPr="000C5950" w:rsidRDefault="00000000">
            <w:pPr>
              <w:spacing w:after="0" w:line="240" w:lineRule="auto"/>
              <w:rPr>
                <w:noProof/>
                <w:lang w:val="ro-RO"/>
              </w:rPr>
            </w:pPr>
            <w:r w:rsidRPr="000C5950">
              <w:rPr>
                <w:noProof/>
                <w:sz w:val="15"/>
                <w:lang w:val="ro-RO"/>
              </w:rPr>
              <w:t>Pentru schimbări de echipamente, tehnologii, organizare, personal, program, materiale sau cerințe.</w:t>
            </w:r>
          </w:p>
        </w:tc>
      </w:tr>
      <w:tr w:rsidR="002D35F2" w:rsidRPr="000C5950" w14:paraId="1764756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90BBDC2"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427B832F" w14:textId="77777777" w:rsidR="002D35F2" w:rsidRPr="000C5950" w:rsidRDefault="00000000">
            <w:pPr>
              <w:spacing w:after="0" w:line="240" w:lineRule="auto"/>
              <w:rPr>
                <w:noProof/>
                <w:lang w:val="ro-RO"/>
              </w:rPr>
            </w:pPr>
            <w:r w:rsidRPr="000C5950">
              <w:rPr>
                <w:noProof/>
                <w:sz w:val="15"/>
                <w:lang w:val="ro-RO"/>
              </w:rPr>
              <w:t>MOC, proiecte, puneri în funcțiune, mutări, reorganizări și verificări.</w:t>
            </w:r>
          </w:p>
        </w:tc>
      </w:tr>
      <w:tr w:rsidR="002D35F2" w:rsidRPr="000C5950" w14:paraId="46E1358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3F87CEF"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6EDD9D1C" w14:textId="77777777" w:rsidR="002D35F2" w:rsidRPr="000C5950" w:rsidRDefault="00000000">
            <w:pPr>
              <w:spacing w:after="0" w:line="240" w:lineRule="auto"/>
              <w:rPr>
                <w:noProof/>
                <w:lang w:val="ro-RO"/>
              </w:rPr>
            </w:pPr>
            <w:r w:rsidRPr="000C5950">
              <w:rPr>
                <w:noProof/>
                <w:sz w:val="15"/>
                <w:lang w:val="ro-RO"/>
              </w:rPr>
              <w:t>Evaluare după implementare; omiterea schimbărilor temporare; lipsa consultării lucrătorilor.</w:t>
            </w:r>
          </w:p>
        </w:tc>
      </w:tr>
    </w:tbl>
    <w:p w14:paraId="48CF6DB5"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0C1C5E8E" w14:textId="77777777">
        <w:trPr>
          <w:jc w:val="center"/>
        </w:trPr>
        <w:tc>
          <w:tcPr>
            <w:tcW w:w="9921" w:type="dxa"/>
            <w:gridSpan w:val="2"/>
            <w:shd w:val="clear" w:color="auto" w:fill="D71920"/>
            <w:tcMar>
              <w:top w:w="70" w:type="dxa"/>
              <w:left w:w="85" w:type="dxa"/>
              <w:bottom w:w="70" w:type="dxa"/>
              <w:right w:w="85" w:type="dxa"/>
            </w:tcMar>
            <w:vAlign w:val="center"/>
          </w:tcPr>
          <w:p w14:paraId="58B0A7A6" w14:textId="77777777" w:rsidR="002D35F2" w:rsidRPr="000C5950" w:rsidRDefault="00000000">
            <w:pPr>
              <w:spacing w:after="0" w:line="240" w:lineRule="auto"/>
              <w:rPr>
                <w:noProof/>
                <w:lang w:val="ro-RO"/>
              </w:rPr>
            </w:pPr>
            <w:r w:rsidRPr="000C5950">
              <w:rPr>
                <w:b/>
                <w:noProof/>
                <w:color w:val="FFFFFF"/>
                <w:sz w:val="21"/>
                <w:lang w:val="ro-RO"/>
              </w:rPr>
              <w:t>4.10. Achiziții, contractanți și externalizare</w:t>
            </w:r>
          </w:p>
        </w:tc>
      </w:tr>
      <w:tr w:rsidR="002D35F2" w:rsidRPr="000C5950" w14:paraId="39038B7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764197F"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1632E18D" w14:textId="77777777" w:rsidR="002D35F2" w:rsidRPr="000C5950" w:rsidRDefault="00000000">
            <w:pPr>
              <w:spacing w:after="0" w:line="240" w:lineRule="auto"/>
              <w:rPr>
                <w:noProof/>
                <w:lang w:val="ro-RO"/>
              </w:rPr>
            </w:pPr>
            <w:r w:rsidRPr="000C5950">
              <w:rPr>
                <w:noProof/>
                <w:sz w:val="15"/>
                <w:lang w:val="ro-RO"/>
              </w:rPr>
              <w:t>Document menținut în măsura necesară</w:t>
            </w:r>
          </w:p>
        </w:tc>
      </w:tr>
      <w:tr w:rsidR="002D35F2" w:rsidRPr="000C5950" w14:paraId="25DDEB4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80ABC6F"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2EEBC47E" w14:textId="77777777" w:rsidR="002D35F2" w:rsidRPr="000C5950" w:rsidRDefault="00000000">
            <w:pPr>
              <w:spacing w:after="0" w:line="240" w:lineRule="auto"/>
              <w:rPr>
                <w:noProof/>
                <w:lang w:val="ro-RO"/>
              </w:rPr>
            </w:pPr>
            <w:r w:rsidRPr="000C5950">
              <w:rPr>
                <w:noProof/>
                <w:sz w:val="15"/>
                <w:lang w:val="ro-RO"/>
              </w:rPr>
              <w:t>8.1.4</w:t>
            </w:r>
          </w:p>
        </w:tc>
      </w:tr>
      <w:tr w:rsidR="002D35F2" w:rsidRPr="000C5950" w14:paraId="11D265E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D977335"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462B9A7C"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670C759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F9C4D79"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3A54ECC8" w14:textId="77777777" w:rsidR="002D35F2" w:rsidRPr="000C5950" w:rsidRDefault="00000000">
            <w:pPr>
              <w:spacing w:after="0" w:line="240" w:lineRule="auto"/>
              <w:rPr>
                <w:noProof/>
                <w:lang w:val="ro-RO"/>
              </w:rPr>
            </w:pPr>
            <w:r w:rsidRPr="000C5950">
              <w:rPr>
                <w:noProof/>
                <w:sz w:val="15"/>
                <w:lang w:val="ro-RO"/>
              </w:rPr>
              <w:t>Integrează SSM în selecție, contractare, coordonare și monitorizare.</w:t>
            </w:r>
          </w:p>
        </w:tc>
      </w:tr>
      <w:tr w:rsidR="002D35F2" w:rsidRPr="000C5950" w14:paraId="487438C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4091ABE"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4C53DDE3" w14:textId="77777777" w:rsidR="002D35F2" w:rsidRPr="000C5950" w:rsidRDefault="00000000">
            <w:pPr>
              <w:spacing w:after="0" w:line="240" w:lineRule="auto"/>
              <w:rPr>
                <w:noProof/>
                <w:lang w:val="ro-RO"/>
              </w:rPr>
            </w:pPr>
            <w:r w:rsidRPr="000C5950">
              <w:rPr>
                <w:noProof/>
                <w:sz w:val="15"/>
                <w:lang w:val="ro-RO"/>
              </w:rPr>
              <w:t>Criterii SSM; competență; schimb de pericole; responsabilități; reguli pe amplasament; autorizări; incidente; monitorizare; sancțiuni/escaladare.</w:t>
            </w:r>
          </w:p>
        </w:tc>
      </w:tr>
      <w:tr w:rsidR="002D35F2" w:rsidRPr="000C5950" w14:paraId="0CE5EF5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DB26EE0"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31545FA4" w14:textId="77777777" w:rsidR="002D35F2" w:rsidRPr="000C5950" w:rsidRDefault="00000000">
            <w:pPr>
              <w:spacing w:after="0" w:line="240" w:lineRule="auto"/>
              <w:rPr>
                <w:noProof/>
                <w:lang w:val="ro-RO"/>
              </w:rPr>
            </w:pPr>
            <w:r w:rsidRPr="000C5950">
              <w:rPr>
                <w:noProof/>
                <w:sz w:val="15"/>
                <w:lang w:val="ro-RO"/>
              </w:rPr>
              <w:t>Achiziții, proprietarul contractului și responsabilul SSM.</w:t>
            </w:r>
          </w:p>
        </w:tc>
      </w:tr>
      <w:tr w:rsidR="002D35F2" w:rsidRPr="000C5950" w14:paraId="388322E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C1CCC5A"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27D8856B" w14:textId="77777777" w:rsidR="002D35F2" w:rsidRPr="000C5950" w:rsidRDefault="00000000">
            <w:pPr>
              <w:spacing w:after="0" w:line="240" w:lineRule="auto"/>
              <w:rPr>
                <w:noProof/>
                <w:lang w:val="ro-RO"/>
              </w:rPr>
            </w:pPr>
            <w:r w:rsidRPr="000C5950">
              <w:rPr>
                <w:noProof/>
                <w:sz w:val="15"/>
                <w:lang w:val="ro-RO"/>
              </w:rPr>
              <w:t>La contractare, reînnoire, schimbări de domeniu și după incidente.</w:t>
            </w:r>
          </w:p>
        </w:tc>
      </w:tr>
      <w:tr w:rsidR="002D35F2" w:rsidRPr="000C5950" w14:paraId="355F40B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9DFBBC3"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3732DD44" w14:textId="77777777" w:rsidR="002D35F2" w:rsidRPr="000C5950" w:rsidRDefault="00000000">
            <w:pPr>
              <w:spacing w:after="0" w:line="240" w:lineRule="auto"/>
              <w:rPr>
                <w:noProof/>
                <w:lang w:val="ro-RO"/>
              </w:rPr>
            </w:pPr>
            <w:r w:rsidRPr="000C5950">
              <w:rPr>
                <w:noProof/>
                <w:sz w:val="15"/>
                <w:lang w:val="ro-RO"/>
              </w:rPr>
              <w:t>Precalificare, clauze, inductaj, permise, inspecții, KPI și evaluări.</w:t>
            </w:r>
          </w:p>
        </w:tc>
      </w:tr>
      <w:tr w:rsidR="002D35F2" w:rsidRPr="000C5950" w14:paraId="7E0CD26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2434DA2"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0B05F175" w14:textId="77777777" w:rsidR="002D35F2" w:rsidRPr="000C5950" w:rsidRDefault="00000000">
            <w:pPr>
              <w:spacing w:after="0" w:line="240" w:lineRule="auto"/>
              <w:rPr>
                <w:noProof/>
                <w:lang w:val="ro-RO"/>
              </w:rPr>
            </w:pPr>
            <w:r w:rsidRPr="000C5950">
              <w:rPr>
                <w:noProof/>
                <w:sz w:val="15"/>
                <w:lang w:val="ro-RO"/>
              </w:rPr>
              <w:t>Transferarea răspunderii prin contract; lipsa coordonării între angajatori; selecție exclusiv pe preț.</w:t>
            </w:r>
          </w:p>
        </w:tc>
      </w:tr>
    </w:tbl>
    <w:p w14:paraId="4CF1468F"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53E1BA0D" w14:textId="77777777">
        <w:trPr>
          <w:jc w:val="center"/>
        </w:trPr>
        <w:tc>
          <w:tcPr>
            <w:tcW w:w="9921" w:type="dxa"/>
            <w:gridSpan w:val="2"/>
            <w:shd w:val="clear" w:color="auto" w:fill="D71920"/>
            <w:tcMar>
              <w:top w:w="70" w:type="dxa"/>
              <w:left w:w="85" w:type="dxa"/>
              <w:bottom w:w="70" w:type="dxa"/>
              <w:right w:w="85" w:type="dxa"/>
            </w:tcMar>
            <w:vAlign w:val="center"/>
          </w:tcPr>
          <w:p w14:paraId="5F2CC72C" w14:textId="77777777" w:rsidR="002D35F2" w:rsidRPr="000C5950" w:rsidRDefault="00000000">
            <w:pPr>
              <w:spacing w:after="0" w:line="240" w:lineRule="auto"/>
              <w:rPr>
                <w:noProof/>
                <w:lang w:val="ro-RO"/>
              </w:rPr>
            </w:pPr>
            <w:r w:rsidRPr="000C5950">
              <w:rPr>
                <w:b/>
                <w:noProof/>
                <w:color w:val="FFFFFF"/>
                <w:sz w:val="21"/>
                <w:lang w:val="ro-RO"/>
              </w:rPr>
              <w:t>4.11. Planuri de urgență SSM</w:t>
            </w:r>
          </w:p>
        </w:tc>
      </w:tr>
      <w:tr w:rsidR="002D35F2" w:rsidRPr="000C5950" w14:paraId="60FC2C3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5AB611D"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6AB94796" w14:textId="77777777" w:rsidR="002D35F2" w:rsidRPr="000C5950" w:rsidRDefault="00000000">
            <w:pPr>
              <w:spacing w:after="0" w:line="240" w:lineRule="auto"/>
              <w:rPr>
                <w:noProof/>
                <w:lang w:val="ro-RO"/>
              </w:rPr>
            </w:pPr>
            <w:r w:rsidRPr="000C5950">
              <w:rPr>
                <w:noProof/>
                <w:sz w:val="15"/>
                <w:lang w:val="ro-RO"/>
              </w:rPr>
              <w:t>Document menținut și testat</w:t>
            </w:r>
          </w:p>
        </w:tc>
      </w:tr>
      <w:tr w:rsidR="002D35F2" w:rsidRPr="000C5950" w14:paraId="39E9232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5393B4F"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3FA50CCE" w14:textId="77777777" w:rsidR="002D35F2" w:rsidRPr="000C5950" w:rsidRDefault="00000000">
            <w:pPr>
              <w:spacing w:after="0" w:line="240" w:lineRule="auto"/>
              <w:rPr>
                <w:noProof/>
                <w:lang w:val="ro-RO"/>
              </w:rPr>
            </w:pPr>
            <w:r w:rsidRPr="000C5950">
              <w:rPr>
                <w:noProof/>
                <w:sz w:val="15"/>
                <w:lang w:val="ro-RO"/>
              </w:rPr>
              <w:t>8.2</w:t>
            </w:r>
          </w:p>
        </w:tc>
      </w:tr>
      <w:tr w:rsidR="002D35F2" w:rsidRPr="000C5950" w14:paraId="3301421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FF5C98F"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5342569A"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18E87AF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2522927"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3501961C" w14:textId="77777777" w:rsidR="002D35F2" w:rsidRPr="000C5950" w:rsidRDefault="00000000">
            <w:pPr>
              <w:spacing w:after="0" w:line="240" w:lineRule="auto"/>
              <w:rPr>
                <w:noProof/>
                <w:lang w:val="ro-RO"/>
              </w:rPr>
            </w:pPr>
            <w:r w:rsidRPr="000C5950">
              <w:rPr>
                <w:noProof/>
                <w:sz w:val="15"/>
                <w:lang w:val="ro-RO"/>
              </w:rPr>
              <w:t>Pregătește organizația pentru răspuns coordonat la scenarii credibile.</w:t>
            </w:r>
          </w:p>
        </w:tc>
      </w:tr>
      <w:tr w:rsidR="002D35F2" w:rsidRPr="000C5950" w14:paraId="4C184CE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9C1A0C2"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0440FC36" w14:textId="77777777" w:rsidR="002D35F2" w:rsidRPr="000C5950" w:rsidRDefault="00000000">
            <w:pPr>
              <w:spacing w:after="0" w:line="240" w:lineRule="auto"/>
              <w:rPr>
                <w:noProof/>
                <w:lang w:val="ro-RO"/>
              </w:rPr>
            </w:pPr>
            <w:r w:rsidRPr="000C5950">
              <w:rPr>
                <w:noProof/>
                <w:sz w:val="15"/>
                <w:lang w:val="ro-RO"/>
              </w:rPr>
              <w:t>Scenarii; alarmare; roluri; evacuare/salvare; prim ajutor; resurse; persoane vulnerabile; comunicare; autorități; testare; recuperare.</w:t>
            </w:r>
          </w:p>
        </w:tc>
      </w:tr>
      <w:tr w:rsidR="002D35F2" w:rsidRPr="000C5950" w14:paraId="7EEF137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B4B16FA"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6ABD6596" w14:textId="77777777" w:rsidR="002D35F2" w:rsidRPr="000C5950" w:rsidRDefault="00000000">
            <w:pPr>
              <w:spacing w:after="0" w:line="240" w:lineRule="auto"/>
              <w:rPr>
                <w:noProof/>
                <w:lang w:val="ro-RO"/>
              </w:rPr>
            </w:pPr>
            <w:r w:rsidRPr="000C5950">
              <w:rPr>
                <w:noProof/>
                <w:sz w:val="15"/>
                <w:lang w:val="ro-RO"/>
              </w:rPr>
              <w:t>Responsabilul de urgențe, SSM și managerii locali.</w:t>
            </w:r>
          </w:p>
        </w:tc>
      </w:tr>
      <w:tr w:rsidR="002D35F2" w:rsidRPr="000C5950" w14:paraId="5D6BD47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4CBA71C"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03D6AB07" w14:textId="77777777" w:rsidR="002D35F2" w:rsidRPr="000C5950" w:rsidRDefault="00000000">
            <w:pPr>
              <w:spacing w:after="0" w:line="240" w:lineRule="auto"/>
              <w:rPr>
                <w:noProof/>
                <w:lang w:val="ro-RO"/>
              </w:rPr>
            </w:pPr>
            <w:r w:rsidRPr="000C5950">
              <w:rPr>
                <w:noProof/>
                <w:sz w:val="15"/>
                <w:lang w:val="ro-RO"/>
              </w:rPr>
              <w:t>După teste/incidente, schimbări, extinderi sau informații noi.</w:t>
            </w:r>
          </w:p>
        </w:tc>
      </w:tr>
      <w:tr w:rsidR="002D35F2" w:rsidRPr="000C5950" w14:paraId="2B9B521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CC246BA" w14:textId="77777777" w:rsidR="002D35F2" w:rsidRPr="000C5950" w:rsidRDefault="00000000">
            <w:pPr>
              <w:spacing w:after="0" w:line="240" w:lineRule="auto"/>
              <w:rPr>
                <w:noProof/>
                <w:lang w:val="ro-RO"/>
              </w:rPr>
            </w:pPr>
            <w:r w:rsidRPr="000C5950">
              <w:rPr>
                <w:b/>
                <w:noProof/>
                <w:sz w:val="15"/>
                <w:lang w:val="ro-RO"/>
              </w:rPr>
              <w:lastRenderedPageBreak/>
              <w:t>Dovezi asociate</w:t>
            </w:r>
          </w:p>
        </w:tc>
        <w:tc>
          <w:tcPr>
            <w:tcW w:w="7540" w:type="dxa"/>
            <w:shd w:val="clear" w:color="auto" w:fill="FFFFFF"/>
            <w:tcMar>
              <w:top w:w="70" w:type="dxa"/>
              <w:left w:w="85" w:type="dxa"/>
              <w:bottom w:w="70" w:type="dxa"/>
              <w:right w:w="85" w:type="dxa"/>
            </w:tcMar>
            <w:vAlign w:val="center"/>
          </w:tcPr>
          <w:p w14:paraId="14200638" w14:textId="77777777" w:rsidR="002D35F2" w:rsidRPr="000C5950" w:rsidRDefault="00000000">
            <w:pPr>
              <w:spacing w:after="0" w:line="240" w:lineRule="auto"/>
              <w:rPr>
                <w:noProof/>
                <w:lang w:val="ro-RO"/>
              </w:rPr>
            </w:pPr>
            <w:r w:rsidRPr="000C5950">
              <w:rPr>
                <w:noProof/>
                <w:sz w:val="15"/>
                <w:lang w:val="ro-RO"/>
              </w:rPr>
              <w:t>Exerciții, liste contacte, inspecții, rapoarte, timpi de răspuns și acțiuni.</w:t>
            </w:r>
          </w:p>
        </w:tc>
      </w:tr>
      <w:tr w:rsidR="002D35F2" w:rsidRPr="000C5950" w14:paraId="7FBB09F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0A9C5C1"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0C143ED4" w14:textId="77777777" w:rsidR="002D35F2" w:rsidRPr="000C5950" w:rsidRDefault="00000000">
            <w:pPr>
              <w:spacing w:after="0" w:line="240" w:lineRule="auto"/>
              <w:rPr>
                <w:noProof/>
                <w:lang w:val="ro-RO"/>
              </w:rPr>
            </w:pPr>
            <w:r w:rsidRPr="000C5950">
              <w:rPr>
                <w:noProof/>
                <w:sz w:val="15"/>
                <w:lang w:val="ro-RO"/>
              </w:rPr>
              <w:t>Plan generic; neconsiderarea schimburilor/contractanților; exerciții anunțate fără evaluare realistă.</w:t>
            </w:r>
          </w:p>
        </w:tc>
      </w:tr>
    </w:tbl>
    <w:p w14:paraId="4579D129"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2D59611C" w14:textId="77777777">
        <w:trPr>
          <w:jc w:val="center"/>
        </w:trPr>
        <w:tc>
          <w:tcPr>
            <w:tcW w:w="9921" w:type="dxa"/>
            <w:gridSpan w:val="2"/>
            <w:shd w:val="clear" w:color="auto" w:fill="D71920"/>
            <w:tcMar>
              <w:top w:w="70" w:type="dxa"/>
              <w:left w:w="85" w:type="dxa"/>
              <w:bottom w:w="70" w:type="dxa"/>
              <w:right w:w="85" w:type="dxa"/>
            </w:tcMar>
            <w:vAlign w:val="center"/>
          </w:tcPr>
          <w:p w14:paraId="6D59E955" w14:textId="77777777" w:rsidR="002D35F2" w:rsidRPr="000C5950" w:rsidRDefault="00000000">
            <w:pPr>
              <w:spacing w:after="0" w:line="240" w:lineRule="auto"/>
              <w:rPr>
                <w:noProof/>
                <w:lang w:val="ro-RO"/>
              </w:rPr>
            </w:pPr>
            <w:r w:rsidRPr="000C5950">
              <w:rPr>
                <w:b/>
                <w:noProof/>
                <w:color w:val="FFFFFF"/>
                <w:sz w:val="21"/>
                <w:lang w:val="ro-RO"/>
              </w:rPr>
              <w:t>4.12. Matricea competențelor și autorizărilor SSM</w:t>
            </w:r>
          </w:p>
        </w:tc>
      </w:tr>
      <w:tr w:rsidR="002D35F2" w:rsidRPr="000C5950" w14:paraId="12884F2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8EF3321"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6B896F86" w14:textId="77777777" w:rsidR="002D35F2" w:rsidRPr="000C5950" w:rsidRDefault="00000000">
            <w:pPr>
              <w:spacing w:after="0" w:line="240" w:lineRule="auto"/>
              <w:rPr>
                <w:noProof/>
                <w:lang w:val="ro-RO"/>
              </w:rPr>
            </w:pPr>
            <w:r w:rsidRPr="000C5950">
              <w:rPr>
                <w:noProof/>
                <w:sz w:val="15"/>
                <w:lang w:val="ro-RO"/>
              </w:rPr>
              <w:t>Înregistrare păstrată</w:t>
            </w:r>
          </w:p>
        </w:tc>
      </w:tr>
      <w:tr w:rsidR="002D35F2" w:rsidRPr="000C5950" w14:paraId="292CD9F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2518587"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5C7C5745" w14:textId="77777777" w:rsidR="002D35F2" w:rsidRPr="000C5950" w:rsidRDefault="00000000">
            <w:pPr>
              <w:spacing w:after="0" w:line="240" w:lineRule="auto"/>
              <w:rPr>
                <w:noProof/>
                <w:lang w:val="ro-RO"/>
              </w:rPr>
            </w:pPr>
            <w:r w:rsidRPr="000C5950">
              <w:rPr>
                <w:noProof/>
                <w:sz w:val="15"/>
                <w:lang w:val="ro-RO"/>
              </w:rPr>
              <w:t>7.2</w:t>
            </w:r>
          </w:p>
        </w:tc>
      </w:tr>
      <w:tr w:rsidR="002D35F2" w:rsidRPr="000C5950" w14:paraId="7F9D5D3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8B3BCA4"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6258B179"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49A76EC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30F4879"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0C5C3D46" w14:textId="77777777" w:rsidR="002D35F2" w:rsidRPr="000C5950" w:rsidRDefault="00000000">
            <w:pPr>
              <w:spacing w:after="0" w:line="240" w:lineRule="auto"/>
              <w:rPr>
                <w:noProof/>
                <w:lang w:val="ro-RO"/>
              </w:rPr>
            </w:pPr>
            <w:r w:rsidRPr="000C5950">
              <w:rPr>
                <w:noProof/>
                <w:sz w:val="15"/>
                <w:lang w:val="ro-RO"/>
              </w:rPr>
              <w:t>Demonstrează că persoanele pot realiza activitățile în siguranță.</w:t>
            </w:r>
          </w:p>
        </w:tc>
      </w:tr>
      <w:tr w:rsidR="002D35F2" w:rsidRPr="000C5950" w14:paraId="1712A5B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752E6DF"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026FD387" w14:textId="77777777" w:rsidR="002D35F2" w:rsidRPr="000C5950" w:rsidRDefault="00000000">
            <w:pPr>
              <w:spacing w:after="0" w:line="240" w:lineRule="auto"/>
              <w:rPr>
                <w:noProof/>
                <w:lang w:val="ro-RO"/>
              </w:rPr>
            </w:pPr>
            <w:r w:rsidRPr="000C5950">
              <w:rPr>
                <w:noProof/>
                <w:sz w:val="15"/>
                <w:lang w:val="ro-RO"/>
              </w:rPr>
              <w:t>Rol; cerințe; calificări; instruire; evaluare practică; autorizare; expirare; restricții; acțiuni; evaluator.</w:t>
            </w:r>
          </w:p>
        </w:tc>
      </w:tr>
      <w:tr w:rsidR="002D35F2" w:rsidRPr="000C5950" w14:paraId="12CF334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16BC50E"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5E7392AF" w14:textId="77777777" w:rsidR="002D35F2" w:rsidRPr="000C5950" w:rsidRDefault="00000000">
            <w:pPr>
              <w:spacing w:after="0" w:line="240" w:lineRule="auto"/>
              <w:rPr>
                <w:noProof/>
                <w:lang w:val="ro-RO"/>
              </w:rPr>
            </w:pPr>
            <w:r w:rsidRPr="000C5950">
              <w:rPr>
                <w:noProof/>
                <w:sz w:val="15"/>
                <w:lang w:val="ro-RO"/>
              </w:rPr>
              <w:t>HR, managerii de linie și responsabilul SSM.</w:t>
            </w:r>
          </w:p>
        </w:tc>
      </w:tr>
      <w:tr w:rsidR="002D35F2" w:rsidRPr="000C5950" w14:paraId="7C9D19E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1EF976B"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4F90AF2C" w14:textId="77777777" w:rsidR="002D35F2" w:rsidRPr="000C5950" w:rsidRDefault="00000000">
            <w:pPr>
              <w:spacing w:after="0" w:line="240" w:lineRule="auto"/>
              <w:rPr>
                <w:noProof/>
                <w:lang w:val="ro-RO"/>
              </w:rPr>
            </w:pPr>
            <w:r w:rsidRPr="000C5950">
              <w:rPr>
                <w:noProof/>
                <w:sz w:val="15"/>
                <w:lang w:val="ro-RO"/>
              </w:rPr>
              <w:t>La angajare, schimbare de rol, expirare, incident sau modificare de echipament/proces.</w:t>
            </w:r>
          </w:p>
        </w:tc>
      </w:tr>
      <w:tr w:rsidR="002D35F2" w:rsidRPr="000C5950" w14:paraId="6DB3149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1F69FFC"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5D6458E4" w14:textId="77777777" w:rsidR="002D35F2" w:rsidRPr="000C5950" w:rsidRDefault="00000000">
            <w:pPr>
              <w:spacing w:after="0" w:line="240" w:lineRule="auto"/>
              <w:rPr>
                <w:noProof/>
                <w:lang w:val="ro-RO"/>
              </w:rPr>
            </w:pPr>
            <w:r w:rsidRPr="000C5950">
              <w:rPr>
                <w:noProof/>
                <w:sz w:val="15"/>
                <w:lang w:val="ro-RO"/>
              </w:rPr>
              <w:t>Certificate, evaluări, observații, teste, licențe și autorizări interne.</w:t>
            </w:r>
          </w:p>
        </w:tc>
      </w:tr>
      <w:tr w:rsidR="002D35F2" w:rsidRPr="000C5950" w14:paraId="311D937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A28F48B"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603A2155" w14:textId="77777777" w:rsidR="002D35F2" w:rsidRPr="000C5950" w:rsidRDefault="00000000">
            <w:pPr>
              <w:spacing w:after="0" w:line="240" w:lineRule="auto"/>
              <w:rPr>
                <w:noProof/>
                <w:lang w:val="ro-RO"/>
              </w:rPr>
            </w:pPr>
            <w:r w:rsidRPr="000C5950">
              <w:rPr>
                <w:noProof/>
                <w:sz w:val="15"/>
                <w:lang w:val="ro-RO"/>
              </w:rPr>
              <w:t>Prezența la curs tratată drept competență; expirări necontrolate; lipsa evaluării practice.</w:t>
            </w:r>
          </w:p>
        </w:tc>
      </w:tr>
    </w:tbl>
    <w:p w14:paraId="56B02BE7"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3DEBED96" w14:textId="77777777">
        <w:trPr>
          <w:jc w:val="center"/>
        </w:trPr>
        <w:tc>
          <w:tcPr>
            <w:tcW w:w="9921" w:type="dxa"/>
            <w:gridSpan w:val="2"/>
            <w:shd w:val="clear" w:color="auto" w:fill="D71920"/>
            <w:tcMar>
              <w:top w:w="70" w:type="dxa"/>
              <w:left w:w="85" w:type="dxa"/>
              <w:bottom w:w="70" w:type="dxa"/>
              <w:right w:w="85" w:type="dxa"/>
            </w:tcMar>
            <w:vAlign w:val="center"/>
          </w:tcPr>
          <w:p w14:paraId="3F9122AC" w14:textId="77777777" w:rsidR="002D35F2" w:rsidRPr="000C5950" w:rsidRDefault="00000000">
            <w:pPr>
              <w:spacing w:after="0" w:line="240" w:lineRule="auto"/>
              <w:rPr>
                <w:noProof/>
                <w:lang w:val="ro-RO"/>
              </w:rPr>
            </w:pPr>
            <w:r w:rsidRPr="000C5950">
              <w:rPr>
                <w:b/>
                <w:noProof/>
                <w:color w:val="FFFFFF"/>
                <w:sz w:val="21"/>
                <w:lang w:val="ro-RO"/>
              </w:rPr>
              <w:t>4.13. Planul de monitorizare și măsurare SSM</w:t>
            </w:r>
          </w:p>
        </w:tc>
      </w:tr>
      <w:tr w:rsidR="002D35F2" w:rsidRPr="000C5950" w14:paraId="6D15B4C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F0669D0"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54160DA1" w14:textId="77777777" w:rsidR="002D35F2" w:rsidRPr="000C5950" w:rsidRDefault="00000000">
            <w:pPr>
              <w:spacing w:after="0" w:line="240" w:lineRule="auto"/>
              <w:rPr>
                <w:noProof/>
                <w:lang w:val="ro-RO"/>
              </w:rPr>
            </w:pPr>
            <w:r w:rsidRPr="000C5950">
              <w:rPr>
                <w:noProof/>
                <w:sz w:val="15"/>
                <w:lang w:val="ro-RO"/>
              </w:rPr>
              <w:t>Document recomandat puternic</w:t>
            </w:r>
          </w:p>
        </w:tc>
      </w:tr>
      <w:tr w:rsidR="002D35F2" w:rsidRPr="000C5950" w14:paraId="689C300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4C40CBA"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202939D4" w14:textId="77777777" w:rsidR="002D35F2" w:rsidRPr="000C5950" w:rsidRDefault="00000000">
            <w:pPr>
              <w:spacing w:after="0" w:line="240" w:lineRule="auto"/>
              <w:rPr>
                <w:noProof/>
                <w:lang w:val="ro-RO"/>
              </w:rPr>
            </w:pPr>
            <w:r w:rsidRPr="000C5950">
              <w:rPr>
                <w:noProof/>
                <w:sz w:val="15"/>
                <w:lang w:val="ro-RO"/>
              </w:rPr>
              <w:t>9.1.1</w:t>
            </w:r>
          </w:p>
        </w:tc>
      </w:tr>
      <w:tr w:rsidR="002D35F2" w:rsidRPr="000C5950" w14:paraId="3BC135F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AEBC80C"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52665B16"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2B415EC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E3FBF1B"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6E937D78" w14:textId="77777777" w:rsidR="002D35F2" w:rsidRPr="000C5950" w:rsidRDefault="00000000">
            <w:pPr>
              <w:spacing w:after="0" w:line="240" w:lineRule="auto"/>
              <w:rPr>
                <w:noProof/>
                <w:lang w:val="ro-RO"/>
              </w:rPr>
            </w:pPr>
            <w:r w:rsidRPr="000C5950">
              <w:rPr>
                <w:noProof/>
                <w:sz w:val="15"/>
                <w:lang w:val="ro-RO"/>
              </w:rPr>
              <w:t>Definește indicatorii, expunerile, verificările și criteriile de evaluare.</w:t>
            </w:r>
          </w:p>
        </w:tc>
      </w:tr>
      <w:tr w:rsidR="002D35F2" w:rsidRPr="000C5950" w14:paraId="4FC4ED4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5DEC235"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4DCD15AA" w14:textId="77777777" w:rsidR="002D35F2" w:rsidRPr="000C5950" w:rsidRDefault="00000000">
            <w:pPr>
              <w:spacing w:after="0" w:line="240" w:lineRule="auto"/>
              <w:rPr>
                <w:noProof/>
                <w:lang w:val="ro-RO"/>
              </w:rPr>
            </w:pPr>
            <w:r w:rsidRPr="000C5950">
              <w:rPr>
                <w:noProof/>
                <w:sz w:val="15"/>
                <w:lang w:val="ro-RO"/>
              </w:rPr>
              <w:t>Ce; metodă; frecvență; criteriu; responsabil; echipament; calibrare; grupuri expuse; confidențialitate; analiză; reacție.</w:t>
            </w:r>
          </w:p>
        </w:tc>
      </w:tr>
      <w:tr w:rsidR="002D35F2" w:rsidRPr="000C5950" w14:paraId="4701D6B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0CEAFED"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244004B8" w14:textId="77777777" w:rsidR="002D35F2" w:rsidRPr="000C5950" w:rsidRDefault="00000000">
            <w:pPr>
              <w:spacing w:after="0" w:line="240" w:lineRule="auto"/>
              <w:rPr>
                <w:noProof/>
                <w:lang w:val="ro-RO"/>
              </w:rPr>
            </w:pPr>
            <w:r w:rsidRPr="000C5950">
              <w:rPr>
                <w:noProof/>
                <w:sz w:val="15"/>
                <w:lang w:val="ro-RO"/>
              </w:rPr>
              <w:t>Responsabilul SSM, medicina muncii și funcțiile tehnice.</w:t>
            </w:r>
          </w:p>
        </w:tc>
      </w:tr>
      <w:tr w:rsidR="002D35F2" w:rsidRPr="000C5950" w14:paraId="5E56AC0C"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C971C73"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3C2B25D2" w14:textId="77777777" w:rsidR="002D35F2" w:rsidRPr="000C5950" w:rsidRDefault="00000000">
            <w:pPr>
              <w:spacing w:after="0" w:line="240" w:lineRule="auto"/>
              <w:rPr>
                <w:noProof/>
                <w:lang w:val="ro-RO"/>
              </w:rPr>
            </w:pPr>
            <w:r w:rsidRPr="000C5950">
              <w:rPr>
                <w:noProof/>
                <w:sz w:val="15"/>
                <w:lang w:val="ro-RO"/>
              </w:rPr>
              <w:t>La schimbări de risc, obligații, echipamente sau performanță.</w:t>
            </w:r>
          </w:p>
        </w:tc>
      </w:tr>
      <w:tr w:rsidR="002D35F2" w:rsidRPr="000C5950" w14:paraId="5EB354C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E13427E"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03EAB877" w14:textId="77777777" w:rsidR="002D35F2" w:rsidRPr="000C5950" w:rsidRDefault="00000000">
            <w:pPr>
              <w:spacing w:after="0" w:line="240" w:lineRule="auto"/>
              <w:rPr>
                <w:noProof/>
                <w:lang w:val="ro-RO"/>
              </w:rPr>
            </w:pPr>
            <w:r w:rsidRPr="000C5950">
              <w:rPr>
                <w:noProof/>
                <w:sz w:val="15"/>
                <w:lang w:val="ro-RO"/>
              </w:rPr>
              <w:t>Inspecții, expuneri, dosare agregate, teste, verificări, KPI și calibrări.</w:t>
            </w:r>
          </w:p>
        </w:tc>
      </w:tr>
      <w:tr w:rsidR="002D35F2" w:rsidRPr="000C5950" w14:paraId="7804B6E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0C8C5FE"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5160575F" w14:textId="77777777" w:rsidR="002D35F2" w:rsidRPr="000C5950" w:rsidRDefault="00000000">
            <w:pPr>
              <w:spacing w:after="0" w:line="240" w:lineRule="auto"/>
              <w:rPr>
                <w:noProof/>
                <w:lang w:val="ro-RO"/>
              </w:rPr>
            </w:pPr>
            <w:r w:rsidRPr="000C5950">
              <w:rPr>
                <w:noProof/>
                <w:sz w:val="15"/>
                <w:lang w:val="ro-RO"/>
              </w:rPr>
              <w:t>Date medicale accesibile necontrolat; măsurări fără metodă; indicatori care stimulează neraportarea.</w:t>
            </w:r>
          </w:p>
        </w:tc>
      </w:tr>
    </w:tbl>
    <w:p w14:paraId="67E951CC"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3210315D" w14:textId="77777777">
        <w:trPr>
          <w:jc w:val="center"/>
        </w:trPr>
        <w:tc>
          <w:tcPr>
            <w:tcW w:w="9921" w:type="dxa"/>
            <w:gridSpan w:val="2"/>
            <w:shd w:val="clear" w:color="auto" w:fill="D71920"/>
            <w:tcMar>
              <w:top w:w="70" w:type="dxa"/>
              <w:left w:w="85" w:type="dxa"/>
              <w:bottom w:w="70" w:type="dxa"/>
              <w:right w:w="85" w:type="dxa"/>
            </w:tcMar>
            <w:vAlign w:val="center"/>
          </w:tcPr>
          <w:p w14:paraId="7CF3DA72" w14:textId="77777777" w:rsidR="002D35F2" w:rsidRPr="000C5950" w:rsidRDefault="00000000">
            <w:pPr>
              <w:spacing w:after="0" w:line="240" w:lineRule="auto"/>
              <w:rPr>
                <w:noProof/>
                <w:lang w:val="ro-RO"/>
              </w:rPr>
            </w:pPr>
            <w:r w:rsidRPr="000C5950">
              <w:rPr>
                <w:b/>
                <w:noProof/>
                <w:color w:val="FFFFFF"/>
                <w:sz w:val="21"/>
                <w:lang w:val="ro-RO"/>
              </w:rPr>
              <w:t>4.14. Evaluarea conformării</w:t>
            </w:r>
          </w:p>
        </w:tc>
      </w:tr>
      <w:tr w:rsidR="002D35F2" w:rsidRPr="000C5950" w14:paraId="00AFD94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24290A2"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3EB35425" w14:textId="77777777" w:rsidR="002D35F2" w:rsidRPr="000C5950" w:rsidRDefault="00000000">
            <w:pPr>
              <w:spacing w:after="0" w:line="240" w:lineRule="auto"/>
              <w:rPr>
                <w:noProof/>
                <w:lang w:val="ro-RO"/>
              </w:rPr>
            </w:pPr>
            <w:r w:rsidRPr="000C5950">
              <w:rPr>
                <w:noProof/>
                <w:sz w:val="15"/>
                <w:lang w:val="ro-RO"/>
              </w:rPr>
              <w:t>Înregistrare păstrată</w:t>
            </w:r>
          </w:p>
        </w:tc>
      </w:tr>
      <w:tr w:rsidR="002D35F2" w:rsidRPr="000C5950" w14:paraId="2C6A0A3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52E1C80"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050859CF" w14:textId="77777777" w:rsidR="002D35F2" w:rsidRPr="000C5950" w:rsidRDefault="00000000">
            <w:pPr>
              <w:spacing w:after="0" w:line="240" w:lineRule="auto"/>
              <w:rPr>
                <w:noProof/>
                <w:lang w:val="ro-RO"/>
              </w:rPr>
            </w:pPr>
            <w:r w:rsidRPr="000C5950">
              <w:rPr>
                <w:noProof/>
                <w:sz w:val="15"/>
                <w:lang w:val="ro-RO"/>
              </w:rPr>
              <w:t>9.1.2</w:t>
            </w:r>
          </w:p>
        </w:tc>
      </w:tr>
      <w:tr w:rsidR="002D35F2" w:rsidRPr="000C5950" w14:paraId="58CF3EB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B173D77"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459DFBBC"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09BDB73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1A640D6"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02120E5D" w14:textId="77777777" w:rsidR="002D35F2" w:rsidRPr="000C5950" w:rsidRDefault="00000000">
            <w:pPr>
              <w:spacing w:after="0" w:line="240" w:lineRule="auto"/>
              <w:rPr>
                <w:noProof/>
                <w:lang w:val="ro-RO"/>
              </w:rPr>
            </w:pPr>
            <w:r w:rsidRPr="000C5950">
              <w:rPr>
                <w:noProof/>
                <w:sz w:val="15"/>
                <w:lang w:val="ro-RO"/>
              </w:rPr>
              <w:t>Demonstrează evaluarea periodică și cunoașterea stării de conformare.</w:t>
            </w:r>
          </w:p>
        </w:tc>
      </w:tr>
      <w:tr w:rsidR="002D35F2" w:rsidRPr="000C5950" w14:paraId="403CD8B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E2B7481"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7421656C" w14:textId="77777777" w:rsidR="002D35F2" w:rsidRPr="000C5950" w:rsidRDefault="00000000">
            <w:pPr>
              <w:spacing w:after="0" w:line="240" w:lineRule="auto"/>
              <w:rPr>
                <w:noProof/>
                <w:lang w:val="ro-RO"/>
              </w:rPr>
            </w:pPr>
            <w:r w:rsidRPr="000C5950">
              <w:rPr>
                <w:noProof/>
                <w:sz w:val="15"/>
                <w:lang w:val="ro-RO"/>
              </w:rPr>
              <w:t>Cerință; criteriu; dovadă; rezultat; evaluator; dată; acțiune; termen; status; comunicare.</w:t>
            </w:r>
          </w:p>
        </w:tc>
      </w:tr>
      <w:tr w:rsidR="002D35F2" w:rsidRPr="000C5950" w14:paraId="0F50D90E"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952E7AD"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7C8EDA12" w14:textId="77777777" w:rsidR="002D35F2" w:rsidRPr="000C5950" w:rsidRDefault="00000000">
            <w:pPr>
              <w:spacing w:after="0" w:line="240" w:lineRule="auto"/>
              <w:rPr>
                <w:noProof/>
                <w:lang w:val="ro-RO"/>
              </w:rPr>
            </w:pPr>
            <w:r w:rsidRPr="000C5950">
              <w:rPr>
                <w:noProof/>
                <w:sz w:val="15"/>
                <w:lang w:val="ro-RO"/>
              </w:rPr>
              <w:t>Responsabilul SSM/conformare cu specialiștii relevanți.</w:t>
            </w:r>
          </w:p>
        </w:tc>
      </w:tr>
      <w:tr w:rsidR="002D35F2" w:rsidRPr="000C5950" w14:paraId="31D5AD9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BA3B2F2"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4214C4FB" w14:textId="77777777" w:rsidR="002D35F2" w:rsidRPr="000C5950" w:rsidRDefault="00000000">
            <w:pPr>
              <w:spacing w:after="0" w:line="240" w:lineRule="auto"/>
              <w:rPr>
                <w:noProof/>
                <w:lang w:val="ro-RO"/>
              </w:rPr>
            </w:pPr>
            <w:r w:rsidRPr="000C5950">
              <w:rPr>
                <w:noProof/>
                <w:sz w:val="15"/>
                <w:lang w:val="ro-RO"/>
              </w:rPr>
              <w:t>La frecvența stabilită pe bază de risc și după schimbări relevante.</w:t>
            </w:r>
          </w:p>
        </w:tc>
      </w:tr>
      <w:tr w:rsidR="002D35F2" w:rsidRPr="000C5950" w14:paraId="6B0AE9A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D709274"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12AF52DF" w14:textId="77777777" w:rsidR="002D35F2" w:rsidRPr="000C5950" w:rsidRDefault="00000000">
            <w:pPr>
              <w:spacing w:after="0" w:line="240" w:lineRule="auto"/>
              <w:rPr>
                <w:noProof/>
                <w:lang w:val="ro-RO"/>
              </w:rPr>
            </w:pPr>
            <w:r w:rsidRPr="000C5950">
              <w:rPr>
                <w:noProof/>
                <w:sz w:val="15"/>
                <w:lang w:val="ro-RO"/>
              </w:rPr>
              <w:t>Inspecții, registre, autorizații, controale tehnice, examene și documente contractanți.</w:t>
            </w:r>
          </w:p>
        </w:tc>
      </w:tr>
      <w:tr w:rsidR="002D35F2" w:rsidRPr="000C5950" w14:paraId="22D7310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CB3D304"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39B2FE6B" w14:textId="77777777" w:rsidR="002D35F2" w:rsidRPr="000C5950" w:rsidRDefault="00000000">
            <w:pPr>
              <w:spacing w:after="0" w:line="240" w:lineRule="auto"/>
              <w:rPr>
                <w:noProof/>
                <w:lang w:val="ro-RO"/>
              </w:rPr>
            </w:pPr>
            <w:r w:rsidRPr="000C5950">
              <w:rPr>
                <w:noProof/>
                <w:sz w:val="15"/>
                <w:lang w:val="ro-RO"/>
              </w:rPr>
              <w:t>Bifă „conform” fără eșantion; confuzie între audit și conformare legală; acțiuni neînchise.</w:t>
            </w:r>
          </w:p>
        </w:tc>
      </w:tr>
    </w:tbl>
    <w:p w14:paraId="3480B16F"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2047FDAA" w14:textId="77777777">
        <w:trPr>
          <w:jc w:val="center"/>
        </w:trPr>
        <w:tc>
          <w:tcPr>
            <w:tcW w:w="9921" w:type="dxa"/>
            <w:gridSpan w:val="2"/>
            <w:shd w:val="clear" w:color="auto" w:fill="D71920"/>
            <w:tcMar>
              <w:top w:w="70" w:type="dxa"/>
              <w:left w:w="85" w:type="dxa"/>
              <w:bottom w:w="70" w:type="dxa"/>
              <w:right w:w="85" w:type="dxa"/>
            </w:tcMar>
            <w:vAlign w:val="center"/>
          </w:tcPr>
          <w:p w14:paraId="4823CBA3" w14:textId="77777777" w:rsidR="002D35F2" w:rsidRPr="000C5950" w:rsidRDefault="00000000">
            <w:pPr>
              <w:spacing w:after="0" w:line="240" w:lineRule="auto"/>
              <w:rPr>
                <w:noProof/>
                <w:lang w:val="ro-RO"/>
              </w:rPr>
            </w:pPr>
            <w:r w:rsidRPr="000C5950">
              <w:rPr>
                <w:b/>
                <w:noProof/>
                <w:color w:val="FFFFFF"/>
                <w:sz w:val="21"/>
                <w:lang w:val="ro-RO"/>
              </w:rPr>
              <w:t>4.15. Programul și rapoartele de audit intern</w:t>
            </w:r>
          </w:p>
        </w:tc>
      </w:tr>
      <w:tr w:rsidR="002D35F2" w:rsidRPr="000C5950" w14:paraId="7077332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4DB273F"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667D501C" w14:textId="77777777" w:rsidR="002D35F2" w:rsidRPr="000C5950" w:rsidRDefault="00000000">
            <w:pPr>
              <w:spacing w:after="0" w:line="240" w:lineRule="auto"/>
              <w:rPr>
                <w:noProof/>
                <w:lang w:val="ro-RO"/>
              </w:rPr>
            </w:pPr>
            <w:r w:rsidRPr="000C5950">
              <w:rPr>
                <w:noProof/>
                <w:sz w:val="15"/>
                <w:lang w:val="ro-RO"/>
              </w:rPr>
              <w:t>Document menținut și înregistrări păstrate</w:t>
            </w:r>
          </w:p>
        </w:tc>
      </w:tr>
      <w:tr w:rsidR="002D35F2" w:rsidRPr="000C5950" w14:paraId="4BFBCE2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7F2A8CD"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23429285" w14:textId="77777777" w:rsidR="002D35F2" w:rsidRPr="000C5950" w:rsidRDefault="00000000">
            <w:pPr>
              <w:spacing w:after="0" w:line="240" w:lineRule="auto"/>
              <w:rPr>
                <w:noProof/>
                <w:lang w:val="ro-RO"/>
              </w:rPr>
            </w:pPr>
            <w:r w:rsidRPr="000C5950">
              <w:rPr>
                <w:noProof/>
                <w:sz w:val="15"/>
                <w:lang w:val="ro-RO"/>
              </w:rPr>
              <w:t>9.2.2</w:t>
            </w:r>
          </w:p>
        </w:tc>
      </w:tr>
      <w:tr w:rsidR="002D35F2" w:rsidRPr="000C5950" w14:paraId="7672FBA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621C10F"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27F82A14"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45AD05B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42C62CC"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25D70A25" w14:textId="77777777" w:rsidR="002D35F2" w:rsidRPr="000C5950" w:rsidRDefault="00000000">
            <w:pPr>
              <w:spacing w:after="0" w:line="240" w:lineRule="auto"/>
              <w:rPr>
                <w:noProof/>
                <w:lang w:val="ro-RO"/>
              </w:rPr>
            </w:pPr>
            <w:r w:rsidRPr="000C5950">
              <w:rPr>
                <w:noProof/>
                <w:sz w:val="15"/>
                <w:lang w:val="ro-RO"/>
              </w:rPr>
              <w:t>Planifică audituri în funcție de risc, schimbări și performanță.</w:t>
            </w:r>
          </w:p>
        </w:tc>
      </w:tr>
      <w:tr w:rsidR="002D35F2" w:rsidRPr="000C5950" w14:paraId="7B540BBF"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9C0C98C"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1400BCB4" w14:textId="77777777" w:rsidR="002D35F2" w:rsidRPr="000C5950" w:rsidRDefault="00000000">
            <w:pPr>
              <w:spacing w:after="0" w:line="240" w:lineRule="auto"/>
              <w:rPr>
                <w:noProof/>
                <w:lang w:val="ro-RO"/>
              </w:rPr>
            </w:pPr>
            <w:r w:rsidRPr="000C5950">
              <w:rPr>
                <w:noProof/>
                <w:sz w:val="15"/>
                <w:lang w:val="ro-RO"/>
              </w:rPr>
              <w:t>Frecvență; criterii; domeniu; auditori; independență; metode; raport; constatări; acțiuni; urmărire.</w:t>
            </w:r>
          </w:p>
        </w:tc>
      </w:tr>
      <w:tr w:rsidR="002D35F2" w:rsidRPr="000C5950" w14:paraId="1F5D3AC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2538DBA"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3A7115C7" w14:textId="77777777" w:rsidR="002D35F2" w:rsidRPr="000C5950" w:rsidRDefault="00000000">
            <w:pPr>
              <w:spacing w:after="0" w:line="240" w:lineRule="auto"/>
              <w:rPr>
                <w:noProof/>
                <w:lang w:val="ro-RO"/>
              </w:rPr>
            </w:pPr>
            <w:r w:rsidRPr="000C5950">
              <w:rPr>
                <w:noProof/>
                <w:sz w:val="15"/>
                <w:lang w:val="ro-RO"/>
              </w:rPr>
              <w:t>Coordonatorul programului de audit.</w:t>
            </w:r>
          </w:p>
        </w:tc>
      </w:tr>
      <w:tr w:rsidR="002D35F2" w:rsidRPr="000C5950" w14:paraId="5A3F8B9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6A4A2B5"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0502DF5C" w14:textId="77777777" w:rsidR="002D35F2" w:rsidRPr="000C5950" w:rsidRDefault="00000000">
            <w:pPr>
              <w:spacing w:after="0" w:line="240" w:lineRule="auto"/>
              <w:rPr>
                <w:noProof/>
                <w:lang w:val="ro-RO"/>
              </w:rPr>
            </w:pPr>
            <w:r w:rsidRPr="000C5950">
              <w:rPr>
                <w:noProof/>
                <w:sz w:val="15"/>
                <w:lang w:val="ro-RO"/>
              </w:rPr>
              <w:t>Program anual și după incidente, schimbări sau rezultate slabe.</w:t>
            </w:r>
          </w:p>
        </w:tc>
      </w:tr>
      <w:tr w:rsidR="002D35F2" w:rsidRPr="000C5950" w14:paraId="6A694AB9"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2DAD80D"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309F4D68" w14:textId="77777777" w:rsidR="002D35F2" w:rsidRPr="000C5950" w:rsidRDefault="00000000">
            <w:pPr>
              <w:spacing w:after="0" w:line="240" w:lineRule="auto"/>
              <w:rPr>
                <w:noProof/>
                <w:lang w:val="ro-RO"/>
              </w:rPr>
            </w:pPr>
            <w:r w:rsidRPr="000C5950">
              <w:rPr>
                <w:noProof/>
                <w:sz w:val="15"/>
                <w:lang w:val="ro-RO"/>
              </w:rPr>
              <w:t>Planuri, interviuri, observații, eșantioane, rapoarte și verificări.</w:t>
            </w:r>
          </w:p>
        </w:tc>
      </w:tr>
      <w:tr w:rsidR="002D35F2" w:rsidRPr="000C5950" w14:paraId="4F147DCD"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4648108" w14:textId="77777777" w:rsidR="002D35F2" w:rsidRPr="000C5950" w:rsidRDefault="00000000">
            <w:pPr>
              <w:spacing w:after="0" w:line="240" w:lineRule="auto"/>
              <w:rPr>
                <w:noProof/>
                <w:lang w:val="ro-RO"/>
              </w:rPr>
            </w:pPr>
            <w:r w:rsidRPr="000C5950">
              <w:rPr>
                <w:b/>
                <w:noProof/>
                <w:sz w:val="15"/>
                <w:lang w:val="ro-RO"/>
              </w:rPr>
              <w:lastRenderedPageBreak/>
              <w:t>Erori frecvente</w:t>
            </w:r>
          </w:p>
        </w:tc>
        <w:tc>
          <w:tcPr>
            <w:tcW w:w="7540" w:type="dxa"/>
            <w:shd w:val="clear" w:color="auto" w:fill="FFFFFF"/>
            <w:tcMar>
              <w:top w:w="70" w:type="dxa"/>
              <w:left w:w="85" w:type="dxa"/>
              <w:bottom w:w="70" w:type="dxa"/>
              <w:right w:w="85" w:type="dxa"/>
            </w:tcMar>
            <w:vAlign w:val="center"/>
          </w:tcPr>
          <w:p w14:paraId="7EB70A56" w14:textId="77777777" w:rsidR="002D35F2" w:rsidRPr="000C5950" w:rsidRDefault="00000000">
            <w:pPr>
              <w:spacing w:after="0" w:line="240" w:lineRule="auto"/>
              <w:rPr>
                <w:noProof/>
                <w:lang w:val="ro-RO"/>
              </w:rPr>
            </w:pPr>
            <w:r w:rsidRPr="000C5950">
              <w:rPr>
                <w:noProof/>
                <w:sz w:val="15"/>
                <w:lang w:val="ro-RO"/>
              </w:rPr>
              <w:t>Audit documentar fără observarea muncii; auditor al propriei activități; constatări fără dovezi.</w:t>
            </w:r>
          </w:p>
        </w:tc>
      </w:tr>
    </w:tbl>
    <w:p w14:paraId="602B055A"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5CA95C09" w14:textId="77777777">
        <w:trPr>
          <w:jc w:val="center"/>
        </w:trPr>
        <w:tc>
          <w:tcPr>
            <w:tcW w:w="9921" w:type="dxa"/>
            <w:gridSpan w:val="2"/>
            <w:shd w:val="clear" w:color="auto" w:fill="D71920"/>
            <w:tcMar>
              <w:top w:w="70" w:type="dxa"/>
              <w:left w:w="85" w:type="dxa"/>
              <w:bottom w:w="70" w:type="dxa"/>
              <w:right w:w="85" w:type="dxa"/>
            </w:tcMar>
            <w:vAlign w:val="center"/>
          </w:tcPr>
          <w:p w14:paraId="6D792C67" w14:textId="77777777" w:rsidR="002D35F2" w:rsidRPr="000C5950" w:rsidRDefault="00000000">
            <w:pPr>
              <w:spacing w:after="0" w:line="240" w:lineRule="auto"/>
              <w:rPr>
                <w:noProof/>
                <w:lang w:val="ro-RO"/>
              </w:rPr>
            </w:pPr>
            <w:r w:rsidRPr="000C5950">
              <w:rPr>
                <w:b/>
                <w:noProof/>
                <w:color w:val="FFFFFF"/>
                <w:sz w:val="21"/>
                <w:lang w:val="ro-RO"/>
              </w:rPr>
              <w:t>4.16. Analiza de management</w:t>
            </w:r>
          </w:p>
        </w:tc>
      </w:tr>
      <w:tr w:rsidR="002D35F2" w:rsidRPr="000C5950" w14:paraId="69E2CD6B"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683C9F68"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78BC4653" w14:textId="77777777" w:rsidR="002D35F2" w:rsidRPr="000C5950" w:rsidRDefault="00000000">
            <w:pPr>
              <w:spacing w:after="0" w:line="240" w:lineRule="auto"/>
              <w:rPr>
                <w:noProof/>
                <w:lang w:val="ro-RO"/>
              </w:rPr>
            </w:pPr>
            <w:r w:rsidRPr="000C5950">
              <w:rPr>
                <w:noProof/>
                <w:sz w:val="15"/>
                <w:lang w:val="ro-RO"/>
              </w:rPr>
              <w:t>Înregistrare păstrată</w:t>
            </w:r>
          </w:p>
        </w:tc>
      </w:tr>
      <w:tr w:rsidR="002D35F2" w:rsidRPr="000C5950" w14:paraId="333B477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CEF7809"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49DCB5E7" w14:textId="77777777" w:rsidR="002D35F2" w:rsidRPr="000C5950" w:rsidRDefault="00000000">
            <w:pPr>
              <w:spacing w:after="0" w:line="240" w:lineRule="auto"/>
              <w:rPr>
                <w:noProof/>
                <w:lang w:val="ro-RO"/>
              </w:rPr>
            </w:pPr>
            <w:r w:rsidRPr="000C5950">
              <w:rPr>
                <w:noProof/>
                <w:sz w:val="15"/>
                <w:lang w:val="ro-RO"/>
              </w:rPr>
              <w:t>9.3</w:t>
            </w:r>
          </w:p>
        </w:tc>
      </w:tr>
      <w:tr w:rsidR="002D35F2" w:rsidRPr="000C5950" w14:paraId="01004F2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430A2CE"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58E269C3"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1B665CF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3E89768"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0D053246" w14:textId="77777777" w:rsidR="002D35F2" w:rsidRPr="000C5950" w:rsidRDefault="00000000">
            <w:pPr>
              <w:spacing w:after="0" w:line="240" w:lineRule="auto"/>
              <w:rPr>
                <w:noProof/>
                <w:lang w:val="ro-RO"/>
              </w:rPr>
            </w:pPr>
            <w:r w:rsidRPr="000C5950">
              <w:rPr>
                <w:noProof/>
                <w:sz w:val="15"/>
                <w:lang w:val="ro-RO"/>
              </w:rPr>
              <w:t>Permite conducerii să decidă asupra adecvării, resurselor și performanței SSM.</w:t>
            </w:r>
          </w:p>
        </w:tc>
      </w:tr>
      <w:tr w:rsidR="002D35F2" w:rsidRPr="000C5950" w14:paraId="5CCD394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1092669"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17135C6B" w14:textId="77777777" w:rsidR="002D35F2" w:rsidRPr="000C5950" w:rsidRDefault="00000000">
            <w:pPr>
              <w:spacing w:after="0" w:line="240" w:lineRule="auto"/>
              <w:rPr>
                <w:noProof/>
                <w:lang w:val="ro-RO"/>
              </w:rPr>
            </w:pPr>
            <w:r w:rsidRPr="000C5950">
              <w:rPr>
                <w:noProof/>
                <w:sz w:val="15"/>
                <w:lang w:val="ro-RO"/>
              </w:rPr>
              <w:t>Intrări cerute; tendințe; consultare; obiective; incidente; audituri; conformare; schimbări; resurse; decizii și termene.</w:t>
            </w:r>
          </w:p>
        </w:tc>
      </w:tr>
      <w:tr w:rsidR="002D35F2" w:rsidRPr="000C5950" w14:paraId="446E5B2A"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81B52C7"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5B436B0B" w14:textId="77777777" w:rsidR="002D35F2" w:rsidRPr="000C5950" w:rsidRDefault="00000000">
            <w:pPr>
              <w:spacing w:after="0" w:line="240" w:lineRule="auto"/>
              <w:rPr>
                <w:noProof/>
                <w:lang w:val="ro-RO"/>
              </w:rPr>
            </w:pPr>
            <w:r w:rsidRPr="000C5950">
              <w:rPr>
                <w:noProof/>
                <w:sz w:val="15"/>
                <w:lang w:val="ro-RO"/>
              </w:rPr>
              <w:t>Conducerea de vârf.</w:t>
            </w:r>
          </w:p>
        </w:tc>
      </w:tr>
      <w:tr w:rsidR="002D35F2" w:rsidRPr="000C5950" w14:paraId="7732EBD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58AC2FC0"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60B0BC41" w14:textId="77777777" w:rsidR="002D35F2" w:rsidRPr="000C5950" w:rsidRDefault="00000000">
            <w:pPr>
              <w:spacing w:after="0" w:line="240" w:lineRule="auto"/>
              <w:rPr>
                <w:noProof/>
                <w:lang w:val="ro-RO"/>
              </w:rPr>
            </w:pPr>
            <w:r w:rsidRPr="000C5950">
              <w:rPr>
                <w:noProof/>
                <w:sz w:val="15"/>
                <w:lang w:val="ro-RO"/>
              </w:rPr>
              <w:t>La interval planificat și când schimbările o justifică.</w:t>
            </w:r>
          </w:p>
        </w:tc>
      </w:tr>
      <w:tr w:rsidR="002D35F2" w:rsidRPr="000C5950" w14:paraId="45E3236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778E9C53"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35101ADB" w14:textId="77777777" w:rsidR="002D35F2" w:rsidRPr="000C5950" w:rsidRDefault="00000000">
            <w:pPr>
              <w:spacing w:after="0" w:line="240" w:lineRule="auto"/>
              <w:rPr>
                <w:noProof/>
                <w:lang w:val="ro-RO"/>
              </w:rPr>
            </w:pPr>
            <w:r w:rsidRPr="000C5950">
              <w:rPr>
                <w:noProof/>
                <w:sz w:val="15"/>
                <w:lang w:val="ro-RO"/>
              </w:rPr>
              <w:t>Prezentări, minute, decizii, bugete și urmărirea acțiunilor.</w:t>
            </w:r>
          </w:p>
        </w:tc>
      </w:tr>
      <w:tr w:rsidR="002D35F2" w:rsidRPr="000C5950" w14:paraId="2D7F8ED1"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5D19962"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44F60736" w14:textId="77777777" w:rsidR="002D35F2" w:rsidRPr="000C5950" w:rsidRDefault="00000000">
            <w:pPr>
              <w:spacing w:after="0" w:line="240" w:lineRule="auto"/>
              <w:rPr>
                <w:noProof/>
                <w:lang w:val="ro-RO"/>
              </w:rPr>
            </w:pPr>
            <w:r w:rsidRPr="000C5950">
              <w:rPr>
                <w:noProof/>
                <w:sz w:val="15"/>
                <w:lang w:val="ro-RO"/>
              </w:rPr>
              <w:t>Raport fără decizii; lipsa vocii lucrătorilor; analiză concentrată doar pe accidente.</w:t>
            </w:r>
          </w:p>
        </w:tc>
      </w:tr>
    </w:tbl>
    <w:p w14:paraId="1196A67E" w14:textId="77777777" w:rsidR="002D35F2" w:rsidRPr="000C5950" w:rsidRDefault="002D35F2">
      <w:pPr>
        <w:spacing w:after="40"/>
        <w:rPr>
          <w:noProof/>
          <w:lang w:val="ro-RO"/>
        </w:rPr>
      </w:pPr>
    </w:p>
    <w:tbl>
      <w:tblPr>
        <w:tblW w:w="0" w:type="auto"/>
        <w:jc w:val="center"/>
        <w:tblBorders>
          <w:top w:val="single" w:sz="0" w:space="0" w:color="D71920"/>
          <w:left w:val="single" w:sz="0" w:space="0" w:color="D71920"/>
          <w:bottom w:val="single" w:sz="0" w:space="0" w:color="D71920"/>
          <w:right w:val="single" w:sz="0" w:space="0" w:color="D71920"/>
          <w:insideH w:val="single" w:sz="0" w:space="0" w:color="D71920"/>
          <w:insideV w:val="single" w:sz="0" w:space="0" w:color="D71920"/>
        </w:tblBorders>
        <w:tblLayout w:type="fixed"/>
        <w:tblLook w:val="04A0" w:firstRow="1" w:lastRow="0" w:firstColumn="1" w:lastColumn="0" w:noHBand="0" w:noVBand="1"/>
      </w:tblPr>
      <w:tblGrid>
        <w:gridCol w:w="2381"/>
        <w:gridCol w:w="7540"/>
      </w:tblGrid>
      <w:tr w:rsidR="002D35F2" w:rsidRPr="000C5950" w14:paraId="0B5DD391" w14:textId="77777777">
        <w:trPr>
          <w:jc w:val="center"/>
        </w:trPr>
        <w:tc>
          <w:tcPr>
            <w:tcW w:w="9921" w:type="dxa"/>
            <w:gridSpan w:val="2"/>
            <w:shd w:val="clear" w:color="auto" w:fill="D71920"/>
            <w:tcMar>
              <w:top w:w="70" w:type="dxa"/>
              <w:left w:w="85" w:type="dxa"/>
              <w:bottom w:w="70" w:type="dxa"/>
              <w:right w:w="85" w:type="dxa"/>
            </w:tcMar>
            <w:vAlign w:val="center"/>
          </w:tcPr>
          <w:p w14:paraId="5B7DFCF3" w14:textId="77777777" w:rsidR="002D35F2" w:rsidRPr="000C5950" w:rsidRDefault="00000000">
            <w:pPr>
              <w:spacing w:after="0" w:line="240" w:lineRule="auto"/>
              <w:rPr>
                <w:noProof/>
                <w:lang w:val="ro-RO"/>
              </w:rPr>
            </w:pPr>
            <w:r w:rsidRPr="000C5950">
              <w:rPr>
                <w:b/>
                <w:noProof/>
                <w:color w:val="FFFFFF"/>
                <w:sz w:val="21"/>
                <w:lang w:val="ro-RO"/>
              </w:rPr>
              <w:t>4.17. Incidente, neconformități și acțiuni corective</w:t>
            </w:r>
          </w:p>
        </w:tc>
      </w:tr>
      <w:tr w:rsidR="002D35F2" w:rsidRPr="000C5950" w14:paraId="620A2583"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98A1A9F" w14:textId="77777777" w:rsidR="002D35F2" w:rsidRPr="000C5950" w:rsidRDefault="00000000">
            <w:pPr>
              <w:spacing w:after="0" w:line="240" w:lineRule="auto"/>
              <w:rPr>
                <w:noProof/>
                <w:lang w:val="ro-RO"/>
              </w:rPr>
            </w:pPr>
            <w:r w:rsidRPr="000C5950">
              <w:rPr>
                <w:b/>
                <w:noProof/>
                <w:sz w:val="15"/>
                <w:lang w:val="ro-RO"/>
              </w:rPr>
              <w:t>Categorie</w:t>
            </w:r>
          </w:p>
        </w:tc>
        <w:tc>
          <w:tcPr>
            <w:tcW w:w="7540" w:type="dxa"/>
            <w:shd w:val="clear" w:color="auto" w:fill="FFFFFF"/>
            <w:tcMar>
              <w:top w:w="70" w:type="dxa"/>
              <w:left w:w="85" w:type="dxa"/>
              <w:bottom w:w="70" w:type="dxa"/>
              <w:right w:w="85" w:type="dxa"/>
            </w:tcMar>
            <w:vAlign w:val="center"/>
          </w:tcPr>
          <w:p w14:paraId="322C2166" w14:textId="77777777" w:rsidR="002D35F2" w:rsidRPr="000C5950" w:rsidRDefault="00000000">
            <w:pPr>
              <w:spacing w:after="0" w:line="240" w:lineRule="auto"/>
              <w:rPr>
                <w:noProof/>
                <w:lang w:val="ro-RO"/>
              </w:rPr>
            </w:pPr>
            <w:r w:rsidRPr="000C5950">
              <w:rPr>
                <w:noProof/>
                <w:sz w:val="15"/>
                <w:lang w:val="ro-RO"/>
              </w:rPr>
              <w:t>Înregistrare păstrată</w:t>
            </w:r>
          </w:p>
        </w:tc>
      </w:tr>
      <w:tr w:rsidR="002D35F2" w:rsidRPr="000C5950" w14:paraId="26654248"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A4DFC2A" w14:textId="77777777" w:rsidR="002D35F2" w:rsidRPr="000C5950" w:rsidRDefault="00000000">
            <w:pPr>
              <w:spacing w:after="0" w:line="240" w:lineRule="auto"/>
              <w:rPr>
                <w:noProof/>
                <w:lang w:val="ro-RO"/>
              </w:rPr>
            </w:pPr>
            <w:r w:rsidRPr="000C5950">
              <w:rPr>
                <w:b/>
                <w:noProof/>
                <w:sz w:val="15"/>
                <w:lang w:val="ro-RO"/>
              </w:rPr>
              <w:t>Referință</w:t>
            </w:r>
          </w:p>
        </w:tc>
        <w:tc>
          <w:tcPr>
            <w:tcW w:w="7540" w:type="dxa"/>
            <w:shd w:val="clear" w:color="auto" w:fill="FFFFFF"/>
            <w:tcMar>
              <w:top w:w="70" w:type="dxa"/>
              <w:left w:w="85" w:type="dxa"/>
              <w:bottom w:w="70" w:type="dxa"/>
              <w:right w:w="85" w:type="dxa"/>
            </w:tcMar>
            <w:vAlign w:val="center"/>
          </w:tcPr>
          <w:p w14:paraId="5CCFAE79" w14:textId="77777777" w:rsidR="002D35F2" w:rsidRPr="000C5950" w:rsidRDefault="00000000">
            <w:pPr>
              <w:spacing w:after="0" w:line="240" w:lineRule="auto"/>
              <w:rPr>
                <w:noProof/>
                <w:lang w:val="ro-RO"/>
              </w:rPr>
            </w:pPr>
            <w:r w:rsidRPr="000C5950">
              <w:rPr>
                <w:noProof/>
                <w:sz w:val="15"/>
                <w:lang w:val="ro-RO"/>
              </w:rPr>
              <w:t>10.2</w:t>
            </w:r>
          </w:p>
        </w:tc>
      </w:tr>
      <w:tr w:rsidR="002D35F2" w:rsidRPr="000C5950" w14:paraId="15C7813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15AC9455" w14:textId="77777777" w:rsidR="002D35F2" w:rsidRPr="000C5950" w:rsidRDefault="00000000">
            <w:pPr>
              <w:spacing w:after="0" w:line="240" w:lineRule="auto"/>
              <w:rPr>
                <w:noProof/>
                <w:lang w:val="ro-RO"/>
              </w:rPr>
            </w:pPr>
            <w:r w:rsidRPr="000C5950">
              <w:rPr>
                <w:b/>
                <w:noProof/>
                <w:sz w:val="15"/>
                <w:lang w:val="ro-RO"/>
              </w:rPr>
              <w:t>Când este necesar</w:t>
            </w:r>
          </w:p>
        </w:tc>
        <w:tc>
          <w:tcPr>
            <w:tcW w:w="7540" w:type="dxa"/>
            <w:shd w:val="clear" w:color="auto" w:fill="FFFFFF"/>
            <w:tcMar>
              <w:top w:w="70" w:type="dxa"/>
              <w:left w:w="85" w:type="dxa"/>
              <w:bottom w:w="70" w:type="dxa"/>
              <w:right w:w="85" w:type="dxa"/>
            </w:tcMar>
            <w:vAlign w:val="center"/>
          </w:tcPr>
          <w:p w14:paraId="18C341FF" w14:textId="77777777" w:rsidR="002D35F2" w:rsidRPr="000C5950" w:rsidRDefault="00000000">
            <w:pPr>
              <w:spacing w:after="0" w:line="240" w:lineRule="auto"/>
              <w:rPr>
                <w:noProof/>
                <w:lang w:val="ro-RO"/>
              </w:rPr>
            </w:pPr>
            <w:r w:rsidRPr="000C5950">
              <w:rPr>
                <w:noProof/>
                <w:sz w:val="15"/>
                <w:lang w:val="ro-RO"/>
              </w:rPr>
              <w:t>În mod obișnuit</w:t>
            </w:r>
          </w:p>
        </w:tc>
      </w:tr>
      <w:tr w:rsidR="002D35F2" w:rsidRPr="000C5950" w14:paraId="58FBC726"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21B41F6D" w14:textId="77777777" w:rsidR="002D35F2" w:rsidRPr="000C5950" w:rsidRDefault="00000000">
            <w:pPr>
              <w:spacing w:after="0" w:line="240" w:lineRule="auto"/>
              <w:rPr>
                <w:noProof/>
                <w:lang w:val="ro-RO"/>
              </w:rPr>
            </w:pPr>
            <w:r w:rsidRPr="000C5950">
              <w:rPr>
                <w:b/>
                <w:noProof/>
                <w:sz w:val="15"/>
                <w:lang w:val="ro-RO"/>
              </w:rPr>
              <w:t>Scop</w:t>
            </w:r>
          </w:p>
        </w:tc>
        <w:tc>
          <w:tcPr>
            <w:tcW w:w="7540" w:type="dxa"/>
            <w:shd w:val="clear" w:color="auto" w:fill="FFFFFF"/>
            <w:tcMar>
              <w:top w:w="70" w:type="dxa"/>
              <w:left w:w="85" w:type="dxa"/>
              <w:bottom w:w="70" w:type="dxa"/>
              <w:right w:w="85" w:type="dxa"/>
            </w:tcMar>
            <w:vAlign w:val="center"/>
          </w:tcPr>
          <w:p w14:paraId="16265E49" w14:textId="77777777" w:rsidR="002D35F2" w:rsidRPr="000C5950" w:rsidRDefault="00000000">
            <w:pPr>
              <w:spacing w:after="0" w:line="240" w:lineRule="auto"/>
              <w:rPr>
                <w:noProof/>
                <w:lang w:val="ro-RO"/>
              </w:rPr>
            </w:pPr>
            <w:r w:rsidRPr="000C5950">
              <w:rPr>
                <w:noProof/>
                <w:sz w:val="15"/>
                <w:lang w:val="ro-RO"/>
              </w:rPr>
              <w:t>Asigură reacția, investigarea, eliminarea cauzelor și verificarea eficacității.</w:t>
            </w:r>
          </w:p>
        </w:tc>
      </w:tr>
      <w:tr w:rsidR="002D35F2" w:rsidRPr="000C5950" w14:paraId="3CC07DE0"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E13D239" w14:textId="77777777" w:rsidR="002D35F2" w:rsidRPr="000C5950" w:rsidRDefault="00000000">
            <w:pPr>
              <w:spacing w:after="0" w:line="240" w:lineRule="auto"/>
              <w:rPr>
                <w:noProof/>
                <w:lang w:val="ro-RO"/>
              </w:rPr>
            </w:pPr>
            <w:r w:rsidRPr="000C5950">
              <w:rPr>
                <w:b/>
                <w:noProof/>
                <w:sz w:val="15"/>
                <w:lang w:val="ro-RO"/>
              </w:rPr>
              <w:t>Conținut minim recomandat</w:t>
            </w:r>
          </w:p>
        </w:tc>
        <w:tc>
          <w:tcPr>
            <w:tcW w:w="7540" w:type="dxa"/>
            <w:shd w:val="clear" w:color="auto" w:fill="FFFFFF"/>
            <w:tcMar>
              <w:top w:w="70" w:type="dxa"/>
              <w:left w:w="85" w:type="dxa"/>
              <w:bottom w:w="70" w:type="dxa"/>
              <w:right w:w="85" w:type="dxa"/>
            </w:tcMar>
            <w:vAlign w:val="center"/>
          </w:tcPr>
          <w:p w14:paraId="6974B13E" w14:textId="77777777" w:rsidR="002D35F2" w:rsidRPr="000C5950" w:rsidRDefault="00000000">
            <w:pPr>
              <w:spacing w:after="0" w:line="240" w:lineRule="auto"/>
              <w:rPr>
                <w:noProof/>
                <w:lang w:val="ro-RO"/>
              </w:rPr>
            </w:pPr>
            <w:r w:rsidRPr="000C5950">
              <w:rPr>
                <w:noProof/>
                <w:sz w:val="15"/>
                <w:lang w:val="ro-RO"/>
              </w:rPr>
              <w:t>Eveniment; persoane; condiții; reacție; cauze; factori organizaționali; acțiuni; ierarhie; responsabil; termen; eficacitate; comunicare.</w:t>
            </w:r>
          </w:p>
        </w:tc>
      </w:tr>
      <w:tr w:rsidR="002D35F2" w:rsidRPr="000C5950" w14:paraId="50EF6C47"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3FA9D8DC" w14:textId="77777777" w:rsidR="002D35F2" w:rsidRPr="000C5950" w:rsidRDefault="00000000">
            <w:pPr>
              <w:spacing w:after="0" w:line="240" w:lineRule="auto"/>
              <w:rPr>
                <w:noProof/>
                <w:lang w:val="ro-RO"/>
              </w:rPr>
            </w:pPr>
            <w:r w:rsidRPr="000C5950">
              <w:rPr>
                <w:b/>
                <w:noProof/>
                <w:sz w:val="15"/>
                <w:lang w:val="ro-RO"/>
              </w:rPr>
              <w:t>Proprietar orientativ</w:t>
            </w:r>
          </w:p>
        </w:tc>
        <w:tc>
          <w:tcPr>
            <w:tcW w:w="7540" w:type="dxa"/>
            <w:shd w:val="clear" w:color="auto" w:fill="FFFFFF"/>
            <w:tcMar>
              <w:top w:w="70" w:type="dxa"/>
              <w:left w:w="85" w:type="dxa"/>
              <w:bottom w:w="70" w:type="dxa"/>
              <w:right w:w="85" w:type="dxa"/>
            </w:tcMar>
            <w:vAlign w:val="center"/>
          </w:tcPr>
          <w:p w14:paraId="71F14BA2" w14:textId="77777777" w:rsidR="002D35F2" w:rsidRPr="000C5950" w:rsidRDefault="00000000">
            <w:pPr>
              <w:spacing w:after="0" w:line="240" w:lineRule="auto"/>
              <w:rPr>
                <w:noProof/>
                <w:lang w:val="ro-RO"/>
              </w:rPr>
            </w:pPr>
            <w:r w:rsidRPr="000C5950">
              <w:rPr>
                <w:noProof/>
                <w:sz w:val="15"/>
                <w:lang w:val="ro-RO"/>
              </w:rPr>
              <w:t>Managerul procesului și SSM, cu participarea lucrătorilor.</w:t>
            </w:r>
          </w:p>
        </w:tc>
      </w:tr>
      <w:tr w:rsidR="002D35F2" w:rsidRPr="000C5950" w14:paraId="30DA6E04"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0C19C553" w14:textId="77777777" w:rsidR="002D35F2" w:rsidRPr="000C5950" w:rsidRDefault="00000000">
            <w:pPr>
              <w:spacing w:after="0" w:line="240" w:lineRule="auto"/>
              <w:rPr>
                <w:noProof/>
                <w:lang w:val="ro-RO"/>
              </w:rPr>
            </w:pPr>
            <w:r w:rsidRPr="000C5950">
              <w:rPr>
                <w:b/>
                <w:noProof/>
                <w:sz w:val="15"/>
                <w:lang w:val="ro-RO"/>
              </w:rPr>
              <w:t>Revizuire / actualizare</w:t>
            </w:r>
          </w:p>
        </w:tc>
        <w:tc>
          <w:tcPr>
            <w:tcW w:w="7540" w:type="dxa"/>
            <w:shd w:val="clear" w:color="auto" w:fill="FFFFFF"/>
            <w:tcMar>
              <w:top w:w="70" w:type="dxa"/>
              <w:left w:w="85" w:type="dxa"/>
              <w:bottom w:w="70" w:type="dxa"/>
              <w:right w:w="85" w:type="dxa"/>
            </w:tcMar>
            <w:vAlign w:val="center"/>
          </w:tcPr>
          <w:p w14:paraId="53B3B959" w14:textId="77777777" w:rsidR="002D35F2" w:rsidRPr="000C5950" w:rsidRDefault="00000000">
            <w:pPr>
              <w:spacing w:after="0" w:line="240" w:lineRule="auto"/>
              <w:rPr>
                <w:noProof/>
                <w:lang w:val="ro-RO"/>
              </w:rPr>
            </w:pPr>
            <w:r w:rsidRPr="000C5950">
              <w:rPr>
                <w:noProof/>
                <w:sz w:val="15"/>
                <w:lang w:val="ro-RO"/>
              </w:rPr>
              <w:t>Imediat după eveniment; închidere după verificarea eficacității.</w:t>
            </w:r>
          </w:p>
        </w:tc>
      </w:tr>
      <w:tr w:rsidR="002D35F2" w:rsidRPr="000C5950" w14:paraId="61EC8D62"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6BB4B65" w14:textId="77777777" w:rsidR="002D35F2" w:rsidRPr="000C5950" w:rsidRDefault="00000000">
            <w:pPr>
              <w:spacing w:after="0" w:line="240" w:lineRule="auto"/>
              <w:rPr>
                <w:noProof/>
                <w:lang w:val="ro-RO"/>
              </w:rPr>
            </w:pPr>
            <w:r w:rsidRPr="000C5950">
              <w:rPr>
                <w:b/>
                <w:noProof/>
                <w:sz w:val="15"/>
                <w:lang w:val="ro-RO"/>
              </w:rPr>
              <w:t>Dovezi asociate</w:t>
            </w:r>
          </w:p>
        </w:tc>
        <w:tc>
          <w:tcPr>
            <w:tcW w:w="7540" w:type="dxa"/>
            <w:shd w:val="clear" w:color="auto" w:fill="FFFFFF"/>
            <w:tcMar>
              <w:top w:w="70" w:type="dxa"/>
              <w:left w:w="85" w:type="dxa"/>
              <w:bottom w:w="70" w:type="dxa"/>
              <w:right w:w="85" w:type="dxa"/>
            </w:tcMar>
            <w:vAlign w:val="center"/>
          </w:tcPr>
          <w:p w14:paraId="1A484786" w14:textId="77777777" w:rsidR="002D35F2" w:rsidRPr="000C5950" w:rsidRDefault="00000000">
            <w:pPr>
              <w:spacing w:after="0" w:line="240" w:lineRule="auto"/>
              <w:rPr>
                <w:noProof/>
                <w:lang w:val="ro-RO"/>
              </w:rPr>
            </w:pPr>
            <w:r w:rsidRPr="000C5950">
              <w:rPr>
                <w:noProof/>
                <w:sz w:val="15"/>
                <w:lang w:val="ro-RO"/>
              </w:rPr>
              <w:t>Raportări, fotografii, interviuri, date, acțiuni, lecții și comunicări.</w:t>
            </w:r>
          </w:p>
        </w:tc>
      </w:tr>
      <w:tr w:rsidR="002D35F2" w:rsidRPr="000C5950" w14:paraId="3EC73BC5" w14:textId="77777777">
        <w:tblPrEx>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PrEx>
        <w:trPr>
          <w:cantSplit/>
          <w:jc w:val="center"/>
        </w:trPr>
        <w:tc>
          <w:tcPr>
            <w:tcW w:w="2381" w:type="dxa"/>
            <w:shd w:val="clear" w:color="auto" w:fill="F3F4F5"/>
            <w:tcMar>
              <w:top w:w="70" w:type="dxa"/>
              <w:left w:w="85" w:type="dxa"/>
              <w:bottom w:w="70" w:type="dxa"/>
              <w:right w:w="85" w:type="dxa"/>
            </w:tcMar>
            <w:vAlign w:val="center"/>
          </w:tcPr>
          <w:p w14:paraId="4AF8E129" w14:textId="77777777" w:rsidR="002D35F2" w:rsidRPr="000C5950" w:rsidRDefault="00000000">
            <w:pPr>
              <w:spacing w:after="0" w:line="240" w:lineRule="auto"/>
              <w:rPr>
                <w:noProof/>
                <w:lang w:val="ro-RO"/>
              </w:rPr>
            </w:pPr>
            <w:r w:rsidRPr="000C5950">
              <w:rPr>
                <w:b/>
                <w:noProof/>
                <w:sz w:val="15"/>
                <w:lang w:val="ro-RO"/>
              </w:rPr>
              <w:t>Erori frecvente</w:t>
            </w:r>
          </w:p>
        </w:tc>
        <w:tc>
          <w:tcPr>
            <w:tcW w:w="7540" w:type="dxa"/>
            <w:shd w:val="clear" w:color="auto" w:fill="FFFFFF"/>
            <w:tcMar>
              <w:top w:w="70" w:type="dxa"/>
              <w:left w:w="85" w:type="dxa"/>
              <w:bottom w:w="70" w:type="dxa"/>
              <w:right w:w="85" w:type="dxa"/>
            </w:tcMar>
            <w:vAlign w:val="center"/>
          </w:tcPr>
          <w:p w14:paraId="48E2C5B3" w14:textId="77777777" w:rsidR="002D35F2" w:rsidRPr="000C5950" w:rsidRDefault="00000000">
            <w:pPr>
              <w:spacing w:after="0" w:line="240" w:lineRule="auto"/>
              <w:rPr>
                <w:noProof/>
                <w:lang w:val="ro-RO"/>
              </w:rPr>
            </w:pPr>
            <w:r w:rsidRPr="000C5950">
              <w:rPr>
                <w:noProof/>
                <w:sz w:val="15"/>
                <w:lang w:val="ro-RO"/>
              </w:rPr>
              <w:t>Culpabilizarea persoanei; cauză „neatenție”; omiterea evenimentelor fără vătămare și a riscurilor similare.</w:t>
            </w:r>
          </w:p>
        </w:tc>
      </w:tr>
    </w:tbl>
    <w:p w14:paraId="7C4CC2F0" w14:textId="77777777" w:rsidR="002D35F2" w:rsidRPr="000C5950" w:rsidRDefault="002D35F2">
      <w:pPr>
        <w:spacing w:after="4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2D35F2" w:rsidRPr="000C5950" w14:paraId="3B3A5C0A" w14:textId="77777777">
        <w:trPr>
          <w:cantSplit/>
          <w:jc w:val="center"/>
        </w:trPr>
        <w:tc>
          <w:tcPr>
            <w:tcW w:w="1020" w:type="dxa"/>
            <w:shd w:val="clear" w:color="auto" w:fill="D71920"/>
            <w:tcMar>
              <w:top w:w="70" w:type="dxa"/>
              <w:left w:w="85" w:type="dxa"/>
              <w:bottom w:w="70" w:type="dxa"/>
              <w:right w:w="85" w:type="dxa"/>
            </w:tcMar>
            <w:vAlign w:val="center"/>
          </w:tcPr>
          <w:p w14:paraId="27DF713E" w14:textId="77777777" w:rsidR="002D35F2" w:rsidRPr="000C5950" w:rsidRDefault="00000000">
            <w:pPr>
              <w:spacing w:after="0" w:line="240" w:lineRule="auto"/>
              <w:jc w:val="center"/>
              <w:rPr>
                <w:noProof/>
                <w:lang w:val="ro-RO"/>
              </w:rPr>
            </w:pPr>
            <w:r w:rsidRPr="000C5950">
              <w:rPr>
                <w:b/>
                <w:noProof/>
                <w:color w:val="FFFFFF"/>
                <w:sz w:val="34"/>
                <w:lang w:val="ro-RO"/>
              </w:rPr>
              <w:t>5</w:t>
            </w:r>
          </w:p>
        </w:tc>
        <w:tc>
          <w:tcPr>
            <w:tcW w:w="8901" w:type="dxa"/>
            <w:shd w:val="clear" w:color="auto" w:fill="F3F4F5"/>
          </w:tcPr>
          <w:p w14:paraId="42081B55" w14:textId="77777777" w:rsidR="002D35F2" w:rsidRPr="000C5950" w:rsidRDefault="00000000">
            <w:pPr>
              <w:spacing w:after="20"/>
              <w:rPr>
                <w:noProof/>
                <w:lang w:val="ro-RO"/>
              </w:rPr>
            </w:pPr>
            <w:r w:rsidRPr="000C5950">
              <w:rPr>
                <w:b/>
                <w:noProof/>
                <w:sz w:val="27"/>
                <w:lang w:val="ro-RO"/>
              </w:rPr>
              <w:t>Documente condiționale și activități cu risc</w:t>
            </w:r>
          </w:p>
          <w:p w14:paraId="4C0D747A" w14:textId="77777777" w:rsidR="002D35F2" w:rsidRPr="000C5950" w:rsidRDefault="00000000">
            <w:pPr>
              <w:spacing w:after="0"/>
              <w:rPr>
                <w:noProof/>
                <w:lang w:val="ro-RO"/>
              </w:rPr>
            </w:pPr>
            <w:r w:rsidRPr="000C5950">
              <w:rPr>
                <w:noProof/>
                <w:color w:val="666666"/>
                <w:sz w:val="16"/>
                <w:lang w:val="ro-RO"/>
              </w:rPr>
              <w:t>Se utilizează atunci când pericolele, legislația, tehnologia sau forma de muncă le fac necesare</w:t>
            </w:r>
          </w:p>
        </w:tc>
      </w:tr>
    </w:tbl>
    <w:p w14:paraId="48E9BECE" w14:textId="77777777" w:rsidR="002D35F2" w:rsidRPr="000C5950" w:rsidRDefault="002D35F2">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3005"/>
        <w:gridCol w:w="4195"/>
      </w:tblGrid>
      <w:tr w:rsidR="002D35F2" w:rsidRPr="000C5950" w14:paraId="2B5755A5" w14:textId="77777777">
        <w:trPr>
          <w:tblHeader/>
          <w:jc w:val="center"/>
        </w:trPr>
        <w:tc>
          <w:tcPr>
            <w:tcW w:w="2721" w:type="dxa"/>
            <w:shd w:val="clear" w:color="auto" w:fill="D71920"/>
            <w:tcMar>
              <w:top w:w="70" w:type="dxa"/>
              <w:left w:w="85" w:type="dxa"/>
              <w:bottom w:w="70" w:type="dxa"/>
              <w:right w:w="85" w:type="dxa"/>
            </w:tcMar>
            <w:vAlign w:val="center"/>
          </w:tcPr>
          <w:p w14:paraId="4A49B023" w14:textId="77777777" w:rsidR="002D35F2" w:rsidRPr="000C5950" w:rsidRDefault="00000000">
            <w:pPr>
              <w:spacing w:after="0" w:line="240" w:lineRule="auto"/>
              <w:jc w:val="center"/>
              <w:rPr>
                <w:noProof/>
                <w:lang w:val="ro-RO"/>
              </w:rPr>
            </w:pPr>
            <w:r w:rsidRPr="000C5950">
              <w:rPr>
                <w:b/>
                <w:noProof/>
                <w:color w:val="FFFFFF"/>
                <w:sz w:val="15"/>
                <w:lang w:val="ro-RO"/>
              </w:rPr>
              <w:t>DOCUMENT</w:t>
            </w:r>
          </w:p>
        </w:tc>
        <w:tc>
          <w:tcPr>
            <w:tcW w:w="3005" w:type="dxa"/>
            <w:shd w:val="clear" w:color="auto" w:fill="D71920"/>
            <w:tcMar>
              <w:top w:w="70" w:type="dxa"/>
              <w:left w:w="85" w:type="dxa"/>
              <w:bottom w:w="70" w:type="dxa"/>
              <w:right w:w="85" w:type="dxa"/>
            </w:tcMar>
            <w:vAlign w:val="center"/>
          </w:tcPr>
          <w:p w14:paraId="07F71D9D" w14:textId="77777777" w:rsidR="002D35F2" w:rsidRPr="000C5950" w:rsidRDefault="00000000">
            <w:pPr>
              <w:spacing w:after="0" w:line="240" w:lineRule="auto"/>
              <w:jc w:val="center"/>
              <w:rPr>
                <w:noProof/>
                <w:lang w:val="ro-RO"/>
              </w:rPr>
            </w:pPr>
            <w:r w:rsidRPr="000C5950">
              <w:rPr>
                <w:b/>
                <w:noProof/>
                <w:color w:val="FFFFFF"/>
                <w:sz w:val="15"/>
                <w:lang w:val="ro-RO"/>
              </w:rPr>
              <w:t>CÂND ESTE RELEVANT</w:t>
            </w:r>
          </w:p>
        </w:tc>
        <w:tc>
          <w:tcPr>
            <w:tcW w:w="4195" w:type="dxa"/>
            <w:shd w:val="clear" w:color="auto" w:fill="D71920"/>
            <w:tcMar>
              <w:top w:w="70" w:type="dxa"/>
              <w:left w:w="85" w:type="dxa"/>
              <w:bottom w:w="70" w:type="dxa"/>
              <w:right w:w="85" w:type="dxa"/>
            </w:tcMar>
            <w:vAlign w:val="center"/>
          </w:tcPr>
          <w:p w14:paraId="2E37BCEB" w14:textId="77777777" w:rsidR="002D35F2" w:rsidRPr="000C5950" w:rsidRDefault="00000000">
            <w:pPr>
              <w:spacing w:after="0" w:line="240" w:lineRule="auto"/>
              <w:jc w:val="center"/>
              <w:rPr>
                <w:noProof/>
                <w:lang w:val="ro-RO"/>
              </w:rPr>
            </w:pPr>
            <w:r w:rsidRPr="000C5950">
              <w:rPr>
                <w:b/>
                <w:noProof/>
                <w:color w:val="FFFFFF"/>
                <w:sz w:val="15"/>
                <w:lang w:val="ro-RO"/>
              </w:rPr>
              <w:t>CONȚINUT / DOVEZI</w:t>
            </w:r>
          </w:p>
        </w:tc>
      </w:tr>
      <w:tr w:rsidR="002D35F2" w:rsidRPr="000C5950" w14:paraId="5D732997" w14:textId="77777777">
        <w:trPr>
          <w:cantSplit/>
          <w:jc w:val="center"/>
        </w:trPr>
        <w:tc>
          <w:tcPr>
            <w:tcW w:w="2721" w:type="dxa"/>
            <w:shd w:val="clear" w:color="auto" w:fill="FFFFFF"/>
            <w:tcMar>
              <w:top w:w="70" w:type="dxa"/>
              <w:left w:w="85" w:type="dxa"/>
              <w:bottom w:w="70" w:type="dxa"/>
              <w:right w:w="85" w:type="dxa"/>
            </w:tcMar>
            <w:vAlign w:val="center"/>
          </w:tcPr>
          <w:p w14:paraId="507D5F5A" w14:textId="77777777" w:rsidR="002D35F2" w:rsidRPr="000C5950" w:rsidRDefault="00000000">
            <w:pPr>
              <w:spacing w:after="0" w:line="240" w:lineRule="auto"/>
              <w:rPr>
                <w:noProof/>
                <w:lang w:val="ro-RO"/>
              </w:rPr>
            </w:pPr>
            <w:r w:rsidRPr="000C5950">
              <w:rPr>
                <w:noProof/>
                <w:sz w:val="14"/>
                <w:lang w:val="ro-RO"/>
              </w:rPr>
              <w:t>Permise de lucru</w:t>
            </w:r>
          </w:p>
        </w:tc>
        <w:tc>
          <w:tcPr>
            <w:tcW w:w="3005" w:type="dxa"/>
            <w:shd w:val="clear" w:color="auto" w:fill="FFFFFF"/>
            <w:tcMar>
              <w:top w:w="70" w:type="dxa"/>
              <w:left w:w="85" w:type="dxa"/>
              <w:bottom w:w="70" w:type="dxa"/>
              <w:right w:w="85" w:type="dxa"/>
            </w:tcMar>
            <w:vAlign w:val="center"/>
          </w:tcPr>
          <w:p w14:paraId="74BFD350" w14:textId="77777777" w:rsidR="002D35F2" w:rsidRPr="000C5950" w:rsidRDefault="00000000">
            <w:pPr>
              <w:spacing w:after="0" w:line="240" w:lineRule="auto"/>
              <w:rPr>
                <w:noProof/>
                <w:lang w:val="ro-RO"/>
              </w:rPr>
            </w:pPr>
            <w:r w:rsidRPr="000C5950">
              <w:rPr>
                <w:noProof/>
                <w:sz w:val="14"/>
                <w:lang w:val="ro-RO"/>
              </w:rPr>
              <w:t>Lucru la cald, spații închise, excavare, electric, înălțime etc.</w:t>
            </w:r>
          </w:p>
        </w:tc>
        <w:tc>
          <w:tcPr>
            <w:tcW w:w="4195" w:type="dxa"/>
            <w:shd w:val="clear" w:color="auto" w:fill="FFFFFF"/>
            <w:tcMar>
              <w:top w:w="70" w:type="dxa"/>
              <w:left w:w="85" w:type="dxa"/>
              <w:bottom w:w="70" w:type="dxa"/>
              <w:right w:w="85" w:type="dxa"/>
            </w:tcMar>
            <w:vAlign w:val="center"/>
          </w:tcPr>
          <w:p w14:paraId="7E1A992C" w14:textId="77777777" w:rsidR="002D35F2" w:rsidRPr="000C5950" w:rsidRDefault="00000000">
            <w:pPr>
              <w:spacing w:after="0" w:line="240" w:lineRule="auto"/>
              <w:rPr>
                <w:noProof/>
                <w:lang w:val="ro-RO"/>
              </w:rPr>
            </w:pPr>
            <w:r w:rsidRPr="000C5950">
              <w:rPr>
                <w:noProof/>
                <w:sz w:val="14"/>
                <w:lang w:val="ro-RO"/>
              </w:rPr>
              <w:t>Condiții, izolare, verificări, autorizare, durată, suspendare și închidere.</w:t>
            </w:r>
          </w:p>
        </w:tc>
      </w:tr>
      <w:tr w:rsidR="002D35F2" w:rsidRPr="000C5950" w14:paraId="45AE7160" w14:textId="77777777">
        <w:trPr>
          <w:cantSplit/>
          <w:jc w:val="center"/>
        </w:trPr>
        <w:tc>
          <w:tcPr>
            <w:tcW w:w="2721" w:type="dxa"/>
            <w:shd w:val="clear" w:color="auto" w:fill="FAFAFA"/>
            <w:tcMar>
              <w:top w:w="70" w:type="dxa"/>
              <w:left w:w="85" w:type="dxa"/>
              <w:bottom w:w="70" w:type="dxa"/>
              <w:right w:w="85" w:type="dxa"/>
            </w:tcMar>
            <w:vAlign w:val="center"/>
          </w:tcPr>
          <w:p w14:paraId="260F6265" w14:textId="77777777" w:rsidR="002D35F2" w:rsidRPr="000C5950" w:rsidRDefault="00000000">
            <w:pPr>
              <w:spacing w:after="0" w:line="240" w:lineRule="auto"/>
              <w:rPr>
                <w:noProof/>
                <w:lang w:val="ro-RO"/>
              </w:rPr>
            </w:pPr>
            <w:r w:rsidRPr="000C5950">
              <w:rPr>
                <w:noProof/>
                <w:sz w:val="14"/>
                <w:lang w:val="ro-RO"/>
              </w:rPr>
              <w:t>LOTO / controlul energiilor</w:t>
            </w:r>
          </w:p>
        </w:tc>
        <w:tc>
          <w:tcPr>
            <w:tcW w:w="3005" w:type="dxa"/>
            <w:shd w:val="clear" w:color="auto" w:fill="FAFAFA"/>
            <w:tcMar>
              <w:top w:w="70" w:type="dxa"/>
              <w:left w:w="85" w:type="dxa"/>
              <w:bottom w:w="70" w:type="dxa"/>
              <w:right w:w="85" w:type="dxa"/>
            </w:tcMar>
            <w:vAlign w:val="center"/>
          </w:tcPr>
          <w:p w14:paraId="373E7CAE" w14:textId="77777777" w:rsidR="002D35F2" w:rsidRPr="000C5950" w:rsidRDefault="00000000">
            <w:pPr>
              <w:spacing w:after="0" w:line="240" w:lineRule="auto"/>
              <w:rPr>
                <w:noProof/>
                <w:lang w:val="ro-RO"/>
              </w:rPr>
            </w:pPr>
            <w:r w:rsidRPr="000C5950">
              <w:rPr>
                <w:noProof/>
                <w:sz w:val="14"/>
                <w:lang w:val="ro-RO"/>
              </w:rPr>
              <w:t>Echipamente cu energii periculoase</w:t>
            </w:r>
          </w:p>
        </w:tc>
        <w:tc>
          <w:tcPr>
            <w:tcW w:w="4195" w:type="dxa"/>
            <w:shd w:val="clear" w:color="auto" w:fill="FAFAFA"/>
            <w:tcMar>
              <w:top w:w="70" w:type="dxa"/>
              <w:left w:w="85" w:type="dxa"/>
              <w:bottom w:w="70" w:type="dxa"/>
              <w:right w:w="85" w:type="dxa"/>
            </w:tcMar>
            <w:vAlign w:val="center"/>
          </w:tcPr>
          <w:p w14:paraId="7341FDB1" w14:textId="77777777" w:rsidR="002D35F2" w:rsidRPr="000C5950" w:rsidRDefault="00000000">
            <w:pPr>
              <w:spacing w:after="0" w:line="240" w:lineRule="auto"/>
              <w:rPr>
                <w:noProof/>
                <w:lang w:val="ro-RO"/>
              </w:rPr>
            </w:pPr>
            <w:r w:rsidRPr="000C5950">
              <w:rPr>
                <w:noProof/>
                <w:sz w:val="14"/>
                <w:lang w:val="ro-RO"/>
              </w:rPr>
              <w:t>Surse, puncte de izolare, verificarea energiei zero, dispozitive, roluri și revenire.</w:t>
            </w:r>
          </w:p>
        </w:tc>
      </w:tr>
      <w:tr w:rsidR="002D35F2" w:rsidRPr="000C5950" w14:paraId="20EF463E" w14:textId="77777777">
        <w:trPr>
          <w:cantSplit/>
          <w:jc w:val="center"/>
        </w:trPr>
        <w:tc>
          <w:tcPr>
            <w:tcW w:w="2721" w:type="dxa"/>
            <w:shd w:val="clear" w:color="auto" w:fill="FFFFFF"/>
            <w:tcMar>
              <w:top w:w="70" w:type="dxa"/>
              <w:left w:w="85" w:type="dxa"/>
              <w:bottom w:w="70" w:type="dxa"/>
              <w:right w:w="85" w:type="dxa"/>
            </w:tcMar>
            <w:vAlign w:val="center"/>
          </w:tcPr>
          <w:p w14:paraId="5040564D" w14:textId="77777777" w:rsidR="002D35F2" w:rsidRPr="000C5950" w:rsidRDefault="00000000">
            <w:pPr>
              <w:spacing w:after="0" w:line="240" w:lineRule="auto"/>
              <w:rPr>
                <w:noProof/>
                <w:lang w:val="ro-RO"/>
              </w:rPr>
            </w:pPr>
            <w:r w:rsidRPr="000C5950">
              <w:rPr>
                <w:noProof/>
                <w:sz w:val="14"/>
                <w:lang w:val="ro-RO"/>
              </w:rPr>
              <w:t>Inventar substanțe și SDS</w:t>
            </w:r>
          </w:p>
        </w:tc>
        <w:tc>
          <w:tcPr>
            <w:tcW w:w="3005" w:type="dxa"/>
            <w:shd w:val="clear" w:color="auto" w:fill="FFFFFF"/>
            <w:tcMar>
              <w:top w:w="70" w:type="dxa"/>
              <w:left w:w="85" w:type="dxa"/>
              <w:bottom w:w="70" w:type="dxa"/>
              <w:right w:w="85" w:type="dxa"/>
            </w:tcMar>
            <w:vAlign w:val="center"/>
          </w:tcPr>
          <w:p w14:paraId="4F3BAD6D" w14:textId="77777777" w:rsidR="002D35F2" w:rsidRPr="000C5950" w:rsidRDefault="00000000">
            <w:pPr>
              <w:spacing w:after="0" w:line="240" w:lineRule="auto"/>
              <w:rPr>
                <w:noProof/>
                <w:lang w:val="ro-RO"/>
              </w:rPr>
            </w:pPr>
            <w:r w:rsidRPr="000C5950">
              <w:rPr>
                <w:noProof/>
                <w:sz w:val="14"/>
                <w:lang w:val="ro-RO"/>
              </w:rPr>
              <w:t>Agenți chimici/periculoși</w:t>
            </w:r>
          </w:p>
        </w:tc>
        <w:tc>
          <w:tcPr>
            <w:tcW w:w="4195" w:type="dxa"/>
            <w:shd w:val="clear" w:color="auto" w:fill="FFFFFF"/>
            <w:tcMar>
              <w:top w:w="70" w:type="dxa"/>
              <w:left w:w="85" w:type="dxa"/>
              <w:bottom w:w="70" w:type="dxa"/>
              <w:right w:w="85" w:type="dxa"/>
            </w:tcMar>
            <w:vAlign w:val="center"/>
          </w:tcPr>
          <w:p w14:paraId="3F790630" w14:textId="77777777" w:rsidR="002D35F2" w:rsidRPr="000C5950" w:rsidRDefault="00000000">
            <w:pPr>
              <w:spacing w:after="0" w:line="240" w:lineRule="auto"/>
              <w:rPr>
                <w:noProof/>
                <w:lang w:val="ro-RO"/>
              </w:rPr>
            </w:pPr>
            <w:r w:rsidRPr="000C5950">
              <w:rPr>
                <w:noProof/>
                <w:sz w:val="14"/>
                <w:lang w:val="ro-RO"/>
              </w:rPr>
              <w:t>Clasificare, expunere, stocare, compatibilitate, limite, controale, urgențe și instruire.</w:t>
            </w:r>
          </w:p>
        </w:tc>
      </w:tr>
      <w:tr w:rsidR="002D35F2" w:rsidRPr="000C5950" w14:paraId="32BF2D93" w14:textId="77777777">
        <w:trPr>
          <w:cantSplit/>
          <w:jc w:val="center"/>
        </w:trPr>
        <w:tc>
          <w:tcPr>
            <w:tcW w:w="2721" w:type="dxa"/>
            <w:shd w:val="clear" w:color="auto" w:fill="FAFAFA"/>
            <w:tcMar>
              <w:top w:w="70" w:type="dxa"/>
              <w:left w:w="85" w:type="dxa"/>
              <w:bottom w:w="70" w:type="dxa"/>
              <w:right w:w="85" w:type="dxa"/>
            </w:tcMar>
            <w:vAlign w:val="center"/>
          </w:tcPr>
          <w:p w14:paraId="16667418" w14:textId="77777777" w:rsidR="002D35F2" w:rsidRPr="000C5950" w:rsidRDefault="00000000">
            <w:pPr>
              <w:spacing w:after="0" w:line="240" w:lineRule="auto"/>
              <w:rPr>
                <w:noProof/>
                <w:lang w:val="ro-RO"/>
              </w:rPr>
            </w:pPr>
            <w:r w:rsidRPr="000C5950">
              <w:rPr>
                <w:noProof/>
                <w:sz w:val="14"/>
                <w:lang w:val="ro-RO"/>
              </w:rPr>
              <w:t>Plan de supraveghere a sănătății</w:t>
            </w:r>
          </w:p>
        </w:tc>
        <w:tc>
          <w:tcPr>
            <w:tcW w:w="3005" w:type="dxa"/>
            <w:shd w:val="clear" w:color="auto" w:fill="FAFAFA"/>
            <w:tcMar>
              <w:top w:w="70" w:type="dxa"/>
              <w:left w:w="85" w:type="dxa"/>
              <w:bottom w:w="70" w:type="dxa"/>
              <w:right w:w="85" w:type="dxa"/>
            </w:tcMar>
            <w:vAlign w:val="center"/>
          </w:tcPr>
          <w:p w14:paraId="73807FB4" w14:textId="77777777" w:rsidR="002D35F2" w:rsidRPr="000C5950" w:rsidRDefault="00000000">
            <w:pPr>
              <w:spacing w:after="0" w:line="240" w:lineRule="auto"/>
              <w:rPr>
                <w:noProof/>
                <w:lang w:val="ro-RO"/>
              </w:rPr>
            </w:pPr>
            <w:r w:rsidRPr="000C5950">
              <w:rPr>
                <w:noProof/>
                <w:sz w:val="14"/>
                <w:lang w:val="ro-RO"/>
              </w:rPr>
              <w:t>Expuneri sau cerințe legale</w:t>
            </w:r>
          </w:p>
        </w:tc>
        <w:tc>
          <w:tcPr>
            <w:tcW w:w="4195" w:type="dxa"/>
            <w:shd w:val="clear" w:color="auto" w:fill="FAFAFA"/>
            <w:tcMar>
              <w:top w:w="70" w:type="dxa"/>
              <w:left w:w="85" w:type="dxa"/>
              <w:bottom w:w="70" w:type="dxa"/>
              <w:right w:w="85" w:type="dxa"/>
            </w:tcMar>
            <w:vAlign w:val="center"/>
          </w:tcPr>
          <w:p w14:paraId="23B00511" w14:textId="77777777" w:rsidR="002D35F2" w:rsidRPr="000C5950" w:rsidRDefault="00000000">
            <w:pPr>
              <w:spacing w:after="0" w:line="240" w:lineRule="auto"/>
              <w:rPr>
                <w:noProof/>
                <w:lang w:val="ro-RO"/>
              </w:rPr>
            </w:pPr>
            <w:r w:rsidRPr="000C5950">
              <w:rPr>
                <w:noProof/>
                <w:sz w:val="14"/>
                <w:lang w:val="ro-RO"/>
              </w:rPr>
              <w:t>Grupuri, examene, frecvență, confidențialitate, aptitudine, tendințe și acțiuni.</w:t>
            </w:r>
          </w:p>
        </w:tc>
      </w:tr>
      <w:tr w:rsidR="002D35F2" w:rsidRPr="000C5950" w14:paraId="7CEBB456" w14:textId="77777777">
        <w:trPr>
          <w:cantSplit/>
          <w:jc w:val="center"/>
        </w:trPr>
        <w:tc>
          <w:tcPr>
            <w:tcW w:w="2721" w:type="dxa"/>
            <w:shd w:val="clear" w:color="auto" w:fill="FFFFFF"/>
            <w:tcMar>
              <w:top w:w="70" w:type="dxa"/>
              <w:left w:w="85" w:type="dxa"/>
              <w:bottom w:w="70" w:type="dxa"/>
              <w:right w:w="85" w:type="dxa"/>
            </w:tcMar>
            <w:vAlign w:val="center"/>
          </w:tcPr>
          <w:p w14:paraId="6B44366B" w14:textId="77777777" w:rsidR="002D35F2" w:rsidRPr="000C5950" w:rsidRDefault="00000000">
            <w:pPr>
              <w:spacing w:after="0" w:line="240" w:lineRule="auto"/>
              <w:rPr>
                <w:noProof/>
                <w:lang w:val="ro-RO"/>
              </w:rPr>
            </w:pPr>
            <w:r w:rsidRPr="000C5950">
              <w:rPr>
                <w:noProof/>
                <w:sz w:val="14"/>
                <w:lang w:val="ro-RO"/>
              </w:rPr>
              <w:t>Plan de ridicare / manipulare</w:t>
            </w:r>
          </w:p>
        </w:tc>
        <w:tc>
          <w:tcPr>
            <w:tcW w:w="3005" w:type="dxa"/>
            <w:shd w:val="clear" w:color="auto" w:fill="FFFFFF"/>
            <w:tcMar>
              <w:top w:w="70" w:type="dxa"/>
              <w:left w:w="85" w:type="dxa"/>
              <w:bottom w:w="70" w:type="dxa"/>
              <w:right w:w="85" w:type="dxa"/>
            </w:tcMar>
            <w:vAlign w:val="center"/>
          </w:tcPr>
          <w:p w14:paraId="32E894CB" w14:textId="77777777" w:rsidR="002D35F2" w:rsidRPr="000C5950" w:rsidRDefault="00000000">
            <w:pPr>
              <w:spacing w:after="0" w:line="240" w:lineRule="auto"/>
              <w:rPr>
                <w:noProof/>
                <w:lang w:val="ro-RO"/>
              </w:rPr>
            </w:pPr>
            <w:r w:rsidRPr="000C5950">
              <w:rPr>
                <w:noProof/>
                <w:sz w:val="14"/>
                <w:lang w:val="ro-RO"/>
              </w:rPr>
              <w:t>Sarcini critice cu macarale sau echipamente</w:t>
            </w:r>
          </w:p>
        </w:tc>
        <w:tc>
          <w:tcPr>
            <w:tcW w:w="4195" w:type="dxa"/>
            <w:shd w:val="clear" w:color="auto" w:fill="FFFFFF"/>
            <w:tcMar>
              <w:top w:w="70" w:type="dxa"/>
              <w:left w:w="85" w:type="dxa"/>
              <w:bottom w:w="70" w:type="dxa"/>
              <w:right w:w="85" w:type="dxa"/>
            </w:tcMar>
            <w:vAlign w:val="center"/>
          </w:tcPr>
          <w:p w14:paraId="1FA0F535" w14:textId="77777777" w:rsidR="002D35F2" w:rsidRPr="000C5950" w:rsidRDefault="00000000">
            <w:pPr>
              <w:spacing w:after="0" w:line="240" w:lineRule="auto"/>
              <w:rPr>
                <w:noProof/>
                <w:lang w:val="ro-RO"/>
              </w:rPr>
            </w:pPr>
            <w:r w:rsidRPr="000C5950">
              <w:rPr>
                <w:noProof/>
                <w:sz w:val="14"/>
                <w:lang w:val="ro-RO"/>
              </w:rPr>
              <w:t>Sarcină, echipament, accesorii, competență, zonă, semnalizare și condiții de oprire.</w:t>
            </w:r>
          </w:p>
        </w:tc>
      </w:tr>
      <w:tr w:rsidR="002D35F2" w:rsidRPr="000C5950" w14:paraId="04123016" w14:textId="77777777">
        <w:trPr>
          <w:cantSplit/>
          <w:jc w:val="center"/>
        </w:trPr>
        <w:tc>
          <w:tcPr>
            <w:tcW w:w="2721" w:type="dxa"/>
            <w:shd w:val="clear" w:color="auto" w:fill="FAFAFA"/>
            <w:tcMar>
              <w:top w:w="70" w:type="dxa"/>
              <w:left w:w="85" w:type="dxa"/>
              <w:bottom w:w="70" w:type="dxa"/>
              <w:right w:w="85" w:type="dxa"/>
            </w:tcMar>
            <w:vAlign w:val="center"/>
          </w:tcPr>
          <w:p w14:paraId="79724F62" w14:textId="77777777" w:rsidR="002D35F2" w:rsidRPr="000C5950" w:rsidRDefault="00000000">
            <w:pPr>
              <w:spacing w:after="0" w:line="240" w:lineRule="auto"/>
              <w:rPr>
                <w:noProof/>
                <w:lang w:val="ro-RO"/>
              </w:rPr>
            </w:pPr>
            <w:r w:rsidRPr="000C5950">
              <w:rPr>
                <w:noProof/>
                <w:sz w:val="14"/>
                <w:lang w:val="ro-RO"/>
              </w:rPr>
              <w:t>Evaluare ergonomică</w:t>
            </w:r>
          </w:p>
        </w:tc>
        <w:tc>
          <w:tcPr>
            <w:tcW w:w="3005" w:type="dxa"/>
            <w:shd w:val="clear" w:color="auto" w:fill="FAFAFA"/>
            <w:tcMar>
              <w:top w:w="70" w:type="dxa"/>
              <w:left w:w="85" w:type="dxa"/>
              <w:bottom w:w="70" w:type="dxa"/>
              <w:right w:w="85" w:type="dxa"/>
            </w:tcMar>
            <w:vAlign w:val="center"/>
          </w:tcPr>
          <w:p w14:paraId="315C6474" w14:textId="77777777" w:rsidR="002D35F2" w:rsidRPr="000C5950" w:rsidRDefault="00000000">
            <w:pPr>
              <w:spacing w:after="0" w:line="240" w:lineRule="auto"/>
              <w:rPr>
                <w:noProof/>
                <w:lang w:val="ro-RO"/>
              </w:rPr>
            </w:pPr>
            <w:r w:rsidRPr="000C5950">
              <w:rPr>
                <w:noProof/>
                <w:sz w:val="14"/>
                <w:lang w:val="ro-RO"/>
              </w:rPr>
              <w:t>Muncă manuală, repetitivă, ecrane, posturi statice</w:t>
            </w:r>
          </w:p>
        </w:tc>
        <w:tc>
          <w:tcPr>
            <w:tcW w:w="4195" w:type="dxa"/>
            <w:shd w:val="clear" w:color="auto" w:fill="FAFAFA"/>
            <w:tcMar>
              <w:top w:w="70" w:type="dxa"/>
              <w:left w:w="85" w:type="dxa"/>
              <w:bottom w:w="70" w:type="dxa"/>
              <w:right w:w="85" w:type="dxa"/>
            </w:tcMar>
            <w:vAlign w:val="center"/>
          </w:tcPr>
          <w:p w14:paraId="408687BD" w14:textId="77777777" w:rsidR="002D35F2" w:rsidRPr="000C5950" w:rsidRDefault="00000000">
            <w:pPr>
              <w:spacing w:after="0" w:line="240" w:lineRule="auto"/>
              <w:rPr>
                <w:noProof/>
                <w:lang w:val="ro-RO"/>
              </w:rPr>
            </w:pPr>
            <w:r w:rsidRPr="000C5950">
              <w:rPr>
                <w:noProof/>
                <w:sz w:val="14"/>
                <w:lang w:val="ro-RO"/>
              </w:rPr>
              <w:t>Sarcini, expunere, evaluare, proiectare, rotație, echipamente și verificarea rezultatului.</w:t>
            </w:r>
          </w:p>
        </w:tc>
      </w:tr>
      <w:tr w:rsidR="002D35F2" w:rsidRPr="000C5950" w14:paraId="6754D4AA" w14:textId="77777777">
        <w:trPr>
          <w:cantSplit/>
          <w:jc w:val="center"/>
        </w:trPr>
        <w:tc>
          <w:tcPr>
            <w:tcW w:w="2721" w:type="dxa"/>
            <w:shd w:val="clear" w:color="auto" w:fill="FFFFFF"/>
            <w:tcMar>
              <w:top w:w="70" w:type="dxa"/>
              <w:left w:w="85" w:type="dxa"/>
              <w:bottom w:w="70" w:type="dxa"/>
              <w:right w:w="85" w:type="dxa"/>
            </w:tcMar>
            <w:vAlign w:val="center"/>
          </w:tcPr>
          <w:p w14:paraId="48CB67FA" w14:textId="77777777" w:rsidR="002D35F2" w:rsidRPr="000C5950" w:rsidRDefault="00000000">
            <w:pPr>
              <w:spacing w:after="0" w:line="240" w:lineRule="auto"/>
              <w:rPr>
                <w:noProof/>
                <w:lang w:val="ro-RO"/>
              </w:rPr>
            </w:pPr>
            <w:r w:rsidRPr="000C5950">
              <w:rPr>
                <w:noProof/>
                <w:sz w:val="14"/>
                <w:lang w:val="ro-RO"/>
              </w:rPr>
              <w:t>Evaluare riscuri psihosociale</w:t>
            </w:r>
          </w:p>
        </w:tc>
        <w:tc>
          <w:tcPr>
            <w:tcW w:w="3005" w:type="dxa"/>
            <w:shd w:val="clear" w:color="auto" w:fill="FFFFFF"/>
            <w:tcMar>
              <w:top w:w="70" w:type="dxa"/>
              <w:left w:w="85" w:type="dxa"/>
              <w:bottom w:w="70" w:type="dxa"/>
              <w:right w:w="85" w:type="dxa"/>
            </w:tcMar>
            <w:vAlign w:val="center"/>
          </w:tcPr>
          <w:p w14:paraId="3E60AD33" w14:textId="77777777" w:rsidR="002D35F2" w:rsidRPr="000C5950" w:rsidRDefault="00000000">
            <w:pPr>
              <w:spacing w:after="0" w:line="240" w:lineRule="auto"/>
              <w:rPr>
                <w:noProof/>
                <w:lang w:val="ro-RO"/>
              </w:rPr>
            </w:pPr>
            <w:r w:rsidRPr="000C5950">
              <w:rPr>
                <w:noProof/>
                <w:sz w:val="14"/>
                <w:lang w:val="ro-RO"/>
              </w:rPr>
              <w:t>Factori organizaționali relevanți</w:t>
            </w:r>
          </w:p>
        </w:tc>
        <w:tc>
          <w:tcPr>
            <w:tcW w:w="4195" w:type="dxa"/>
            <w:shd w:val="clear" w:color="auto" w:fill="FFFFFF"/>
            <w:tcMar>
              <w:top w:w="70" w:type="dxa"/>
              <w:left w:w="85" w:type="dxa"/>
              <w:bottom w:w="70" w:type="dxa"/>
              <w:right w:w="85" w:type="dxa"/>
            </w:tcMar>
            <w:vAlign w:val="center"/>
          </w:tcPr>
          <w:p w14:paraId="1DE14D07" w14:textId="77777777" w:rsidR="002D35F2" w:rsidRPr="000C5950" w:rsidRDefault="00000000">
            <w:pPr>
              <w:spacing w:after="0" w:line="240" w:lineRule="auto"/>
              <w:rPr>
                <w:noProof/>
                <w:lang w:val="ro-RO"/>
              </w:rPr>
            </w:pPr>
            <w:r w:rsidRPr="000C5950">
              <w:rPr>
                <w:noProof/>
                <w:sz w:val="14"/>
                <w:lang w:val="ro-RO"/>
              </w:rPr>
              <w:t>Volum, control, rol, relații, schimbări, hărțuire, măsuri, confidențialitate și participare.</w:t>
            </w:r>
          </w:p>
        </w:tc>
      </w:tr>
      <w:tr w:rsidR="002D35F2" w:rsidRPr="000C5950" w14:paraId="3BE6CDF1" w14:textId="77777777">
        <w:trPr>
          <w:cantSplit/>
          <w:jc w:val="center"/>
        </w:trPr>
        <w:tc>
          <w:tcPr>
            <w:tcW w:w="2721" w:type="dxa"/>
            <w:shd w:val="clear" w:color="auto" w:fill="FAFAFA"/>
            <w:tcMar>
              <w:top w:w="70" w:type="dxa"/>
              <w:left w:w="85" w:type="dxa"/>
              <w:bottom w:w="70" w:type="dxa"/>
              <w:right w:w="85" w:type="dxa"/>
            </w:tcMar>
            <w:vAlign w:val="center"/>
          </w:tcPr>
          <w:p w14:paraId="3C6F76C4" w14:textId="77777777" w:rsidR="002D35F2" w:rsidRPr="000C5950" w:rsidRDefault="00000000">
            <w:pPr>
              <w:spacing w:after="0" w:line="240" w:lineRule="auto"/>
              <w:rPr>
                <w:noProof/>
                <w:lang w:val="ro-RO"/>
              </w:rPr>
            </w:pPr>
            <w:r w:rsidRPr="000C5950">
              <w:rPr>
                <w:noProof/>
                <w:sz w:val="14"/>
                <w:lang w:val="ro-RO"/>
              </w:rPr>
              <w:t>Plan pentru lucru izolat / la distanță</w:t>
            </w:r>
          </w:p>
        </w:tc>
        <w:tc>
          <w:tcPr>
            <w:tcW w:w="3005" w:type="dxa"/>
            <w:shd w:val="clear" w:color="auto" w:fill="FAFAFA"/>
            <w:tcMar>
              <w:top w:w="70" w:type="dxa"/>
              <w:left w:w="85" w:type="dxa"/>
              <w:bottom w:w="70" w:type="dxa"/>
              <w:right w:w="85" w:type="dxa"/>
            </w:tcMar>
            <w:vAlign w:val="center"/>
          </w:tcPr>
          <w:p w14:paraId="1B2C2475" w14:textId="77777777" w:rsidR="002D35F2" w:rsidRPr="000C5950" w:rsidRDefault="00000000">
            <w:pPr>
              <w:spacing w:after="0" w:line="240" w:lineRule="auto"/>
              <w:rPr>
                <w:noProof/>
                <w:lang w:val="ro-RO"/>
              </w:rPr>
            </w:pPr>
            <w:r w:rsidRPr="000C5950">
              <w:rPr>
                <w:noProof/>
                <w:sz w:val="14"/>
                <w:lang w:val="ro-RO"/>
              </w:rPr>
              <w:t>Lucru fără supraveghere directă</w:t>
            </w:r>
          </w:p>
        </w:tc>
        <w:tc>
          <w:tcPr>
            <w:tcW w:w="4195" w:type="dxa"/>
            <w:shd w:val="clear" w:color="auto" w:fill="FAFAFA"/>
            <w:tcMar>
              <w:top w:w="70" w:type="dxa"/>
              <w:left w:w="85" w:type="dxa"/>
              <w:bottom w:w="70" w:type="dxa"/>
              <w:right w:w="85" w:type="dxa"/>
            </w:tcMar>
            <w:vAlign w:val="center"/>
          </w:tcPr>
          <w:p w14:paraId="077F5B86" w14:textId="77777777" w:rsidR="002D35F2" w:rsidRPr="000C5950" w:rsidRDefault="00000000">
            <w:pPr>
              <w:spacing w:after="0" w:line="240" w:lineRule="auto"/>
              <w:rPr>
                <w:noProof/>
                <w:lang w:val="ro-RO"/>
              </w:rPr>
            </w:pPr>
            <w:r w:rsidRPr="000C5950">
              <w:rPr>
                <w:noProof/>
                <w:sz w:val="14"/>
                <w:lang w:val="ro-RO"/>
              </w:rPr>
              <w:t>Comunicare, check-in, urgență, competență, restricții și escaladare.</w:t>
            </w:r>
          </w:p>
        </w:tc>
      </w:tr>
      <w:tr w:rsidR="002D35F2" w:rsidRPr="000C5950" w14:paraId="721393F7" w14:textId="77777777">
        <w:trPr>
          <w:cantSplit/>
          <w:jc w:val="center"/>
        </w:trPr>
        <w:tc>
          <w:tcPr>
            <w:tcW w:w="2721" w:type="dxa"/>
            <w:shd w:val="clear" w:color="auto" w:fill="FFFFFF"/>
            <w:tcMar>
              <w:top w:w="70" w:type="dxa"/>
              <w:left w:w="85" w:type="dxa"/>
              <w:bottom w:w="70" w:type="dxa"/>
              <w:right w:w="85" w:type="dxa"/>
            </w:tcMar>
            <w:vAlign w:val="center"/>
          </w:tcPr>
          <w:p w14:paraId="20775B1D" w14:textId="77777777" w:rsidR="002D35F2" w:rsidRPr="000C5950" w:rsidRDefault="00000000">
            <w:pPr>
              <w:spacing w:after="0" w:line="240" w:lineRule="auto"/>
              <w:rPr>
                <w:noProof/>
                <w:lang w:val="ro-RO"/>
              </w:rPr>
            </w:pPr>
            <w:r w:rsidRPr="000C5950">
              <w:rPr>
                <w:noProof/>
                <w:sz w:val="14"/>
                <w:lang w:val="ro-RO"/>
              </w:rPr>
              <w:t>Plan SSM de șantier / proiect</w:t>
            </w:r>
          </w:p>
        </w:tc>
        <w:tc>
          <w:tcPr>
            <w:tcW w:w="3005" w:type="dxa"/>
            <w:shd w:val="clear" w:color="auto" w:fill="FFFFFF"/>
            <w:tcMar>
              <w:top w:w="70" w:type="dxa"/>
              <w:left w:w="85" w:type="dxa"/>
              <w:bottom w:w="70" w:type="dxa"/>
              <w:right w:w="85" w:type="dxa"/>
            </w:tcMar>
            <w:vAlign w:val="center"/>
          </w:tcPr>
          <w:p w14:paraId="1DEF22BB" w14:textId="77777777" w:rsidR="002D35F2" w:rsidRPr="000C5950" w:rsidRDefault="00000000">
            <w:pPr>
              <w:spacing w:after="0" w:line="240" w:lineRule="auto"/>
              <w:rPr>
                <w:noProof/>
                <w:lang w:val="ro-RO"/>
              </w:rPr>
            </w:pPr>
            <w:r w:rsidRPr="000C5950">
              <w:rPr>
                <w:noProof/>
                <w:sz w:val="14"/>
                <w:lang w:val="ro-RO"/>
              </w:rPr>
              <w:t>Construcții, instalații sau proiecte complexe</w:t>
            </w:r>
          </w:p>
        </w:tc>
        <w:tc>
          <w:tcPr>
            <w:tcW w:w="4195" w:type="dxa"/>
            <w:shd w:val="clear" w:color="auto" w:fill="FFFFFF"/>
            <w:tcMar>
              <w:top w:w="70" w:type="dxa"/>
              <w:left w:w="85" w:type="dxa"/>
              <w:bottom w:w="70" w:type="dxa"/>
              <w:right w:w="85" w:type="dxa"/>
            </w:tcMar>
            <w:vAlign w:val="center"/>
          </w:tcPr>
          <w:p w14:paraId="7A142670" w14:textId="77777777" w:rsidR="002D35F2" w:rsidRPr="000C5950" w:rsidRDefault="00000000">
            <w:pPr>
              <w:spacing w:after="0" w:line="240" w:lineRule="auto"/>
              <w:rPr>
                <w:noProof/>
                <w:lang w:val="ro-RO"/>
              </w:rPr>
            </w:pPr>
            <w:r w:rsidRPr="000C5950">
              <w:rPr>
                <w:noProof/>
                <w:sz w:val="14"/>
                <w:lang w:val="ro-RO"/>
              </w:rPr>
              <w:t>Faze, interfețe, coordonare, pericole, controale, contractanți, inspecții și urgențe.</w:t>
            </w:r>
          </w:p>
        </w:tc>
      </w:tr>
      <w:tr w:rsidR="002D35F2" w:rsidRPr="000C5950" w14:paraId="3E50B536" w14:textId="77777777">
        <w:trPr>
          <w:cantSplit/>
          <w:jc w:val="center"/>
        </w:trPr>
        <w:tc>
          <w:tcPr>
            <w:tcW w:w="2721" w:type="dxa"/>
            <w:shd w:val="clear" w:color="auto" w:fill="FAFAFA"/>
            <w:tcMar>
              <w:top w:w="70" w:type="dxa"/>
              <w:left w:w="85" w:type="dxa"/>
              <w:bottom w:w="70" w:type="dxa"/>
              <w:right w:w="85" w:type="dxa"/>
            </w:tcMar>
            <w:vAlign w:val="center"/>
          </w:tcPr>
          <w:p w14:paraId="74205F8A" w14:textId="77777777" w:rsidR="002D35F2" w:rsidRPr="000C5950" w:rsidRDefault="00000000">
            <w:pPr>
              <w:spacing w:after="0" w:line="240" w:lineRule="auto"/>
              <w:rPr>
                <w:noProof/>
                <w:lang w:val="ro-RO"/>
              </w:rPr>
            </w:pPr>
            <w:r w:rsidRPr="000C5950">
              <w:rPr>
                <w:noProof/>
                <w:sz w:val="14"/>
                <w:lang w:val="ro-RO"/>
              </w:rPr>
              <w:t>Registru EIP</w:t>
            </w:r>
          </w:p>
        </w:tc>
        <w:tc>
          <w:tcPr>
            <w:tcW w:w="3005" w:type="dxa"/>
            <w:shd w:val="clear" w:color="auto" w:fill="FAFAFA"/>
            <w:tcMar>
              <w:top w:w="70" w:type="dxa"/>
              <w:left w:w="85" w:type="dxa"/>
              <w:bottom w:w="70" w:type="dxa"/>
              <w:right w:w="85" w:type="dxa"/>
            </w:tcMar>
            <w:vAlign w:val="center"/>
          </w:tcPr>
          <w:p w14:paraId="18FE383B" w14:textId="77777777" w:rsidR="002D35F2" w:rsidRPr="000C5950" w:rsidRDefault="00000000">
            <w:pPr>
              <w:spacing w:after="0" w:line="240" w:lineRule="auto"/>
              <w:rPr>
                <w:noProof/>
                <w:lang w:val="ro-RO"/>
              </w:rPr>
            </w:pPr>
            <w:r w:rsidRPr="000C5950">
              <w:rPr>
                <w:noProof/>
                <w:sz w:val="14"/>
                <w:lang w:val="ro-RO"/>
              </w:rPr>
              <w:t>EIP necesar ca măsură reziduală</w:t>
            </w:r>
          </w:p>
        </w:tc>
        <w:tc>
          <w:tcPr>
            <w:tcW w:w="4195" w:type="dxa"/>
            <w:shd w:val="clear" w:color="auto" w:fill="FAFAFA"/>
            <w:tcMar>
              <w:top w:w="70" w:type="dxa"/>
              <w:left w:w="85" w:type="dxa"/>
              <w:bottom w:w="70" w:type="dxa"/>
              <w:right w:w="85" w:type="dxa"/>
            </w:tcMar>
            <w:vAlign w:val="center"/>
          </w:tcPr>
          <w:p w14:paraId="6BBFF617" w14:textId="77777777" w:rsidR="002D35F2" w:rsidRPr="000C5950" w:rsidRDefault="00000000">
            <w:pPr>
              <w:spacing w:after="0" w:line="240" w:lineRule="auto"/>
              <w:rPr>
                <w:noProof/>
                <w:lang w:val="ro-RO"/>
              </w:rPr>
            </w:pPr>
            <w:r w:rsidRPr="000C5950">
              <w:rPr>
                <w:noProof/>
                <w:sz w:val="14"/>
                <w:lang w:val="ro-RO"/>
              </w:rPr>
              <w:t>Selecție, compatibilitate, instruire, distribuire, inspecție, înlocuire și limitări.</w:t>
            </w:r>
          </w:p>
        </w:tc>
      </w:tr>
    </w:tbl>
    <w:p w14:paraId="39449EFA" w14:textId="77777777" w:rsidR="002D35F2" w:rsidRPr="000C5950" w:rsidRDefault="002D35F2">
      <w:pPr>
        <w:spacing w:after="20"/>
        <w:rPr>
          <w:noProof/>
          <w:lang w:val="ro-RO"/>
        </w:rPr>
      </w:pP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2D35F2" w:rsidRPr="000C5950" w14:paraId="4AFC5747" w14:textId="77777777">
        <w:trPr>
          <w:cantSplit/>
          <w:jc w:val="center"/>
        </w:trPr>
        <w:tc>
          <w:tcPr>
            <w:tcW w:w="567" w:type="dxa"/>
            <w:shd w:val="clear" w:color="auto" w:fill="D71920"/>
            <w:tcMar>
              <w:top w:w="70" w:type="dxa"/>
              <w:left w:w="85" w:type="dxa"/>
              <w:bottom w:w="70" w:type="dxa"/>
              <w:right w:w="85" w:type="dxa"/>
            </w:tcMar>
            <w:vAlign w:val="center"/>
          </w:tcPr>
          <w:p w14:paraId="1893A5CE" w14:textId="77777777" w:rsidR="002D35F2" w:rsidRPr="000C5950" w:rsidRDefault="00000000">
            <w:pPr>
              <w:spacing w:after="0" w:line="240" w:lineRule="auto"/>
              <w:jc w:val="center"/>
              <w:rPr>
                <w:noProof/>
                <w:lang w:val="ro-RO"/>
              </w:rPr>
            </w:pPr>
            <w:r w:rsidRPr="000C5950">
              <w:rPr>
                <w:b/>
                <w:noProof/>
                <w:color w:val="FFFFFF"/>
                <w:sz w:val="30"/>
                <w:lang w:val="ro-RO"/>
              </w:rPr>
              <w:lastRenderedPageBreak/>
              <w:t>!</w:t>
            </w:r>
          </w:p>
        </w:tc>
        <w:tc>
          <w:tcPr>
            <w:tcW w:w="9354" w:type="dxa"/>
            <w:shd w:val="clear" w:color="auto" w:fill="FCEBEC"/>
          </w:tcPr>
          <w:p w14:paraId="734C8029" w14:textId="77777777" w:rsidR="002D35F2" w:rsidRPr="000C5950" w:rsidRDefault="00000000">
            <w:pPr>
              <w:spacing w:after="20"/>
              <w:rPr>
                <w:noProof/>
                <w:lang w:val="ro-RO"/>
              </w:rPr>
            </w:pPr>
            <w:r w:rsidRPr="000C5950">
              <w:rPr>
                <w:b/>
                <w:noProof/>
                <w:color w:val="D71920"/>
                <w:sz w:val="17"/>
                <w:lang w:val="ro-RO"/>
              </w:rPr>
              <w:t>CONFIDENȚIALITATEA DATELOR DE SĂNĂTATE</w:t>
            </w:r>
          </w:p>
          <w:p w14:paraId="58DDAB2A" w14:textId="77777777" w:rsidR="002D35F2" w:rsidRPr="000C5950" w:rsidRDefault="00000000">
            <w:pPr>
              <w:spacing w:after="0" w:line="247" w:lineRule="auto"/>
              <w:rPr>
                <w:noProof/>
                <w:lang w:val="ro-RO"/>
              </w:rPr>
            </w:pPr>
            <w:r w:rsidRPr="000C5950">
              <w:rPr>
                <w:noProof/>
                <w:sz w:val="16"/>
                <w:lang w:val="ro-RO"/>
              </w:rPr>
              <w:t>Dosarele medicale individuale trebuie gestionate conform legislației și confidențialității profesionale. Sistemul SSM utilizează, de regulă, concluzii de aptitudine și date agregate necesare prevenirii, nu diagnostice accesibile managerilor.</w:t>
            </w:r>
          </w:p>
        </w:tc>
      </w:tr>
    </w:tbl>
    <w:p w14:paraId="4DAD23A5" w14:textId="77777777" w:rsidR="002D35F2" w:rsidRPr="000C5950" w:rsidRDefault="002D35F2">
      <w:pPr>
        <w:spacing w:after="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2D35F2" w:rsidRPr="000C5950" w14:paraId="132A4447" w14:textId="77777777">
        <w:trPr>
          <w:cantSplit/>
          <w:jc w:val="center"/>
        </w:trPr>
        <w:tc>
          <w:tcPr>
            <w:tcW w:w="1020" w:type="dxa"/>
            <w:shd w:val="clear" w:color="auto" w:fill="D71920"/>
            <w:tcMar>
              <w:top w:w="70" w:type="dxa"/>
              <w:left w:w="85" w:type="dxa"/>
              <w:bottom w:w="70" w:type="dxa"/>
              <w:right w:w="85" w:type="dxa"/>
            </w:tcMar>
            <w:vAlign w:val="center"/>
          </w:tcPr>
          <w:p w14:paraId="063D5D84" w14:textId="77777777" w:rsidR="002D35F2" w:rsidRPr="000C5950" w:rsidRDefault="00000000">
            <w:pPr>
              <w:spacing w:after="0" w:line="240" w:lineRule="auto"/>
              <w:jc w:val="center"/>
              <w:rPr>
                <w:noProof/>
                <w:lang w:val="ro-RO"/>
              </w:rPr>
            </w:pPr>
            <w:r w:rsidRPr="000C5950">
              <w:rPr>
                <w:b/>
                <w:noProof/>
                <w:color w:val="FFFFFF"/>
                <w:sz w:val="34"/>
                <w:lang w:val="ro-RO"/>
              </w:rPr>
              <w:t>6</w:t>
            </w:r>
          </w:p>
        </w:tc>
        <w:tc>
          <w:tcPr>
            <w:tcW w:w="8901" w:type="dxa"/>
            <w:shd w:val="clear" w:color="auto" w:fill="F3F4F5"/>
          </w:tcPr>
          <w:p w14:paraId="7B394BFE" w14:textId="77777777" w:rsidR="002D35F2" w:rsidRPr="000C5950" w:rsidRDefault="00000000">
            <w:pPr>
              <w:spacing w:after="20"/>
              <w:rPr>
                <w:noProof/>
                <w:lang w:val="ro-RO"/>
              </w:rPr>
            </w:pPr>
            <w:r w:rsidRPr="000C5950">
              <w:rPr>
                <w:b/>
                <w:noProof/>
                <w:sz w:val="27"/>
                <w:lang w:val="ro-RO"/>
              </w:rPr>
              <w:t>Controlul ciclului de viață al documentelor</w:t>
            </w:r>
          </w:p>
          <w:p w14:paraId="60255492" w14:textId="77777777" w:rsidR="002D35F2" w:rsidRPr="000C5950" w:rsidRDefault="00000000">
            <w:pPr>
              <w:spacing w:after="0"/>
              <w:rPr>
                <w:noProof/>
                <w:lang w:val="ro-RO"/>
              </w:rPr>
            </w:pPr>
            <w:r w:rsidRPr="000C5950">
              <w:rPr>
                <w:noProof/>
                <w:color w:val="666666"/>
                <w:sz w:val="16"/>
                <w:lang w:val="ro-RO"/>
              </w:rPr>
              <w:t>Documentele trebuie să fie disponibile, actuale, protejate și retrase controlat</w:t>
            </w:r>
          </w:p>
        </w:tc>
      </w:tr>
    </w:tbl>
    <w:p w14:paraId="578A0619" w14:textId="77777777" w:rsidR="002D35F2" w:rsidRPr="000C5950" w:rsidRDefault="002D35F2">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494"/>
        <w:gridCol w:w="7427"/>
      </w:tblGrid>
      <w:tr w:rsidR="002D35F2" w:rsidRPr="000C5950" w14:paraId="06FABDF6" w14:textId="77777777">
        <w:trPr>
          <w:tblHeader/>
          <w:jc w:val="center"/>
        </w:trPr>
        <w:tc>
          <w:tcPr>
            <w:tcW w:w="2494" w:type="dxa"/>
            <w:shd w:val="clear" w:color="auto" w:fill="D71920"/>
            <w:tcMar>
              <w:top w:w="70" w:type="dxa"/>
              <w:left w:w="85" w:type="dxa"/>
              <w:bottom w:w="70" w:type="dxa"/>
              <w:right w:w="85" w:type="dxa"/>
            </w:tcMar>
            <w:vAlign w:val="center"/>
          </w:tcPr>
          <w:p w14:paraId="6518D0A9" w14:textId="77777777" w:rsidR="002D35F2" w:rsidRPr="000C5950" w:rsidRDefault="00000000">
            <w:pPr>
              <w:spacing w:after="0" w:line="240" w:lineRule="auto"/>
              <w:jc w:val="center"/>
              <w:rPr>
                <w:noProof/>
                <w:lang w:val="ro-RO"/>
              </w:rPr>
            </w:pPr>
            <w:r w:rsidRPr="000C5950">
              <w:rPr>
                <w:b/>
                <w:noProof/>
                <w:color w:val="FFFFFF"/>
                <w:sz w:val="15"/>
                <w:lang w:val="ro-RO"/>
              </w:rPr>
              <w:t>ETAPĂ / CONTROL</w:t>
            </w:r>
          </w:p>
        </w:tc>
        <w:tc>
          <w:tcPr>
            <w:tcW w:w="7427" w:type="dxa"/>
            <w:shd w:val="clear" w:color="auto" w:fill="D71920"/>
            <w:tcMar>
              <w:top w:w="70" w:type="dxa"/>
              <w:left w:w="85" w:type="dxa"/>
              <w:bottom w:w="70" w:type="dxa"/>
              <w:right w:w="85" w:type="dxa"/>
            </w:tcMar>
            <w:vAlign w:val="center"/>
          </w:tcPr>
          <w:p w14:paraId="0409CC99" w14:textId="77777777" w:rsidR="002D35F2" w:rsidRPr="000C5950" w:rsidRDefault="00000000">
            <w:pPr>
              <w:spacing w:after="0" w:line="240" w:lineRule="auto"/>
              <w:jc w:val="center"/>
              <w:rPr>
                <w:noProof/>
                <w:lang w:val="ro-RO"/>
              </w:rPr>
            </w:pPr>
            <w:r w:rsidRPr="000C5950">
              <w:rPr>
                <w:b/>
                <w:noProof/>
                <w:color w:val="FFFFFF"/>
                <w:sz w:val="15"/>
                <w:lang w:val="ro-RO"/>
              </w:rPr>
              <w:t>REGULĂ PRACTICĂ</w:t>
            </w:r>
          </w:p>
        </w:tc>
      </w:tr>
      <w:tr w:rsidR="002D35F2" w:rsidRPr="000C5950" w14:paraId="0BB76754" w14:textId="77777777">
        <w:trPr>
          <w:cantSplit/>
          <w:jc w:val="center"/>
        </w:trPr>
        <w:tc>
          <w:tcPr>
            <w:tcW w:w="2494" w:type="dxa"/>
            <w:shd w:val="clear" w:color="auto" w:fill="FFFFFF"/>
            <w:tcMar>
              <w:top w:w="70" w:type="dxa"/>
              <w:left w:w="85" w:type="dxa"/>
              <w:bottom w:w="70" w:type="dxa"/>
              <w:right w:w="85" w:type="dxa"/>
            </w:tcMar>
            <w:vAlign w:val="center"/>
          </w:tcPr>
          <w:p w14:paraId="5C563891" w14:textId="77777777" w:rsidR="002D35F2" w:rsidRPr="000C5950" w:rsidRDefault="00000000">
            <w:pPr>
              <w:spacing w:after="0" w:line="240" w:lineRule="auto"/>
              <w:rPr>
                <w:noProof/>
                <w:lang w:val="ro-RO"/>
              </w:rPr>
            </w:pPr>
            <w:r w:rsidRPr="000C5950">
              <w:rPr>
                <w:noProof/>
                <w:sz w:val="16"/>
                <w:lang w:val="ro-RO"/>
              </w:rPr>
              <w:t>Creare</w:t>
            </w:r>
          </w:p>
        </w:tc>
        <w:tc>
          <w:tcPr>
            <w:tcW w:w="7427" w:type="dxa"/>
            <w:shd w:val="clear" w:color="auto" w:fill="FFFFFF"/>
            <w:tcMar>
              <w:top w:w="70" w:type="dxa"/>
              <w:left w:w="85" w:type="dxa"/>
              <w:bottom w:w="70" w:type="dxa"/>
              <w:right w:w="85" w:type="dxa"/>
            </w:tcMar>
            <w:vAlign w:val="center"/>
          </w:tcPr>
          <w:p w14:paraId="72C50756" w14:textId="77777777" w:rsidR="002D35F2" w:rsidRPr="000C5950" w:rsidRDefault="00000000">
            <w:pPr>
              <w:spacing w:after="0" w:line="240" w:lineRule="auto"/>
              <w:rPr>
                <w:noProof/>
                <w:lang w:val="ro-RO"/>
              </w:rPr>
            </w:pPr>
            <w:r w:rsidRPr="000C5950">
              <w:rPr>
                <w:noProof/>
                <w:sz w:val="16"/>
                <w:lang w:val="ro-RO"/>
              </w:rPr>
              <w:t>Scop, utilizatori, proprietar, cod, format, conținut minim și legături cu alte documente.</w:t>
            </w:r>
          </w:p>
        </w:tc>
      </w:tr>
      <w:tr w:rsidR="002D35F2" w:rsidRPr="000C5950" w14:paraId="05AFB091" w14:textId="77777777">
        <w:trPr>
          <w:cantSplit/>
          <w:jc w:val="center"/>
        </w:trPr>
        <w:tc>
          <w:tcPr>
            <w:tcW w:w="2494" w:type="dxa"/>
            <w:shd w:val="clear" w:color="auto" w:fill="FAFAFA"/>
            <w:tcMar>
              <w:top w:w="70" w:type="dxa"/>
              <w:left w:w="85" w:type="dxa"/>
              <w:bottom w:w="70" w:type="dxa"/>
              <w:right w:w="85" w:type="dxa"/>
            </w:tcMar>
            <w:vAlign w:val="center"/>
          </w:tcPr>
          <w:p w14:paraId="1603C960" w14:textId="77777777" w:rsidR="002D35F2" w:rsidRPr="000C5950" w:rsidRDefault="00000000">
            <w:pPr>
              <w:spacing w:after="0" w:line="240" w:lineRule="auto"/>
              <w:rPr>
                <w:noProof/>
                <w:lang w:val="ro-RO"/>
              </w:rPr>
            </w:pPr>
            <w:r w:rsidRPr="000C5950">
              <w:rPr>
                <w:noProof/>
                <w:sz w:val="16"/>
                <w:lang w:val="ro-RO"/>
              </w:rPr>
              <w:t>Analiză și aprobare</w:t>
            </w:r>
          </w:p>
        </w:tc>
        <w:tc>
          <w:tcPr>
            <w:tcW w:w="7427" w:type="dxa"/>
            <w:shd w:val="clear" w:color="auto" w:fill="FAFAFA"/>
            <w:tcMar>
              <w:top w:w="70" w:type="dxa"/>
              <w:left w:w="85" w:type="dxa"/>
              <w:bottom w:w="70" w:type="dxa"/>
              <w:right w:w="85" w:type="dxa"/>
            </w:tcMar>
            <w:vAlign w:val="center"/>
          </w:tcPr>
          <w:p w14:paraId="2A5122C5" w14:textId="77777777" w:rsidR="002D35F2" w:rsidRPr="000C5950" w:rsidRDefault="00000000">
            <w:pPr>
              <w:spacing w:after="0" w:line="240" w:lineRule="auto"/>
              <w:rPr>
                <w:noProof/>
                <w:lang w:val="ro-RO"/>
              </w:rPr>
            </w:pPr>
            <w:r w:rsidRPr="000C5950">
              <w:rPr>
                <w:noProof/>
                <w:sz w:val="16"/>
                <w:lang w:val="ro-RO"/>
              </w:rPr>
              <w:t>Verificare tehnică și aprobare de către persoane competente și autorizate.</w:t>
            </w:r>
          </w:p>
        </w:tc>
      </w:tr>
      <w:tr w:rsidR="002D35F2" w:rsidRPr="000C5950" w14:paraId="670022B4" w14:textId="77777777">
        <w:trPr>
          <w:cantSplit/>
          <w:jc w:val="center"/>
        </w:trPr>
        <w:tc>
          <w:tcPr>
            <w:tcW w:w="2494" w:type="dxa"/>
            <w:shd w:val="clear" w:color="auto" w:fill="FFFFFF"/>
            <w:tcMar>
              <w:top w:w="70" w:type="dxa"/>
              <w:left w:w="85" w:type="dxa"/>
              <w:bottom w:w="70" w:type="dxa"/>
              <w:right w:w="85" w:type="dxa"/>
            </w:tcMar>
            <w:vAlign w:val="center"/>
          </w:tcPr>
          <w:p w14:paraId="40156BB7" w14:textId="77777777" w:rsidR="002D35F2" w:rsidRPr="000C5950" w:rsidRDefault="00000000">
            <w:pPr>
              <w:spacing w:after="0" w:line="240" w:lineRule="auto"/>
              <w:rPr>
                <w:noProof/>
                <w:lang w:val="ro-RO"/>
              </w:rPr>
            </w:pPr>
            <w:r w:rsidRPr="000C5950">
              <w:rPr>
                <w:noProof/>
                <w:sz w:val="16"/>
                <w:lang w:val="ro-RO"/>
              </w:rPr>
              <w:t>Publicare</w:t>
            </w:r>
          </w:p>
        </w:tc>
        <w:tc>
          <w:tcPr>
            <w:tcW w:w="7427" w:type="dxa"/>
            <w:shd w:val="clear" w:color="auto" w:fill="FFFFFF"/>
            <w:tcMar>
              <w:top w:w="70" w:type="dxa"/>
              <w:left w:w="85" w:type="dxa"/>
              <w:bottom w:w="70" w:type="dxa"/>
              <w:right w:w="85" w:type="dxa"/>
            </w:tcMar>
            <w:vAlign w:val="center"/>
          </w:tcPr>
          <w:p w14:paraId="10D2186F" w14:textId="77777777" w:rsidR="002D35F2" w:rsidRPr="000C5950" w:rsidRDefault="00000000">
            <w:pPr>
              <w:spacing w:after="0" w:line="240" w:lineRule="auto"/>
              <w:rPr>
                <w:noProof/>
                <w:lang w:val="ro-RO"/>
              </w:rPr>
            </w:pPr>
            <w:r w:rsidRPr="000C5950">
              <w:rPr>
                <w:noProof/>
                <w:sz w:val="16"/>
                <w:lang w:val="ro-RO"/>
              </w:rPr>
              <w:t>Versiunea oficială este identificată și disponibilă la punctul de utilizare.</w:t>
            </w:r>
          </w:p>
        </w:tc>
      </w:tr>
      <w:tr w:rsidR="002D35F2" w:rsidRPr="000C5950" w14:paraId="7818112C" w14:textId="77777777">
        <w:trPr>
          <w:cantSplit/>
          <w:jc w:val="center"/>
        </w:trPr>
        <w:tc>
          <w:tcPr>
            <w:tcW w:w="2494" w:type="dxa"/>
            <w:shd w:val="clear" w:color="auto" w:fill="FAFAFA"/>
            <w:tcMar>
              <w:top w:w="70" w:type="dxa"/>
              <w:left w:w="85" w:type="dxa"/>
              <w:bottom w:w="70" w:type="dxa"/>
              <w:right w:w="85" w:type="dxa"/>
            </w:tcMar>
            <w:vAlign w:val="center"/>
          </w:tcPr>
          <w:p w14:paraId="0B403F11" w14:textId="77777777" w:rsidR="002D35F2" w:rsidRPr="000C5950" w:rsidRDefault="00000000">
            <w:pPr>
              <w:spacing w:after="0" w:line="240" w:lineRule="auto"/>
              <w:rPr>
                <w:noProof/>
                <w:lang w:val="ro-RO"/>
              </w:rPr>
            </w:pPr>
            <w:r w:rsidRPr="000C5950">
              <w:rPr>
                <w:noProof/>
                <w:sz w:val="16"/>
                <w:lang w:val="ro-RO"/>
              </w:rPr>
              <w:t>Comunicare și instruire</w:t>
            </w:r>
          </w:p>
        </w:tc>
        <w:tc>
          <w:tcPr>
            <w:tcW w:w="7427" w:type="dxa"/>
            <w:shd w:val="clear" w:color="auto" w:fill="FAFAFA"/>
            <w:tcMar>
              <w:top w:w="70" w:type="dxa"/>
              <w:left w:w="85" w:type="dxa"/>
              <w:bottom w:w="70" w:type="dxa"/>
              <w:right w:w="85" w:type="dxa"/>
            </w:tcMar>
            <w:vAlign w:val="center"/>
          </w:tcPr>
          <w:p w14:paraId="3AC02354" w14:textId="77777777" w:rsidR="002D35F2" w:rsidRPr="000C5950" w:rsidRDefault="00000000">
            <w:pPr>
              <w:spacing w:after="0" w:line="240" w:lineRule="auto"/>
              <w:rPr>
                <w:noProof/>
                <w:lang w:val="ro-RO"/>
              </w:rPr>
            </w:pPr>
            <w:r w:rsidRPr="000C5950">
              <w:rPr>
                <w:noProof/>
                <w:sz w:val="16"/>
                <w:lang w:val="ro-RO"/>
              </w:rPr>
              <w:t>Schimbările relevante sunt explicate; competența este verificată când riscul o impune.</w:t>
            </w:r>
          </w:p>
        </w:tc>
      </w:tr>
      <w:tr w:rsidR="002D35F2" w:rsidRPr="000C5950" w14:paraId="712F1C19" w14:textId="77777777">
        <w:trPr>
          <w:cantSplit/>
          <w:jc w:val="center"/>
        </w:trPr>
        <w:tc>
          <w:tcPr>
            <w:tcW w:w="2494" w:type="dxa"/>
            <w:shd w:val="clear" w:color="auto" w:fill="FFFFFF"/>
            <w:tcMar>
              <w:top w:w="70" w:type="dxa"/>
              <w:left w:w="85" w:type="dxa"/>
              <w:bottom w:w="70" w:type="dxa"/>
              <w:right w:w="85" w:type="dxa"/>
            </w:tcMar>
            <w:vAlign w:val="center"/>
          </w:tcPr>
          <w:p w14:paraId="4E57C603" w14:textId="77777777" w:rsidR="002D35F2" w:rsidRPr="000C5950" w:rsidRDefault="00000000">
            <w:pPr>
              <w:spacing w:after="0" w:line="240" w:lineRule="auto"/>
              <w:rPr>
                <w:noProof/>
                <w:lang w:val="ro-RO"/>
              </w:rPr>
            </w:pPr>
            <w:r w:rsidRPr="000C5950">
              <w:rPr>
                <w:noProof/>
                <w:sz w:val="16"/>
                <w:lang w:val="ro-RO"/>
              </w:rPr>
              <w:t>Modificare</w:t>
            </w:r>
          </w:p>
        </w:tc>
        <w:tc>
          <w:tcPr>
            <w:tcW w:w="7427" w:type="dxa"/>
            <w:shd w:val="clear" w:color="auto" w:fill="FFFFFF"/>
            <w:tcMar>
              <w:top w:w="70" w:type="dxa"/>
              <w:left w:w="85" w:type="dxa"/>
              <w:bottom w:w="70" w:type="dxa"/>
              <w:right w:w="85" w:type="dxa"/>
            </w:tcMar>
            <w:vAlign w:val="center"/>
          </w:tcPr>
          <w:p w14:paraId="185432D7" w14:textId="77777777" w:rsidR="002D35F2" w:rsidRPr="000C5950" w:rsidRDefault="00000000">
            <w:pPr>
              <w:spacing w:after="0" w:line="240" w:lineRule="auto"/>
              <w:rPr>
                <w:noProof/>
                <w:lang w:val="ro-RO"/>
              </w:rPr>
            </w:pPr>
            <w:r w:rsidRPr="000C5950">
              <w:rPr>
                <w:noProof/>
                <w:sz w:val="16"/>
                <w:lang w:val="ro-RO"/>
              </w:rPr>
              <w:t>Motiv, impact, aprobări, data intrării în vigoare și documentele/activitățile afectate.</w:t>
            </w:r>
          </w:p>
        </w:tc>
      </w:tr>
      <w:tr w:rsidR="002D35F2" w:rsidRPr="000C5950" w14:paraId="39B63106" w14:textId="77777777">
        <w:trPr>
          <w:cantSplit/>
          <w:jc w:val="center"/>
        </w:trPr>
        <w:tc>
          <w:tcPr>
            <w:tcW w:w="2494" w:type="dxa"/>
            <w:shd w:val="clear" w:color="auto" w:fill="FAFAFA"/>
            <w:tcMar>
              <w:top w:w="70" w:type="dxa"/>
              <w:left w:w="85" w:type="dxa"/>
              <w:bottom w:w="70" w:type="dxa"/>
              <w:right w:w="85" w:type="dxa"/>
            </w:tcMar>
            <w:vAlign w:val="center"/>
          </w:tcPr>
          <w:p w14:paraId="3755DB8D" w14:textId="77777777" w:rsidR="002D35F2" w:rsidRPr="000C5950" w:rsidRDefault="00000000">
            <w:pPr>
              <w:spacing w:after="0" w:line="240" w:lineRule="auto"/>
              <w:rPr>
                <w:noProof/>
                <w:lang w:val="ro-RO"/>
              </w:rPr>
            </w:pPr>
            <w:r w:rsidRPr="000C5950">
              <w:rPr>
                <w:noProof/>
                <w:sz w:val="16"/>
                <w:lang w:val="ro-RO"/>
              </w:rPr>
              <w:t>Protecție</w:t>
            </w:r>
          </w:p>
        </w:tc>
        <w:tc>
          <w:tcPr>
            <w:tcW w:w="7427" w:type="dxa"/>
            <w:shd w:val="clear" w:color="auto" w:fill="FAFAFA"/>
            <w:tcMar>
              <w:top w:w="70" w:type="dxa"/>
              <w:left w:w="85" w:type="dxa"/>
              <w:bottom w:w="70" w:type="dxa"/>
              <w:right w:w="85" w:type="dxa"/>
            </w:tcMar>
            <w:vAlign w:val="center"/>
          </w:tcPr>
          <w:p w14:paraId="73D47C6C" w14:textId="77777777" w:rsidR="002D35F2" w:rsidRPr="000C5950" w:rsidRDefault="00000000">
            <w:pPr>
              <w:spacing w:after="0" w:line="240" w:lineRule="auto"/>
              <w:rPr>
                <w:noProof/>
                <w:lang w:val="ro-RO"/>
              </w:rPr>
            </w:pPr>
            <w:r w:rsidRPr="000C5950">
              <w:rPr>
                <w:noProof/>
                <w:sz w:val="16"/>
                <w:lang w:val="ro-RO"/>
              </w:rPr>
              <w:t>Acces, confidențialitate, integritate, backup, prevenirea modificării sau ștergerii neautorizate.</w:t>
            </w:r>
          </w:p>
        </w:tc>
      </w:tr>
      <w:tr w:rsidR="002D35F2" w:rsidRPr="000C5950" w14:paraId="480C589A" w14:textId="77777777">
        <w:trPr>
          <w:cantSplit/>
          <w:jc w:val="center"/>
        </w:trPr>
        <w:tc>
          <w:tcPr>
            <w:tcW w:w="2494" w:type="dxa"/>
            <w:shd w:val="clear" w:color="auto" w:fill="FFFFFF"/>
            <w:tcMar>
              <w:top w:w="70" w:type="dxa"/>
              <w:left w:w="85" w:type="dxa"/>
              <w:bottom w:w="70" w:type="dxa"/>
              <w:right w:w="85" w:type="dxa"/>
            </w:tcMar>
            <w:vAlign w:val="center"/>
          </w:tcPr>
          <w:p w14:paraId="1D837B57" w14:textId="77777777" w:rsidR="002D35F2" w:rsidRPr="000C5950" w:rsidRDefault="00000000">
            <w:pPr>
              <w:spacing w:after="0" w:line="240" w:lineRule="auto"/>
              <w:rPr>
                <w:noProof/>
                <w:lang w:val="ro-RO"/>
              </w:rPr>
            </w:pPr>
            <w:r w:rsidRPr="000C5950">
              <w:rPr>
                <w:noProof/>
                <w:sz w:val="16"/>
                <w:lang w:val="ro-RO"/>
              </w:rPr>
              <w:t>Păstrare</w:t>
            </w:r>
          </w:p>
        </w:tc>
        <w:tc>
          <w:tcPr>
            <w:tcW w:w="7427" w:type="dxa"/>
            <w:shd w:val="clear" w:color="auto" w:fill="FFFFFF"/>
            <w:tcMar>
              <w:top w:w="70" w:type="dxa"/>
              <w:left w:w="85" w:type="dxa"/>
              <w:bottom w:w="70" w:type="dxa"/>
              <w:right w:w="85" w:type="dxa"/>
            </w:tcMar>
            <w:vAlign w:val="center"/>
          </w:tcPr>
          <w:p w14:paraId="581F6902" w14:textId="77777777" w:rsidR="002D35F2" w:rsidRPr="000C5950" w:rsidRDefault="00000000">
            <w:pPr>
              <w:spacing w:after="0" w:line="240" w:lineRule="auto"/>
              <w:rPr>
                <w:noProof/>
                <w:lang w:val="ro-RO"/>
              </w:rPr>
            </w:pPr>
            <w:r w:rsidRPr="000C5950">
              <w:rPr>
                <w:noProof/>
                <w:sz w:val="16"/>
                <w:lang w:val="ro-RO"/>
              </w:rPr>
              <w:t>Termen stabilit prin lege, autorizație, contract, risc, nevoie de trasabilitate sau valoare de business.</w:t>
            </w:r>
          </w:p>
        </w:tc>
      </w:tr>
      <w:tr w:rsidR="002D35F2" w:rsidRPr="000C5950" w14:paraId="2BD580B7" w14:textId="77777777">
        <w:trPr>
          <w:cantSplit/>
          <w:jc w:val="center"/>
        </w:trPr>
        <w:tc>
          <w:tcPr>
            <w:tcW w:w="2494" w:type="dxa"/>
            <w:shd w:val="clear" w:color="auto" w:fill="FAFAFA"/>
            <w:tcMar>
              <w:top w:w="70" w:type="dxa"/>
              <w:left w:w="85" w:type="dxa"/>
              <w:bottom w:w="70" w:type="dxa"/>
              <w:right w:w="85" w:type="dxa"/>
            </w:tcMar>
            <w:vAlign w:val="center"/>
          </w:tcPr>
          <w:p w14:paraId="1CAFF4D9" w14:textId="77777777" w:rsidR="002D35F2" w:rsidRPr="000C5950" w:rsidRDefault="00000000">
            <w:pPr>
              <w:spacing w:after="0" w:line="240" w:lineRule="auto"/>
              <w:rPr>
                <w:noProof/>
                <w:lang w:val="ro-RO"/>
              </w:rPr>
            </w:pPr>
            <w:r w:rsidRPr="000C5950">
              <w:rPr>
                <w:noProof/>
                <w:sz w:val="16"/>
                <w:lang w:val="ro-RO"/>
              </w:rPr>
              <w:t>Retragere și eliminare</w:t>
            </w:r>
          </w:p>
        </w:tc>
        <w:tc>
          <w:tcPr>
            <w:tcW w:w="7427" w:type="dxa"/>
            <w:shd w:val="clear" w:color="auto" w:fill="FAFAFA"/>
            <w:tcMar>
              <w:top w:w="70" w:type="dxa"/>
              <w:left w:w="85" w:type="dxa"/>
              <w:bottom w:w="70" w:type="dxa"/>
              <w:right w:w="85" w:type="dxa"/>
            </w:tcMar>
            <w:vAlign w:val="center"/>
          </w:tcPr>
          <w:p w14:paraId="2550E7B3" w14:textId="77777777" w:rsidR="002D35F2" w:rsidRPr="000C5950" w:rsidRDefault="00000000">
            <w:pPr>
              <w:spacing w:after="0" w:line="240" w:lineRule="auto"/>
              <w:rPr>
                <w:noProof/>
                <w:lang w:val="ro-RO"/>
              </w:rPr>
            </w:pPr>
            <w:r w:rsidRPr="000C5950">
              <w:rPr>
                <w:noProof/>
                <w:sz w:val="16"/>
                <w:lang w:val="ro-RO"/>
              </w:rPr>
              <w:t>Versiunile depășite sunt eliminate din utilizare; arhivarea ori distrugerea este autorizată.</w:t>
            </w:r>
          </w:p>
        </w:tc>
      </w:tr>
      <w:tr w:rsidR="002D35F2" w:rsidRPr="000C5950" w14:paraId="28DBD448" w14:textId="77777777">
        <w:trPr>
          <w:cantSplit/>
          <w:jc w:val="center"/>
        </w:trPr>
        <w:tc>
          <w:tcPr>
            <w:tcW w:w="2494" w:type="dxa"/>
            <w:shd w:val="clear" w:color="auto" w:fill="FFFFFF"/>
            <w:tcMar>
              <w:top w:w="70" w:type="dxa"/>
              <w:left w:w="85" w:type="dxa"/>
              <w:bottom w:w="70" w:type="dxa"/>
              <w:right w:w="85" w:type="dxa"/>
            </w:tcMar>
            <w:vAlign w:val="center"/>
          </w:tcPr>
          <w:p w14:paraId="38B7B948" w14:textId="77777777" w:rsidR="002D35F2" w:rsidRPr="000C5950" w:rsidRDefault="00000000">
            <w:pPr>
              <w:spacing w:after="0" w:line="240" w:lineRule="auto"/>
              <w:rPr>
                <w:noProof/>
                <w:lang w:val="ro-RO"/>
              </w:rPr>
            </w:pPr>
            <w:r w:rsidRPr="000C5950">
              <w:rPr>
                <w:noProof/>
                <w:sz w:val="16"/>
                <w:lang w:val="ro-RO"/>
              </w:rPr>
              <w:t>Participarea lucrătorilor</w:t>
            </w:r>
          </w:p>
        </w:tc>
        <w:tc>
          <w:tcPr>
            <w:tcW w:w="7427" w:type="dxa"/>
            <w:shd w:val="clear" w:color="auto" w:fill="FFFFFF"/>
            <w:tcMar>
              <w:top w:w="70" w:type="dxa"/>
              <w:left w:w="85" w:type="dxa"/>
              <w:bottom w:w="70" w:type="dxa"/>
              <w:right w:w="85" w:type="dxa"/>
            </w:tcMar>
            <w:vAlign w:val="center"/>
          </w:tcPr>
          <w:p w14:paraId="7B4BDFF6" w14:textId="77777777" w:rsidR="002D35F2" w:rsidRPr="000C5950" w:rsidRDefault="00000000">
            <w:pPr>
              <w:spacing w:after="0" w:line="240" w:lineRule="auto"/>
              <w:rPr>
                <w:noProof/>
                <w:lang w:val="ro-RO"/>
              </w:rPr>
            </w:pPr>
            <w:r w:rsidRPr="000C5950">
              <w:rPr>
                <w:noProof/>
                <w:sz w:val="16"/>
                <w:lang w:val="ro-RO"/>
              </w:rPr>
              <w:t>Documentele care influențează munca trebuie dezvoltate sau revizuite cu contribuția persoanelor expuse și într-un limbaj accesibil.</w:t>
            </w:r>
          </w:p>
        </w:tc>
      </w:tr>
      <w:tr w:rsidR="002D35F2" w:rsidRPr="000C5950" w14:paraId="2BA3B717" w14:textId="77777777">
        <w:trPr>
          <w:cantSplit/>
          <w:jc w:val="center"/>
        </w:trPr>
        <w:tc>
          <w:tcPr>
            <w:tcW w:w="2494" w:type="dxa"/>
            <w:shd w:val="clear" w:color="auto" w:fill="FAFAFA"/>
            <w:tcMar>
              <w:top w:w="70" w:type="dxa"/>
              <w:left w:w="85" w:type="dxa"/>
              <w:bottom w:w="70" w:type="dxa"/>
              <w:right w:w="85" w:type="dxa"/>
            </w:tcMar>
            <w:vAlign w:val="center"/>
          </w:tcPr>
          <w:p w14:paraId="146BA800" w14:textId="77777777" w:rsidR="002D35F2" w:rsidRPr="000C5950" w:rsidRDefault="00000000">
            <w:pPr>
              <w:spacing w:after="0" w:line="240" w:lineRule="auto"/>
              <w:rPr>
                <w:noProof/>
                <w:lang w:val="ro-RO"/>
              </w:rPr>
            </w:pPr>
            <w:r w:rsidRPr="000C5950">
              <w:rPr>
                <w:noProof/>
                <w:sz w:val="16"/>
                <w:lang w:val="ro-RO"/>
              </w:rPr>
              <w:t>Controlul informațiilor sensibile</w:t>
            </w:r>
          </w:p>
        </w:tc>
        <w:tc>
          <w:tcPr>
            <w:tcW w:w="7427" w:type="dxa"/>
            <w:shd w:val="clear" w:color="auto" w:fill="FAFAFA"/>
            <w:tcMar>
              <w:top w:w="70" w:type="dxa"/>
              <w:left w:w="85" w:type="dxa"/>
              <w:bottom w:w="70" w:type="dxa"/>
              <w:right w:w="85" w:type="dxa"/>
            </w:tcMar>
            <w:vAlign w:val="center"/>
          </w:tcPr>
          <w:p w14:paraId="0118B350" w14:textId="77777777" w:rsidR="002D35F2" w:rsidRPr="000C5950" w:rsidRDefault="00000000">
            <w:pPr>
              <w:spacing w:after="0" w:line="240" w:lineRule="auto"/>
              <w:rPr>
                <w:noProof/>
                <w:lang w:val="ro-RO"/>
              </w:rPr>
            </w:pPr>
            <w:r w:rsidRPr="000C5950">
              <w:rPr>
                <w:noProof/>
                <w:sz w:val="16"/>
                <w:lang w:val="ro-RO"/>
              </w:rPr>
              <w:t>Protejați datele medicale, sesizările confidențiale, investigațiile și informațiile cu risc de securitate.</w:t>
            </w:r>
          </w:p>
        </w:tc>
      </w:tr>
    </w:tbl>
    <w:p w14:paraId="42B3BB95" w14:textId="77777777" w:rsidR="002D35F2" w:rsidRPr="000C5950" w:rsidRDefault="002D35F2">
      <w:pPr>
        <w:spacing w:after="20"/>
        <w:rPr>
          <w:noProof/>
          <w:lang w:val="ro-RO"/>
        </w:rPr>
      </w:pPr>
    </w:p>
    <w:p w14:paraId="04301A63" w14:textId="77777777" w:rsidR="002D35F2" w:rsidRPr="000C5950" w:rsidRDefault="00000000">
      <w:pPr>
        <w:pStyle w:val="Heading2"/>
        <w:rPr>
          <w:noProof/>
          <w:lang w:val="ro-RO"/>
        </w:rPr>
      </w:pPr>
      <w:r w:rsidRPr="000C5950">
        <w:rPr>
          <w:noProof/>
          <w:lang w:val="ro-RO"/>
        </w:rPr>
        <w:t>Elemente minime pe un document controlat</w:t>
      </w:r>
    </w:p>
    <w:p w14:paraId="4470FC44" w14:textId="77777777" w:rsidR="002D35F2" w:rsidRPr="000C5950" w:rsidRDefault="00000000">
      <w:pPr>
        <w:pStyle w:val="ListBullet"/>
        <w:spacing w:after="40"/>
        <w:ind w:left="283" w:hanging="170"/>
        <w:rPr>
          <w:noProof/>
          <w:lang w:val="ro-RO"/>
        </w:rPr>
      </w:pPr>
      <w:r w:rsidRPr="000C5950">
        <w:rPr>
          <w:noProof/>
          <w:lang w:val="ro-RO"/>
        </w:rPr>
        <w:t>Titlu, cod, proprietar, număr de revizie și data intrării în vigoare.</w:t>
      </w:r>
    </w:p>
    <w:p w14:paraId="3D8A8E4D" w14:textId="77777777" w:rsidR="002D35F2" w:rsidRPr="000C5950" w:rsidRDefault="00000000">
      <w:pPr>
        <w:pStyle w:val="ListBullet"/>
        <w:spacing w:after="40"/>
        <w:ind w:left="283" w:hanging="170"/>
        <w:rPr>
          <w:noProof/>
          <w:lang w:val="ro-RO"/>
        </w:rPr>
      </w:pPr>
      <w:r w:rsidRPr="000C5950">
        <w:rPr>
          <w:noProof/>
          <w:lang w:val="ro-RO"/>
        </w:rPr>
        <w:t>Aprobator și, când este necesar, verificator tehnic sau juridic.</w:t>
      </w:r>
    </w:p>
    <w:p w14:paraId="0781F266" w14:textId="77777777" w:rsidR="002D35F2" w:rsidRPr="000C5950" w:rsidRDefault="00000000">
      <w:pPr>
        <w:pStyle w:val="ListBullet"/>
        <w:spacing w:after="40"/>
        <w:ind w:left="283" w:hanging="170"/>
        <w:rPr>
          <w:noProof/>
          <w:lang w:val="ro-RO"/>
        </w:rPr>
      </w:pPr>
      <w:r w:rsidRPr="000C5950">
        <w:rPr>
          <w:noProof/>
          <w:lang w:val="ro-RO"/>
        </w:rPr>
        <w:t>Domeniu de utilizare, roluri responsabile și documente asociate.</w:t>
      </w:r>
    </w:p>
    <w:p w14:paraId="1F3CDF0A" w14:textId="77777777" w:rsidR="002D35F2" w:rsidRPr="000C5950" w:rsidRDefault="00000000">
      <w:pPr>
        <w:pStyle w:val="ListBullet"/>
        <w:spacing w:after="40"/>
        <w:ind w:left="283" w:hanging="170"/>
        <w:rPr>
          <w:noProof/>
          <w:lang w:val="ro-RO"/>
        </w:rPr>
      </w:pPr>
      <w:r w:rsidRPr="000C5950">
        <w:rPr>
          <w:noProof/>
          <w:lang w:val="ro-RO"/>
        </w:rPr>
        <w:t>Istoric succint al modificărilor importante.</w:t>
      </w:r>
    </w:p>
    <w:p w14:paraId="7D454E02" w14:textId="77777777" w:rsidR="002D35F2" w:rsidRPr="000C5950" w:rsidRDefault="00000000">
      <w:pPr>
        <w:pStyle w:val="ListBullet"/>
        <w:spacing w:after="40"/>
        <w:ind w:left="283" w:hanging="170"/>
        <w:rPr>
          <w:noProof/>
          <w:lang w:val="ro-RO"/>
        </w:rPr>
      </w:pPr>
      <w:r w:rsidRPr="000C5950">
        <w:rPr>
          <w:noProof/>
          <w:lang w:val="ro-RO"/>
        </w:rPr>
        <w:t>Identificarea copiei necontrolate, dacă documentul este tipărit sau exportat.</w:t>
      </w:r>
    </w:p>
    <w:tbl>
      <w:tblPr>
        <w:tblW w:w="0" w:type="auto"/>
        <w:jc w:val="center"/>
        <w:tblBorders>
          <w:top w:val="single" w:sz="0" w:space="0" w:color="FCEBEC"/>
          <w:left w:val="single" w:sz="0" w:space="0" w:color="FCEBEC"/>
          <w:bottom w:val="single" w:sz="0" w:space="0" w:color="FCEBEC"/>
          <w:right w:val="single" w:sz="0" w:space="0" w:color="FCEBEC"/>
          <w:insideH w:val="single" w:sz="0" w:space="0" w:color="FCEBEC"/>
          <w:insideV w:val="single" w:sz="0" w:space="0" w:color="FCEBEC"/>
        </w:tblBorders>
        <w:tblLayout w:type="fixed"/>
        <w:tblLook w:val="04A0" w:firstRow="1" w:lastRow="0" w:firstColumn="1" w:lastColumn="0" w:noHBand="0" w:noVBand="1"/>
      </w:tblPr>
      <w:tblGrid>
        <w:gridCol w:w="567"/>
        <w:gridCol w:w="9354"/>
      </w:tblGrid>
      <w:tr w:rsidR="002D35F2" w:rsidRPr="000C5950" w14:paraId="60CD8828" w14:textId="77777777">
        <w:trPr>
          <w:cantSplit/>
          <w:jc w:val="center"/>
        </w:trPr>
        <w:tc>
          <w:tcPr>
            <w:tcW w:w="567" w:type="dxa"/>
            <w:shd w:val="clear" w:color="auto" w:fill="D71920"/>
            <w:tcMar>
              <w:top w:w="70" w:type="dxa"/>
              <w:left w:w="85" w:type="dxa"/>
              <w:bottom w:w="70" w:type="dxa"/>
              <w:right w:w="85" w:type="dxa"/>
            </w:tcMar>
            <w:vAlign w:val="center"/>
          </w:tcPr>
          <w:p w14:paraId="66CE9896" w14:textId="77777777" w:rsidR="002D35F2" w:rsidRPr="000C5950" w:rsidRDefault="00000000">
            <w:pPr>
              <w:spacing w:after="0" w:line="240" w:lineRule="auto"/>
              <w:jc w:val="center"/>
              <w:rPr>
                <w:noProof/>
                <w:lang w:val="ro-RO"/>
              </w:rPr>
            </w:pPr>
            <w:r w:rsidRPr="000C5950">
              <w:rPr>
                <w:b/>
                <w:noProof/>
                <w:color w:val="FFFFFF"/>
                <w:sz w:val="30"/>
                <w:lang w:val="ro-RO"/>
              </w:rPr>
              <w:t>i</w:t>
            </w:r>
          </w:p>
        </w:tc>
        <w:tc>
          <w:tcPr>
            <w:tcW w:w="9354" w:type="dxa"/>
            <w:shd w:val="clear" w:color="auto" w:fill="FCEBEC"/>
          </w:tcPr>
          <w:p w14:paraId="1EC0A80F" w14:textId="77777777" w:rsidR="002D35F2" w:rsidRPr="000C5950" w:rsidRDefault="00000000">
            <w:pPr>
              <w:spacing w:after="20"/>
              <w:rPr>
                <w:noProof/>
                <w:lang w:val="ro-RO"/>
              </w:rPr>
            </w:pPr>
            <w:r w:rsidRPr="000C5950">
              <w:rPr>
                <w:b/>
                <w:noProof/>
                <w:color w:val="D71920"/>
                <w:sz w:val="17"/>
                <w:lang w:val="ro-RO"/>
              </w:rPr>
              <w:t>TERMENELE DE PĂSTRARE NU SUNT UNIVERSALE</w:t>
            </w:r>
          </w:p>
          <w:p w14:paraId="5FFBFAB3" w14:textId="77777777" w:rsidR="002D35F2" w:rsidRPr="000C5950" w:rsidRDefault="00000000">
            <w:pPr>
              <w:spacing w:after="0" w:line="247" w:lineRule="auto"/>
              <w:rPr>
                <w:noProof/>
                <w:lang w:val="ro-RO"/>
              </w:rPr>
            </w:pPr>
            <w:r w:rsidRPr="000C5950">
              <w:rPr>
                <w:noProof/>
                <w:sz w:val="16"/>
                <w:lang w:val="ro-RO"/>
              </w:rPr>
              <w:t>Standardul nu stabilește, de regulă, un număr fix de ani. Organizația trebuie să coreleze păstrarea cu legislația, autorizațiile, contractele, perioadele de latență, termenele de prescripție, riscul și necesitatea de analiză a tendințelor.</w:t>
            </w:r>
          </w:p>
        </w:tc>
      </w:tr>
    </w:tbl>
    <w:p w14:paraId="47ED4C49" w14:textId="77777777" w:rsidR="002D35F2" w:rsidRPr="000C5950" w:rsidRDefault="002D35F2">
      <w:pPr>
        <w:spacing w:after="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2D35F2" w:rsidRPr="000C5950" w14:paraId="0F31D8EE" w14:textId="77777777">
        <w:trPr>
          <w:cantSplit/>
          <w:jc w:val="center"/>
        </w:trPr>
        <w:tc>
          <w:tcPr>
            <w:tcW w:w="1020" w:type="dxa"/>
            <w:shd w:val="clear" w:color="auto" w:fill="D71920"/>
            <w:tcMar>
              <w:top w:w="70" w:type="dxa"/>
              <w:left w:w="85" w:type="dxa"/>
              <w:bottom w:w="70" w:type="dxa"/>
              <w:right w:w="85" w:type="dxa"/>
            </w:tcMar>
            <w:vAlign w:val="center"/>
          </w:tcPr>
          <w:p w14:paraId="7594599E" w14:textId="77777777" w:rsidR="002D35F2" w:rsidRPr="000C5950" w:rsidRDefault="00000000">
            <w:pPr>
              <w:spacing w:after="0" w:line="240" w:lineRule="auto"/>
              <w:jc w:val="center"/>
              <w:rPr>
                <w:noProof/>
                <w:lang w:val="ro-RO"/>
              </w:rPr>
            </w:pPr>
            <w:r w:rsidRPr="000C5950">
              <w:rPr>
                <w:b/>
                <w:noProof/>
                <w:color w:val="FFFFFF"/>
                <w:sz w:val="34"/>
                <w:lang w:val="ro-RO"/>
              </w:rPr>
              <w:t>7</w:t>
            </w:r>
          </w:p>
        </w:tc>
        <w:tc>
          <w:tcPr>
            <w:tcW w:w="8901" w:type="dxa"/>
            <w:shd w:val="clear" w:color="auto" w:fill="F3F4F5"/>
          </w:tcPr>
          <w:p w14:paraId="573EFF14" w14:textId="77777777" w:rsidR="002D35F2" w:rsidRPr="000C5950" w:rsidRDefault="00000000">
            <w:pPr>
              <w:spacing w:after="20"/>
              <w:rPr>
                <w:noProof/>
                <w:lang w:val="ro-RO"/>
              </w:rPr>
            </w:pPr>
            <w:r w:rsidRPr="000C5950">
              <w:rPr>
                <w:b/>
                <w:noProof/>
                <w:sz w:val="27"/>
                <w:lang w:val="ro-RO"/>
              </w:rPr>
              <w:t>Modele de registre și formulare</w:t>
            </w:r>
          </w:p>
          <w:p w14:paraId="26CC85B3" w14:textId="77777777" w:rsidR="002D35F2" w:rsidRPr="000C5950" w:rsidRDefault="00000000">
            <w:pPr>
              <w:spacing w:after="0"/>
              <w:rPr>
                <w:noProof/>
                <w:lang w:val="ro-RO"/>
              </w:rPr>
            </w:pPr>
            <w:r w:rsidRPr="000C5950">
              <w:rPr>
                <w:noProof/>
                <w:color w:val="666666"/>
                <w:sz w:val="16"/>
                <w:lang w:val="ro-RO"/>
              </w:rPr>
              <w:t>Câmpurile pot fi integrate într-o aplicație, într-un registru unic sau în documentele existente</w:t>
            </w:r>
          </w:p>
        </w:tc>
      </w:tr>
    </w:tbl>
    <w:p w14:paraId="065BDF15" w14:textId="77777777" w:rsidR="002D35F2" w:rsidRPr="000C5950" w:rsidRDefault="002D35F2">
      <w:pPr>
        <w:spacing w:after="0"/>
        <w:rPr>
          <w:noProof/>
          <w:lang w:val="ro-RO"/>
        </w:rPr>
      </w:pPr>
    </w:p>
    <w:p w14:paraId="0D89DA16" w14:textId="77777777" w:rsidR="002D35F2" w:rsidRPr="000C5950" w:rsidRDefault="00000000">
      <w:pPr>
        <w:pStyle w:val="Heading2"/>
        <w:rPr>
          <w:noProof/>
          <w:lang w:val="ro-RO"/>
        </w:rPr>
      </w:pPr>
      <w:r w:rsidRPr="000C5950">
        <w:rPr>
          <w:noProof/>
          <w:lang w:val="ro-RO"/>
        </w:rPr>
        <w:t>Listă master a documentelor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304"/>
        <w:gridCol w:w="2438"/>
        <w:gridCol w:w="1417"/>
        <w:gridCol w:w="680"/>
        <w:gridCol w:w="1020"/>
        <w:gridCol w:w="1417"/>
        <w:gridCol w:w="1020"/>
        <w:gridCol w:w="624"/>
      </w:tblGrid>
      <w:tr w:rsidR="002D35F2" w:rsidRPr="000C5950" w14:paraId="5F82C555" w14:textId="77777777">
        <w:trPr>
          <w:tblHeader/>
          <w:jc w:val="center"/>
        </w:trPr>
        <w:tc>
          <w:tcPr>
            <w:tcW w:w="1304" w:type="dxa"/>
            <w:shd w:val="clear" w:color="auto" w:fill="D71920"/>
            <w:tcMar>
              <w:top w:w="70" w:type="dxa"/>
              <w:left w:w="85" w:type="dxa"/>
              <w:bottom w:w="70" w:type="dxa"/>
              <w:right w:w="85" w:type="dxa"/>
            </w:tcMar>
            <w:vAlign w:val="center"/>
          </w:tcPr>
          <w:p w14:paraId="7C802CF8" w14:textId="77777777" w:rsidR="002D35F2" w:rsidRPr="000C5950" w:rsidRDefault="00000000">
            <w:pPr>
              <w:spacing w:after="0" w:line="240" w:lineRule="auto"/>
              <w:jc w:val="center"/>
              <w:rPr>
                <w:noProof/>
                <w:lang w:val="ro-RO"/>
              </w:rPr>
            </w:pPr>
            <w:r w:rsidRPr="000C5950">
              <w:rPr>
                <w:b/>
                <w:noProof/>
                <w:color w:val="FFFFFF"/>
                <w:sz w:val="13"/>
                <w:lang w:val="ro-RO"/>
              </w:rPr>
              <w:t>COD</w:t>
            </w:r>
          </w:p>
        </w:tc>
        <w:tc>
          <w:tcPr>
            <w:tcW w:w="2438" w:type="dxa"/>
            <w:shd w:val="clear" w:color="auto" w:fill="D71920"/>
            <w:tcMar>
              <w:top w:w="70" w:type="dxa"/>
              <w:left w:w="85" w:type="dxa"/>
              <w:bottom w:w="70" w:type="dxa"/>
              <w:right w:w="85" w:type="dxa"/>
            </w:tcMar>
            <w:vAlign w:val="center"/>
          </w:tcPr>
          <w:p w14:paraId="5C4A2206" w14:textId="77777777" w:rsidR="002D35F2" w:rsidRPr="000C5950" w:rsidRDefault="00000000">
            <w:pPr>
              <w:spacing w:after="0" w:line="240" w:lineRule="auto"/>
              <w:jc w:val="center"/>
              <w:rPr>
                <w:noProof/>
                <w:lang w:val="ro-RO"/>
              </w:rPr>
            </w:pPr>
            <w:r w:rsidRPr="000C5950">
              <w:rPr>
                <w:b/>
                <w:noProof/>
                <w:color w:val="FFFFFF"/>
                <w:sz w:val="13"/>
                <w:lang w:val="ro-RO"/>
              </w:rPr>
              <w:t>TITLU</w:t>
            </w:r>
          </w:p>
        </w:tc>
        <w:tc>
          <w:tcPr>
            <w:tcW w:w="1417" w:type="dxa"/>
            <w:shd w:val="clear" w:color="auto" w:fill="D71920"/>
            <w:tcMar>
              <w:top w:w="70" w:type="dxa"/>
              <w:left w:w="85" w:type="dxa"/>
              <w:bottom w:w="70" w:type="dxa"/>
              <w:right w:w="85" w:type="dxa"/>
            </w:tcMar>
            <w:vAlign w:val="center"/>
          </w:tcPr>
          <w:p w14:paraId="23082ACE" w14:textId="77777777" w:rsidR="002D35F2" w:rsidRPr="000C5950" w:rsidRDefault="00000000">
            <w:pPr>
              <w:spacing w:after="0" w:line="240" w:lineRule="auto"/>
              <w:jc w:val="center"/>
              <w:rPr>
                <w:noProof/>
                <w:lang w:val="ro-RO"/>
              </w:rPr>
            </w:pPr>
            <w:r w:rsidRPr="000C5950">
              <w:rPr>
                <w:b/>
                <w:noProof/>
                <w:color w:val="FFFFFF"/>
                <w:sz w:val="13"/>
                <w:lang w:val="ro-RO"/>
              </w:rPr>
              <w:t>PROPRIETAR</w:t>
            </w:r>
          </w:p>
        </w:tc>
        <w:tc>
          <w:tcPr>
            <w:tcW w:w="680" w:type="dxa"/>
            <w:shd w:val="clear" w:color="auto" w:fill="D71920"/>
            <w:tcMar>
              <w:top w:w="70" w:type="dxa"/>
              <w:left w:w="85" w:type="dxa"/>
              <w:bottom w:w="70" w:type="dxa"/>
              <w:right w:w="85" w:type="dxa"/>
            </w:tcMar>
            <w:vAlign w:val="center"/>
          </w:tcPr>
          <w:p w14:paraId="0B5EE686" w14:textId="77777777" w:rsidR="002D35F2" w:rsidRPr="000C5950" w:rsidRDefault="00000000">
            <w:pPr>
              <w:spacing w:after="0" w:line="240" w:lineRule="auto"/>
              <w:jc w:val="center"/>
              <w:rPr>
                <w:noProof/>
                <w:lang w:val="ro-RO"/>
              </w:rPr>
            </w:pPr>
            <w:r w:rsidRPr="000C5950">
              <w:rPr>
                <w:b/>
                <w:noProof/>
                <w:color w:val="FFFFFF"/>
                <w:sz w:val="13"/>
                <w:lang w:val="ro-RO"/>
              </w:rPr>
              <w:t>REV.</w:t>
            </w:r>
          </w:p>
        </w:tc>
        <w:tc>
          <w:tcPr>
            <w:tcW w:w="1020" w:type="dxa"/>
            <w:shd w:val="clear" w:color="auto" w:fill="D71920"/>
            <w:tcMar>
              <w:top w:w="70" w:type="dxa"/>
              <w:left w:w="85" w:type="dxa"/>
              <w:bottom w:w="70" w:type="dxa"/>
              <w:right w:w="85" w:type="dxa"/>
            </w:tcMar>
            <w:vAlign w:val="center"/>
          </w:tcPr>
          <w:p w14:paraId="52BE534F" w14:textId="77777777" w:rsidR="002D35F2" w:rsidRPr="000C5950" w:rsidRDefault="00000000">
            <w:pPr>
              <w:spacing w:after="0" w:line="240" w:lineRule="auto"/>
              <w:jc w:val="center"/>
              <w:rPr>
                <w:noProof/>
                <w:lang w:val="ro-RO"/>
              </w:rPr>
            </w:pPr>
            <w:r w:rsidRPr="000C5950">
              <w:rPr>
                <w:b/>
                <w:noProof/>
                <w:color w:val="FFFFFF"/>
                <w:sz w:val="13"/>
                <w:lang w:val="ro-RO"/>
              </w:rPr>
              <w:t>DATA</w:t>
            </w:r>
          </w:p>
        </w:tc>
        <w:tc>
          <w:tcPr>
            <w:tcW w:w="1417" w:type="dxa"/>
            <w:shd w:val="clear" w:color="auto" w:fill="D71920"/>
            <w:tcMar>
              <w:top w:w="70" w:type="dxa"/>
              <w:left w:w="85" w:type="dxa"/>
              <w:bottom w:w="70" w:type="dxa"/>
              <w:right w:w="85" w:type="dxa"/>
            </w:tcMar>
            <w:vAlign w:val="center"/>
          </w:tcPr>
          <w:p w14:paraId="6A8ED31D" w14:textId="77777777" w:rsidR="002D35F2" w:rsidRPr="000C5950" w:rsidRDefault="00000000">
            <w:pPr>
              <w:spacing w:after="0" w:line="240" w:lineRule="auto"/>
              <w:jc w:val="center"/>
              <w:rPr>
                <w:noProof/>
                <w:lang w:val="ro-RO"/>
              </w:rPr>
            </w:pPr>
            <w:r w:rsidRPr="000C5950">
              <w:rPr>
                <w:b/>
                <w:noProof/>
                <w:color w:val="FFFFFF"/>
                <w:sz w:val="13"/>
                <w:lang w:val="ro-RO"/>
              </w:rPr>
              <w:t>LOCAȚIE</w:t>
            </w:r>
          </w:p>
        </w:tc>
        <w:tc>
          <w:tcPr>
            <w:tcW w:w="1020" w:type="dxa"/>
            <w:shd w:val="clear" w:color="auto" w:fill="D71920"/>
            <w:tcMar>
              <w:top w:w="70" w:type="dxa"/>
              <w:left w:w="85" w:type="dxa"/>
              <w:bottom w:w="70" w:type="dxa"/>
              <w:right w:w="85" w:type="dxa"/>
            </w:tcMar>
            <w:vAlign w:val="center"/>
          </w:tcPr>
          <w:p w14:paraId="04460270" w14:textId="77777777" w:rsidR="002D35F2" w:rsidRPr="000C5950" w:rsidRDefault="00000000">
            <w:pPr>
              <w:spacing w:after="0" w:line="240" w:lineRule="auto"/>
              <w:jc w:val="center"/>
              <w:rPr>
                <w:noProof/>
                <w:lang w:val="ro-RO"/>
              </w:rPr>
            </w:pPr>
            <w:r w:rsidRPr="000C5950">
              <w:rPr>
                <w:b/>
                <w:noProof/>
                <w:color w:val="FFFFFF"/>
                <w:sz w:val="13"/>
                <w:lang w:val="ro-RO"/>
              </w:rPr>
              <w:t>ACCES</w:t>
            </w:r>
          </w:p>
        </w:tc>
        <w:tc>
          <w:tcPr>
            <w:tcW w:w="624" w:type="dxa"/>
            <w:shd w:val="clear" w:color="auto" w:fill="D71920"/>
            <w:tcMar>
              <w:top w:w="70" w:type="dxa"/>
              <w:left w:w="85" w:type="dxa"/>
              <w:bottom w:w="70" w:type="dxa"/>
              <w:right w:w="85" w:type="dxa"/>
            </w:tcMar>
            <w:vAlign w:val="center"/>
          </w:tcPr>
          <w:p w14:paraId="0CD842AE" w14:textId="77777777" w:rsidR="002D35F2" w:rsidRPr="000C5950" w:rsidRDefault="00000000">
            <w:pPr>
              <w:spacing w:after="0" w:line="240" w:lineRule="auto"/>
              <w:jc w:val="center"/>
              <w:rPr>
                <w:noProof/>
                <w:lang w:val="ro-RO"/>
              </w:rPr>
            </w:pPr>
            <w:r w:rsidRPr="000C5950">
              <w:rPr>
                <w:b/>
                <w:noProof/>
                <w:color w:val="FFFFFF"/>
                <w:sz w:val="13"/>
                <w:lang w:val="ro-RO"/>
              </w:rPr>
              <w:t>STATUS</w:t>
            </w:r>
          </w:p>
        </w:tc>
      </w:tr>
      <w:tr w:rsidR="002D35F2" w:rsidRPr="000C5950" w14:paraId="0C70D9FC" w14:textId="77777777">
        <w:trPr>
          <w:cantSplit/>
          <w:jc w:val="center"/>
        </w:trPr>
        <w:tc>
          <w:tcPr>
            <w:tcW w:w="1304" w:type="dxa"/>
            <w:shd w:val="clear" w:color="auto" w:fill="FFFFFF"/>
            <w:tcMar>
              <w:top w:w="70" w:type="dxa"/>
              <w:left w:w="85" w:type="dxa"/>
              <w:bottom w:w="70" w:type="dxa"/>
              <w:right w:w="85" w:type="dxa"/>
            </w:tcMar>
            <w:vAlign w:val="center"/>
          </w:tcPr>
          <w:p w14:paraId="36D92998" w14:textId="77777777" w:rsidR="002D35F2" w:rsidRPr="000C5950" w:rsidRDefault="00000000">
            <w:pPr>
              <w:spacing w:after="0" w:line="240" w:lineRule="auto"/>
              <w:rPr>
                <w:noProof/>
                <w:lang w:val="ro-RO"/>
              </w:rPr>
            </w:pPr>
            <w:r w:rsidRPr="000C5950">
              <w:rPr>
                <w:noProof/>
                <w:sz w:val="13"/>
                <w:lang w:val="ro-RO"/>
              </w:rPr>
              <w:t>REG-SSM-01</w:t>
            </w:r>
          </w:p>
        </w:tc>
        <w:tc>
          <w:tcPr>
            <w:tcW w:w="2438" w:type="dxa"/>
            <w:shd w:val="clear" w:color="auto" w:fill="FFFFFF"/>
            <w:tcMar>
              <w:top w:w="70" w:type="dxa"/>
              <w:left w:w="85" w:type="dxa"/>
              <w:bottom w:w="70" w:type="dxa"/>
              <w:right w:w="85" w:type="dxa"/>
            </w:tcMar>
            <w:vAlign w:val="center"/>
          </w:tcPr>
          <w:p w14:paraId="441D6C48" w14:textId="77777777" w:rsidR="002D35F2" w:rsidRPr="000C5950" w:rsidRDefault="00000000">
            <w:pPr>
              <w:spacing w:after="0" w:line="240" w:lineRule="auto"/>
              <w:rPr>
                <w:noProof/>
                <w:lang w:val="ro-RO"/>
              </w:rPr>
            </w:pPr>
            <w:r w:rsidRPr="000C5950">
              <w:rPr>
                <w:noProof/>
                <w:sz w:val="13"/>
                <w:lang w:val="ro-RO"/>
              </w:rPr>
              <w:t>Registru pericole și riscuri</w:t>
            </w:r>
          </w:p>
        </w:tc>
        <w:tc>
          <w:tcPr>
            <w:tcW w:w="1417" w:type="dxa"/>
            <w:shd w:val="clear" w:color="auto" w:fill="FFFFFF"/>
            <w:tcMar>
              <w:top w:w="70" w:type="dxa"/>
              <w:left w:w="85" w:type="dxa"/>
              <w:bottom w:w="70" w:type="dxa"/>
              <w:right w:w="85" w:type="dxa"/>
            </w:tcMar>
            <w:vAlign w:val="center"/>
          </w:tcPr>
          <w:p w14:paraId="37CFEB9C" w14:textId="77777777" w:rsidR="002D35F2" w:rsidRPr="000C5950" w:rsidRDefault="00000000">
            <w:pPr>
              <w:spacing w:after="0" w:line="240" w:lineRule="auto"/>
              <w:rPr>
                <w:noProof/>
                <w:lang w:val="ro-RO"/>
              </w:rPr>
            </w:pPr>
            <w:r w:rsidRPr="000C5950">
              <w:rPr>
                <w:noProof/>
                <w:sz w:val="13"/>
                <w:lang w:val="ro-RO"/>
              </w:rPr>
              <w:t>Coord. SSM</w:t>
            </w:r>
          </w:p>
        </w:tc>
        <w:tc>
          <w:tcPr>
            <w:tcW w:w="680" w:type="dxa"/>
            <w:shd w:val="clear" w:color="auto" w:fill="FFFFFF"/>
            <w:tcMar>
              <w:top w:w="70" w:type="dxa"/>
              <w:left w:w="85" w:type="dxa"/>
              <w:bottom w:w="70" w:type="dxa"/>
              <w:right w:w="85" w:type="dxa"/>
            </w:tcMar>
            <w:vAlign w:val="center"/>
          </w:tcPr>
          <w:p w14:paraId="3E8E9743" w14:textId="77777777" w:rsidR="002D35F2" w:rsidRPr="000C5950" w:rsidRDefault="00000000">
            <w:pPr>
              <w:spacing w:after="0" w:line="240" w:lineRule="auto"/>
              <w:rPr>
                <w:noProof/>
                <w:lang w:val="ro-RO"/>
              </w:rPr>
            </w:pPr>
            <w:r w:rsidRPr="000C5950">
              <w:rPr>
                <w:noProof/>
                <w:sz w:val="13"/>
                <w:lang w:val="ro-RO"/>
              </w:rPr>
              <w:t>R__</w:t>
            </w:r>
          </w:p>
        </w:tc>
        <w:tc>
          <w:tcPr>
            <w:tcW w:w="1020" w:type="dxa"/>
            <w:shd w:val="clear" w:color="auto" w:fill="FFFFFF"/>
            <w:tcMar>
              <w:top w:w="70" w:type="dxa"/>
              <w:left w:w="85" w:type="dxa"/>
              <w:bottom w:w="70" w:type="dxa"/>
              <w:right w:w="85" w:type="dxa"/>
            </w:tcMar>
            <w:vAlign w:val="center"/>
          </w:tcPr>
          <w:p w14:paraId="7F4DCC23" w14:textId="77777777" w:rsidR="002D35F2" w:rsidRPr="000C5950" w:rsidRDefault="00000000">
            <w:pPr>
              <w:spacing w:after="0" w:line="240" w:lineRule="auto"/>
              <w:rPr>
                <w:noProof/>
                <w:lang w:val="ro-RO"/>
              </w:rPr>
            </w:pPr>
            <w:r w:rsidRPr="000C5950">
              <w:rPr>
                <w:noProof/>
                <w:sz w:val="13"/>
                <w:lang w:val="ro-RO"/>
              </w:rPr>
              <w:t>__/__/____</w:t>
            </w:r>
          </w:p>
        </w:tc>
        <w:tc>
          <w:tcPr>
            <w:tcW w:w="1417" w:type="dxa"/>
            <w:shd w:val="clear" w:color="auto" w:fill="FFFFFF"/>
            <w:tcMar>
              <w:top w:w="70" w:type="dxa"/>
              <w:left w:w="85" w:type="dxa"/>
              <w:bottom w:w="70" w:type="dxa"/>
              <w:right w:w="85" w:type="dxa"/>
            </w:tcMar>
            <w:vAlign w:val="center"/>
          </w:tcPr>
          <w:p w14:paraId="669D6302" w14:textId="77777777" w:rsidR="002D35F2" w:rsidRPr="000C5950" w:rsidRDefault="00000000">
            <w:pPr>
              <w:spacing w:after="0" w:line="240" w:lineRule="auto"/>
              <w:rPr>
                <w:noProof/>
                <w:lang w:val="ro-RO"/>
              </w:rPr>
            </w:pPr>
            <w:r w:rsidRPr="000C5950">
              <w:rPr>
                <w:noProof/>
                <w:sz w:val="13"/>
                <w:lang w:val="ro-RO"/>
              </w:rPr>
              <w:t>Platformă SSM</w:t>
            </w:r>
          </w:p>
        </w:tc>
        <w:tc>
          <w:tcPr>
            <w:tcW w:w="1020" w:type="dxa"/>
            <w:shd w:val="clear" w:color="auto" w:fill="FFFFFF"/>
            <w:tcMar>
              <w:top w:w="70" w:type="dxa"/>
              <w:left w:w="85" w:type="dxa"/>
              <w:bottom w:w="70" w:type="dxa"/>
              <w:right w:w="85" w:type="dxa"/>
            </w:tcMar>
            <w:vAlign w:val="center"/>
          </w:tcPr>
          <w:p w14:paraId="3EEC2D27" w14:textId="77777777" w:rsidR="002D35F2" w:rsidRPr="000C5950" w:rsidRDefault="00000000">
            <w:pPr>
              <w:spacing w:after="0" w:line="240" w:lineRule="auto"/>
              <w:rPr>
                <w:noProof/>
                <w:lang w:val="ro-RO"/>
              </w:rPr>
            </w:pPr>
            <w:r w:rsidRPr="000C5950">
              <w:rPr>
                <w:noProof/>
                <w:sz w:val="13"/>
                <w:lang w:val="ro-RO"/>
              </w:rPr>
              <w:t>Intern</w:t>
            </w:r>
          </w:p>
        </w:tc>
        <w:tc>
          <w:tcPr>
            <w:tcW w:w="624" w:type="dxa"/>
            <w:shd w:val="clear" w:color="auto" w:fill="FFFFFF"/>
            <w:tcMar>
              <w:top w:w="70" w:type="dxa"/>
              <w:left w:w="85" w:type="dxa"/>
              <w:bottom w:w="70" w:type="dxa"/>
              <w:right w:w="85" w:type="dxa"/>
            </w:tcMar>
            <w:vAlign w:val="center"/>
          </w:tcPr>
          <w:p w14:paraId="058CFA74" w14:textId="77777777" w:rsidR="002D35F2" w:rsidRPr="000C5950" w:rsidRDefault="00000000">
            <w:pPr>
              <w:spacing w:after="0" w:line="240" w:lineRule="auto"/>
              <w:rPr>
                <w:noProof/>
                <w:lang w:val="ro-RO"/>
              </w:rPr>
            </w:pPr>
            <w:r w:rsidRPr="000C5950">
              <w:rPr>
                <w:noProof/>
                <w:sz w:val="13"/>
                <w:lang w:val="ro-RO"/>
              </w:rPr>
              <w:t>Activ</w:t>
            </w:r>
          </w:p>
        </w:tc>
      </w:tr>
      <w:tr w:rsidR="002D35F2" w:rsidRPr="000C5950" w14:paraId="35986430" w14:textId="77777777">
        <w:trPr>
          <w:cantSplit/>
          <w:jc w:val="center"/>
        </w:trPr>
        <w:tc>
          <w:tcPr>
            <w:tcW w:w="1304" w:type="dxa"/>
            <w:shd w:val="clear" w:color="auto" w:fill="FAFAFA"/>
            <w:tcMar>
              <w:top w:w="70" w:type="dxa"/>
              <w:left w:w="85" w:type="dxa"/>
              <w:bottom w:w="70" w:type="dxa"/>
              <w:right w:w="85" w:type="dxa"/>
            </w:tcMar>
            <w:vAlign w:val="center"/>
          </w:tcPr>
          <w:p w14:paraId="6067419B" w14:textId="77777777" w:rsidR="002D35F2" w:rsidRPr="000C5950" w:rsidRDefault="00000000">
            <w:pPr>
              <w:spacing w:after="0" w:line="240" w:lineRule="auto"/>
              <w:rPr>
                <w:noProof/>
                <w:lang w:val="ro-RO"/>
              </w:rPr>
            </w:pPr>
            <w:r w:rsidRPr="000C5950">
              <w:rPr>
                <w:noProof/>
                <w:sz w:val="13"/>
                <w:lang w:val="ro-RO"/>
              </w:rPr>
              <w:t>REG-SSM-02</w:t>
            </w:r>
          </w:p>
        </w:tc>
        <w:tc>
          <w:tcPr>
            <w:tcW w:w="2438" w:type="dxa"/>
            <w:shd w:val="clear" w:color="auto" w:fill="FAFAFA"/>
            <w:tcMar>
              <w:top w:w="70" w:type="dxa"/>
              <w:left w:w="85" w:type="dxa"/>
              <w:bottom w:w="70" w:type="dxa"/>
              <w:right w:w="85" w:type="dxa"/>
            </w:tcMar>
            <w:vAlign w:val="center"/>
          </w:tcPr>
          <w:p w14:paraId="744CC5D3" w14:textId="77777777" w:rsidR="002D35F2" w:rsidRPr="000C5950" w:rsidRDefault="00000000">
            <w:pPr>
              <w:spacing w:after="0" w:line="240" w:lineRule="auto"/>
              <w:rPr>
                <w:noProof/>
                <w:lang w:val="ro-RO"/>
              </w:rPr>
            </w:pPr>
            <w:r w:rsidRPr="000C5950">
              <w:rPr>
                <w:noProof/>
                <w:sz w:val="13"/>
                <w:lang w:val="ro-RO"/>
              </w:rPr>
              <w:t>Registru cerințe legale</w:t>
            </w:r>
          </w:p>
        </w:tc>
        <w:tc>
          <w:tcPr>
            <w:tcW w:w="1417" w:type="dxa"/>
            <w:shd w:val="clear" w:color="auto" w:fill="FAFAFA"/>
            <w:tcMar>
              <w:top w:w="70" w:type="dxa"/>
              <w:left w:w="85" w:type="dxa"/>
              <w:bottom w:w="70" w:type="dxa"/>
              <w:right w:w="85" w:type="dxa"/>
            </w:tcMar>
            <w:vAlign w:val="center"/>
          </w:tcPr>
          <w:p w14:paraId="404E2CC8" w14:textId="77777777" w:rsidR="002D35F2" w:rsidRPr="000C5950" w:rsidRDefault="00000000">
            <w:pPr>
              <w:spacing w:after="0" w:line="240" w:lineRule="auto"/>
              <w:rPr>
                <w:noProof/>
                <w:lang w:val="ro-RO"/>
              </w:rPr>
            </w:pPr>
            <w:r w:rsidRPr="000C5950">
              <w:rPr>
                <w:noProof/>
                <w:sz w:val="13"/>
                <w:lang w:val="ro-RO"/>
              </w:rPr>
              <w:t>Conformare</w:t>
            </w:r>
          </w:p>
        </w:tc>
        <w:tc>
          <w:tcPr>
            <w:tcW w:w="680" w:type="dxa"/>
            <w:shd w:val="clear" w:color="auto" w:fill="FAFAFA"/>
            <w:tcMar>
              <w:top w:w="70" w:type="dxa"/>
              <w:left w:w="85" w:type="dxa"/>
              <w:bottom w:w="70" w:type="dxa"/>
              <w:right w:w="85" w:type="dxa"/>
            </w:tcMar>
            <w:vAlign w:val="center"/>
          </w:tcPr>
          <w:p w14:paraId="1218DBB0" w14:textId="77777777" w:rsidR="002D35F2" w:rsidRPr="000C5950" w:rsidRDefault="00000000">
            <w:pPr>
              <w:spacing w:after="0" w:line="240" w:lineRule="auto"/>
              <w:rPr>
                <w:noProof/>
                <w:lang w:val="ro-RO"/>
              </w:rPr>
            </w:pPr>
            <w:r w:rsidRPr="000C5950">
              <w:rPr>
                <w:noProof/>
                <w:sz w:val="13"/>
                <w:lang w:val="ro-RO"/>
              </w:rPr>
              <w:t>R__</w:t>
            </w:r>
          </w:p>
        </w:tc>
        <w:tc>
          <w:tcPr>
            <w:tcW w:w="1020" w:type="dxa"/>
            <w:shd w:val="clear" w:color="auto" w:fill="FAFAFA"/>
            <w:tcMar>
              <w:top w:w="70" w:type="dxa"/>
              <w:left w:w="85" w:type="dxa"/>
              <w:bottom w:w="70" w:type="dxa"/>
              <w:right w:w="85" w:type="dxa"/>
            </w:tcMar>
            <w:vAlign w:val="center"/>
          </w:tcPr>
          <w:p w14:paraId="5EB0990C" w14:textId="77777777" w:rsidR="002D35F2" w:rsidRPr="000C5950" w:rsidRDefault="00000000">
            <w:pPr>
              <w:spacing w:after="0" w:line="240" w:lineRule="auto"/>
              <w:rPr>
                <w:noProof/>
                <w:lang w:val="ro-RO"/>
              </w:rPr>
            </w:pPr>
            <w:r w:rsidRPr="000C5950">
              <w:rPr>
                <w:noProof/>
                <w:sz w:val="13"/>
                <w:lang w:val="ro-RO"/>
              </w:rPr>
              <w:t>__/__/____</w:t>
            </w:r>
          </w:p>
        </w:tc>
        <w:tc>
          <w:tcPr>
            <w:tcW w:w="1417" w:type="dxa"/>
            <w:shd w:val="clear" w:color="auto" w:fill="FAFAFA"/>
            <w:tcMar>
              <w:top w:w="70" w:type="dxa"/>
              <w:left w:w="85" w:type="dxa"/>
              <w:bottom w:w="70" w:type="dxa"/>
              <w:right w:w="85" w:type="dxa"/>
            </w:tcMar>
            <w:vAlign w:val="center"/>
          </w:tcPr>
          <w:p w14:paraId="37EC3E59" w14:textId="77777777" w:rsidR="002D35F2" w:rsidRPr="000C5950" w:rsidRDefault="00000000">
            <w:pPr>
              <w:spacing w:after="0" w:line="240" w:lineRule="auto"/>
              <w:rPr>
                <w:noProof/>
                <w:lang w:val="ro-RO"/>
              </w:rPr>
            </w:pPr>
            <w:r w:rsidRPr="000C5950">
              <w:rPr>
                <w:noProof/>
                <w:sz w:val="13"/>
                <w:lang w:val="ro-RO"/>
              </w:rPr>
              <w:t>Platformă SSM</w:t>
            </w:r>
          </w:p>
        </w:tc>
        <w:tc>
          <w:tcPr>
            <w:tcW w:w="1020" w:type="dxa"/>
            <w:shd w:val="clear" w:color="auto" w:fill="FAFAFA"/>
            <w:tcMar>
              <w:top w:w="70" w:type="dxa"/>
              <w:left w:w="85" w:type="dxa"/>
              <w:bottom w:w="70" w:type="dxa"/>
              <w:right w:w="85" w:type="dxa"/>
            </w:tcMar>
            <w:vAlign w:val="center"/>
          </w:tcPr>
          <w:p w14:paraId="7D209FC4" w14:textId="77777777" w:rsidR="002D35F2" w:rsidRPr="000C5950" w:rsidRDefault="00000000">
            <w:pPr>
              <w:spacing w:after="0" w:line="240" w:lineRule="auto"/>
              <w:rPr>
                <w:noProof/>
                <w:lang w:val="ro-RO"/>
              </w:rPr>
            </w:pPr>
            <w:r w:rsidRPr="000C5950">
              <w:rPr>
                <w:noProof/>
                <w:sz w:val="13"/>
                <w:lang w:val="ro-RO"/>
              </w:rPr>
              <w:t>Restricționat</w:t>
            </w:r>
          </w:p>
        </w:tc>
        <w:tc>
          <w:tcPr>
            <w:tcW w:w="624" w:type="dxa"/>
            <w:shd w:val="clear" w:color="auto" w:fill="FAFAFA"/>
            <w:tcMar>
              <w:top w:w="70" w:type="dxa"/>
              <w:left w:w="85" w:type="dxa"/>
              <w:bottom w:w="70" w:type="dxa"/>
              <w:right w:w="85" w:type="dxa"/>
            </w:tcMar>
            <w:vAlign w:val="center"/>
          </w:tcPr>
          <w:p w14:paraId="679E0E53" w14:textId="77777777" w:rsidR="002D35F2" w:rsidRPr="000C5950" w:rsidRDefault="00000000">
            <w:pPr>
              <w:spacing w:after="0" w:line="240" w:lineRule="auto"/>
              <w:rPr>
                <w:noProof/>
                <w:lang w:val="ro-RO"/>
              </w:rPr>
            </w:pPr>
            <w:r w:rsidRPr="000C5950">
              <w:rPr>
                <w:noProof/>
                <w:sz w:val="13"/>
                <w:lang w:val="ro-RO"/>
              </w:rPr>
              <w:t>Activ</w:t>
            </w:r>
          </w:p>
        </w:tc>
      </w:tr>
      <w:tr w:rsidR="002D35F2" w:rsidRPr="000C5950" w14:paraId="4BE1C89E" w14:textId="77777777">
        <w:trPr>
          <w:cantSplit/>
          <w:jc w:val="center"/>
        </w:trPr>
        <w:tc>
          <w:tcPr>
            <w:tcW w:w="1304" w:type="dxa"/>
            <w:shd w:val="clear" w:color="auto" w:fill="FFFFFF"/>
            <w:tcMar>
              <w:top w:w="70" w:type="dxa"/>
              <w:left w:w="85" w:type="dxa"/>
              <w:bottom w:w="70" w:type="dxa"/>
              <w:right w:w="85" w:type="dxa"/>
            </w:tcMar>
            <w:vAlign w:val="center"/>
          </w:tcPr>
          <w:p w14:paraId="32485DB4" w14:textId="77777777" w:rsidR="002D35F2" w:rsidRPr="000C5950" w:rsidRDefault="00000000">
            <w:pPr>
              <w:spacing w:after="0" w:line="240" w:lineRule="auto"/>
              <w:rPr>
                <w:noProof/>
                <w:lang w:val="ro-RO"/>
              </w:rPr>
            </w:pPr>
            <w:r w:rsidRPr="000C5950">
              <w:rPr>
                <w:noProof/>
                <w:sz w:val="13"/>
                <w:lang w:val="ro-RO"/>
              </w:rPr>
              <w:t>PRO-SSM-03</w:t>
            </w:r>
          </w:p>
        </w:tc>
        <w:tc>
          <w:tcPr>
            <w:tcW w:w="2438" w:type="dxa"/>
            <w:shd w:val="clear" w:color="auto" w:fill="FFFFFF"/>
            <w:tcMar>
              <w:top w:w="70" w:type="dxa"/>
              <w:left w:w="85" w:type="dxa"/>
              <w:bottom w:w="70" w:type="dxa"/>
              <w:right w:w="85" w:type="dxa"/>
            </w:tcMar>
            <w:vAlign w:val="center"/>
          </w:tcPr>
          <w:p w14:paraId="1D3F9B2F" w14:textId="77777777" w:rsidR="002D35F2" w:rsidRPr="000C5950" w:rsidRDefault="00000000">
            <w:pPr>
              <w:spacing w:after="0" w:line="240" w:lineRule="auto"/>
              <w:rPr>
                <w:noProof/>
                <w:lang w:val="ro-RO"/>
              </w:rPr>
            </w:pPr>
            <w:r w:rsidRPr="000C5950">
              <w:rPr>
                <w:noProof/>
                <w:sz w:val="13"/>
                <w:lang w:val="ro-RO"/>
              </w:rPr>
              <w:t>Control operațional activități critice</w:t>
            </w:r>
          </w:p>
        </w:tc>
        <w:tc>
          <w:tcPr>
            <w:tcW w:w="1417" w:type="dxa"/>
            <w:shd w:val="clear" w:color="auto" w:fill="FFFFFF"/>
            <w:tcMar>
              <w:top w:w="70" w:type="dxa"/>
              <w:left w:w="85" w:type="dxa"/>
              <w:bottom w:w="70" w:type="dxa"/>
              <w:right w:w="85" w:type="dxa"/>
            </w:tcMar>
            <w:vAlign w:val="center"/>
          </w:tcPr>
          <w:p w14:paraId="2C3116EB" w14:textId="77777777" w:rsidR="002D35F2" w:rsidRPr="000C5950" w:rsidRDefault="00000000">
            <w:pPr>
              <w:spacing w:after="0" w:line="240" w:lineRule="auto"/>
              <w:rPr>
                <w:noProof/>
                <w:lang w:val="ro-RO"/>
              </w:rPr>
            </w:pPr>
            <w:r w:rsidRPr="000C5950">
              <w:rPr>
                <w:noProof/>
                <w:sz w:val="13"/>
                <w:lang w:val="ro-RO"/>
              </w:rPr>
              <w:t>Operațiuni</w:t>
            </w:r>
          </w:p>
        </w:tc>
        <w:tc>
          <w:tcPr>
            <w:tcW w:w="680" w:type="dxa"/>
            <w:shd w:val="clear" w:color="auto" w:fill="FFFFFF"/>
            <w:tcMar>
              <w:top w:w="70" w:type="dxa"/>
              <w:left w:w="85" w:type="dxa"/>
              <w:bottom w:w="70" w:type="dxa"/>
              <w:right w:w="85" w:type="dxa"/>
            </w:tcMar>
            <w:vAlign w:val="center"/>
          </w:tcPr>
          <w:p w14:paraId="7248FBBA" w14:textId="77777777" w:rsidR="002D35F2" w:rsidRPr="000C5950" w:rsidRDefault="00000000">
            <w:pPr>
              <w:spacing w:after="0" w:line="240" w:lineRule="auto"/>
              <w:rPr>
                <w:noProof/>
                <w:lang w:val="ro-RO"/>
              </w:rPr>
            </w:pPr>
            <w:r w:rsidRPr="000C5950">
              <w:rPr>
                <w:noProof/>
                <w:sz w:val="13"/>
                <w:lang w:val="ro-RO"/>
              </w:rPr>
              <w:t>R__</w:t>
            </w:r>
          </w:p>
        </w:tc>
        <w:tc>
          <w:tcPr>
            <w:tcW w:w="1020" w:type="dxa"/>
            <w:shd w:val="clear" w:color="auto" w:fill="FFFFFF"/>
            <w:tcMar>
              <w:top w:w="70" w:type="dxa"/>
              <w:left w:w="85" w:type="dxa"/>
              <w:bottom w:w="70" w:type="dxa"/>
              <w:right w:w="85" w:type="dxa"/>
            </w:tcMar>
            <w:vAlign w:val="center"/>
          </w:tcPr>
          <w:p w14:paraId="74EDFDE9" w14:textId="77777777" w:rsidR="002D35F2" w:rsidRPr="000C5950" w:rsidRDefault="00000000">
            <w:pPr>
              <w:spacing w:after="0" w:line="240" w:lineRule="auto"/>
              <w:rPr>
                <w:noProof/>
                <w:lang w:val="ro-RO"/>
              </w:rPr>
            </w:pPr>
            <w:r w:rsidRPr="000C5950">
              <w:rPr>
                <w:noProof/>
                <w:sz w:val="13"/>
                <w:lang w:val="ro-RO"/>
              </w:rPr>
              <w:t>__/__/____</w:t>
            </w:r>
          </w:p>
        </w:tc>
        <w:tc>
          <w:tcPr>
            <w:tcW w:w="1417" w:type="dxa"/>
            <w:shd w:val="clear" w:color="auto" w:fill="FFFFFF"/>
            <w:tcMar>
              <w:top w:w="70" w:type="dxa"/>
              <w:left w:w="85" w:type="dxa"/>
              <w:bottom w:w="70" w:type="dxa"/>
              <w:right w:w="85" w:type="dxa"/>
            </w:tcMar>
            <w:vAlign w:val="center"/>
          </w:tcPr>
          <w:p w14:paraId="6932D0D9" w14:textId="77777777" w:rsidR="002D35F2" w:rsidRPr="000C5950" w:rsidRDefault="00000000">
            <w:pPr>
              <w:spacing w:after="0" w:line="240" w:lineRule="auto"/>
              <w:rPr>
                <w:noProof/>
                <w:lang w:val="ro-RO"/>
              </w:rPr>
            </w:pPr>
            <w:r w:rsidRPr="000C5950">
              <w:rPr>
                <w:noProof/>
                <w:sz w:val="13"/>
                <w:lang w:val="ro-RO"/>
              </w:rPr>
              <w:t>Intranet</w:t>
            </w:r>
          </w:p>
        </w:tc>
        <w:tc>
          <w:tcPr>
            <w:tcW w:w="1020" w:type="dxa"/>
            <w:shd w:val="clear" w:color="auto" w:fill="FFFFFF"/>
            <w:tcMar>
              <w:top w:w="70" w:type="dxa"/>
              <w:left w:w="85" w:type="dxa"/>
              <w:bottom w:w="70" w:type="dxa"/>
              <w:right w:w="85" w:type="dxa"/>
            </w:tcMar>
            <w:vAlign w:val="center"/>
          </w:tcPr>
          <w:p w14:paraId="5D8302C0" w14:textId="77777777" w:rsidR="002D35F2" w:rsidRPr="000C5950" w:rsidRDefault="00000000">
            <w:pPr>
              <w:spacing w:after="0" w:line="240" w:lineRule="auto"/>
              <w:rPr>
                <w:noProof/>
                <w:lang w:val="ro-RO"/>
              </w:rPr>
            </w:pPr>
            <w:r w:rsidRPr="000C5950">
              <w:rPr>
                <w:noProof/>
                <w:sz w:val="13"/>
                <w:lang w:val="ro-RO"/>
              </w:rPr>
              <w:t>Intern</w:t>
            </w:r>
          </w:p>
        </w:tc>
        <w:tc>
          <w:tcPr>
            <w:tcW w:w="624" w:type="dxa"/>
            <w:shd w:val="clear" w:color="auto" w:fill="FFFFFF"/>
            <w:tcMar>
              <w:top w:w="70" w:type="dxa"/>
              <w:left w:w="85" w:type="dxa"/>
              <w:bottom w:w="70" w:type="dxa"/>
              <w:right w:w="85" w:type="dxa"/>
            </w:tcMar>
            <w:vAlign w:val="center"/>
          </w:tcPr>
          <w:p w14:paraId="060D6B80" w14:textId="77777777" w:rsidR="002D35F2" w:rsidRPr="000C5950" w:rsidRDefault="00000000">
            <w:pPr>
              <w:spacing w:after="0" w:line="240" w:lineRule="auto"/>
              <w:rPr>
                <w:noProof/>
                <w:lang w:val="ro-RO"/>
              </w:rPr>
            </w:pPr>
            <w:r w:rsidRPr="000C5950">
              <w:rPr>
                <w:noProof/>
                <w:sz w:val="13"/>
                <w:lang w:val="ro-RO"/>
              </w:rPr>
              <w:t>Activ</w:t>
            </w:r>
          </w:p>
        </w:tc>
      </w:tr>
      <w:tr w:rsidR="002D35F2" w:rsidRPr="000C5950" w14:paraId="3FBF773D" w14:textId="77777777">
        <w:trPr>
          <w:cantSplit/>
          <w:jc w:val="center"/>
        </w:trPr>
        <w:tc>
          <w:tcPr>
            <w:tcW w:w="1304" w:type="dxa"/>
            <w:shd w:val="clear" w:color="auto" w:fill="FAFAFA"/>
            <w:tcMar>
              <w:top w:w="70" w:type="dxa"/>
              <w:left w:w="85" w:type="dxa"/>
              <w:bottom w:w="70" w:type="dxa"/>
              <w:right w:w="85" w:type="dxa"/>
            </w:tcMar>
            <w:vAlign w:val="center"/>
          </w:tcPr>
          <w:p w14:paraId="2FDA3B4D" w14:textId="77777777" w:rsidR="002D35F2" w:rsidRPr="000C5950" w:rsidRDefault="002D35F2">
            <w:pPr>
              <w:spacing w:after="0" w:line="240" w:lineRule="auto"/>
              <w:rPr>
                <w:noProof/>
                <w:lang w:val="ro-RO"/>
              </w:rPr>
            </w:pPr>
          </w:p>
        </w:tc>
        <w:tc>
          <w:tcPr>
            <w:tcW w:w="2438" w:type="dxa"/>
            <w:shd w:val="clear" w:color="auto" w:fill="FAFAFA"/>
            <w:tcMar>
              <w:top w:w="70" w:type="dxa"/>
              <w:left w:w="85" w:type="dxa"/>
              <w:bottom w:w="70" w:type="dxa"/>
              <w:right w:w="85" w:type="dxa"/>
            </w:tcMar>
            <w:vAlign w:val="center"/>
          </w:tcPr>
          <w:p w14:paraId="6221D402" w14:textId="77777777" w:rsidR="002D35F2" w:rsidRPr="000C5950" w:rsidRDefault="002D35F2">
            <w:pPr>
              <w:spacing w:after="0" w:line="240" w:lineRule="auto"/>
              <w:rPr>
                <w:noProof/>
                <w:lang w:val="ro-RO"/>
              </w:rPr>
            </w:pPr>
          </w:p>
        </w:tc>
        <w:tc>
          <w:tcPr>
            <w:tcW w:w="1417" w:type="dxa"/>
            <w:shd w:val="clear" w:color="auto" w:fill="FAFAFA"/>
            <w:tcMar>
              <w:top w:w="70" w:type="dxa"/>
              <w:left w:w="85" w:type="dxa"/>
              <w:bottom w:w="70" w:type="dxa"/>
              <w:right w:w="85" w:type="dxa"/>
            </w:tcMar>
            <w:vAlign w:val="center"/>
          </w:tcPr>
          <w:p w14:paraId="46CF452A" w14:textId="77777777" w:rsidR="002D35F2" w:rsidRPr="000C5950" w:rsidRDefault="002D35F2">
            <w:pPr>
              <w:spacing w:after="0" w:line="240" w:lineRule="auto"/>
              <w:rPr>
                <w:noProof/>
                <w:lang w:val="ro-RO"/>
              </w:rPr>
            </w:pPr>
          </w:p>
        </w:tc>
        <w:tc>
          <w:tcPr>
            <w:tcW w:w="680" w:type="dxa"/>
            <w:shd w:val="clear" w:color="auto" w:fill="FAFAFA"/>
            <w:tcMar>
              <w:top w:w="70" w:type="dxa"/>
              <w:left w:w="85" w:type="dxa"/>
              <w:bottom w:w="70" w:type="dxa"/>
              <w:right w:w="85" w:type="dxa"/>
            </w:tcMar>
            <w:vAlign w:val="center"/>
          </w:tcPr>
          <w:p w14:paraId="189D4071" w14:textId="77777777" w:rsidR="002D35F2" w:rsidRPr="000C5950" w:rsidRDefault="002D35F2">
            <w:pPr>
              <w:spacing w:after="0" w:line="240" w:lineRule="auto"/>
              <w:rPr>
                <w:noProof/>
                <w:lang w:val="ro-RO"/>
              </w:rPr>
            </w:pPr>
          </w:p>
        </w:tc>
        <w:tc>
          <w:tcPr>
            <w:tcW w:w="1020" w:type="dxa"/>
            <w:shd w:val="clear" w:color="auto" w:fill="FAFAFA"/>
            <w:tcMar>
              <w:top w:w="70" w:type="dxa"/>
              <w:left w:w="85" w:type="dxa"/>
              <w:bottom w:w="70" w:type="dxa"/>
              <w:right w:w="85" w:type="dxa"/>
            </w:tcMar>
            <w:vAlign w:val="center"/>
          </w:tcPr>
          <w:p w14:paraId="63BDDCE8" w14:textId="77777777" w:rsidR="002D35F2" w:rsidRPr="000C5950" w:rsidRDefault="002D35F2">
            <w:pPr>
              <w:spacing w:after="0" w:line="240" w:lineRule="auto"/>
              <w:rPr>
                <w:noProof/>
                <w:lang w:val="ro-RO"/>
              </w:rPr>
            </w:pPr>
          </w:p>
        </w:tc>
        <w:tc>
          <w:tcPr>
            <w:tcW w:w="1417" w:type="dxa"/>
            <w:shd w:val="clear" w:color="auto" w:fill="FAFAFA"/>
            <w:tcMar>
              <w:top w:w="70" w:type="dxa"/>
              <w:left w:w="85" w:type="dxa"/>
              <w:bottom w:w="70" w:type="dxa"/>
              <w:right w:w="85" w:type="dxa"/>
            </w:tcMar>
            <w:vAlign w:val="center"/>
          </w:tcPr>
          <w:p w14:paraId="05D0906B" w14:textId="77777777" w:rsidR="002D35F2" w:rsidRPr="000C5950" w:rsidRDefault="002D35F2">
            <w:pPr>
              <w:spacing w:after="0" w:line="240" w:lineRule="auto"/>
              <w:rPr>
                <w:noProof/>
                <w:lang w:val="ro-RO"/>
              </w:rPr>
            </w:pPr>
          </w:p>
        </w:tc>
        <w:tc>
          <w:tcPr>
            <w:tcW w:w="1020" w:type="dxa"/>
            <w:shd w:val="clear" w:color="auto" w:fill="FAFAFA"/>
            <w:tcMar>
              <w:top w:w="70" w:type="dxa"/>
              <w:left w:w="85" w:type="dxa"/>
              <w:bottom w:w="70" w:type="dxa"/>
              <w:right w:w="85" w:type="dxa"/>
            </w:tcMar>
            <w:vAlign w:val="center"/>
          </w:tcPr>
          <w:p w14:paraId="2D410E12" w14:textId="77777777" w:rsidR="002D35F2" w:rsidRPr="000C5950" w:rsidRDefault="002D35F2">
            <w:pPr>
              <w:spacing w:after="0" w:line="240" w:lineRule="auto"/>
              <w:rPr>
                <w:noProof/>
                <w:lang w:val="ro-RO"/>
              </w:rPr>
            </w:pPr>
          </w:p>
        </w:tc>
        <w:tc>
          <w:tcPr>
            <w:tcW w:w="624" w:type="dxa"/>
            <w:shd w:val="clear" w:color="auto" w:fill="FAFAFA"/>
            <w:tcMar>
              <w:top w:w="70" w:type="dxa"/>
              <w:left w:w="85" w:type="dxa"/>
              <w:bottom w:w="70" w:type="dxa"/>
              <w:right w:w="85" w:type="dxa"/>
            </w:tcMar>
            <w:vAlign w:val="center"/>
          </w:tcPr>
          <w:p w14:paraId="33C5A108" w14:textId="77777777" w:rsidR="002D35F2" w:rsidRPr="000C5950" w:rsidRDefault="002D35F2">
            <w:pPr>
              <w:spacing w:after="0" w:line="240" w:lineRule="auto"/>
              <w:rPr>
                <w:noProof/>
                <w:lang w:val="ro-RO"/>
              </w:rPr>
            </w:pPr>
          </w:p>
        </w:tc>
      </w:tr>
      <w:tr w:rsidR="002D35F2" w:rsidRPr="000C5950" w14:paraId="30D0B583" w14:textId="77777777">
        <w:trPr>
          <w:cantSplit/>
          <w:jc w:val="center"/>
        </w:trPr>
        <w:tc>
          <w:tcPr>
            <w:tcW w:w="1304" w:type="dxa"/>
            <w:shd w:val="clear" w:color="auto" w:fill="FFFFFF"/>
            <w:tcMar>
              <w:top w:w="70" w:type="dxa"/>
              <w:left w:w="85" w:type="dxa"/>
              <w:bottom w:w="70" w:type="dxa"/>
              <w:right w:w="85" w:type="dxa"/>
            </w:tcMar>
            <w:vAlign w:val="center"/>
          </w:tcPr>
          <w:p w14:paraId="2F4E3601" w14:textId="77777777" w:rsidR="002D35F2" w:rsidRPr="000C5950" w:rsidRDefault="002D35F2">
            <w:pPr>
              <w:spacing w:after="0" w:line="240" w:lineRule="auto"/>
              <w:rPr>
                <w:noProof/>
                <w:lang w:val="ro-RO"/>
              </w:rPr>
            </w:pPr>
          </w:p>
        </w:tc>
        <w:tc>
          <w:tcPr>
            <w:tcW w:w="2438" w:type="dxa"/>
            <w:shd w:val="clear" w:color="auto" w:fill="FFFFFF"/>
            <w:tcMar>
              <w:top w:w="70" w:type="dxa"/>
              <w:left w:w="85" w:type="dxa"/>
              <w:bottom w:w="70" w:type="dxa"/>
              <w:right w:w="85" w:type="dxa"/>
            </w:tcMar>
            <w:vAlign w:val="center"/>
          </w:tcPr>
          <w:p w14:paraId="667A8BD8" w14:textId="77777777" w:rsidR="002D35F2" w:rsidRPr="000C5950" w:rsidRDefault="002D35F2">
            <w:pPr>
              <w:spacing w:after="0" w:line="240" w:lineRule="auto"/>
              <w:rPr>
                <w:noProof/>
                <w:lang w:val="ro-RO"/>
              </w:rPr>
            </w:pPr>
          </w:p>
        </w:tc>
        <w:tc>
          <w:tcPr>
            <w:tcW w:w="1417" w:type="dxa"/>
            <w:shd w:val="clear" w:color="auto" w:fill="FFFFFF"/>
            <w:tcMar>
              <w:top w:w="70" w:type="dxa"/>
              <w:left w:w="85" w:type="dxa"/>
              <w:bottom w:w="70" w:type="dxa"/>
              <w:right w:w="85" w:type="dxa"/>
            </w:tcMar>
            <w:vAlign w:val="center"/>
          </w:tcPr>
          <w:p w14:paraId="0653C240" w14:textId="77777777" w:rsidR="002D35F2" w:rsidRPr="000C5950" w:rsidRDefault="002D35F2">
            <w:pPr>
              <w:spacing w:after="0" w:line="240" w:lineRule="auto"/>
              <w:rPr>
                <w:noProof/>
                <w:lang w:val="ro-RO"/>
              </w:rPr>
            </w:pPr>
          </w:p>
        </w:tc>
        <w:tc>
          <w:tcPr>
            <w:tcW w:w="680" w:type="dxa"/>
            <w:shd w:val="clear" w:color="auto" w:fill="FFFFFF"/>
            <w:tcMar>
              <w:top w:w="70" w:type="dxa"/>
              <w:left w:w="85" w:type="dxa"/>
              <w:bottom w:w="70" w:type="dxa"/>
              <w:right w:w="85" w:type="dxa"/>
            </w:tcMar>
            <w:vAlign w:val="center"/>
          </w:tcPr>
          <w:p w14:paraId="564FD07D" w14:textId="77777777" w:rsidR="002D35F2" w:rsidRPr="000C5950" w:rsidRDefault="002D35F2">
            <w:pPr>
              <w:spacing w:after="0" w:line="240" w:lineRule="auto"/>
              <w:rPr>
                <w:noProof/>
                <w:lang w:val="ro-RO"/>
              </w:rPr>
            </w:pPr>
          </w:p>
        </w:tc>
        <w:tc>
          <w:tcPr>
            <w:tcW w:w="1020" w:type="dxa"/>
            <w:shd w:val="clear" w:color="auto" w:fill="FFFFFF"/>
            <w:tcMar>
              <w:top w:w="70" w:type="dxa"/>
              <w:left w:w="85" w:type="dxa"/>
              <w:bottom w:w="70" w:type="dxa"/>
              <w:right w:w="85" w:type="dxa"/>
            </w:tcMar>
            <w:vAlign w:val="center"/>
          </w:tcPr>
          <w:p w14:paraId="4EFE30F0" w14:textId="77777777" w:rsidR="002D35F2" w:rsidRPr="000C5950" w:rsidRDefault="002D35F2">
            <w:pPr>
              <w:spacing w:after="0" w:line="240" w:lineRule="auto"/>
              <w:rPr>
                <w:noProof/>
                <w:lang w:val="ro-RO"/>
              </w:rPr>
            </w:pPr>
          </w:p>
        </w:tc>
        <w:tc>
          <w:tcPr>
            <w:tcW w:w="1417" w:type="dxa"/>
            <w:shd w:val="clear" w:color="auto" w:fill="FFFFFF"/>
            <w:tcMar>
              <w:top w:w="70" w:type="dxa"/>
              <w:left w:w="85" w:type="dxa"/>
              <w:bottom w:w="70" w:type="dxa"/>
              <w:right w:w="85" w:type="dxa"/>
            </w:tcMar>
            <w:vAlign w:val="center"/>
          </w:tcPr>
          <w:p w14:paraId="08A845C0" w14:textId="77777777" w:rsidR="002D35F2" w:rsidRPr="000C5950" w:rsidRDefault="002D35F2">
            <w:pPr>
              <w:spacing w:after="0" w:line="240" w:lineRule="auto"/>
              <w:rPr>
                <w:noProof/>
                <w:lang w:val="ro-RO"/>
              </w:rPr>
            </w:pPr>
          </w:p>
        </w:tc>
        <w:tc>
          <w:tcPr>
            <w:tcW w:w="1020" w:type="dxa"/>
            <w:shd w:val="clear" w:color="auto" w:fill="FFFFFF"/>
            <w:tcMar>
              <w:top w:w="70" w:type="dxa"/>
              <w:left w:w="85" w:type="dxa"/>
              <w:bottom w:w="70" w:type="dxa"/>
              <w:right w:w="85" w:type="dxa"/>
            </w:tcMar>
            <w:vAlign w:val="center"/>
          </w:tcPr>
          <w:p w14:paraId="3A889311" w14:textId="77777777" w:rsidR="002D35F2" w:rsidRPr="000C5950" w:rsidRDefault="002D35F2">
            <w:pPr>
              <w:spacing w:after="0" w:line="240" w:lineRule="auto"/>
              <w:rPr>
                <w:noProof/>
                <w:lang w:val="ro-RO"/>
              </w:rPr>
            </w:pPr>
          </w:p>
        </w:tc>
        <w:tc>
          <w:tcPr>
            <w:tcW w:w="624" w:type="dxa"/>
            <w:shd w:val="clear" w:color="auto" w:fill="FFFFFF"/>
            <w:tcMar>
              <w:top w:w="70" w:type="dxa"/>
              <w:left w:w="85" w:type="dxa"/>
              <w:bottom w:w="70" w:type="dxa"/>
              <w:right w:w="85" w:type="dxa"/>
            </w:tcMar>
            <w:vAlign w:val="center"/>
          </w:tcPr>
          <w:p w14:paraId="247ED57C" w14:textId="77777777" w:rsidR="002D35F2" w:rsidRPr="000C5950" w:rsidRDefault="002D35F2">
            <w:pPr>
              <w:spacing w:after="0" w:line="240" w:lineRule="auto"/>
              <w:rPr>
                <w:noProof/>
                <w:lang w:val="ro-RO"/>
              </w:rPr>
            </w:pPr>
          </w:p>
        </w:tc>
      </w:tr>
      <w:tr w:rsidR="002D35F2" w:rsidRPr="000C5950" w14:paraId="154A772D" w14:textId="77777777">
        <w:trPr>
          <w:cantSplit/>
          <w:jc w:val="center"/>
        </w:trPr>
        <w:tc>
          <w:tcPr>
            <w:tcW w:w="1304" w:type="dxa"/>
            <w:shd w:val="clear" w:color="auto" w:fill="FAFAFA"/>
            <w:tcMar>
              <w:top w:w="70" w:type="dxa"/>
              <w:left w:w="85" w:type="dxa"/>
              <w:bottom w:w="70" w:type="dxa"/>
              <w:right w:w="85" w:type="dxa"/>
            </w:tcMar>
            <w:vAlign w:val="center"/>
          </w:tcPr>
          <w:p w14:paraId="51D036A9" w14:textId="77777777" w:rsidR="002D35F2" w:rsidRPr="000C5950" w:rsidRDefault="002D35F2">
            <w:pPr>
              <w:spacing w:after="0" w:line="240" w:lineRule="auto"/>
              <w:rPr>
                <w:noProof/>
                <w:lang w:val="ro-RO"/>
              </w:rPr>
            </w:pPr>
          </w:p>
        </w:tc>
        <w:tc>
          <w:tcPr>
            <w:tcW w:w="2438" w:type="dxa"/>
            <w:shd w:val="clear" w:color="auto" w:fill="FAFAFA"/>
            <w:tcMar>
              <w:top w:w="70" w:type="dxa"/>
              <w:left w:w="85" w:type="dxa"/>
              <w:bottom w:w="70" w:type="dxa"/>
              <w:right w:w="85" w:type="dxa"/>
            </w:tcMar>
            <w:vAlign w:val="center"/>
          </w:tcPr>
          <w:p w14:paraId="3BCDC397" w14:textId="77777777" w:rsidR="002D35F2" w:rsidRPr="000C5950" w:rsidRDefault="002D35F2">
            <w:pPr>
              <w:spacing w:after="0" w:line="240" w:lineRule="auto"/>
              <w:rPr>
                <w:noProof/>
                <w:lang w:val="ro-RO"/>
              </w:rPr>
            </w:pPr>
          </w:p>
        </w:tc>
        <w:tc>
          <w:tcPr>
            <w:tcW w:w="1417" w:type="dxa"/>
            <w:shd w:val="clear" w:color="auto" w:fill="FAFAFA"/>
            <w:tcMar>
              <w:top w:w="70" w:type="dxa"/>
              <w:left w:w="85" w:type="dxa"/>
              <w:bottom w:w="70" w:type="dxa"/>
              <w:right w:w="85" w:type="dxa"/>
            </w:tcMar>
            <w:vAlign w:val="center"/>
          </w:tcPr>
          <w:p w14:paraId="5FD55BA9" w14:textId="77777777" w:rsidR="002D35F2" w:rsidRPr="000C5950" w:rsidRDefault="002D35F2">
            <w:pPr>
              <w:spacing w:after="0" w:line="240" w:lineRule="auto"/>
              <w:rPr>
                <w:noProof/>
                <w:lang w:val="ro-RO"/>
              </w:rPr>
            </w:pPr>
          </w:p>
        </w:tc>
        <w:tc>
          <w:tcPr>
            <w:tcW w:w="680" w:type="dxa"/>
            <w:shd w:val="clear" w:color="auto" w:fill="FAFAFA"/>
            <w:tcMar>
              <w:top w:w="70" w:type="dxa"/>
              <w:left w:w="85" w:type="dxa"/>
              <w:bottom w:w="70" w:type="dxa"/>
              <w:right w:w="85" w:type="dxa"/>
            </w:tcMar>
            <w:vAlign w:val="center"/>
          </w:tcPr>
          <w:p w14:paraId="172A3A23" w14:textId="77777777" w:rsidR="002D35F2" w:rsidRPr="000C5950" w:rsidRDefault="002D35F2">
            <w:pPr>
              <w:spacing w:after="0" w:line="240" w:lineRule="auto"/>
              <w:rPr>
                <w:noProof/>
                <w:lang w:val="ro-RO"/>
              </w:rPr>
            </w:pPr>
          </w:p>
        </w:tc>
        <w:tc>
          <w:tcPr>
            <w:tcW w:w="1020" w:type="dxa"/>
            <w:shd w:val="clear" w:color="auto" w:fill="FAFAFA"/>
            <w:tcMar>
              <w:top w:w="70" w:type="dxa"/>
              <w:left w:w="85" w:type="dxa"/>
              <w:bottom w:w="70" w:type="dxa"/>
              <w:right w:w="85" w:type="dxa"/>
            </w:tcMar>
            <w:vAlign w:val="center"/>
          </w:tcPr>
          <w:p w14:paraId="4A051F17" w14:textId="77777777" w:rsidR="002D35F2" w:rsidRPr="000C5950" w:rsidRDefault="002D35F2">
            <w:pPr>
              <w:spacing w:after="0" w:line="240" w:lineRule="auto"/>
              <w:rPr>
                <w:noProof/>
                <w:lang w:val="ro-RO"/>
              </w:rPr>
            </w:pPr>
          </w:p>
        </w:tc>
        <w:tc>
          <w:tcPr>
            <w:tcW w:w="1417" w:type="dxa"/>
            <w:shd w:val="clear" w:color="auto" w:fill="FAFAFA"/>
            <w:tcMar>
              <w:top w:w="70" w:type="dxa"/>
              <w:left w:w="85" w:type="dxa"/>
              <w:bottom w:w="70" w:type="dxa"/>
              <w:right w:w="85" w:type="dxa"/>
            </w:tcMar>
            <w:vAlign w:val="center"/>
          </w:tcPr>
          <w:p w14:paraId="41868F0B" w14:textId="77777777" w:rsidR="002D35F2" w:rsidRPr="000C5950" w:rsidRDefault="002D35F2">
            <w:pPr>
              <w:spacing w:after="0" w:line="240" w:lineRule="auto"/>
              <w:rPr>
                <w:noProof/>
                <w:lang w:val="ro-RO"/>
              </w:rPr>
            </w:pPr>
          </w:p>
        </w:tc>
        <w:tc>
          <w:tcPr>
            <w:tcW w:w="1020" w:type="dxa"/>
            <w:shd w:val="clear" w:color="auto" w:fill="FAFAFA"/>
            <w:tcMar>
              <w:top w:w="70" w:type="dxa"/>
              <w:left w:w="85" w:type="dxa"/>
              <w:bottom w:w="70" w:type="dxa"/>
              <w:right w:w="85" w:type="dxa"/>
            </w:tcMar>
            <w:vAlign w:val="center"/>
          </w:tcPr>
          <w:p w14:paraId="622A8318" w14:textId="77777777" w:rsidR="002D35F2" w:rsidRPr="000C5950" w:rsidRDefault="002D35F2">
            <w:pPr>
              <w:spacing w:after="0" w:line="240" w:lineRule="auto"/>
              <w:rPr>
                <w:noProof/>
                <w:lang w:val="ro-RO"/>
              </w:rPr>
            </w:pPr>
          </w:p>
        </w:tc>
        <w:tc>
          <w:tcPr>
            <w:tcW w:w="624" w:type="dxa"/>
            <w:shd w:val="clear" w:color="auto" w:fill="FAFAFA"/>
            <w:tcMar>
              <w:top w:w="70" w:type="dxa"/>
              <w:left w:w="85" w:type="dxa"/>
              <w:bottom w:w="70" w:type="dxa"/>
              <w:right w:w="85" w:type="dxa"/>
            </w:tcMar>
            <w:vAlign w:val="center"/>
          </w:tcPr>
          <w:p w14:paraId="13F4115A" w14:textId="77777777" w:rsidR="002D35F2" w:rsidRPr="000C5950" w:rsidRDefault="002D35F2">
            <w:pPr>
              <w:spacing w:after="0" w:line="240" w:lineRule="auto"/>
              <w:rPr>
                <w:noProof/>
                <w:lang w:val="ro-RO"/>
              </w:rPr>
            </w:pPr>
          </w:p>
        </w:tc>
      </w:tr>
      <w:tr w:rsidR="002D35F2" w:rsidRPr="000C5950" w14:paraId="0394FC14" w14:textId="77777777">
        <w:trPr>
          <w:cantSplit/>
          <w:jc w:val="center"/>
        </w:trPr>
        <w:tc>
          <w:tcPr>
            <w:tcW w:w="1304" w:type="dxa"/>
            <w:shd w:val="clear" w:color="auto" w:fill="FFFFFF"/>
            <w:tcMar>
              <w:top w:w="70" w:type="dxa"/>
              <w:left w:w="85" w:type="dxa"/>
              <w:bottom w:w="70" w:type="dxa"/>
              <w:right w:w="85" w:type="dxa"/>
            </w:tcMar>
            <w:vAlign w:val="center"/>
          </w:tcPr>
          <w:p w14:paraId="64CAA5C7" w14:textId="77777777" w:rsidR="002D35F2" w:rsidRPr="000C5950" w:rsidRDefault="002D35F2">
            <w:pPr>
              <w:spacing w:after="0" w:line="240" w:lineRule="auto"/>
              <w:rPr>
                <w:noProof/>
                <w:lang w:val="ro-RO"/>
              </w:rPr>
            </w:pPr>
          </w:p>
        </w:tc>
        <w:tc>
          <w:tcPr>
            <w:tcW w:w="2438" w:type="dxa"/>
            <w:shd w:val="clear" w:color="auto" w:fill="FFFFFF"/>
            <w:tcMar>
              <w:top w:w="70" w:type="dxa"/>
              <w:left w:w="85" w:type="dxa"/>
              <w:bottom w:w="70" w:type="dxa"/>
              <w:right w:w="85" w:type="dxa"/>
            </w:tcMar>
            <w:vAlign w:val="center"/>
          </w:tcPr>
          <w:p w14:paraId="4D46B87B" w14:textId="77777777" w:rsidR="002D35F2" w:rsidRPr="000C5950" w:rsidRDefault="002D35F2">
            <w:pPr>
              <w:spacing w:after="0" w:line="240" w:lineRule="auto"/>
              <w:rPr>
                <w:noProof/>
                <w:lang w:val="ro-RO"/>
              </w:rPr>
            </w:pPr>
          </w:p>
        </w:tc>
        <w:tc>
          <w:tcPr>
            <w:tcW w:w="1417" w:type="dxa"/>
            <w:shd w:val="clear" w:color="auto" w:fill="FFFFFF"/>
            <w:tcMar>
              <w:top w:w="70" w:type="dxa"/>
              <w:left w:w="85" w:type="dxa"/>
              <w:bottom w:w="70" w:type="dxa"/>
              <w:right w:w="85" w:type="dxa"/>
            </w:tcMar>
            <w:vAlign w:val="center"/>
          </w:tcPr>
          <w:p w14:paraId="2D2023D2" w14:textId="77777777" w:rsidR="002D35F2" w:rsidRPr="000C5950" w:rsidRDefault="002D35F2">
            <w:pPr>
              <w:spacing w:after="0" w:line="240" w:lineRule="auto"/>
              <w:rPr>
                <w:noProof/>
                <w:lang w:val="ro-RO"/>
              </w:rPr>
            </w:pPr>
          </w:p>
        </w:tc>
        <w:tc>
          <w:tcPr>
            <w:tcW w:w="680" w:type="dxa"/>
            <w:shd w:val="clear" w:color="auto" w:fill="FFFFFF"/>
            <w:tcMar>
              <w:top w:w="70" w:type="dxa"/>
              <w:left w:w="85" w:type="dxa"/>
              <w:bottom w:w="70" w:type="dxa"/>
              <w:right w:w="85" w:type="dxa"/>
            </w:tcMar>
            <w:vAlign w:val="center"/>
          </w:tcPr>
          <w:p w14:paraId="450B00A9" w14:textId="77777777" w:rsidR="002D35F2" w:rsidRPr="000C5950" w:rsidRDefault="002D35F2">
            <w:pPr>
              <w:spacing w:after="0" w:line="240" w:lineRule="auto"/>
              <w:rPr>
                <w:noProof/>
                <w:lang w:val="ro-RO"/>
              </w:rPr>
            </w:pPr>
          </w:p>
        </w:tc>
        <w:tc>
          <w:tcPr>
            <w:tcW w:w="1020" w:type="dxa"/>
            <w:shd w:val="clear" w:color="auto" w:fill="FFFFFF"/>
            <w:tcMar>
              <w:top w:w="70" w:type="dxa"/>
              <w:left w:w="85" w:type="dxa"/>
              <w:bottom w:w="70" w:type="dxa"/>
              <w:right w:w="85" w:type="dxa"/>
            </w:tcMar>
            <w:vAlign w:val="center"/>
          </w:tcPr>
          <w:p w14:paraId="52253746" w14:textId="77777777" w:rsidR="002D35F2" w:rsidRPr="000C5950" w:rsidRDefault="002D35F2">
            <w:pPr>
              <w:spacing w:after="0" w:line="240" w:lineRule="auto"/>
              <w:rPr>
                <w:noProof/>
                <w:lang w:val="ro-RO"/>
              </w:rPr>
            </w:pPr>
          </w:p>
        </w:tc>
        <w:tc>
          <w:tcPr>
            <w:tcW w:w="1417" w:type="dxa"/>
            <w:shd w:val="clear" w:color="auto" w:fill="FFFFFF"/>
            <w:tcMar>
              <w:top w:w="70" w:type="dxa"/>
              <w:left w:w="85" w:type="dxa"/>
              <w:bottom w:w="70" w:type="dxa"/>
              <w:right w:w="85" w:type="dxa"/>
            </w:tcMar>
            <w:vAlign w:val="center"/>
          </w:tcPr>
          <w:p w14:paraId="78C65723" w14:textId="77777777" w:rsidR="002D35F2" w:rsidRPr="000C5950" w:rsidRDefault="002D35F2">
            <w:pPr>
              <w:spacing w:after="0" w:line="240" w:lineRule="auto"/>
              <w:rPr>
                <w:noProof/>
                <w:lang w:val="ro-RO"/>
              </w:rPr>
            </w:pPr>
          </w:p>
        </w:tc>
        <w:tc>
          <w:tcPr>
            <w:tcW w:w="1020" w:type="dxa"/>
            <w:shd w:val="clear" w:color="auto" w:fill="FFFFFF"/>
            <w:tcMar>
              <w:top w:w="70" w:type="dxa"/>
              <w:left w:w="85" w:type="dxa"/>
              <w:bottom w:w="70" w:type="dxa"/>
              <w:right w:w="85" w:type="dxa"/>
            </w:tcMar>
            <w:vAlign w:val="center"/>
          </w:tcPr>
          <w:p w14:paraId="6C09CA54" w14:textId="77777777" w:rsidR="002D35F2" w:rsidRPr="000C5950" w:rsidRDefault="002D35F2">
            <w:pPr>
              <w:spacing w:after="0" w:line="240" w:lineRule="auto"/>
              <w:rPr>
                <w:noProof/>
                <w:lang w:val="ro-RO"/>
              </w:rPr>
            </w:pPr>
          </w:p>
        </w:tc>
        <w:tc>
          <w:tcPr>
            <w:tcW w:w="624" w:type="dxa"/>
            <w:shd w:val="clear" w:color="auto" w:fill="FFFFFF"/>
            <w:tcMar>
              <w:top w:w="70" w:type="dxa"/>
              <w:left w:w="85" w:type="dxa"/>
              <w:bottom w:w="70" w:type="dxa"/>
              <w:right w:w="85" w:type="dxa"/>
            </w:tcMar>
            <w:vAlign w:val="center"/>
          </w:tcPr>
          <w:p w14:paraId="4EA3F904" w14:textId="77777777" w:rsidR="002D35F2" w:rsidRPr="000C5950" w:rsidRDefault="002D35F2">
            <w:pPr>
              <w:spacing w:after="0" w:line="240" w:lineRule="auto"/>
              <w:rPr>
                <w:noProof/>
                <w:lang w:val="ro-RO"/>
              </w:rPr>
            </w:pPr>
          </w:p>
        </w:tc>
      </w:tr>
    </w:tbl>
    <w:p w14:paraId="059734C8" w14:textId="77777777" w:rsidR="002D35F2" w:rsidRPr="000C5950" w:rsidRDefault="002D35F2">
      <w:pPr>
        <w:spacing w:after="20"/>
        <w:rPr>
          <w:noProof/>
          <w:lang w:val="ro-RO"/>
        </w:rPr>
      </w:pPr>
    </w:p>
    <w:p w14:paraId="14D081E6" w14:textId="77777777" w:rsidR="002D35F2" w:rsidRPr="000C5950" w:rsidRDefault="00000000">
      <w:pPr>
        <w:pStyle w:val="Heading2"/>
        <w:rPr>
          <w:noProof/>
          <w:lang w:val="ro-RO"/>
        </w:rPr>
      </w:pPr>
      <w:r w:rsidRPr="000C5950">
        <w:rPr>
          <w:noProof/>
          <w:lang w:val="ro-RO"/>
        </w:rPr>
        <w:t>Matrice orientativă a termenelor de păstrare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154"/>
        <w:gridCol w:w="3231"/>
        <w:gridCol w:w="3231"/>
        <w:gridCol w:w="1304"/>
      </w:tblGrid>
      <w:tr w:rsidR="002D35F2" w:rsidRPr="000C5950" w14:paraId="2980CB43" w14:textId="77777777">
        <w:trPr>
          <w:tblHeader/>
          <w:jc w:val="center"/>
        </w:trPr>
        <w:tc>
          <w:tcPr>
            <w:tcW w:w="2154" w:type="dxa"/>
            <w:shd w:val="clear" w:color="auto" w:fill="D71920"/>
            <w:tcMar>
              <w:top w:w="70" w:type="dxa"/>
              <w:left w:w="85" w:type="dxa"/>
              <w:bottom w:w="70" w:type="dxa"/>
              <w:right w:w="85" w:type="dxa"/>
            </w:tcMar>
            <w:vAlign w:val="center"/>
          </w:tcPr>
          <w:p w14:paraId="1E141299" w14:textId="77777777" w:rsidR="002D35F2" w:rsidRPr="000C5950" w:rsidRDefault="00000000">
            <w:pPr>
              <w:spacing w:after="0" w:line="240" w:lineRule="auto"/>
              <w:jc w:val="center"/>
              <w:rPr>
                <w:noProof/>
                <w:lang w:val="ro-RO"/>
              </w:rPr>
            </w:pPr>
            <w:r w:rsidRPr="000C5950">
              <w:rPr>
                <w:b/>
                <w:noProof/>
                <w:color w:val="FFFFFF"/>
                <w:sz w:val="15"/>
                <w:lang w:val="ro-RO"/>
              </w:rPr>
              <w:t>CATEGORIE</w:t>
            </w:r>
          </w:p>
        </w:tc>
        <w:tc>
          <w:tcPr>
            <w:tcW w:w="3231" w:type="dxa"/>
            <w:shd w:val="clear" w:color="auto" w:fill="D71920"/>
            <w:tcMar>
              <w:top w:w="70" w:type="dxa"/>
              <w:left w:w="85" w:type="dxa"/>
              <w:bottom w:w="70" w:type="dxa"/>
              <w:right w:w="85" w:type="dxa"/>
            </w:tcMar>
            <w:vAlign w:val="center"/>
          </w:tcPr>
          <w:p w14:paraId="031A3A59" w14:textId="77777777" w:rsidR="002D35F2" w:rsidRPr="000C5950" w:rsidRDefault="00000000">
            <w:pPr>
              <w:spacing w:after="0" w:line="240" w:lineRule="auto"/>
              <w:jc w:val="center"/>
              <w:rPr>
                <w:noProof/>
                <w:lang w:val="ro-RO"/>
              </w:rPr>
            </w:pPr>
            <w:r w:rsidRPr="000C5950">
              <w:rPr>
                <w:b/>
                <w:noProof/>
                <w:color w:val="FFFFFF"/>
                <w:sz w:val="15"/>
                <w:lang w:val="ro-RO"/>
              </w:rPr>
              <w:t>EXEMPLE</w:t>
            </w:r>
          </w:p>
        </w:tc>
        <w:tc>
          <w:tcPr>
            <w:tcW w:w="3231" w:type="dxa"/>
            <w:shd w:val="clear" w:color="auto" w:fill="D71920"/>
            <w:tcMar>
              <w:top w:w="70" w:type="dxa"/>
              <w:left w:w="85" w:type="dxa"/>
              <w:bottom w:w="70" w:type="dxa"/>
              <w:right w:w="85" w:type="dxa"/>
            </w:tcMar>
            <w:vAlign w:val="center"/>
          </w:tcPr>
          <w:p w14:paraId="203D15BE" w14:textId="77777777" w:rsidR="002D35F2" w:rsidRPr="000C5950" w:rsidRDefault="00000000">
            <w:pPr>
              <w:spacing w:after="0" w:line="240" w:lineRule="auto"/>
              <w:jc w:val="center"/>
              <w:rPr>
                <w:noProof/>
                <w:lang w:val="ro-RO"/>
              </w:rPr>
            </w:pPr>
            <w:r w:rsidRPr="000C5950">
              <w:rPr>
                <w:b/>
                <w:noProof/>
                <w:color w:val="FFFFFF"/>
                <w:sz w:val="15"/>
                <w:lang w:val="ro-RO"/>
              </w:rPr>
              <w:t>CRITERIU DE STABILIRE</w:t>
            </w:r>
          </w:p>
        </w:tc>
        <w:tc>
          <w:tcPr>
            <w:tcW w:w="1304" w:type="dxa"/>
            <w:shd w:val="clear" w:color="auto" w:fill="D71920"/>
            <w:tcMar>
              <w:top w:w="70" w:type="dxa"/>
              <w:left w:w="85" w:type="dxa"/>
              <w:bottom w:w="70" w:type="dxa"/>
              <w:right w:w="85" w:type="dxa"/>
            </w:tcMar>
            <w:vAlign w:val="center"/>
          </w:tcPr>
          <w:p w14:paraId="6277D059" w14:textId="77777777" w:rsidR="002D35F2" w:rsidRPr="000C5950" w:rsidRDefault="00000000">
            <w:pPr>
              <w:spacing w:after="0" w:line="240" w:lineRule="auto"/>
              <w:jc w:val="center"/>
              <w:rPr>
                <w:noProof/>
                <w:lang w:val="ro-RO"/>
              </w:rPr>
            </w:pPr>
            <w:r w:rsidRPr="000C5950">
              <w:rPr>
                <w:b/>
                <w:noProof/>
                <w:color w:val="FFFFFF"/>
                <w:sz w:val="15"/>
                <w:lang w:val="ro-RO"/>
              </w:rPr>
              <w:t>TERMEN APROBAT</w:t>
            </w:r>
          </w:p>
        </w:tc>
      </w:tr>
      <w:tr w:rsidR="002D35F2" w:rsidRPr="000C5950" w14:paraId="7BB4DBE4" w14:textId="77777777">
        <w:trPr>
          <w:cantSplit/>
          <w:jc w:val="center"/>
        </w:trPr>
        <w:tc>
          <w:tcPr>
            <w:tcW w:w="2154" w:type="dxa"/>
            <w:shd w:val="clear" w:color="auto" w:fill="FFFFFF"/>
            <w:tcMar>
              <w:top w:w="70" w:type="dxa"/>
              <w:left w:w="85" w:type="dxa"/>
              <w:bottom w:w="70" w:type="dxa"/>
              <w:right w:w="85" w:type="dxa"/>
            </w:tcMar>
            <w:vAlign w:val="center"/>
          </w:tcPr>
          <w:p w14:paraId="4D029684" w14:textId="77777777" w:rsidR="002D35F2" w:rsidRPr="000C5950" w:rsidRDefault="00000000">
            <w:pPr>
              <w:spacing w:after="0" w:line="240" w:lineRule="auto"/>
              <w:rPr>
                <w:noProof/>
                <w:lang w:val="ro-RO"/>
              </w:rPr>
            </w:pPr>
            <w:r w:rsidRPr="000C5950">
              <w:rPr>
                <w:noProof/>
                <w:sz w:val="14"/>
                <w:lang w:val="ro-RO"/>
              </w:rPr>
              <w:t>Competență și autorizări</w:t>
            </w:r>
          </w:p>
        </w:tc>
        <w:tc>
          <w:tcPr>
            <w:tcW w:w="3231" w:type="dxa"/>
            <w:shd w:val="clear" w:color="auto" w:fill="FFFFFF"/>
            <w:tcMar>
              <w:top w:w="70" w:type="dxa"/>
              <w:left w:w="85" w:type="dxa"/>
              <w:bottom w:w="70" w:type="dxa"/>
              <w:right w:w="85" w:type="dxa"/>
            </w:tcMar>
            <w:vAlign w:val="center"/>
          </w:tcPr>
          <w:p w14:paraId="7755233C" w14:textId="77777777" w:rsidR="002D35F2" w:rsidRPr="000C5950" w:rsidRDefault="00000000">
            <w:pPr>
              <w:spacing w:after="0" w:line="240" w:lineRule="auto"/>
              <w:rPr>
                <w:noProof/>
                <w:lang w:val="ro-RO"/>
              </w:rPr>
            </w:pPr>
            <w:r w:rsidRPr="000C5950">
              <w:rPr>
                <w:noProof/>
                <w:sz w:val="14"/>
                <w:lang w:val="ro-RO"/>
              </w:rPr>
              <w:t>Instruiri, licențe, evaluări, permise</w:t>
            </w:r>
          </w:p>
        </w:tc>
        <w:tc>
          <w:tcPr>
            <w:tcW w:w="3231" w:type="dxa"/>
            <w:shd w:val="clear" w:color="auto" w:fill="FFFFFF"/>
            <w:tcMar>
              <w:top w:w="70" w:type="dxa"/>
              <w:left w:w="85" w:type="dxa"/>
              <w:bottom w:w="70" w:type="dxa"/>
              <w:right w:w="85" w:type="dxa"/>
            </w:tcMar>
            <w:vAlign w:val="center"/>
          </w:tcPr>
          <w:p w14:paraId="1835BA79" w14:textId="77777777" w:rsidR="002D35F2" w:rsidRPr="000C5950" w:rsidRDefault="00000000">
            <w:pPr>
              <w:spacing w:after="0" w:line="240" w:lineRule="auto"/>
              <w:rPr>
                <w:noProof/>
                <w:lang w:val="ro-RO"/>
              </w:rPr>
            </w:pPr>
            <w:r w:rsidRPr="000C5950">
              <w:rPr>
                <w:noProof/>
                <w:sz w:val="14"/>
                <w:lang w:val="ro-RO"/>
              </w:rPr>
              <w:t>Legislație + durata rolului/echipamentului + demonstrarea competenței</w:t>
            </w:r>
          </w:p>
        </w:tc>
        <w:tc>
          <w:tcPr>
            <w:tcW w:w="1304" w:type="dxa"/>
            <w:shd w:val="clear" w:color="auto" w:fill="FFFFFF"/>
            <w:tcMar>
              <w:top w:w="70" w:type="dxa"/>
              <w:left w:w="85" w:type="dxa"/>
              <w:bottom w:w="70" w:type="dxa"/>
              <w:right w:w="85" w:type="dxa"/>
            </w:tcMar>
            <w:vAlign w:val="center"/>
          </w:tcPr>
          <w:p w14:paraId="603F693B" w14:textId="77777777" w:rsidR="002D35F2" w:rsidRPr="000C5950" w:rsidRDefault="002D35F2">
            <w:pPr>
              <w:spacing w:after="0" w:line="240" w:lineRule="auto"/>
              <w:rPr>
                <w:noProof/>
                <w:lang w:val="ro-RO"/>
              </w:rPr>
            </w:pPr>
          </w:p>
        </w:tc>
      </w:tr>
      <w:tr w:rsidR="002D35F2" w:rsidRPr="000C5950" w14:paraId="53F7A5FF" w14:textId="77777777">
        <w:trPr>
          <w:cantSplit/>
          <w:jc w:val="center"/>
        </w:trPr>
        <w:tc>
          <w:tcPr>
            <w:tcW w:w="2154" w:type="dxa"/>
            <w:shd w:val="clear" w:color="auto" w:fill="FAFAFA"/>
            <w:tcMar>
              <w:top w:w="70" w:type="dxa"/>
              <w:left w:w="85" w:type="dxa"/>
              <w:bottom w:w="70" w:type="dxa"/>
              <w:right w:w="85" w:type="dxa"/>
            </w:tcMar>
            <w:vAlign w:val="center"/>
          </w:tcPr>
          <w:p w14:paraId="6464A366" w14:textId="77777777" w:rsidR="002D35F2" w:rsidRPr="000C5950" w:rsidRDefault="00000000">
            <w:pPr>
              <w:spacing w:after="0" w:line="240" w:lineRule="auto"/>
              <w:rPr>
                <w:noProof/>
                <w:lang w:val="ro-RO"/>
              </w:rPr>
            </w:pPr>
            <w:r w:rsidRPr="000C5950">
              <w:rPr>
                <w:noProof/>
                <w:sz w:val="14"/>
                <w:lang w:val="ro-RO"/>
              </w:rPr>
              <w:lastRenderedPageBreak/>
              <w:t>Expuneri și sănătate</w:t>
            </w:r>
          </w:p>
        </w:tc>
        <w:tc>
          <w:tcPr>
            <w:tcW w:w="3231" w:type="dxa"/>
            <w:shd w:val="clear" w:color="auto" w:fill="FAFAFA"/>
            <w:tcMar>
              <w:top w:w="70" w:type="dxa"/>
              <w:left w:w="85" w:type="dxa"/>
              <w:bottom w:w="70" w:type="dxa"/>
              <w:right w:w="85" w:type="dxa"/>
            </w:tcMar>
            <w:vAlign w:val="center"/>
          </w:tcPr>
          <w:p w14:paraId="03DD7DB7" w14:textId="77777777" w:rsidR="002D35F2" w:rsidRPr="000C5950" w:rsidRDefault="00000000">
            <w:pPr>
              <w:spacing w:after="0" w:line="240" w:lineRule="auto"/>
              <w:rPr>
                <w:noProof/>
                <w:lang w:val="ro-RO"/>
              </w:rPr>
            </w:pPr>
            <w:r w:rsidRPr="000C5950">
              <w:rPr>
                <w:noProof/>
                <w:sz w:val="14"/>
                <w:lang w:val="ro-RO"/>
              </w:rPr>
              <w:t>Măsurări, supraveghere, aptitudine, date agregate</w:t>
            </w:r>
          </w:p>
        </w:tc>
        <w:tc>
          <w:tcPr>
            <w:tcW w:w="3231" w:type="dxa"/>
            <w:shd w:val="clear" w:color="auto" w:fill="FAFAFA"/>
            <w:tcMar>
              <w:top w:w="70" w:type="dxa"/>
              <w:left w:w="85" w:type="dxa"/>
              <w:bottom w:w="70" w:type="dxa"/>
              <w:right w:w="85" w:type="dxa"/>
            </w:tcMar>
            <w:vAlign w:val="center"/>
          </w:tcPr>
          <w:p w14:paraId="632C7A0B" w14:textId="77777777" w:rsidR="002D35F2" w:rsidRPr="000C5950" w:rsidRDefault="00000000">
            <w:pPr>
              <w:spacing w:after="0" w:line="240" w:lineRule="auto"/>
              <w:rPr>
                <w:noProof/>
                <w:lang w:val="ro-RO"/>
              </w:rPr>
            </w:pPr>
            <w:r w:rsidRPr="000C5950">
              <w:rPr>
                <w:noProof/>
                <w:sz w:val="14"/>
                <w:lang w:val="ro-RO"/>
              </w:rPr>
              <w:t>Legislație + latența bolilor + confidențialitate și răspundere</w:t>
            </w:r>
          </w:p>
        </w:tc>
        <w:tc>
          <w:tcPr>
            <w:tcW w:w="1304" w:type="dxa"/>
            <w:shd w:val="clear" w:color="auto" w:fill="FAFAFA"/>
            <w:tcMar>
              <w:top w:w="70" w:type="dxa"/>
              <w:left w:w="85" w:type="dxa"/>
              <w:bottom w:w="70" w:type="dxa"/>
              <w:right w:w="85" w:type="dxa"/>
            </w:tcMar>
            <w:vAlign w:val="center"/>
          </w:tcPr>
          <w:p w14:paraId="3C52EA6A" w14:textId="77777777" w:rsidR="002D35F2" w:rsidRPr="000C5950" w:rsidRDefault="002D35F2">
            <w:pPr>
              <w:spacing w:after="0" w:line="240" w:lineRule="auto"/>
              <w:rPr>
                <w:noProof/>
                <w:lang w:val="ro-RO"/>
              </w:rPr>
            </w:pPr>
          </w:p>
        </w:tc>
      </w:tr>
      <w:tr w:rsidR="002D35F2" w:rsidRPr="000C5950" w14:paraId="192E78AE" w14:textId="77777777">
        <w:trPr>
          <w:cantSplit/>
          <w:jc w:val="center"/>
        </w:trPr>
        <w:tc>
          <w:tcPr>
            <w:tcW w:w="2154" w:type="dxa"/>
            <w:shd w:val="clear" w:color="auto" w:fill="FFFFFF"/>
            <w:tcMar>
              <w:top w:w="70" w:type="dxa"/>
              <w:left w:w="85" w:type="dxa"/>
              <w:bottom w:w="70" w:type="dxa"/>
              <w:right w:w="85" w:type="dxa"/>
            </w:tcMar>
            <w:vAlign w:val="center"/>
          </w:tcPr>
          <w:p w14:paraId="5EA7F809" w14:textId="77777777" w:rsidR="002D35F2" w:rsidRPr="000C5950" w:rsidRDefault="00000000">
            <w:pPr>
              <w:spacing w:after="0" w:line="240" w:lineRule="auto"/>
              <w:rPr>
                <w:noProof/>
                <w:lang w:val="ro-RO"/>
              </w:rPr>
            </w:pPr>
            <w:r w:rsidRPr="000C5950">
              <w:rPr>
                <w:noProof/>
                <w:sz w:val="14"/>
                <w:lang w:val="ro-RO"/>
              </w:rPr>
              <w:t>Echipamente și controale</w:t>
            </w:r>
          </w:p>
        </w:tc>
        <w:tc>
          <w:tcPr>
            <w:tcW w:w="3231" w:type="dxa"/>
            <w:shd w:val="clear" w:color="auto" w:fill="FFFFFF"/>
            <w:tcMar>
              <w:top w:w="70" w:type="dxa"/>
              <w:left w:w="85" w:type="dxa"/>
              <w:bottom w:w="70" w:type="dxa"/>
              <w:right w:w="85" w:type="dxa"/>
            </w:tcMar>
            <w:vAlign w:val="center"/>
          </w:tcPr>
          <w:p w14:paraId="6CE34749" w14:textId="77777777" w:rsidR="002D35F2" w:rsidRPr="000C5950" w:rsidRDefault="00000000">
            <w:pPr>
              <w:spacing w:after="0" w:line="240" w:lineRule="auto"/>
              <w:rPr>
                <w:noProof/>
                <w:lang w:val="ro-RO"/>
              </w:rPr>
            </w:pPr>
            <w:r w:rsidRPr="000C5950">
              <w:rPr>
                <w:noProof/>
                <w:sz w:val="14"/>
                <w:lang w:val="ro-RO"/>
              </w:rPr>
              <w:t>Inspecții, mentenanță, verificări, calibrări</w:t>
            </w:r>
          </w:p>
        </w:tc>
        <w:tc>
          <w:tcPr>
            <w:tcW w:w="3231" w:type="dxa"/>
            <w:shd w:val="clear" w:color="auto" w:fill="FFFFFF"/>
            <w:tcMar>
              <w:top w:w="70" w:type="dxa"/>
              <w:left w:w="85" w:type="dxa"/>
              <w:bottom w:w="70" w:type="dxa"/>
              <w:right w:w="85" w:type="dxa"/>
            </w:tcMar>
            <w:vAlign w:val="center"/>
          </w:tcPr>
          <w:p w14:paraId="6632A970" w14:textId="77777777" w:rsidR="002D35F2" w:rsidRPr="000C5950" w:rsidRDefault="00000000">
            <w:pPr>
              <w:spacing w:after="0" w:line="240" w:lineRule="auto"/>
              <w:rPr>
                <w:noProof/>
                <w:lang w:val="ro-RO"/>
              </w:rPr>
            </w:pPr>
            <w:r w:rsidRPr="000C5950">
              <w:rPr>
                <w:noProof/>
                <w:sz w:val="14"/>
                <w:lang w:val="ro-RO"/>
              </w:rPr>
              <w:t>Cerințe legale/producător + durata de viață și istoricul echipamentului</w:t>
            </w:r>
          </w:p>
        </w:tc>
        <w:tc>
          <w:tcPr>
            <w:tcW w:w="1304" w:type="dxa"/>
            <w:shd w:val="clear" w:color="auto" w:fill="FFFFFF"/>
            <w:tcMar>
              <w:top w:w="70" w:type="dxa"/>
              <w:left w:w="85" w:type="dxa"/>
              <w:bottom w:w="70" w:type="dxa"/>
              <w:right w:w="85" w:type="dxa"/>
            </w:tcMar>
            <w:vAlign w:val="center"/>
          </w:tcPr>
          <w:p w14:paraId="409B1982" w14:textId="77777777" w:rsidR="002D35F2" w:rsidRPr="000C5950" w:rsidRDefault="002D35F2">
            <w:pPr>
              <w:spacing w:after="0" w:line="240" w:lineRule="auto"/>
              <w:rPr>
                <w:noProof/>
                <w:lang w:val="ro-RO"/>
              </w:rPr>
            </w:pPr>
          </w:p>
        </w:tc>
      </w:tr>
      <w:tr w:rsidR="002D35F2" w:rsidRPr="000C5950" w14:paraId="51AB9980" w14:textId="77777777">
        <w:trPr>
          <w:cantSplit/>
          <w:jc w:val="center"/>
        </w:trPr>
        <w:tc>
          <w:tcPr>
            <w:tcW w:w="2154" w:type="dxa"/>
            <w:shd w:val="clear" w:color="auto" w:fill="FAFAFA"/>
            <w:tcMar>
              <w:top w:w="70" w:type="dxa"/>
              <w:left w:w="85" w:type="dxa"/>
              <w:bottom w:w="70" w:type="dxa"/>
              <w:right w:w="85" w:type="dxa"/>
            </w:tcMar>
            <w:vAlign w:val="center"/>
          </w:tcPr>
          <w:p w14:paraId="26D866A2" w14:textId="77777777" w:rsidR="002D35F2" w:rsidRPr="000C5950" w:rsidRDefault="00000000">
            <w:pPr>
              <w:spacing w:after="0" w:line="240" w:lineRule="auto"/>
              <w:rPr>
                <w:noProof/>
                <w:lang w:val="ro-RO"/>
              </w:rPr>
            </w:pPr>
            <w:r w:rsidRPr="000C5950">
              <w:rPr>
                <w:noProof/>
                <w:sz w:val="14"/>
                <w:lang w:val="ro-RO"/>
              </w:rPr>
              <w:t>Incidente și acțiuni</w:t>
            </w:r>
          </w:p>
        </w:tc>
        <w:tc>
          <w:tcPr>
            <w:tcW w:w="3231" w:type="dxa"/>
            <w:shd w:val="clear" w:color="auto" w:fill="FAFAFA"/>
            <w:tcMar>
              <w:top w:w="70" w:type="dxa"/>
              <w:left w:w="85" w:type="dxa"/>
              <w:bottom w:w="70" w:type="dxa"/>
              <w:right w:w="85" w:type="dxa"/>
            </w:tcMar>
            <w:vAlign w:val="center"/>
          </w:tcPr>
          <w:p w14:paraId="56E609E6" w14:textId="77777777" w:rsidR="002D35F2" w:rsidRPr="000C5950" w:rsidRDefault="00000000">
            <w:pPr>
              <w:spacing w:after="0" w:line="240" w:lineRule="auto"/>
              <w:rPr>
                <w:noProof/>
                <w:lang w:val="ro-RO"/>
              </w:rPr>
            </w:pPr>
            <w:r w:rsidRPr="000C5950">
              <w:rPr>
                <w:noProof/>
                <w:sz w:val="14"/>
                <w:lang w:val="ro-RO"/>
              </w:rPr>
              <w:t>Investigații, fotografii, declarații, închideri</w:t>
            </w:r>
          </w:p>
        </w:tc>
        <w:tc>
          <w:tcPr>
            <w:tcW w:w="3231" w:type="dxa"/>
            <w:shd w:val="clear" w:color="auto" w:fill="FAFAFA"/>
            <w:tcMar>
              <w:top w:w="70" w:type="dxa"/>
              <w:left w:w="85" w:type="dxa"/>
              <w:bottom w:w="70" w:type="dxa"/>
              <w:right w:w="85" w:type="dxa"/>
            </w:tcMar>
            <w:vAlign w:val="center"/>
          </w:tcPr>
          <w:p w14:paraId="5216AD79" w14:textId="77777777" w:rsidR="002D35F2" w:rsidRPr="000C5950" w:rsidRDefault="00000000">
            <w:pPr>
              <w:spacing w:after="0" w:line="240" w:lineRule="auto"/>
              <w:rPr>
                <w:noProof/>
                <w:lang w:val="ro-RO"/>
              </w:rPr>
            </w:pPr>
            <w:r w:rsidRPr="000C5950">
              <w:rPr>
                <w:noProof/>
                <w:sz w:val="14"/>
                <w:lang w:val="ro-RO"/>
              </w:rPr>
              <w:t>Severitate, raportare, prescripție, tendințe și litigii</w:t>
            </w:r>
          </w:p>
        </w:tc>
        <w:tc>
          <w:tcPr>
            <w:tcW w:w="1304" w:type="dxa"/>
            <w:shd w:val="clear" w:color="auto" w:fill="FAFAFA"/>
            <w:tcMar>
              <w:top w:w="70" w:type="dxa"/>
              <w:left w:w="85" w:type="dxa"/>
              <w:bottom w:w="70" w:type="dxa"/>
              <w:right w:w="85" w:type="dxa"/>
            </w:tcMar>
            <w:vAlign w:val="center"/>
          </w:tcPr>
          <w:p w14:paraId="4B09CA88" w14:textId="77777777" w:rsidR="002D35F2" w:rsidRPr="000C5950" w:rsidRDefault="002D35F2">
            <w:pPr>
              <w:spacing w:after="0" w:line="240" w:lineRule="auto"/>
              <w:rPr>
                <w:noProof/>
                <w:lang w:val="ro-RO"/>
              </w:rPr>
            </w:pPr>
          </w:p>
        </w:tc>
      </w:tr>
      <w:tr w:rsidR="002D35F2" w:rsidRPr="000C5950" w14:paraId="3C8FBB15" w14:textId="77777777">
        <w:trPr>
          <w:cantSplit/>
          <w:jc w:val="center"/>
        </w:trPr>
        <w:tc>
          <w:tcPr>
            <w:tcW w:w="2154" w:type="dxa"/>
            <w:shd w:val="clear" w:color="auto" w:fill="FFFFFF"/>
            <w:tcMar>
              <w:top w:w="70" w:type="dxa"/>
              <w:left w:w="85" w:type="dxa"/>
              <w:bottom w:w="70" w:type="dxa"/>
              <w:right w:w="85" w:type="dxa"/>
            </w:tcMar>
            <w:vAlign w:val="center"/>
          </w:tcPr>
          <w:p w14:paraId="3F2C9206" w14:textId="77777777" w:rsidR="002D35F2" w:rsidRPr="000C5950" w:rsidRDefault="00000000">
            <w:pPr>
              <w:spacing w:after="0" w:line="240" w:lineRule="auto"/>
              <w:rPr>
                <w:noProof/>
                <w:lang w:val="ro-RO"/>
              </w:rPr>
            </w:pPr>
            <w:r w:rsidRPr="000C5950">
              <w:rPr>
                <w:noProof/>
                <w:sz w:val="14"/>
                <w:lang w:val="ro-RO"/>
              </w:rPr>
              <w:t>Audit și management</w:t>
            </w:r>
          </w:p>
        </w:tc>
        <w:tc>
          <w:tcPr>
            <w:tcW w:w="3231" w:type="dxa"/>
            <w:shd w:val="clear" w:color="auto" w:fill="FFFFFF"/>
            <w:tcMar>
              <w:top w:w="70" w:type="dxa"/>
              <w:left w:w="85" w:type="dxa"/>
              <w:bottom w:w="70" w:type="dxa"/>
              <w:right w:w="85" w:type="dxa"/>
            </w:tcMar>
            <w:vAlign w:val="center"/>
          </w:tcPr>
          <w:p w14:paraId="2BEAD7CF" w14:textId="77777777" w:rsidR="002D35F2" w:rsidRPr="000C5950" w:rsidRDefault="00000000">
            <w:pPr>
              <w:spacing w:after="0" w:line="240" w:lineRule="auto"/>
              <w:rPr>
                <w:noProof/>
                <w:lang w:val="ro-RO"/>
              </w:rPr>
            </w:pPr>
            <w:r w:rsidRPr="000C5950">
              <w:rPr>
                <w:noProof/>
                <w:sz w:val="14"/>
                <w:lang w:val="ro-RO"/>
              </w:rPr>
              <w:t>Rapoarte audit, minute analiză, planuri</w:t>
            </w:r>
          </w:p>
        </w:tc>
        <w:tc>
          <w:tcPr>
            <w:tcW w:w="3231" w:type="dxa"/>
            <w:shd w:val="clear" w:color="auto" w:fill="FFFFFF"/>
            <w:tcMar>
              <w:top w:w="70" w:type="dxa"/>
              <w:left w:w="85" w:type="dxa"/>
              <w:bottom w:w="70" w:type="dxa"/>
              <w:right w:w="85" w:type="dxa"/>
            </w:tcMar>
            <w:vAlign w:val="center"/>
          </w:tcPr>
          <w:p w14:paraId="6B65DBB1" w14:textId="77777777" w:rsidR="002D35F2" w:rsidRPr="000C5950" w:rsidRDefault="00000000">
            <w:pPr>
              <w:spacing w:after="0" w:line="240" w:lineRule="auto"/>
              <w:rPr>
                <w:noProof/>
                <w:lang w:val="ro-RO"/>
              </w:rPr>
            </w:pPr>
            <w:r w:rsidRPr="000C5950">
              <w:rPr>
                <w:noProof/>
                <w:sz w:val="14"/>
                <w:lang w:val="ro-RO"/>
              </w:rPr>
              <w:t>Cicluri de certificare + continuitatea deciziilor și riscurilor</w:t>
            </w:r>
          </w:p>
        </w:tc>
        <w:tc>
          <w:tcPr>
            <w:tcW w:w="1304" w:type="dxa"/>
            <w:shd w:val="clear" w:color="auto" w:fill="FFFFFF"/>
            <w:tcMar>
              <w:top w:w="70" w:type="dxa"/>
              <w:left w:w="85" w:type="dxa"/>
              <w:bottom w:w="70" w:type="dxa"/>
              <w:right w:w="85" w:type="dxa"/>
            </w:tcMar>
            <w:vAlign w:val="center"/>
          </w:tcPr>
          <w:p w14:paraId="3DA9F7AF" w14:textId="77777777" w:rsidR="002D35F2" w:rsidRPr="000C5950" w:rsidRDefault="002D35F2">
            <w:pPr>
              <w:spacing w:after="0" w:line="240" w:lineRule="auto"/>
              <w:rPr>
                <w:noProof/>
                <w:lang w:val="ro-RO"/>
              </w:rPr>
            </w:pPr>
          </w:p>
        </w:tc>
      </w:tr>
    </w:tbl>
    <w:p w14:paraId="7108EB8B" w14:textId="77777777" w:rsidR="002D35F2" w:rsidRPr="000C5950" w:rsidRDefault="002D35F2">
      <w:pPr>
        <w:spacing w:after="20"/>
        <w:rPr>
          <w:noProof/>
          <w:lang w:val="ro-RO"/>
        </w:rPr>
      </w:pPr>
    </w:p>
    <w:p w14:paraId="7E41284E" w14:textId="77777777" w:rsidR="002D35F2" w:rsidRPr="000C5950" w:rsidRDefault="00000000">
      <w:pPr>
        <w:pStyle w:val="Heading2"/>
        <w:rPr>
          <w:noProof/>
          <w:lang w:val="ro-RO"/>
        </w:rPr>
      </w:pPr>
      <w:r w:rsidRPr="000C5950">
        <w:rPr>
          <w:noProof/>
          <w:lang w:val="ro-RO"/>
        </w:rPr>
        <w:t>Cerere de creare sau modificare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928"/>
        <w:gridCol w:w="3855"/>
        <w:gridCol w:w="1928"/>
        <w:gridCol w:w="2211"/>
      </w:tblGrid>
      <w:tr w:rsidR="002D35F2" w:rsidRPr="000C5950" w14:paraId="458FB383" w14:textId="77777777">
        <w:trPr>
          <w:jc w:val="center"/>
        </w:trPr>
        <w:tc>
          <w:tcPr>
            <w:tcW w:w="1928" w:type="dxa"/>
            <w:shd w:val="clear" w:color="auto" w:fill="F3F4F5"/>
            <w:tcMar>
              <w:top w:w="70" w:type="dxa"/>
              <w:left w:w="85" w:type="dxa"/>
              <w:bottom w:w="70" w:type="dxa"/>
              <w:right w:w="85" w:type="dxa"/>
            </w:tcMar>
            <w:vAlign w:val="center"/>
          </w:tcPr>
          <w:p w14:paraId="24B43F6F" w14:textId="77777777" w:rsidR="002D35F2" w:rsidRPr="000C5950" w:rsidRDefault="00000000">
            <w:pPr>
              <w:spacing w:after="0" w:line="240" w:lineRule="auto"/>
              <w:rPr>
                <w:noProof/>
                <w:lang w:val="ro-RO"/>
              </w:rPr>
            </w:pPr>
            <w:r w:rsidRPr="000C5950">
              <w:rPr>
                <w:b/>
                <w:noProof/>
                <w:sz w:val="15"/>
                <w:lang w:val="ro-RO"/>
              </w:rPr>
              <w:t>Solicitant</w:t>
            </w:r>
          </w:p>
        </w:tc>
        <w:tc>
          <w:tcPr>
            <w:tcW w:w="3855" w:type="dxa"/>
            <w:shd w:val="clear" w:color="auto" w:fill="FFFFFF"/>
            <w:tcMar>
              <w:top w:w="70" w:type="dxa"/>
              <w:left w:w="85" w:type="dxa"/>
              <w:bottom w:w="70" w:type="dxa"/>
              <w:right w:w="85" w:type="dxa"/>
            </w:tcMar>
            <w:vAlign w:val="center"/>
          </w:tcPr>
          <w:p w14:paraId="31F24BFC" w14:textId="77777777" w:rsidR="002D35F2" w:rsidRPr="000C5950" w:rsidRDefault="002D35F2">
            <w:pPr>
              <w:spacing w:after="0" w:line="240" w:lineRule="auto"/>
              <w:rPr>
                <w:noProof/>
                <w:lang w:val="ro-RO"/>
              </w:rPr>
            </w:pPr>
          </w:p>
        </w:tc>
        <w:tc>
          <w:tcPr>
            <w:tcW w:w="1928" w:type="dxa"/>
            <w:shd w:val="clear" w:color="auto" w:fill="F3F4F5"/>
            <w:tcMar>
              <w:top w:w="70" w:type="dxa"/>
              <w:left w:w="85" w:type="dxa"/>
              <w:bottom w:w="70" w:type="dxa"/>
              <w:right w:w="85" w:type="dxa"/>
            </w:tcMar>
            <w:vAlign w:val="center"/>
          </w:tcPr>
          <w:p w14:paraId="3759C10A" w14:textId="77777777" w:rsidR="002D35F2" w:rsidRPr="000C5950" w:rsidRDefault="00000000">
            <w:pPr>
              <w:spacing w:after="0" w:line="240" w:lineRule="auto"/>
              <w:rPr>
                <w:noProof/>
                <w:lang w:val="ro-RO"/>
              </w:rPr>
            </w:pPr>
            <w:r w:rsidRPr="000C5950">
              <w:rPr>
                <w:b/>
                <w:noProof/>
                <w:sz w:val="15"/>
                <w:lang w:val="ro-RO"/>
              </w:rPr>
              <w:t>Data</w:t>
            </w:r>
          </w:p>
        </w:tc>
        <w:tc>
          <w:tcPr>
            <w:tcW w:w="2211" w:type="dxa"/>
            <w:shd w:val="clear" w:color="auto" w:fill="FFFFFF"/>
            <w:tcMar>
              <w:top w:w="70" w:type="dxa"/>
              <w:left w:w="85" w:type="dxa"/>
              <w:bottom w:w="70" w:type="dxa"/>
              <w:right w:w="85" w:type="dxa"/>
            </w:tcMar>
            <w:vAlign w:val="center"/>
          </w:tcPr>
          <w:p w14:paraId="094F62D8" w14:textId="77777777" w:rsidR="002D35F2" w:rsidRPr="000C5950" w:rsidRDefault="002D35F2">
            <w:pPr>
              <w:spacing w:after="0" w:line="240" w:lineRule="auto"/>
              <w:rPr>
                <w:noProof/>
                <w:lang w:val="ro-RO"/>
              </w:rPr>
            </w:pPr>
          </w:p>
        </w:tc>
      </w:tr>
      <w:tr w:rsidR="002D35F2" w:rsidRPr="000C5950" w14:paraId="26784199" w14:textId="77777777">
        <w:trPr>
          <w:jc w:val="center"/>
        </w:trPr>
        <w:tc>
          <w:tcPr>
            <w:tcW w:w="1928" w:type="dxa"/>
            <w:shd w:val="clear" w:color="auto" w:fill="F3F4F5"/>
            <w:tcMar>
              <w:top w:w="70" w:type="dxa"/>
              <w:left w:w="85" w:type="dxa"/>
              <w:bottom w:w="70" w:type="dxa"/>
              <w:right w:w="85" w:type="dxa"/>
            </w:tcMar>
            <w:vAlign w:val="center"/>
          </w:tcPr>
          <w:p w14:paraId="34E68786" w14:textId="77777777" w:rsidR="002D35F2" w:rsidRPr="000C5950" w:rsidRDefault="00000000">
            <w:pPr>
              <w:spacing w:after="0" w:line="240" w:lineRule="auto"/>
              <w:rPr>
                <w:noProof/>
                <w:lang w:val="ro-RO"/>
              </w:rPr>
            </w:pPr>
            <w:r w:rsidRPr="000C5950">
              <w:rPr>
                <w:b/>
                <w:noProof/>
                <w:sz w:val="15"/>
                <w:lang w:val="ro-RO"/>
              </w:rPr>
              <w:t>Document / cod</w:t>
            </w:r>
          </w:p>
        </w:tc>
        <w:tc>
          <w:tcPr>
            <w:tcW w:w="3855" w:type="dxa"/>
            <w:shd w:val="clear" w:color="auto" w:fill="FFFFFF"/>
            <w:tcMar>
              <w:top w:w="70" w:type="dxa"/>
              <w:left w:w="85" w:type="dxa"/>
              <w:bottom w:w="70" w:type="dxa"/>
              <w:right w:w="85" w:type="dxa"/>
            </w:tcMar>
            <w:vAlign w:val="center"/>
          </w:tcPr>
          <w:p w14:paraId="0AE9FED8" w14:textId="77777777" w:rsidR="002D35F2" w:rsidRPr="000C5950" w:rsidRDefault="002D35F2">
            <w:pPr>
              <w:spacing w:after="0" w:line="240" w:lineRule="auto"/>
              <w:rPr>
                <w:noProof/>
                <w:lang w:val="ro-RO"/>
              </w:rPr>
            </w:pPr>
          </w:p>
        </w:tc>
        <w:tc>
          <w:tcPr>
            <w:tcW w:w="1928" w:type="dxa"/>
            <w:shd w:val="clear" w:color="auto" w:fill="F3F4F5"/>
            <w:tcMar>
              <w:top w:w="70" w:type="dxa"/>
              <w:left w:w="85" w:type="dxa"/>
              <w:bottom w:w="70" w:type="dxa"/>
              <w:right w:w="85" w:type="dxa"/>
            </w:tcMar>
            <w:vAlign w:val="center"/>
          </w:tcPr>
          <w:p w14:paraId="4DE24BCE" w14:textId="77777777" w:rsidR="002D35F2" w:rsidRPr="000C5950" w:rsidRDefault="00000000">
            <w:pPr>
              <w:spacing w:after="0" w:line="240" w:lineRule="auto"/>
              <w:rPr>
                <w:noProof/>
                <w:lang w:val="ro-RO"/>
              </w:rPr>
            </w:pPr>
            <w:r w:rsidRPr="000C5950">
              <w:rPr>
                <w:b/>
                <w:noProof/>
                <w:sz w:val="15"/>
                <w:lang w:val="ro-RO"/>
              </w:rPr>
              <w:t>Proces</w:t>
            </w:r>
          </w:p>
        </w:tc>
        <w:tc>
          <w:tcPr>
            <w:tcW w:w="2211" w:type="dxa"/>
            <w:shd w:val="clear" w:color="auto" w:fill="FFFFFF"/>
            <w:tcMar>
              <w:top w:w="70" w:type="dxa"/>
              <w:left w:w="85" w:type="dxa"/>
              <w:bottom w:w="70" w:type="dxa"/>
              <w:right w:w="85" w:type="dxa"/>
            </w:tcMar>
            <w:vAlign w:val="center"/>
          </w:tcPr>
          <w:p w14:paraId="7D830589" w14:textId="77777777" w:rsidR="002D35F2" w:rsidRPr="000C5950" w:rsidRDefault="002D35F2">
            <w:pPr>
              <w:spacing w:after="0" w:line="240" w:lineRule="auto"/>
              <w:rPr>
                <w:noProof/>
                <w:lang w:val="ro-RO"/>
              </w:rPr>
            </w:pPr>
          </w:p>
        </w:tc>
      </w:tr>
      <w:tr w:rsidR="002D35F2" w:rsidRPr="000C5950" w14:paraId="34E74FDE" w14:textId="77777777">
        <w:trPr>
          <w:jc w:val="center"/>
        </w:trPr>
        <w:tc>
          <w:tcPr>
            <w:tcW w:w="1928" w:type="dxa"/>
            <w:shd w:val="clear" w:color="auto" w:fill="F3F4F5"/>
            <w:tcMar>
              <w:top w:w="70" w:type="dxa"/>
              <w:left w:w="85" w:type="dxa"/>
              <w:bottom w:w="70" w:type="dxa"/>
              <w:right w:w="85" w:type="dxa"/>
            </w:tcMar>
            <w:vAlign w:val="center"/>
          </w:tcPr>
          <w:p w14:paraId="6E79428D" w14:textId="77777777" w:rsidR="002D35F2" w:rsidRPr="000C5950" w:rsidRDefault="00000000">
            <w:pPr>
              <w:spacing w:after="0" w:line="240" w:lineRule="auto"/>
              <w:rPr>
                <w:noProof/>
                <w:lang w:val="ro-RO"/>
              </w:rPr>
            </w:pPr>
            <w:r w:rsidRPr="000C5950">
              <w:rPr>
                <w:b/>
                <w:noProof/>
                <w:sz w:val="15"/>
                <w:lang w:val="ro-RO"/>
              </w:rPr>
              <w:t>Tip solicitare</w:t>
            </w:r>
          </w:p>
        </w:tc>
        <w:tc>
          <w:tcPr>
            <w:tcW w:w="3855" w:type="dxa"/>
            <w:shd w:val="clear" w:color="auto" w:fill="FFFFFF"/>
            <w:tcMar>
              <w:top w:w="70" w:type="dxa"/>
              <w:left w:w="85" w:type="dxa"/>
              <w:bottom w:w="70" w:type="dxa"/>
              <w:right w:w="85" w:type="dxa"/>
            </w:tcMar>
            <w:vAlign w:val="center"/>
          </w:tcPr>
          <w:p w14:paraId="3CFB0F5D" w14:textId="77777777" w:rsidR="002D35F2" w:rsidRPr="000C5950" w:rsidRDefault="00000000">
            <w:pPr>
              <w:spacing w:after="0" w:line="240" w:lineRule="auto"/>
              <w:rPr>
                <w:noProof/>
                <w:lang w:val="ro-RO"/>
              </w:rPr>
            </w:pPr>
            <w:r w:rsidRPr="000C5950">
              <w:rPr>
                <w:noProof/>
                <w:sz w:val="15"/>
                <w:lang w:val="ro-RO"/>
              </w:rPr>
              <w:t>☐ creare   ☐ modificare   ☐ retragere</w:t>
            </w:r>
          </w:p>
        </w:tc>
        <w:tc>
          <w:tcPr>
            <w:tcW w:w="1928" w:type="dxa"/>
            <w:shd w:val="clear" w:color="auto" w:fill="F3F4F5"/>
            <w:tcMar>
              <w:top w:w="70" w:type="dxa"/>
              <w:left w:w="85" w:type="dxa"/>
              <w:bottom w:w="70" w:type="dxa"/>
              <w:right w:w="85" w:type="dxa"/>
            </w:tcMar>
            <w:vAlign w:val="center"/>
          </w:tcPr>
          <w:p w14:paraId="06892B3F" w14:textId="77777777" w:rsidR="002D35F2" w:rsidRPr="000C5950" w:rsidRDefault="00000000">
            <w:pPr>
              <w:spacing w:after="0" w:line="240" w:lineRule="auto"/>
              <w:rPr>
                <w:noProof/>
                <w:lang w:val="ro-RO"/>
              </w:rPr>
            </w:pPr>
            <w:r w:rsidRPr="000C5950">
              <w:rPr>
                <w:b/>
                <w:noProof/>
                <w:sz w:val="15"/>
                <w:lang w:val="ro-RO"/>
              </w:rPr>
              <w:t>Prioritate</w:t>
            </w:r>
          </w:p>
        </w:tc>
        <w:tc>
          <w:tcPr>
            <w:tcW w:w="2211" w:type="dxa"/>
            <w:shd w:val="clear" w:color="auto" w:fill="FFFFFF"/>
            <w:tcMar>
              <w:top w:w="70" w:type="dxa"/>
              <w:left w:w="85" w:type="dxa"/>
              <w:bottom w:w="70" w:type="dxa"/>
              <w:right w:w="85" w:type="dxa"/>
            </w:tcMar>
            <w:vAlign w:val="center"/>
          </w:tcPr>
          <w:p w14:paraId="574CB5CD" w14:textId="77777777" w:rsidR="002D35F2" w:rsidRPr="000C5950" w:rsidRDefault="002D35F2">
            <w:pPr>
              <w:spacing w:after="0" w:line="240" w:lineRule="auto"/>
              <w:rPr>
                <w:noProof/>
                <w:lang w:val="ro-RO"/>
              </w:rPr>
            </w:pPr>
          </w:p>
        </w:tc>
      </w:tr>
      <w:tr w:rsidR="002D35F2" w:rsidRPr="000C5950" w14:paraId="26B2D073" w14:textId="77777777">
        <w:trPr>
          <w:jc w:val="center"/>
        </w:trPr>
        <w:tc>
          <w:tcPr>
            <w:tcW w:w="1928" w:type="dxa"/>
            <w:shd w:val="clear" w:color="auto" w:fill="F3F4F5"/>
            <w:tcMar>
              <w:top w:w="70" w:type="dxa"/>
              <w:left w:w="85" w:type="dxa"/>
              <w:bottom w:w="70" w:type="dxa"/>
              <w:right w:w="85" w:type="dxa"/>
            </w:tcMar>
            <w:vAlign w:val="center"/>
          </w:tcPr>
          <w:p w14:paraId="28EFBBAF" w14:textId="77777777" w:rsidR="002D35F2" w:rsidRPr="000C5950" w:rsidRDefault="00000000">
            <w:pPr>
              <w:spacing w:after="0" w:line="240" w:lineRule="auto"/>
              <w:rPr>
                <w:noProof/>
                <w:lang w:val="ro-RO"/>
              </w:rPr>
            </w:pPr>
            <w:r w:rsidRPr="000C5950">
              <w:rPr>
                <w:b/>
                <w:noProof/>
                <w:sz w:val="15"/>
                <w:lang w:val="ro-RO"/>
              </w:rPr>
              <w:t>Motiv și risc</w:t>
            </w:r>
          </w:p>
        </w:tc>
        <w:tc>
          <w:tcPr>
            <w:tcW w:w="3855" w:type="dxa"/>
            <w:shd w:val="clear" w:color="auto" w:fill="FFFFFF"/>
            <w:tcMar>
              <w:top w:w="70" w:type="dxa"/>
              <w:left w:w="85" w:type="dxa"/>
              <w:bottom w:w="70" w:type="dxa"/>
              <w:right w:w="85" w:type="dxa"/>
            </w:tcMar>
            <w:vAlign w:val="center"/>
          </w:tcPr>
          <w:p w14:paraId="0FFFFFB8" w14:textId="77777777" w:rsidR="002D35F2" w:rsidRPr="000C5950" w:rsidRDefault="002D35F2">
            <w:pPr>
              <w:spacing w:after="0" w:line="240" w:lineRule="auto"/>
              <w:rPr>
                <w:noProof/>
                <w:lang w:val="ro-RO"/>
              </w:rPr>
            </w:pPr>
          </w:p>
        </w:tc>
        <w:tc>
          <w:tcPr>
            <w:tcW w:w="1928" w:type="dxa"/>
            <w:shd w:val="clear" w:color="auto" w:fill="F3F4F5"/>
            <w:tcMar>
              <w:top w:w="70" w:type="dxa"/>
              <w:left w:w="85" w:type="dxa"/>
              <w:bottom w:w="70" w:type="dxa"/>
              <w:right w:w="85" w:type="dxa"/>
            </w:tcMar>
            <w:vAlign w:val="center"/>
          </w:tcPr>
          <w:p w14:paraId="6B01F2D5" w14:textId="77777777" w:rsidR="002D35F2" w:rsidRPr="000C5950" w:rsidRDefault="00000000">
            <w:pPr>
              <w:spacing w:after="0" w:line="240" w:lineRule="auto"/>
              <w:rPr>
                <w:noProof/>
                <w:lang w:val="ro-RO"/>
              </w:rPr>
            </w:pPr>
            <w:r w:rsidRPr="000C5950">
              <w:rPr>
                <w:b/>
                <w:noProof/>
                <w:sz w:val="15"/>
                <w:lang w:val="ro-RO"/>
              </w:rPr>
              <w:t>Cerință asociată</w:t>
            </w:r>
          </w:p>
        </w:tc>
        <w:tc>
          <w:tcPr>
            <w:tcW w:w="2211" w:type="dxa"/>
            <w:shd w:val="clear" w:color="auto" w:fill="FFFFFF"/>
            <w:tcMar>
              <w:top w:w="70" w:type="dxa"/>
              <w:left w:w="85" w:type="dxa"/>
              <w:bottom w:w="70" w:type="dxa"/>
              <w:right w:w="85" w:type="dxa"/>
            </w:tcMar>
            <w:vAlign w:val="center"/>
          </w:tcPr>
          <w:p w14:paraId="44CDD009" w14:textId="77777777" w:rsidR="002D35F2" w:rsidRPr="000C5950" w:rsidRDefault="002D35F2">
            <w:pPr>
              <w:spacing w:after="0" w:line="240" w:lineRule="auto"/>
              <w:rPr>
                <w:noProof/>
                <w:lang w:val="ro-RO"/>
              </w:rPr>
            </w:pPr>
          </w:p>
        </w:tc>
      </w:tr>
      <w:tr w:rsidR="002D35F2" w:rsidRPr="000C5950" w14:paraId="084B6B05" w14:textId="77777777">
        <w:trPr>
          <w:jc w:val="center"/>
        </w:trPr>
        <w:tc>
          <w:tcPr>
            <w:tcW w:w="1928" w:type="dxa"/>
            <w:shd w:val="clear" w:color="auto" w:fill="F3F4F5"/>
            <w:tcMar>
              <w:top w:w="70" w:type="dxa"/>
              <w:left w:w="85" w:type="dxa"/>
              <w:bottom w:w="70" w:type="dxa"/>
              <w:right w:w="85" w:type="dxa"/>
            </w:tcMar>
            <w:vAlign w:val="center"/>
          </w:tcPr>
          <w:p w14:paraId="34F383D3" w14:textId="77777777" w:rsidR="002D35F2" w:rsidRPr="000C5950" w:rsidRDefault="00000000">
            <w:pPr>
              <w:spacing w:after="0" w:line="240" w:lineRule="auto"/>
              <w:rPr>
                <w:noProof/>
                <w:lang w:val="ro-RO"/>
              </w:rPr>
            </w:pPr>
            <w:r w:rsidRPr="000C5950">
              <w:rPr>
                <w:b/>
                <w:noProof/>
                <w:sz w:val="15"/>
                <w:lang w:val="ro-RO"/>
              </w:rPr>
              <w:t>Descriere modificare</w:t>
            </w:r>
          </w:p>
        </w:tc>
        <w:tc>
          <w:tcPr>
            <w:tcW w:w="3855" w:type="dxa"/>
            <w:shd w:val="clear" w:color="auto" w:fill="FFFFFF"/>
            <w:tcMar>
              <w:top w:w="70" w:type="dxa"/>
              <w:left w:w="85" w:type="dxa"/>
              <w:bottom w:w="70" w:type="dxa"/>
              <w:right w:w="85" w:type="dxa"/>
            </w:tcMar>
            <w:vAlign w:val="center"/>
          </w:tcPr>
          <w:p w14:paraId="7D150A65" w14:textId="77777777" w:rsidR="002D35F2" w:rsidRPr="000C5950" w:rsidRDefault="002D35F2">
            <w:pPr>
              <w:spacing w:after="0" w:line="240" w:lineRule="auto"/>
              <w:rPr>
                <w:noProof/>
                <w:lang w:val="ro-RO"/>
              </w:rPr>
            </w:pPr>
          </w:p>
        </w:tc>
        <w:tc>
          <w:tcPr>
            <w:tcW w:w="1928" w:type="dxa"/>
            <w:shd w:val="clear" w:color="auto" w:fill="F3F4F5"/>
            <w:tcMar>
              <w:top w:w="70" w:type="dxa"/>
              <w:left w:w="85" w:type="dxa"/>
              <w:bottom w:w="70" w:type="dxa"/>
              <w:right w:w="85" w:type="dxa"/>
            </w:tcMar>
            <w:vAlign w:val="center"/>
          </w:tcPr>
          <w:p w14:paraId="2B3CAF3E" w14:textId="77777777" w:rsidR="002D35F2" w:rsidRPr="000C5950" w:rsidRDefault="00000000">
            <w:pPr>
              <w:spacing w:after="0" w:line="240" w:lineRule="auto"/>
              <w:rPr>
                <w:noProof/>
                <w:lang w:val="ro-RO"/>
              </w:rPr>
            </w:pPr>
            <w:r w:rsidRPr="000C5950">
              <w:rPr>
                <w:b/>
                <w:noProof/>
                <w:sz w:val="15"/>
                <w:lang w:val="ro-RO"/>
              </w:rPr>
              <w:t>Documente afectate</w:t>
            </w:r>
          </w:p>
        </w:tc>
        <w:tc>
          <w:tcPr>
            <w:tcW w:w="2211" w:type="dxa"/>
            <w:shd w:val="clear" w:color="auto" w:fill="FFFFFF"/>
            <w:tcMar>
              <w:top w:w="70" w:type="dxa"/>
              <w:left w:w="85" w:type="dxa"/>
              <w:bottom w:w="70" w:type="dxa"/>
              <w:right w:w="85" w:type="dxa"/>
            </w:tcMar>
            <w:vAlign w:val="center"/>
          </w:tcPr>
          <w:p w14:paraId="521B9C63" w14:textId="77777777" w:rsidR="002D35F2" w:rsidRPr="000C5950" w:rsidRDefault="002D35F2">
            <w:pPr>
              <w:spacing w:after="0" w:line="240" w:lineRule="auto"/>
              <w:rPr>
                <w:noProof/>
                <w:lang w:val="ro-RO"/>
              </w:rPr>
            </w:pPr>
          </w:p>
        </w:tc>
      </w:tr>
      <w:tr w:rsidR="002D35F2" w:rsidRPr="000C5950" w14:paraId="7FA92897" w14:textId="77777777">
        <w:trPr>
          <w:jc w:val="center"/>
        </w:trPr>
        <w:tc>
          <w:tcPr>
            <w:tcW w:w="1928" w:type="dxa"/>
            <w:shd w:val="clear" w:color="auto" w:fill="F3F4F5"/>
            <w:tcMar>
              <w:top w:w="70" w:type="dxa"/>
              <w:left w:w="85" w:type="dxa"/>
              <w:bottom w:w="70" w:type="dxa"/>
              <w:right w:w="85" w:type="dxa"/>
            </w:tcMar>
            <w:vAlign w:val="center"/>
          </w:tcPr>
          <w:p w14:paraId="50554541" w14:textId="77777777" w:rsidR="002D35F2" w:rsidRPr="000C5950" w:rsidRDefault="00000000">
            <w:pPr>
              <w:spacing w:after="0" w:line="240" w:lineRule="auto"/>
              <w:rPr>
                <w:noProof/>
                <w:lang w:val="ro-RO"/>
              </w:rPr>
            </w:pPr>
            <w:r w:rsidRPr="000C5950">
              <w:rPr>
                <w:b/>
                <w:noProof/>
                <w:sz w:val="15"/>
                <w:lang w:val="ro-RO"/>
              </w:rPr>
              <w:t>Impact operațional</w:t>
            </w:r>
          </w:p>
        </w:tc>
        <w:tc>
          <w:tcPr>
            <w:tcW w:w="3855" w:type="dxa"/>
            <w:shd w:val="clear" w:color="auto" w:fill="FFFFFF"/>
            <w:tcMar>
              <w:top w:w="70" w:type="dxa"/>
              <w:left w:w="85" w:type="dxa"/>
              <w:bottom w:w="70" w:type="dxa"/>
              <w:right w:w="85" w:type="dxa"/>
            </w:tcMar>
            <w:vAlign w:val="center"/>
          </w:tcPr>
          <w:p w14:paraId="724EAF6B" w14:textId="77777777" w:rsidR="002D35F2" w:rsidRPr="000C5950" w:rsidRDefault="002D35F2">
            <w:pPr>
              <w:spacing w:after="0" w:line="240" w:lineRule="auto"/>
              <w:rPr>
                <w:noProof/>
                <w:lang w:val="ro-RO"/>
              </w:rPr>
            </w:pPr>
          </w:p>
        </w:tc>
        <w:tc>
          <w:tcPr>
            <w:tcW w:w="1928" w:type="dxa"/>
            <w:shd w:val="clear" w:color="auto" w:fill="F3F4F5"/>
            <w:tcMar>
              <w:top w:w="70" w:type="dxa"/>
              <w:left w:w="85" w:type="dxa"/>
              <w:bottom w:w="70" w:type="dxa"/>
              <w:right w:w="85" w:type="dxa"/>
            </w:tcMar>
            <w:vAlign w:val="center"/>
          </w:tcPr>
          <w:p w14:paraId="4FAC8FC9" w14:textId="77777777" w:rsidR="002D35F2" w:rsidRPr="000C5950" w:rsidRDefault="00000000">
            <w:pPr>
              <w:spacing w:after="0" w:line="240" w:lineRule="auto"/>
              <w:rPr>
                <w:noProof/>
                <w:lang w:val="ro-RO"/>
              </w:rPr>
            </w:pPr>
            <w:r w:rsidRPr="000C5950">
              <w:rPr>
                <w:b/>
                <w:noProof/>
                <w:sz w:val="15"/>
                <w:lang w:val="ro-RO"/>
              </w:rPr>
              <w:t>Impact instruire / comunicare</w:t>
            </w:r>
          </w:p>
        </w:tc>
        <w:tc>
          <w:tcPr>
            <w:tcW w:w="2211" w:type="dxa"/>
            <w:shd w:val="clear" w:color="auto" w:fill="FFFFFF"/>
            <w:tcMar>
              <w:top w:w="70" w:type="dxa"/>
              <w:left w:w="85" w:type="dxa"/>
              <w:bottom w:w="70" w:type="dxa"/>
              <w:right w:w="85" w:type="dxa"/>
            </w:tcMar>
            <w:vAlign w:val="center"/>
          </w:tcPr>
          <w:p w14:paraId="2A14EBDC" w14:textId="77777777" w:rsidR="002D35F2" w:rsidRPr="000C5950" w:rsidRDefault="002D35F2">
            <w:pPr>
              <w:spacing w:after="0" w:line="240" w:lineRule="auto"/>
              <w:rPr>
                <w:noProof/>
                <w:lang w:val="ro-RO"/>
              </w:rPr>
            </w:pPr>
          </w:p>
        </w:tc>
      </w:tr>
      <w:tr w:rsidR="002D35F2" w:rsidRPr="000C5950" w14:paraId="24192102" w14:textId="77777777">
        <w:trPr>
          <w:jc w:val="center"/>
        </w:trPr>
        <w:tc>
          <w:tcPr>
            <w:tcW w:w="1928" w:type="dxa"/>
            <w:shd w:val="clear" w:color="auto" w:fill="F3F4F5"/>
            <w:tcMar>
              <w:top w:w="70" w:type="dxa"/>
              <w:left w:w="85" w:type="dxa"/>
              <w:bottom w:w="70" w:type="dxa"/>
              <w:right w:w="85" w:type="dxa"/>
            </w:tcMar>
            <w:vAlign w:val="center"/>
          </w:tcPr>
          <w:p w14:paraId="1787289C" w14:textId="77777777" w:rsidR="002D35F2" w:rsidRPr="000C5950" w:rsidRDefault="00000000">
            <w:pPr>
              <w:spacing w:after="0" w:line="240" w:lineRule="auto"/>
              <w:rPr>
                <w:noProof/>
                <w:lang w:val="ro-RO"/>
              </w:rPr>
            </w:pPr>
            <w:r w:rsidRPr="000C5950">
              <w:rPr>
                <w:b/>
                <w:noProof/>
                <w:sz w:val="15"/>
                <w:lang w:val="ro-RO"/>
              </w:rPr>
              <w:t>Decizie</w:t>
            </w:r>
          </w:p>
        </w:tc>
        <w:tc>
          <w:tcPr>
            <w:tcW w:w="3855" w:type="dxa"/>
            <w:shd w:val="clear" w:color="auto" w:fill="FFFFFF"/>
            <w:tcMar>
              <w:top w:w="70" w:type="dxa"/>
              <w:left w:w="85" w:type="dxa"/>
              <w:bottom w:w="70" w:type="dxa"/>
              <w:right w:w="85" w:type="dxa"/>
            </w:tcMar>
            <w:vAlign w:val="center"/>
          </w:tcPr>
          <w:p w14:paraId="372DB6F9" w14:textId="77777777" w:rsidR="002D35F2" w:rsidRPr="000C5950" w:rsidRDefault="00000000">
            <w:pPr>
              <w:spacing w:after="0" w:line="240" w:lineRule="auto"/>
              <w:rPr>
                <w:noProof/>
                <w:lang w:val="ro-RO"/>
              </w:rPr>
            </w:pPr>
            <w:r w:rsidRPr="000C5950">
              <w:rPr>
                <w:noProof/>
                <w:sz w:val="15"/>
                <w:lang w:val="ro-RO"/>
              </w:rPr>
              <w:t>☐ aprobat   ☐ respins   ☐ revizuire</w:t>
            </w:r>
          </w:p>
        </w:tc>
        <w:tc>
          <w:tcPr>
            <w:tcW w:w="1928" w:type="dxa"/>
            <w:shd w:val="clear" w:color="auto" w:fill="F3F4F5"/>
            <w:tcMar>
              <w:top w:w="70" w:type="dxa"/>
              <w:left w:w="85" w:type="dxa"/>
              <w:bottom w:w="70" w:type="dxa"/>
              <w:right w:w="85" w:type="dxa"/>
            </w:tcMar>
            <w:vAlign w:val="center"/>
          </w:tcPr>
          <w:p w14:paraId="6FD1412D" w14:textId="77777777" w:rsidR="002D35F2" w:rsidRPr="000C5950" w:rsidRDefault="00000000">
            <w:pPr>
              <w:spacing w:after="0" w:line="240" w:lineRule="auto"/>
              <w:rPr>
                <w:noProof/>
                <w:lang w:val="ro-RO"/>
              </w:rPr>
            </w:pPr>
            <w:r w:rsidRPr="000C5950">
              <w:rPr>
                <w:b/>
                <w:noProof/>
                <w:sz w:val="15"/>
                <w:lang w:val="ro-RO"/>
              </w:rPr>
              <w:t>Aprobator</w:t>
            </w:r>
          </w:p>
        </w:tc>
        <w:tc>
          <w:tcPr>
            <w:tcW w:w="2211" w:type="dxa"/>
            <w:shd w:val="clear" w:color="auto" w:fill="FFFFFF"/>
            <w:tcMar>
              <w:top w:w="70" w:type="dxa"/>
              <w:left w:w="85" w:type="dxa"/>
              <w:bottom w:w="70" w:type="dxa"/>
              <w:right w:w="85" w:type="dxa"/>
            </w:tcMar>
            <w:vAlign w:val="center"/>
          </w:tcPr>
          <w:p w14:paraId="49BE4991" w14:textId="77777777" w:rsidR="002D35F2" w:rsidRPr="000C5950" w:rsidRDefault="002D35F2">
            <w:pPr>
              <w:spacing w:after="0" w:line="240" w:lineRule="auto"/>
              <w:rPr>
                <w:noProof/>
                <w:lang w:val="ro-RO"/>
              </w:rPr>
            </w:pPr>
          </w:p>
        </w:tc>
      </w:tr>
    </w:tbl>
    <w:p w14:paraId="731421B1" w14:textId="77777777" w:rsidR="002D35F2" w:rsidRPr="000C5950" w:rsidRDefault="00000000">
      <w:pPr>
        <w:pStyle w:val="Heading2"/>
        <w:rPr>
          <w:noProof/>
          <w:lang w:val="ro-RO"/>
        </w:rPr>
      </w:pPr>
      <w:r w:rsidRPr="000C5950">
        <w:rPr>
          <w:noProof/>
          <w:lang w:val="ro-RO"/>
        </w:rPr>
        <w:t>Index rapid al documentelor SSM</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3231"/>
        <w:gridCol w:w="1077"/>
        <w:gridCol w:w="1417"/>
        <w:gridCol w:w="1701"/>
        <w:gridCol w:w="1361"/>
        <w:gridCol w:w="567"/>
      </w:tblGrid>
      <w:tr w:rsidR="002D35F2" w:rsidRPr="000C5950" w14:paraId="5222C9D3" w14:textId="77777777">
        <w:trPr>
          <w:tblHeader/>
          <w:jc w:val="center"/>
        </w:trPr>
        <w:tc>
          <w:tcPr>
            <w:tcW w:w="567" w:type="dxa"/>
            <w:shd w:val="clear" w:color="auto" w:fill="D71920"/>
            <w:tcMar>
              <w:top w:w="70" w:type="dxa"/>
              <w:left w:w="85" w:type="dxa"/>
              <w:bottom w:w="70" w:type="dxa"/>
              <w:right w:w="85" w:type="dxa"/>
            </w:tcMar>
            <w:vAlign w:val="center"/>
          </w:tcPr>
          <w:p w14:paraId="665D6694" w14:textId="77777777" w:rsidR="002D35F2" w:rsidRPr="000C5950" w:rsidRDefault="00000000">
            <w:pPr>
              <w:spacing w:after="0" w:line="240" w:lineRule="auto"/>
              <w:jc w:val="center"/>
              <w:rPr>
                <w:noProof/>
                <w:lang w:val="ro-RO"/>
              </w:rPr>
            </w:pPr>
            <w:r w:rsidRPr="000C5950">
              <w:rPr>
                <w:b/>
                <w:noProof/>
                <w:color w:val="FFFFFF"/>
                <w:sz w:val="14"/>
                <w:lang w:val="ro-RO"/>
              </w:rPr>
              <w:t>#</w:t>
            </w:r>
          </w:p>
        </w:tc>
        <w:tc>
          <w:tcPr>
            <w:tcW w:w="3231" w:type="dxa"/>
            <w:shd w:val="clear" w:color="auto" w:fill="D71920"/>
            <w:tcMar>
              <w:top w:w="70" w:type="dxa"/>
              <w:left w:w="85" w:type="dxa"/>
              <w:bottom w:w="70" w:type="dxa"/>
              <w:right w:w="85" w:type="dxa"/>
            </w:tcMar>
            <w:vAlign w:val="center"/>
          </w:tcPr>
          <w:p w14:paraId="28352F88" w14:textId="77777777" w:rsidR="002D35F2" w:rsidRPr="000C5950" w:rsidRDefault="00000000">
            <w:pPr>
              <w:spacing w:after="0" w:line="240" w:lineRule="auto"/>
              <w:jc w:val="center"/>
              <w:rPr>
                <w:noProof/>
                <w:lang w:val="ro-RO"/>
              </w:rPr>
            </w:pPr>
            <w:r w:rsidRPr="000C5950">
              <w:rPr>
                <w:b/>
                <w:noProof/>
                <w:color w:val="FFFFFF"/>
                <w:sz w:val="14"/>
                <w:lang w:val="ro-RO"/>
              </w:rPr>
              <w:t>DOCUMENT / ÎNREGISTRARE</w:t>
            </w:r>
          </w:p>
        </w:tc>
        <w:tc>
          <w:tcPr>
            <w:tcW w:w="1077" w:type="dxa"/>
            <w:shd w:val="clear" w:color="auto" w:fill="D71920"/>
            <w:tcMar>
              <w:top w:w="70" w:type="dxa"/>
              <w:left w:w="85" w:type="dxa"/>
              <w:bottom w:w="70" w:type="dxa"/>
              <w:right w:w="85" w:type="dxa"/>
            </w:tcMar>
            <w:vAlign w:val="center"/>
          </w:tcPr>
          <w:p w14:paraId="1B6D403C" w14:textId="77777777" w:rsidR="002D35F2" w:rsidRPr="000C5950" w:rsidRDefault="00000000">
            <w:pPr>
              <w:spacing w:after="0" w:line="240" w:lineRule="auto"/>
              <w:jc w:val="center"/>
              <w:rPr>
                <w:noProof/>
                <w:lang w:val="ro-RO"/>
              </w:rPr>
            </w:pPr>
            <w:r w:rsidRPr="000C5950">
              <w:rPr>
                <w:b/>
                <w:noProof/>
                <w:color w:val="FFFFFF"/>
                <w:sz w:val="14"/>
                <w:lang w:val="ro-RO"/>
              </w:rPr>
              <w:t>CLAUZĂ</w:t>
            </w:r>
          </w:p>
        </w:tc>
        <w:tc>
          <w:tcPr>
            <w:tcW w:w="1417" w:type="dxa"/>
            <w:shd w:val="clear" w:color="auto" w:fill="D71920"/>
            <w:tcMar>
              <w:top w:w="70" w:type="dxa"/>
              <w:left w:w="85" w:type="dxa"/>
              <w:bottom w:w="70" w:type="dxa"/>
              <w:right w:w="85" w:type="dxa"/>
            </w:tcMar>
            <w:vAlign w:val="center"/>
          </w:tcPr>
          <w:p w14:paraId="494610BE" w14:textId="77777777" w:rsidR="002D35F2" w:rsidRPr="000C5950" w:rsidRDefault="00000000">
            <w:pPr>
              <w:spacing w:after="0" w:line="240" w:lineRule="auto"/>
              <w:jc w:val="center"/>
              <w:rPr>
                <w:noProof/>
                <w:lang w:val="ro-RO"/>
              </w:rPr>
            </w:pPr>
            <w:r w:rsidRPr="000C5950">
              <w:rPr>
                <w:b/>
                <w:noProof/>
                <w:color w:val="FFFFFF"/>
                <w:sz w:val="14"/>
                <w:lang w:val="ro-RO"/>
              </w:rPr>
              <w:t>PROPRIETAR</w:t>
            </w:r>
          </w:p>
        </w:tc>
        <w:tc>
          <w:tcPr>
            <w:tcW w:w="1701" w:type="dxa"/>
            <w:shd w:val="clear" w:color="auto" w:fill="D71920"/>
            <w:tcMar>
              <w:top w:w="70" w:type="dxa"/>
              <w:left w:w="85" w:type="dxa"/>
              <w:bottom w:w="70" w:type="dxa"/>
              <w:right w:w="85" w:type="dxa"/>
            </w:tcMar>
            <w:vAlign w:val="center"/>
          </w:tcPr>
          <w:p w14:paraId="1FFD25C9" w14:textId="77777777" w:rsidR="002D35F2" w:rsidRPr="000C5950" w:rsidRDefault="00000000">
            <w:pPr>
              <w:spacing w:after="0" w:line="240" w:lineRule="auto"/>
              <w:jc w:val="center"/>
              <w:rPr>
                <w:noProof/>
                <w:lang w:val="ro-RO"/>
              </w:rPr>
            </w:pPr>
            <w:r w:rsidRPr="000C5950">
              <w:rPr>
                <w:b/>
                <w:noProof/>
                <w:color w:val="FFFFFF"/>
                <w:sz w:val="14"/>
                <w:lang w:val="ro-RO"/>
              </w:rPr>
              <w:t>LOCAȚIE</w:t>
            </w:r>
          </w:p>
        </w:tc>
        <w:tc>
          <w:tcPr>
            <w:tcW w:w="1361" w:type="dxa"/>
            <w:shd w:val="clear" w:color="auto" w:fill="D71920"/>
            <w:tcMar>
              <w:top w:w="70" w:type="dxa"/>
              <w:left w:w="85" w:type="dxa"/>
              <w:bottom w:w="70" w:type="dxa"/>
              <w:right w:w="85" w:type="dxa"/>
            </w:tcMar>
            <w:vAlign w:val="center"/>
          </w:tcPr>
          <w:p w14:paraId="4D9F64EA" w14:textId="77777777" w:rsidR="002D35F2" w:rsidRPr="000C5950" w:rsidRDefault="00000000">
            <w:pPr>
              <w:spacing w:after="0" w:line="240" w:lineRule="auto"/>
              <w:jc w:val="center"/>
              <w:rPr>
                <w:noProof/>
                <w:lang w:val="ro-RO"/>
              </w:rPr>
            </w:pPr>
            <w:r w:rsidRPr="000C5950">
              <w:rPr>
                <w:b/>
                <w:noProof/>
                <w:color w:val="FFFFFF"/>
                <w:sz w:val="14"/>
                <w:lang w:val="ro-RO"/>
              </w:rPr>
              <w:t>REVIZUIRE</w:t>
            </w:r>
          </w:p>
        </w:tc>
        <w:tc>
          <w:tcPr>
            <w:tcW w:w="567" w:type="dxa"/>
            <w:shd w:val="clear" w:color="auto" w:fill="D71920"/>
            <w:tcMar>
              <w:top w:w="70" w:type="dxa"/>
              <w:left w:w="85" w:type="dxa"/>
              <w:bottom w:w="70" w:type="dxa"/>
              <w:right w:w="85" w:type="dxa"/>
            </w:tcMar>
            <w:vAlign w:val="center"/>
          </w:tcPr>
          <w:p w14:paraId="76EF3720" w14:textId="77777777" w:rsidR="002D35F2" w:rsidRPr="000C5950" w:rsidRDefault="00000000">
            <w:pPr>
              <w:spacing w:after="0" w:line="240" w:lineRule="auto"/>
              <w:jc w:val="center"/>
              <w:rPr>
                <w:noProof/>
                <w:lang w:val="ro-RO"/>
              </w:rPr>
            </w:pPr>
            <w:r w:rsidRPr="000C5950">
              <w:rPr>
                <w:b/>
                <w:noProof/>
                <w:color w:val="FFFFFF"/>
                <w:sz w:val="14"/>
                <w:lang w:val="ro-RO"/>
              </w:rPr>
              <w:t>STATUS</w:t>
            </w:r>
          </w:p>
        </w:tc>
      </w:tr>
      <w:tr w:rsidR="002D35F2" w:rsidRPr="000C5950" w14:paraId="52F44496" w14:textId="77777777">
        <w:trPr>
          <w:cantSplit/>
          <w:jc w:val="center"/>
        </w:trPr>
        <w:tc>
          <w:tcPr>
            <w:tcW w:w="567" w:type="dxa"/>
            <w:shd w:val="clear" w:color="auto" w:fill="FFFFFF"/>
            <w:tcMar>
              <w:top w:w="70" w:type="dxa"/>
              <w:left w:w="85" w:type="dxa"/>
              <w:bottom w:w="70" w:type="dxa"/>
              <w:right w:w="85" w:type="dxa"/>
            </w:tcMar>
            <w:vAlign w:val="center"/>
          </w:tcPr>
          <w:p w14:paraId="1BA57F98" w14:textId="77777777" w:rsidR="002D35F2" w:rsidRPr="000C5950" w:rsidRDefault="002D35F2">
            <w:pPr>
              <w:spacing w:after="0" w:line="240" w:lineRule="auto"/>
              <w:rPr>
                <w:noProof/>
                <w:lang w:val="ro-RO"/>
              </w:rPr>
            </w:pPr>
          </w:p>
        </w:tc>
        <w:tc>
          <w:tcPr>
            <w:tcW w:w="3231" w:type="dxa"/>
            <w:shd w:val="clear" w:color="auto" w:fill="FFFFFF"/>
            <w:tcMar>
              <w:top w:w="70" w:type="dxa"/>
              <w:left w:w="85" w:type="dxa"/>
              <w:bottom w:w="70" w:type="dxa"/>
              <w:right w:w="85" w:type="dxa"/>
            </w:tcMar>
            <w:vAlign w:val="center"/>
          </w:tcPr>
          <w:p w14:paraId="371C98D3" w14:textId="77777777" w:rsidR="002D35F2" w:rsidRPr="000C5950" w:rsidRDefault="002D35F2">
            <w:pPr>
              <w:spacing w:after="0" w:line="240" w:lineRule="auto"/>
              <w:rPr>
                <w:noProof/>
                <w:lang w:val="ro-RO"/>
              </w:rPr>
            </w:pPr>
          </w:p>
        </w:tc>
        <w:tc>
          <w:tcPr>
            <w:tcW w:w="1077" w:type="dxa"/>
            <w:shd w:val="clear" w:color="auto" w:fill="FFFFFF"/>
            <w:tcMar>
              <w:top w:w="70" w:type="dxa"/>
              <w:left w:w="85" w:type="dxa"/>
              <w:bottom w:w="70" w:type="dxa"/>
              <w:right w:w="85" w:type="dxa"/>
            </w:tcMar>
            <w:vAlign w:val="center"/>
          </w:tcPr>
          <w:p w14:paraId="5F1FAFBE" w14:textId="77777777" w:rsidR="002D35F2" w:rsidRPr="000C5950" w:rsidRDefault="002D35F2">
            <w:pPr>
              <w:spacing w:after="0" w:line="240" w:lineRule="auto"/>
              <w:rPr>
                <w:noProof/>
                <w:lang w:val="ro-RO"/>
              </w:rPr>
            </w:pPr>
          </w:p>
        </w:tc>
        <w:tc>
          <w:tcPr>
            <w:tcW w:w="1417" w:type="dxa"/>
            <w:shd w:val="clear" w:color="auto" w:fill="FFFFFF"/>
            <w:tcMar>
              <w:top w:w="70" w:type="dxa"/>
              <w:left w:w="85" w:type="dxa"/>
              <w:bottom w:w="70" w:type="dxa"/>
              <w:right w:w="85" w:type="dxa"/>
            </w:tcMar>
            <w:vAlign w:val="center"/>
          </w:tcPr>
          <w:p w14:paraId="5DA5E4BD" w14:textId="77777777" w:rsidR="002D35F2" w:rsidRPr="000C5950" w:rsidRDefault="002D35F2">
            <w:pPr>
              <w:spacing w:after="0" w:line="240" w:lineRule="auto"/>
              <w:rPr>
                <w:noProof/>
                <w:lang w:val="ro-RO"/>
              </w:rPr>
            </w:pPr>
          </w:p>
        </w:tc>
        <w:tc>
          <w:tcPr>
            <w:tcW w:w="1701" w:type="dxa"/>
            <w:shd w:val="clear" w:color="auto" w:fill="FFFFFF"/>
            <w:tcMar>
              <w:top w:w="70" w:type="dxa"/>
              <w:left w:w="85" w:type="dxa"/>
              <w:bottom w:w="70" w:type="dxa"/>
              <w:right w:w="85" w:type="dxa"/>
            </w:tcMar>
            <w:vAlign w:val="center"/>
          </w:tcPr>
          <w:p w14:paraId="404502E6" w14:textId="77777777" w:rsidR="002D35F2" w:rsidRPr="000C5950" w:rsidRDefault="002D35F2">
            <w:pPr>
              <w:spacing w:after="0" w:line="240" w:lineRule="auto"/>
              <w:rPr>
                <w:noProof/>
                <w:lang w:val="ro-RO"/>
              </w:rPr>
            </w:pPr>
          </w:p>
        </w:tc>
        <w:tc>
          <w:tcPr>
            <w:tcW w:w="1361" w:type="dxa"/>
            <w:shd w:val="clear" w:color="auto" w:fill="FFFFFF"/>
            <w:tcMar>
              <w:top w:w="70" w:type="dxa"/>
              <w:left w:w="85" w:type="dxa"/>
              <w:bottom w:w="70" w:type="dxa"/>
              <w:right w:w="85" w:type="dxa"/>
            </w:tcMar>
            <w:vAlign w:val="center"/>
          </w:tcPr>
          <w:p w14:paraId="328CFC09" w14:textId="77777777" w:rsidR="002D35F2" w:rsidRPr="000C5950" w:rsidRDefault="002D35F2">
            <w:pPr>
              <w:spacing w:after="0" w:line="240" w:lineRule="auto"/>
              <w:rPr>
                <w:noProof/>
                <w:lang w:val="ro-RO"/>
              </w:rPr>
            </w:pPr>
          </w:p>
        </w:tc>
        <w:tc>
          <w:tcPr>
            <w:tcW w:w="567" w:type="dxa"/>
            <w:shd w:val="clear" w:color="auto" w:fill="FFFFFF"/>
            <w:tcMar>
              <w:top w:w="70" w:type="dxa"/>
              <w:left w:w="85" w:type="dxa"/>
              <w:bottom w:w="70" w:type="dxa"/>
              <w:right w:w="85" w:type="dxa"/>
            </w:tcMar>
            <w:vAlign w:val="center"/>
          </w:tcPr>
          <w:p w14:paraId="65ADADE0" w14:textId="77777777" w:rsidR="002D35F2" w:rsidRPr="000C5950" w:rsidRDefault="002D35F2">
            <w:pPr>
              <w:spacing w:after="0" w:line="240" w:lineRule="auto"/>
              <w:rPr>
                <w:noProof/>
                <w:lang w:val="ro-RO"/>
              </w:rPr>
            </w:pPr>
          </w:p>
        </w:tc>
      </w:tr>
      <w:tr w:rsidR="002D35F2" w:rsidRPr="000C5950" w14:paraId="2494ED30" w14:textId="77777777">
        <w:trPr>
          <w:cantSplit/>
          <w:jc w:val="center"/>
        </w:trPr>
        <w:tc>
          <w:tcPr>
            <w:tcW w:w="567" w:type="dxa"/>
            <w:shd w:val="clear" w:color="auto" w:fill="FAFAFA"/>
            <w:tcMar>
              <w:top w:w="70" w:type="dxa"/>
              <w:left w:w="85" w:type="dxa"/>
              <w:bottom w:w="70" w:type="dxa"/>
              <w:right w:w="85" w:type="dxa"/>
            </w:tcMar>
            <w:vAlign w:val="center"/>
          </w:tcPr>
          <w:p w14:paraId="7FF82301" w14:textId="77777777" w:rsidR="002D35F2" w:rsidRPr="000C5950" w:rsidRDefault="002D35F2">
            <w:pPr>
              <w:spacing w:after="0" w:line="240" w:lineRule="auto"/>
              <w:rPr>
                <w:noProof/>
                <w:lang w:val="ro-RO"/>
              </w:rPr>
            </w:pPr>
          </w:p>
        </w:tc>
        <w:tc>
          <w:tcPr>
            <w:tcW w:w="3231" w:type="dxa"/>
            <w:shd w:val="clear" w:color="auto" w:fill="FAFAFA"/>
            <w:tcMar>
              <w:top w:w="70" w:type="dxa"/>
              <w:left w:w="85" w:type="dxa"/>
              <w:bottom w:w="70" w:type="dxa"/>
              <w:right w:w="85" w:type="dxa"/>
            </w:tcMar>
            <w:vAlign w:val="center"/>
          </w:tcPr>
          <w:p w14:paraId="6D63C882" w14:textId="77777777" w:rsidR="002D35F2" w:rsidRPr="000C5950" w:rsidRDefault="002D35F2">
            <w:pPr>
              <w:spacing w:after="0" w:line="240" w:lineRule="auto"/>
              <w:rPr>
                <w:noProof/>
                <w:lang w:val="ro-RO"/>
              </w:rPr>
            </w:pPr>
          </w:p>
        </w:tc>
        <w:tc>
          <w:tcPr>
            <w:tcW w:w="1077" w:type="dxa"/>
            <w:shd w:val="clear" w:color="auto" w:fill="FAFAFA"/>
            <w:tcMar>
              <w:top w:w="70" w:type="dxa"/>
              <w:left w:w="85" w:type="dxa"/>
              <w:bottom w:w="70" w:type="dxa"/>
              <w:right w:w="85" w:type="dxa"/>
            </w:tcMar>
            <w:vAlign w:val="center"/>
          </w:tcPr>
          <w:p w14:paraId="281019D7" w14:textId="77777777" w:rsidR="002D35F2" w:rsidRPr="000C5950" w:rsidRDefault="002D35F2">
            <w:pPr>
              <w:spacing w:after="0" w:line="240" w:lineRule="auto"/>
              <w:rPr>
                <w:noProof/>
                <w:lang w:val="ro-RO"/>
              </w:rPr>
            </w:pPr>
          </w:p>
        </w:tc>
        <w:tc>
          <w:tcPr>
            <w:tcW w:w="1417" w:type="dxa"/>
            <w:shd w:val="clear" w:color="auto" w:fill="FAFAFA"/>
            <w:tcMar>
              <w:top w:w="70" w:type="dxa"/>
              <w:left w:w="85" w:type="dxa"/>
              <w:bottom w:w="70" w:type="dxa"/>
              <w:right w:w="85" w:type="dxa"/>
            </w:tcMar>
            <w:vAlign w:val="center"/>
          </w:tcPr>
          <w:p w14:paraId="0CBC1544" w14:textId="77777777" w:rsidR="002D35F2" w:rsidRPr="000C5950" w:rsidRDefault="002D35F2">
            <w:pPr>
              <w:spacing w:after="0" w:line="240" w:lineRule="auto"/>
              <w:rPr>
                <w:noProof/>
                <w:lang w:val="ro-RO"/>
              </w:rPr>
            </w:pPr>
          </w:p>
        </w:tc>
        <w:tc>
          <w:tcPr>
            <w:tcW w:w="1701" w:type="dxa"/>
            <w:shd w:val="clear" w:color="auto" w:fill="FAFAFA"/>
            <w:tcMar>
              <w:top w:w="70" w:type="dxa"/>
              <w:left w:w="85" w:type="dxa"/>
              <w:bottom w:w="70" w:type="dxa"/>
              <w:right w:w="85" w:type="dxa"/>
            </w:tcMar>
            <w:vAlign w:val="center"/>
          </w:tcPr>
          <w:p w14:paraId="2688821C" w14:textId="77777777" w:rsidR="002D35F2" w:rsidRPr="000C5950" w:rsidRDefault="002D35F2">
            <w:pPr>
              <w:spacing w:after="0" w:line="240" w:lineRule="auto"/>
              <w:rPr>
                <w:noProof/>
                <w:lang w:val="ro-RO"/>
              </w:rPr>
            </w:pPr>
          </w:p>
        </w:tc>
        <w:tc>
          <w:tcPr>
            <w:tcW w:w="1361" w:type="dxa"/>
            <w:shd w:val="clear" w:color="auto" w:fill="FAFAFA"/>
            <w:tcMar>
              <w:top w:w="70" w:type="dxa"/>
              <w:left w:w="85" w:type="dxa"/>
              <w:bottom w:w="70" w:type="dxa"/>
              <w:right w:w="85" w:type="dxa"/>
            </w:tcMar>
            <w:vAlign w:val="center"/>
          </w:tcPr>
          <w:p w14:paraId="5DF42CAF" w14:textId="77777777" w:rsidR="002D35F2" w:rsidRPr="000C5950" w:rsidRDefault="002D35F2">
            <w:pPr>
              <w:spacing w:after="0" w:line="240" w:lineRule="auto"/>
              <w:rPr>
                <w:noProof/>
                <w:lang w:val="ro-RO"/>
              </w:rPr>
            </w:pPr>
          </w:p>
        </w:tc>
        <w:tc>
          <w:tcPr>
            <w:tcW w:w="567" w:type="dxa"/>
            <w:shd w:val="clear" w:color="auto" w:fill="FAFAFA"/>
            <w:tcMar>
              <w:top w:w="70" w:type="dxa"/>
              <w:left w:w="85" w:type="dxa"/>
              <w:bottom w:w="70" w:type="dxa"/>
              <w:right w:w="85" w:type="dxa"/>
            </w:tcMar>
            <w:vAlign w:val="center"/>
          </w:tcPr>
          <w:p w14:paraId="7B631E78" w14:textId="77777777" w:rsidR="002D35F2" w:rsidRPr="000C5950" w:rsidRDefault="002D35F2">
            <w:pPr>
              <w:spacing w:after="0" w:line="240" w:lineRule="auto"/>
              <w:rPr>
                <w:noProof/>
                <w:lang w:val="ro-RO"/>
              </w:rPr>
            </w:pPr>
          </w:p>
        </w:tc>
      </w:tr>
      <w:tr w:rsidR="002D35F2" w:rsidRPr="000C5950" w14:paraId="7CF68AC2" w14:textId="77777777">
        <w:trPr>
          <w:cantSplit/>
          <w:jc w:val="center"/>
        </w:trPr>
        <w:tc>
          <w:tcPr>
            <w:tcW w:w="567" w:type="dxa"/>
            <w:shd w:val="clear" w:color="auto" w:fill="FFFFFF"/>
            <w:tcMar>
              <w:top w:w="70" w:type="dxa"/>
              <w:left w:w="85" w:type="dxa"/>
              <w:bottom w:w="70" w:type="dxa"/>
              <w:right w:w="85" w:type="dxa"/>
            </w:tcMar>
            <w:vAlign w:val="center"/>
          </w:tcPr>
          <w:p w14:paraId="005C0D34" w14:textId="77777777" w:rsidR="002D35F2" w:rsidRPr="000C5950" w:rsidRDefault="002D35F2">
            <w:pPr>
              <w:spacing w:after="0" w:line="240" w:lineRule="auto"/>
              <w:rPr>
                <w:noProof/>
                <w:lang w:val="ro-RO"/>
              </w:rPr>
            </w:pPr>
          </w:p>
        </w:tc>
        <w:tc>
          <w:tcPr>
            <w:tcW w:w="3231" w:type="dxa"/>
            <w:shd w:val="clear" w:color="auto" w:fill="FFFFFF"/>
            <w:tcMar>
              <w:top w:w="70" w:type="dxa"/>
              <w:left w:w="85" w:type="dxa"/>
              <w:bottom w:w="70" w:type="dxa"/>
              <w:right w:w="85" w:type="dxa"/>
            </w:tcMar>
            <w:vAlign w:val="center"/>
          </w:tcPr>
          <w:p w14:paraId="6673314C" w14:textId="77777777" w:rsidR="002D35F2" w:rsidRPr="000C5950" w:rsidRDefault="002D35F2">
            <w:pPr>
              <w:spacing w:after="0" w:line="240" w:lineRule="auto"/>
              <w:rPr>
                <w:noProof/>
                <w:lang w:val="ro-RO"/>
              </w:rPr>
            </w:pPr>
          </w:p>
        </w:tc>
        <w:tc>
          <w:tcPr>
            <w:tcW w:w="1077" w:type="dxa"/>
            <w:shd w:val="clear" w:color="auto" w:fill="FFFFFF"/>
            <w:tcMar>
              <w:top w:w="70" w:type="dxa"/>
              <w:left w:w="85" w:type="dxa"/>
              <w:bottom w:w="70" w:type="dxa"/>
              <w:right w:w="85" w:type="dxa"/>
            </w:tcMar>
            <w:vAlign w:val="center"/>
          </w:tcPr>
          <w:p w14:paraId="6C370D4B" w14:textId="77777777" w:rsidR="002D35F2" w:rsidRPr="000C5950" w:rsidRDefault="002D35F2">
            <w:pPr>
              <w:spacing w:after="0" w:line="240" w:lineRule="auto"/>
              <w:rPr>
                <w:noProof/>
                <w:lang w:val="ro-RO"/>
              </w:rPr>
            </w:pPr>
          </w:p>
        </w:tc>
        <w:tc>
          <w:tcPr>
            <w:tcW w:w="1417" w:type="dxa"/>
            <w:shd w:val="clear" w:color="auto" w:fill="FFFFFF"/>
            <w:tcMar>
              <w:top w:w="70" w:type="dxa"/>
              <w:left w:w="85" w:type="dxa"/>
              <w:bottom w:w="70" w:type="dxa"/>
              <w:right w:w="85" w:type="dxa"/>
            </w:tcMar>
            <w:vAlign w:val="center"/>
          </w:tcPr>
          <w:p w14:paraId="1705F8ED" w14:textId="77777777" w:rsidR="002D35F2" w:rsidRPr="000C5950" w:rsidRDefault="002D35F2">
            <w:pPr>
              <w:spacing w:after="0" w:line="240" w:lineRule="auto"/>
              <w:rPr>
                <w:noProof/>
                <w:lang w:val="ro-RO"/>
              </w:rPr>
            </w:pPr>
          </w:p>
        </w:tc>
        <w:tc>
          <w:tcPr>
            <w:tcW w:w="1701" w:type="dxa"/>
            <w:shd w:val="clear" w:color="auto" w:fill="FFFFFF"/>
            <w:tcMar>
              <w:top w:w="70" w:type="dxa"/>
              <w:left w:w="85" w:type="dxa"/>
              <w:bottom w:w="70" w:type="dxa"/>
              <w:right w:w="85" w:type="dxa"/>
            </w:tcMar>
            <w:vAlign w:val="center"/>
          </w:tcPr>
          <w:p w14:paraId="5B2B472E" w14:textId="77777777" w:rsidR="002D35F2" w:rsidRPr="000C5950" w:rsidRDefault="002D35F2">
            <w:pPr>
              <w:spacing w:after="0" w:line="240" w:lineRule="auto"/>
              <w:rPr>
                <w:noProof/>
                <w:lang w:val="ro-RO"/>
              </w:rPr>
            </w:pPr>
          </w:p>
        </w:tc>
        <w:tc>
          <w:tcPr>
            <w:tcW w:w="1361" w:type="dxa"/>
            <w:shd w:val="clear" w:color="auto" w:fill="FFFFFF"/>
            <w:tcMar>
              <w:top w:w="70" w:type="dxa"/>
              <w:left w:w="85" w:type="dxa"/>
              <w:bottom w:w="70" w:type="dxa"/>
              <w:right w:w="85" w:type="dxa"/>
            </w:tcMar>
            <w:vAlign w:val="center"/>
          </w:tcPr>
          <w:p w14:paraId="26569A90" w14:textId="77777777" w:rsidR="002D35F2" w:rsidRPr="000C5950" w:rsidRDefault="002D35F2">
            <w:pPr>
              <w:spacing w:after="0" w:line="240" w:lineRule="auto"/>
              <w:rPr>
                <w:noProof/>
                <w:lang w:val="ro-RO"/>
              </w:rPr>
            </w:pPr>
          </w:p>
        </w:tc>
        <w:tc>
          <w:tcPr>
            <w:tcW w:w="567" w:type="dxa"/>
            <w:shd w:val="clear" w:color="auto" w:fill="FFFFFF"/>
            <w:tcMar>
              <w:top w:w="70" w:type="dxa"/>
              <w:left w:w="85" w:type="dxa"/>
              <w:bottom w:w="70" w:type="dxa"/>
              <w:right w:w="85" w:type="dxa"/>
            </w:tcMar>
            <w:vAlign w:val="center"/>
          </w:tcPr>
          <w:p w14:paraId="63743A89" w14:textId="77777777" w:rsidR="002D35F2" w:rsidRPr="000C5950" w:rsidRDefault="002D35F2">
            <w:pPr>
              <w:spacing w:after="0" w:line="240" w:lineRule="auto"/>
              <w:rPr>
                <w:noProof/>
                <w:lang w:val="ro-RO"/>
              </w:rPr>
            </w:pPr>
          </w:p>
        </w:tc>
      </w:tr>
      <w:tr w:rsidR="002D35F2" w:rsidRPr="000C5950" w14:paraId="6F073937" w14:textId="77777777">
        <w:trPr>
          <w:cantSplit/>
          <w:jc w:val="center"/>
        </w:trPr>
        <w:tc>
          <w:tcPr>
            <w:tcW w:w="567" w:type="dxa"/>
            <w:shd w:val="clear" w:color="auto" w:fill="FAFAFA"/>
            <w:tcMar>
              <w:top w:w="70" w:type="dxa"/>
              <w:left w:w="85" w:type="dxa"/>
              <w:bottom w:w="70" w:type="dxa"/>
              <w:right w:w="85" w:type="dxa"/>
            </w:tcMar>
            <w:vAlign w:val="center"/>
          </w:tcPr>
          <w:p w14:paraId="19363162" w14:textId="77777777" w:rsidR="002D35F2" w:rsidRPr="000C5950" w:rsidRDefault="002D35F2">
            <w:pPr>
              <w:spacing w:after="0" w:line="240" w:lineRule="auto"/>
              <w:rPr>
                <w:noProof/>
                <w:lang w:val="ro-RO"/>
              </w:rPr>
            </w:pPr>
          </w:p>
        </w:tc>
        <w:tc>
          <w:tcPr>
            <w:tcW w:w="3231" w:type="dxa"/>
            <w:shd w:val="clear" w:color="auto" w:fill="FAFAFA"/>
            <w:tcMar>
              <w:top w:w="70" w:type="dxa"/>
              <w:left w:w="85" w:type="dxa"/>
              <w:bottom w:w="70" w:type="dxa"/>
              <w:right w:w="85" w:type="dxa"/>
            </w:tcMar>
            <w:vAlign w:val="center"/>
          </w:tcPr>
          <w:p w14:paraId="4F114EA6" w14:textId="77777777" w:rsidR="002D35F2" w:rsidRPr="000C5950" w:rsidRDefault="002D35F2">
            <w:pPr>
              <w:spacing w:after="0" w:line="240" w:lineRule="auto"/>
              <w:rPr>
                <w:noProof/>
                <w:lang w:val="ro-RO"/>
              </w:rPr>
            </w:pPr>
          </w:p>
        </w:tc>
        <w:tc>
          <w:tcPr>
            <w:tcW w:w="1077" w:type="dxa"/>
            <w:shd w:val="clear" w:color="auto" w:fill="FAFAFA"/>
            <w:tcMar>
              <w:top w:w="70" w:type="dxa"/>
              <w:left w:w="85" w:type="dxa"/>
              <w:bottom w:w="70" w:type="dxa"/>
              <w:right w:w="85" w:type="dxa"/>
            </w:tcMar>
            <w:vAlign w:val="center"/>
          </w:tcPr>
          <w:p w14:paraId="66030C2C" w14:textId="77777777" w:rsidR="002D35F2" w:rsidRPr="000C5950" w:rsidRDefault="002D35F2">
            <w:pPr>
              <w:spacing w:after="0" w:line="240" w:lineRule="auto"/>
              <w:rPr>
                <w:noProof/>
                <w:lang w:val="ro-RO"/>
              </w:rPr>
            </w:pPr>
          </w:p>
        </w:tc>
        <w:tc>
          <w:tcPr>
            <w:tcW w:w="1417" w:type="dxa"/>
            <w:shd w:val="clear" w:color="auto" w:fill="FAFAFA"/>
            <w:tcMar>
              <w:top w:w="70" w:type="dxa"/>
              <w:left w:w="85" w:type="dxa"/>
              <w:bottom w:w="70" w:type="dxa"/>
              <w:right w:w="85" w:type="dxa"/>
            </w:tcMar>
            <w:vAlign w:val="center"/>
          </w:tcPr>
          <w:p w14:paraId="1DF6D3F8" w14:textId="77777777" w:rsidR="002D35F2" w:rsidRPr="000C5950" w:rsidRDefault="002D35F2">
            <w:pPr>
              <w:spacing w:after="0" w:line="240" w:lineRule="auto"/>
              <w:rPr>
                <w:noProof/>
                <w:lang w:val="ro-RO"/>
              </w:rPr>
            </w:pPr>
          </w:p>
        </w:tc>
        <w:tc>
          <w:tcPr>
            <w:tcW w:w="1701" w:type="dxa"/>
            <w:shd w:val="clear" w:color="auto" w:fill="FAFAFA"/>
            <w:tcMar>
              <w:top w:w="70" w:type="dxa"/>
              <w:left w:w="85" w:type="dxa"/>
              <w:bottom w:w="70" w:type="dxa"/>
              <w:right w:w="85" w:type="dxa"/>
            </w:tcMar>
            <w:vAlign w:val="center"/>
          </w:tcPr>
          <w:p w14:paraId="212E9EB9" w14:textId="77777777" w:rsidR="002D35F2" w:rsidRPr="000C5950" w:rsidRDefault="002D35F2">
            <w:pPr>
              <w:spacing w:after="0" w:line="240" w:lineRule="auto"/>
              <w:rPr>
                <w:noProof/>
                <w:lang w:val="ro-RO"/>
              </w:rPr>
            </w:pPr>
          </w:p>
        </w:tc>
        <w:tc>
          <w:tcPr>
            <w:tcW w:w="1361" w:type="dxa"/>
            <w:shd w:val="clear" w:color="auto" w:fill="FAFAFA"/>
            <w:tcMar>
              <w:top w:w="70" w:type="dxa"/>
              <w:left w:w="85" w:type="dxa"/>
              <w:bottom w:w="70" w:type="dxa"/>
              <w:right w:w="85" w:type="dxa"/>
            </w:tcMar>
            <w:vAlign w:val="center"/>
          </w:tcPr>
          <w:p w14:paraId="148BD994" w14:textId="77777777" w:rsidR="002D35F2" w:rsidRPr="000C5950" w:rsidRDefault="002D35F2">
            <w:pPr>
              <w:spacing w:after="0" w:line="240" w:lineRule="auto"/>
              <w:rPr>
                <w:noProof/>
                <w:lang w:val="ro-RO"/>
              </w:rPr>
            </w:pPr>
          </w:p>
        </w:tc>
        <w:tc>
          <w:tcPr>
            <w:tcW w:w="567" w:type="dxa"/>
            <w:shd w:val="clear" w:color="auto" w:fill="FAFAFA"/>
            <w:tcMar>
              <w:top w:w="70" w:type="dxa"/>
              <w:left w:w="85" w:type="dxa"/>
              <w:bottom w:w="70" w:type="dxa"/>
              <w:right w:w="85" w:type="dxa"/>
            </w:tcMar>
            <w:vAlign w:val="center"/>
          </w:tcPr>
          <w:p w14:paraId="5426C959" w14:textId="77777777" w:rsidR="002D35F2" w:rsidRPr="000C5950" w:rsidRDefault="002D35F2">
            <w:pPr>
              <w:spacing w:after="0" w:line="240" w:lineRule="auto"/>
              <w:rPr>
                <w:noProof/>
                <w:lang w:val="ro-RO"/>
              </w:rPr>
            </w:pPr>
          </w:p>
        </w:tc>
      </w:tr>
      <w:tr w:rsidR="002D35F2" w:rsidRPr="000C5950" w14:paraId="2B7D7E5A" w14:textId="77777777">
        <w:trPr>
          <w:cantSplit/>
          <w:jc w:val="center"/>
        </w:trPr>
        <w:tc>
          <w:tcPr>
            <w:tcW w:w="567" w:type="dxa"/>
            <w:shd w:val="clear" w:color="auto" w:fill="FFFFFF"/>
            <w:tcMar>
              <w:top w:w="70" w:type="dxa"/>
              <w:left w:w="85" w:type="dxa"/>
              <w:bottom w:w="70" w:type="dxa"/>
              <w:right w:w="85" w:type="dxa"/>
            </w:tcMar>
            <w:vAlign w:val="center"/>
          </w:tcPr>
          <w:p w14:paraId="032AE3AD" w14:textId="77777777" w:rsidR="002D35F2" w:rsidRPr="000C5950" w:rsidRDefault="002D35F2">
            <w:pPr>
              <w:spacing w:after="0" w:line="240" w:lineRule="auto"/>
              <w:rPr>
                <w:noProof/>
                <w:lang w:val="ro-RO"/>
              </w:rPr>
            </w:pPr>
          </w:p>
        </w:tc>
        <w:tc>
          <w:tcPr>
            <w:tcW w:w="3231" w:type="dxa"/>
            <w:shd w:val="clear" w:color="auto" w:fill="FFFFFF"/>
            <w:tcMar>
              <w:top w:w="70" w:type="dxa"/>
              <w:left w:w="85" w:type="dxa"/>
              <w:bottom w:w="70" w:type="dxa"/>
              <w:right w:w="85" w:type="dxa"/>
            </w:tcMar>
            <w:vAlign w:val="center"/>
          </w:tcPr>
          <w:p w14:paraId="1F6D1E85" w14:textId="77777777" w:rsidR="002D35F2" w:rsidRPr="000C5950" w:rsidRDefault="002D35F2">
            <w:pPr>
              <w:spacing w:after="0" w:line="240" w:lineRule="auto"/>
              <w:rPr>
                <w:noProof/>
                <w:lang w:val="ro-RO"/>
              </w:rPr>
            </w:pPr>
          </w:p>
        </w:tc>
        <w:tc>
          <w:tcPr>
            <w:tcW w:w="1077" w:type="dxa"/>
            <w:shd w:val="clear" w:color="auto" w:fill="FFFFFF"/>
            <w:tcMar>
              <w:top w:w="70" w:type="dxa"/>
              <w:left w:w="85" w:type="dxa"/>
              <w:bottom w:w="70" w:type="dxa"/>
              <w:right w:w="85" w:type="dxa"/>
            </w:tcMar>
            <w:vAlign w:val="center"/>
          </w:tcPr>
          <w:p w14:paraId="38389069" w14:textId="77777777" w:rsidR="002D35F2" w:rsidRPr="000C5950" w:rsidRDefault="002D35F2">
            <w:pPr>
              <w:spacing w:after="0" w:line="240" w:lineRule="auto"/>
              <w:rPr>
                <w:noProof/>
                <w:lang w:val="ro-RO"/>
              </w:rPr>
            </w:pPr>
          </w:p>
        </w:tc>
        <w:tc>
          <w:tcPr>
            <w:tcW w:w="1417" w:type="dxa"/>
            <w:shd w:val="clear" w:color="auto" w:fill="FFFFFF"/>
            <w:tcMar>
              <w:top w:w="70" w:type="dxa"/>
              <w:left w:w="85" w:type="dxa"/>
              <w:bottom w:w="70" w:type="dxa"/>
              <w:right w:w="85" w:type="dxa"/>
            </w:tcMar>
            <w:vAlign w:val="center"/>
          </w:tcPr>
          <w:p w14:paraId="6D08F08C" w14:textId="77777777" w:rsidR="002D35F2" w:rsidRPr="000C5950" w:rsidRDefault="002D35F2">
            <w:pPr>
              <w:spacing w:after="0" w:line="240" w:lineRule="auto"/>
              <w:rPr>
                <w:noProof/>
                <w:lang w:val="ro-RO"/>
              </w:rPr>
            </w:pPr>
          </w:p>
        </w:tc>
        <w:tc>
          <w:tcPr>
            <w:tcW w:w="1701" w:type="dxa"/>
            <w:shd w:val="clear" w:color="auto" w:fill="FFFFFF"/>
            <w:tcMar>
              <w:top w:w="70" w:type="dxa"/>
              <w:left w:w="85" w:type="dxa"/>
              <w:bottom w:w="70" w:type="dxa"/>
              <w:right w:w="85" w:type="dxa"/>
            </w:tcMar>
            <w:vAlign w:val="center"/>
          </w:tcPr>
          <w:p w14:paraId="0B0113FD" w14:textId="77777777" w:rsidR="002D35F2" w:rsidRPr="000C5950" w:rsidRDefault="002D35F2">
            <w:pPr>
              <w:spacing w:after="0" w:line="240" w:lineRule="auto"/>
              <w:rPr>
                <w:noProof/>
                <w:lang w:val="ro-RO"/>
              </w:rPr>
            </w:pPr>
          </w:p>
        </w:tc>
        <w:tc>
          <w:tcPr>
            <w:tcW w:w="1361" w:type="dxa"/>
            <w:shd w:val="clear" w:color="auto" w:fill="FFFFFF"/>
            <w:tcMar>
              <w:top w:w="70" w:type="dxa"/>
              <w:left w:w="85" w:type="dxa"/>
              <w:bottom w:w="70" w:type="dxa"/>
              <w:right w:w="85" w:type="dxa"/>
            </w:tcMar>
            <w:vAlign w:val="center"/>
          </w:tcPr>
          <w:p w14:paraId="43687E64" w14:textId="77777777" w:rsidR="002D35F2" w:rsidRPr="000C5950" w:rsidRDefault="002D35F2">
            <w:pPr>
              <w:spacing w:after="0" w:line="240" w:lineRule="auto"/>
              <w:rPr>
                <w:noProof/>
                <w:lang w:val="ro-RO"/>
              </w:rPr>
            </w:pPr>
          </w:p>
        </w:tc>
        <w:tc>
          <w:tcPr>
            <w:tcW w:w="567" w:type="dxa"/>
            <w:shd w:val="clear" w:color="auto" w:fill="FFFFFF"/>
            <w:tcMar>
              <w:top w:w="70" w:type="dxa"/>
              <w:left w:w="85" w:type="dxa"/>
              <w:bottom w:w="70" w:type="dxa"/>
              <w:right w:w="85" w:type="dxa"/>
            </w:tcMar>
            <w:vAlign w:val="center"/>
          </w:tcPr>
          <w:p w14:paraId="1AC5A5FC" w14:textId="77777777" w:rsidR="002D35F2" w:rsidRPr="000C5950" w:rsidRDefault="002D35F2">
            <w:pPr>
              <w:spacing w:after="0" w:line="240" w:lineRule="auto"/>
              <w:rPr>
                <w:noProof/>
                <w:lang w:val="ro-RO"/>
              </w:rPr>
            </w:pPr>
          </w:p>
        </w:tc>
      </w:tr>
      <w:tr w:rsidR="002D35F2" w:rsidRPr="000C5950" w14:paraId="57E7BFF3" w14:textId="77777777">
        <w:trPr>
          <w:cantSplit/>
          <w:jc w:val="center"/>
        </w:trPr>
        <w:tc>
          <w:tcPr>
            <w:tcW w:w="567" w:type="dxa"/>
            <w:shd w:val="clear" w:color="auto" w:fill="FAFAFA"/>
            <w:tcMar>
              <w:top w:w="70" w:type="dxa"/>
              <w:left w:w="85" w:type="dxa"/>
              <w:bottom w:w="70" w:type="dxa"/>
              <w:right w:w="85" w:type="dxa"/>
            </w:tcMar>
            <w:vAlign w:val="center"/>
          </w:tcPr>
          <w:p w14:paraId="08651951" w14:textId="77777777" w:rsidR="002D35F2" w:rsidRPr="000C5950" w:rsidRDefault="002D35F2">
            <w:pPr>
              <w:spacing w:after="0" w:line="240" w:lineRule="auto"/>
              <w:rPr>
                <w:noProof/>
                <w:lang w:val="ro-RO"/>
              </w:rPr>
            </w:pPr>
          </w:p>
        </w:tc>
        <w:tc>
          <w:tcPr>
            <w:tcW w:w="3231" w:type="dxa"/>
            <w:shd w:val="clear" w:color="auto" w:fill="FAFAFA"/>
            <w:tcMar>
              <w:top w:w="70" w:type="dxa"/>
              <w:left w:w="85" w:type="dxa"/>
              <w:bottom w:w="70" w:type="dxa"/>
              <w:right w:w="85" w:type="dxa"/>
            </w:tcMar>
            <w:vAlign w:val="center"/>
          </w:tcPr>
          <w:p w14:paraId="2988EB01" w14:textId="77777777" w:rsidR="002D35F2" w:rsidRPr="000C5950" w:rsidRDefault="002D35F2">
            <w:pPr>
              <w:spacing w:after="0" w:line="240" w:lineRule="auto"/>
              <w:rPr>
                <w:noProof/>
                <w:lang w:val="ro-RO"/>
              </w:rPr>
            </w:pPr>
          </w:p>
        </w:tc>
        <w:tc>
          <w:tcPr>
            <w:tcW w:w="1077" w:type="dxa"/>
            <w:shd w:val="clear" w:color="auto" w:fill="FAFAFA"/>
            <w:tcMar>
              <w:top w:w="70" w:type="dxa"/>
              <w:left w:w="85" w:type="dxa"/>
              <w:bottom w:w="70" w:type="dxa"/>
              <w:right w:w="85" w:type="dxa"/>
            </w:tcMar>
            <w:vAlign w:val="center"/>
          </w:tcPr>
          <w:p w14:paraId="04AC5025" w14:textId="77777777" w:rsidR="002D35F2" w:rsidRPr="000C5950" w:rsidRDefault="002D35F2">
            <w:pPr>
              <w:spacing w:after="0" w:line="240" w:lineRule="auto"/>
              <w:rPr>
                <w:noProof/>
                <w:lang w:val="ro-RO"/>
              </w:rPr>
            </w:pPr>
          </w:p>
        </w:tc>
        <w:tc>
          <w:tcPr>
            <w:tcW w:w="1417" w:type="dxa"/>
            <w:shd w:val="clear" w:color="auto" w:fill="FAFAFA"/>
            <w:tcMar>
              <w:top w:w="70" w:type="dxa"/>
              <w:left w:w="85" w:type="dxa"/>
              <w:bottom w:w="70" w:type="dxa"/>
              <w:right w:w="85" w:type="dxa"/>
            </w:tcMar>
            <w:vAlign w:val="center"/>
          </w:tcPr>
          <w:p w14:paraId="618B598E" w14:textId="77777777" w:rsidR="002D35F2" w:rsidRPr="000C5950" w:rsidRDefault="002D35F2">
            <w:pPr>
              <w:spacing w:after="0" w:line="240" w:lineRule="auto"/>
              <w:rPr>
                <w:noProof/>
                <w:lang w:val="ro-RO"/>
              </w:rPr>
            </w:pPr>
          </w:p>
        </w:tc>
        <w:tc>
          <w:tcPr>
            <w:tcW w:w="1701" w:type="dxa"/>
            <w:shd w:val="clear" w:color="auto" w:fill="FAFAFA"/>
            <w:tcMar>
              <w:top w:w="70" w:type="dxa"/>
              <w:left w:w="85" w:type="dxa"/>
              <w:bottom w:w="70" w:type="dxa"/>
              <w:right w:w="85" w:type="dxa"/>
            </w:tcMar>
            <w:vAlign w:val="center"/>
          </w:tcPr>
          <w:p w14:paraId="39F78CAE" w14:textId="77777777" w:rsidR="002D35F2" w:rsidRPr="000C5950" w:rsidRDefault="002D35F2">
            <w:pPr>
              <w:spacing w:after="0" w:line="240" w:lineRule="auto"/>
              <w:rPr>
                <w:noProof/>
                <w:lang w:val="ro-RO"/>
              </w:rPr>
            </w:pPr>
          </w:p>
        </w:tc>
        <w:tc>
          <w:tcPr>
            <w:tcW w:w="1361" w:type="dxa"/>
            <w:shd w:val="clear" w:color="auto" w:fill="FAFAFA"/>
            <w:tcMar>
              <w:top w:w="70" w:type="dxa"/>
              <w:left w:w="85" w:type="dxa"/>
              <w:bottom w:w="70" w:type="dxa"/>
              <w:right w:w="85" w:type="dxa"/>
            </w:tcMar>
            <w:vAlign w:val="center"/>
          </w:tcPr>
          <w:p w14:paraId="68DCBEDC" w14:textId="77777777" w:rsidR="002D35F2" w:rsidRPr="000C5950" w:rsidRDefault="002D35F2">
            <w:pPr>
              <w:spacing w:after="0" w:line="240" w:lineRule="auto"/>
              <w:rPr>
                <w:noProof/>
                <w:lang w:val="ro-RO"/>
              </w:rPr>
            </w:pPr>
          </w:p>
        </w:tc>
        <w:tc>
          <w:tcPr>
            <w:tcW w:w="567" w:type="dxa"/>
            <w:shd w:val="clear" w:color="auto" w:fill="FAFAFA"/>
            <w:tcMar>
              <w:top w:w="70" w:type="dxa"/>
              <w:left w:w="85" w:type="dxa"/>
              <w:bottom w:w="70" w:type="dxa"/>
              <w:right w:w="85" w:type="dxa"/>
            </w:tcMar>
            <w:vAlign w:val="center"/>
          </w:tcPr>
          <w:p w14:paraId="7792DAFB" w14:textId="77777777" w:rsidR="002D35F2" w:rsidRPr="000C5950" w:rsidRDefault="002D35F2">
            <w:pPr>
              <w:spacing w:after="0" w:line="240" w:lineRule="auto"/>
              <w:rPr>
                <w:noProof/>
                <w:lang w:val="ro-RO"/>
              </w:rPr>
            </w:pPr>
          </w:p>
        </w:tc>
      </w:tr>
      <w:tr w:rsidR="002D35F2" w:rsidRPr="000C5950" w14:paraId="033F9CE7" w14:textId="77777777">
        <w:trPr>
          <w:cantSplit/>
          <w:jc w:val="center"/>
        </w:trPr>
        <w:tc>
          <w:tcPr>
            <w:tcW w:w="567" w:type="dxa"/>
            <w:shd w:val="clear" w:color="auto" w:fill="FFFFFF"/>
            <w:tcMar>
              <w:top w:w="70" w:type="dxa"/>
              <w:left w:w="85" w:type="dxa"/>
              <w:bottom w:w="70" w:type="dxa"/>
              <w:right w:w="85" w:type="dxa"/>
            </w:tcMar>
            <w:vAlign w:val="center"/>
          </w:tcPr>
          <w:p w14:paraId="70BBB55A" w14:textId="77777777" w:rsidR="002D35F2" w:rsidRPr="000C5950" w:rsidRDefault="002D35F2">
            <w:pPr>
              <w:spacing w:after="0" w:line="240" w:lineRule="auto"/>
              <w:rPr>
                <w:noProof/>
                <w:lang w:val="ro-RO"/>
              </w:rPr>
            </w:pPr>
          </w:p>
        </w:tc>
        <w:tc>
          <w:tcPr>
            <w:tcW w:w="3231" w:type="dxa"/>
            <w:shd w:val="clear" w:color="auto" w:fill="FFFFFF"/>
            <w:tcMar>
              <w:top w:w="70" w:type="dxa"/>
              <w:left w:w="85" w:type="dxa"/>
              <w:bottom w:w="70" w:type="dxa"/>
              <w:right w:w="85" w:type="dxa"/>
            </w:tcMar>
            <w:vAlign w:val="center"/>
          </w:tcPr>
          <w:p w14:paraId="6C2922FF" w14:textId="77777777" w:rsidR="002D35F2" w:rsidRPr="000C5950" w:rsidRDefault="002D35F2">
            <w:pPr>
              <w:spacing w:after="0" w:line="240" w:lineRule="auto"/>
              <w:rPr>
                <w:noProof/>
                <w:lang w:val="ro-RO"/>
              </w:rPr>
            </w:pPr>
          </w:p>
        </w:tc>
        <w:tc>
          <w:tcPr>
            <w:tcW w:w="1077" w:type="dxa"/>
            <w:shd w:val="clear" w:color="auto" w:fill="FFFFFF"/>
            <w:tcMar>
              <w:top w:w="70" w:type="dxa"/>
              <w:left w:w="85" w:type="dxa"/>
              <w:bottom w:w="70" w:type="dxa"/>
              <w:right w:w="85" w:type="dxa"/>
            </w:tcMar>
            <w:vAlign w:val="center"/>
          </w:tcPr>
          <w:p w14:paraId="013080A9" w14:textId="77777777" w:rsidR="002D35F2" w:rsidRPr="000C5950" w:rsidRDefault="002D35F2">
            <w:pPr>
              <w:spacing w:after="0" w:line="240" w:lineRule="auto"/>
              <w:rPr>
                <w:noProof/>
                <w:lang w:val="ro-RO"/>
              </w:rPr>
            </w:pPr>
          </w:p>
        </w:tc>
        <w:tc>
          <w:tcPr>
            <w:tcW w:w="1417" w:type="dxa"/>
            <w:shd w:val="clear" w:color="auto" w:fill="FFFFFF"/>
            <w:tcMar>
              <w:top w:w="70" w:type="dxa"/>
              <w:left w:w="85" w:type="dxa"/>
              <w:bottom w:w="70" w:type="dxa"/>
              <w:right w:w="85" w:type="dxa"/>
            </w:tcMar>
            <w:vAlign w:val="center"/>
          </w:tcPr>
          <w:p w14:paraId="3CC475CA" w14:textId="77777777" w:rsidR="002D35F2" w:rsidRPr="000C5950" w:rsidRDefault="002D35F2">
            <w:pPr>
              <w:spacing w:after="0" w:line="240" w:lineRule="auto"/>
              <w:rPr>
                <w:noProof/>
                <w:lang w:val="ro-RO"/>
              </w:rPr>
            </w:pPr>
          </w:p>
        </w:tc>
        <w:tc>
          <w:tcPr>
            <w:tcW w:w="1701" w:type="dxa"/>
            <w:shd w:val="clear" w:color="auto" w:fill="FFFFFF"/>
            <w:tcMar>
              <w:top w:w="70" w:type="dxa"/>
              <w:left w:w="85" w:type="dxa"/>
              <w:bottom w:w="70" w:type="dxa"/>
              <w:right w:w="85" w:type="dxa"/>
            </w:tcMar>
            <w:vAlign w:val="center"/>
          </w:tcPr>
          <w:p w14:paraId="57E7882B" w14:textId="77777777" w:rsidR="002D35F2" w:rsidRPr="000C5950" w:rsidRDefault="002D35F2">
            <w:pPr>
              <w:spacing w:after="0" w:line="240" w:lineRule="auto"/>
              <w:rPr>
                <w:noProof/>
                <w:lang w:val="ro-RO"/>
              </w:rPr>
            </w:pPr>
          </w:p>
        </w:tc>
        <w:tc>
          <w:tcPr>
            <w:tcW w:w="1361" w:type="dxa"/>
            <w:shd w:val="clear" w:color="auto" w:fill="FFFFFF"/>
            <w:tcMar>
              <w:top w:w="70" w:type="dxa"/>
              <w:left w:w="85" w:type="dxa"/>
              <w:bottom w:w="70" w:type="dxa"/>
              <w:right w:w="85" w:type="dxa"/>
            </w:tcMar>
            <w:vAlign w:val="center"/>
          </w:tcPr>
          <w:p w14:paraId="685FD15B" w14:textId="77777777" w:rsidR="002D35F2" w:rsidRPr="000C5950" w:rsidRDefault="002D35F2">
            <w:pPr>
              <w:spacing w:after="0" w:line="240" w:lineRule="auto"/>
              <w:rPr>
                <w:noProof/>
                <w:lang w:val="ro-RO"/>
              </w:rPr>
            </w:pPr>
          </w:p>
        </w:tc>
        <w:tc>
          <w:tcPr>
            <w:tcW w:w="567" w:type="dxa"/>
            <w:shd w:val="clear" w:color="auto" w:fill="FFFFFF"/>
            <w:tcMar>
              <w:top w:w="70" w:type="dxa"/>
              <w:left w:w="85" w:type="dxa"/>
              <w:bottom w:w="70" w:type="dxa"/>
              <w:right w:w="85" w:type="dxa"/>
            </w:tcMar>
            <w:vAlign w:val="center"/>
          </w:tcPr>
          <w:p w14:paraId="3EEF73F0" w14:textId="77777777" w:rsidR="002D35F2" w:rsidRPr="000C5950" w:rsidRDefault="002D35F2">
            <w:pPr>
              <w:spacing w:after="0" w:line="240" w:lineRule="auto"/>
              <w:rPr>
                <w:noProof/>
                <w:lang w:val="ro-RO"/>
              </w:rPr>
            </w:pPr>
          </w:p>
        </w:tc>
      </w:tr>
      <w:tr w:rsidR="002D35F2" w:rsidRPr="000C5950" w14:paraId="56F6DDF6" w14:textId="77777777">
        <w:trPr>
          <w:cantSplit/>
          <w:jc w:val="center"/>
        </w:trPr>
        <w:tc>
          <w:tcPr>
            <w:tcW w:w="567" w:type="dxa"/>
            <w:shd w:val="clear" w:color="auto" w:fill="FAFAFA"/>
            <w:tcMar>
              <w:top w:w="70" w:type="dxa"/>
              <w:left w:w="85" w:type="dxa"/>
              <w:bottom w:w="70" w:type="dxa"/>
              <w:right w:w="85" w:type="dxa"/>
            </w:tcMar>
            <w:vAlign w:val="center"/>
          </w:tcPr>
          <w:p w14:paraId="3A72EDCF" w14:textId="77777777" w:rsidR="002D35F2" w:rsidRPr="000C5950" w:rsidRDefault="002D35F2">
            <w:pPr>
              <w:spacing w:after="0" w:line="240" w:lineRule="auto"/>
              <w:rPr>
                <w:noProof/>
                <w:lang w:val="ro-RO"/>
              </w:rPr>
            </w:pPr>
          </w:p>
        </w:tc>
        <w:tc>
          <w:tcPr>
            <w:tcW w:w="3231" w:type="dxa"/>
            <w:shd w:val="clear" w:color="auto" w:fill="FAFAFA"/>
            <w:tcMar>
              <w:top w:w="70" w:type="dxa"/>
              <w:left w:w="85" w:type="dxa"/>
              <w:bottom w:w="70" w:type="dxa"/>
              <w:right w:w="85" w:type="dxa"/>
            </w:tcMar>
            <w:vAlign w:val="center"/>
          </w:tcPr>
          <w:p w14:paraId="6619F843" w14:textId="77777777" w:rsidR="002D35F2" w:rsidRPr="000C5950" w:rsidRDefault="002D35F2">
            <w:pPr>
              <w:spacing w:after="0" w:line="240" w:lineRule="auto"/>
              <w:rPr>
                <w:noProof/>
                <w:lang w:val="ro-RO"/>
              </w:rPr>
            </w:pPr>
          </w:p>
        </w:tc>
        <w:tc>
          <w:tcPr>
            <w:tcW w:w="1077" w:type="dxa"/>
            <w:shd w:val="clear" w:color="auto" w:fill="FAFAFA"/>
            <w:tcMar>
              <w:top w:w="70" w:type="dxa"/>
              <w:left w:w="85" w:type="dxa"/>
              <w:bottom w:w="70" w:type="dxa"/>
              <w:right w:w="85" w:type="dxa"/>
            </w:tcMar>
            <w:vAlign w:val="center"/>
          </w:tcPr>
          <w:p w14:paraId="0D561FEC" w14:textId="77777777" w:rsidR="002D35F2" w:rsidRPr="000C5950" w:rsidRDefault="002D35F2">
            <w:pPr>
              <w:spacing w:after="0" w:line="240" w:lineRule="auto"/>
              <w:rPr>
                <w:noProof/>
                <w:lang w:val="ro-RO"/>
              </w:rPr>
            </w:pPr>
          </w:p>
        </w:tc>
        <w:tc>
          <w:tcPr>
            <w:tcW w:w="1417" w:type="dxa"/>
            <w:shd w:val="clear" w:color="auto" w:fill="FAFAFA"/>
            <w:tcMar>
              <w:top w:w="70" w:type="dxa"/>
              <w:left w:w="85" w:type="dxa"/>
              <w:bottom w:w="70" w:type="dxa"/>
              <w:right w:w="85" w:type="dxa"/>
            </w:tcMar>
            <w:vAlign w:val="center"/>
          </w:tcPr>
          <w:p w14:paraId="3C1364B2" w14:textId="77777777" w:rsidR="002D35F2" w:rsidRPr="000C5950" w:rsidRDefault="002D35F2">
            <w:pPr>
              <w:spacing w:after="0" w:line="240" w:lineRule="auto"/>
              <w:rPr>
                <w:noProof/>
                <w:lang w:val="ro-RO"/>
              </w:rPr>
            </w:pPr>
          </w:p>
        </w:tc>
        <w:tc>
          <w:tcPr>
            <w:tcW w:w="1701" w:type="dxa"/>
            <w:shd w:val="clear" w:color="auto" w:fill="FAFAFA"/>
            <w:tcMar>
              <w:top w:w="70" w:type="dxa"/>
              <w:left w:w="85" w:type="dxa"/>
              <w:bottom w:w="70" w:type="dxa"/>
              <w:right w:w="85" w:type="dxa"/>
            </w:tcMar>
            <w:vAlign w:val="center"/>
          </w:tcPr>
          <w:p w14:paraId="4F0AD0D6" w14:textId="77777777" w:rsidR="002D35F2" w:rsidRPr="000C5950" w:rsidRDefault="002D35F2">
            <w:pPr>
              <w:spacing w:after="0" w:line="240" w:lineRule="auto"/>
              <w:rPr>
                <w:noProof/>
                <w:lang w:val="ro-RO"/>
              </w:rPr>
            </w:pPr>
          </w:p>
        </w:tc>
        <w:tc>
          <w:tcPr>
            <w:tcW w:w="1361" w:type="dxa"/>
            <w:shd w:val="clear" w:color="auto" w:fill="FAFAFA"/>
            <w:tcMar>
              <w:top w:w="70" w:type="dxa"/>
              <w:left w:w="85" w:type="dxa"/>
              <w:bottom w:w="70" w:type="dxa"/>
              <w:right w:w="85" w:type="dxa"/>
            </w:tcMar>
            <w:vAlign w:val="center"/>
          </w:tcPr>
          <w:p w14:paraId="6CFA8937" w14:textId="77777777" w:rsidR="002D35F2" w:rsidRPr="000C5950" w:rsidRDefault="002D35F2">
            <w:pPr>
              <w:spacing w:after="0" w:line="240" w:lineRule="auto"/>
              <w:rPr>
                <w:noProof/>
                <w:lang w:val="ro-RO"/>
              </w:rPr>
            </w:pPr>
          </w:p>
        </w:tc>
        <w:tc>
          <w:tcPr>
            <w:tcW w:w="567" w:type="dxa"/>
            <w:shd w:val="clear" w:color="auto" w:fill="FAFAFA"/>
            <w:tcMar>
              <w:top w:w="70" w:type="dxa"/>
              <w:left w:w="85" w:type="dxa"/>
              <w:bottom w:w="70" w:type="dxa"/>
              <w:right w:w="85" w:type="dxa"/>
            </w:tcMar>
            <w:vAlign w:val="center"/>
          </w:tcPr>
          <w:p w14:paraId="626EFD43" w14:textId="77777777" w:rsidR="002D35F2" w:rsidRPr="000C5950" w:rsidRDefault="002D35F2">
            <w:pPr>
              <w:spacing w:after="0" w:line="240" w:lineRule="auto"/>
              <w:rPr>
                <w:noProof/>
                <w:lang w:val="ro-RO"/>
              </w:rPr>
            </w:pPr>
          </w:p>
        </w:tc>
      </w:tr>
    </w:tbl>
    <w:p w14:paraId="57AE126A" w14:textId="77777777" w:rsidR="002D35F2" w:rsidRPr="000C5950" w:rsidRDefault="002D35F2">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2D35F2" w:rsidRPr="000C5950" w14:paraId="1B443BA3" w14:textId="77777777">
        <w:trPr>
          <w:cantSplit/>
          <w:jc w:val="center"/>
        </w:trPr>
        <w:tc>
          <w:tcPr>
            <w:tcW w:w="1020" w:type="dxa"/>
            <w:shd w:val="clear" w:color="auto" w:fill="D71920"/>
            <w:tcMar>
              <w:top w:w="70" w:type="dxa"/>
              <w:left w:w="85" w:type="dxa"/>
              <w:bottom w:w="70" w:type="dxa"/>
              <w:right w:w="85" w:type="dxa"/>
            </w:tcMar>
            <w:vAlign w:val="center"/>
          </w:tcPr>
          <w:p w14:paraId="4C054380" w14:textId="77777777" w:rsidR="002D35F2" w:rsidRPr="000C5950" w:rsidRDefault="00000000">
            <w:pPr>
              <w:spacing w:after="0" w:line="240" w:lineRule="auto"/>
              <w:jc w:val="center"/>
              <w:rPr>
                <w:noProof/>
                <w:lang w:val="ro-RO"/>
              </w:rPr>
            </w:pPr>
            <w:r w:rsidRPr="000C5950">
              <w:rPr>
                <w:b/>
                <w:noProof/>
                <w:color w:val="FFFFFF"/>
                <w:sz w:val="34"/>
                <w:lang w:val="ro-RO"/>
              </w:rPr>
              <w:t>8</w:t>
            </w:r>
          </w:p>
        </w:tc>
        <w:tc>
          <w:tcPr>
            <w:tcW w:w="8901" w:type="dxa"/>
            <w:shd w:val="clear" w:color="auto" w:fill="F3F4F5"/>
          </w:tcPr>
          <w:p w14:paraId="00FB5AEC" w14:textId="77777777" w:rsidR="002D35F2" w:rsidRPr="000C5950" w:rsidRDefault="00000000">
            <w:pPr>
              <w:spacing w:after="20"/>
              <w:rPr>
                <w:noProof/>
                <w:lang w:val="ro-RO"/>
              </w:rPr>
            </w:pPr>
            <w:r w:rsidRPr="000C5950">
              <w:rPr>
                <w:b/>
                <w:noProof/>
                <w:sz w:val="27"/>
                <w:lang w:val="ro-RO"/>
              </w:rPr>
              <w:t>Documente digitale, cloud și surse externe</w:t>
            </w:r>
          </w:p>
          <w:p w14:paraId="45DBC5E8" w14:textId="77777777" w:rsidR="002D35F2" w:rsidRPr="000C5950" w:rsidRDefault="00000000">
            <w:pPr>
              <w:spacing w:after="0"/>
              <w:rPr>
                <w:noProof/>
                <w:lang w:val="ro-RO"/>
              </w:rPr>
            </w:pPr>
            <w:r w:rsidRPr="000C5950">
              <w:rPr>
                <w:noProof/>
                <w:color w:val="666666"/>
                <w:sz w:val="16"/>
                <w:lang w:val="ro-RO"/>
              </w:rPr>
              <w:t>Platforma nu înlocuiește controlul; regulile trebuie să acopere accesul, integritatea și recuperarea</w:t>
            </w:r>
          </w:p>
        </w:tc>
      </w:tr>
    </w:tbl>
    <w:p w14:paraId="23B09FCD" w14:textId="77777777" w:rsidR="002D35F2" w:rsidRPr="000C5950" w:rsidRDefault="002D35F2">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551"/>
        <w:gridCol w:w="7370"/>
      </w:tblGrid>
      <w:tr w:rsidR="002D35F2" w:rsidRPr="000C5950" w14:paraId="78DCADA6" w14:textId="77777777">
        <w:trPr>
          <w:tblHeader/>
          <w:jc w:val="center"/>
        </w:trPr>
        <w:tc>
          <w:tcPr>
            <w:tcW w:w="2551" w:type="dxa"/>
            <w:shd w:val="clear" w:color="auto" w:fill="D71920"/>
            <w:tcMar>
              <w:top w:w="70" w:type="dxa"/>
              <w:left w:w="85" w:type="dxa"/>
              <w:bottom w:w="70" w:type="dxa"/>
              <w:right w:w="85" w:type="dxa"/>
            </w:tcMar>
            <w:vAlign w:val="center"/>
          </w:tcPr>
          <w:p w14:paraId="49EF4F2B" w14:textId="77777777" w:rsidR="002D35F2" w:rsidRPr="000C5950" w:rsidRDefault="00000000">
            <w:pPr>
              <w:spacing w:after="0" w:line="240" w:lineRule="auto"/>
              <w:jc w:val="center"/>
              <w:rPr>
                <w:noProof/>
                <w:lang w:val="ro-RO"/>
              </w:rPr>
            </w:pPr>
            <w:r w:rsidRPr="000C5950">
              <w:rPr>
                <w:b/>
                <w:noProof/>
                <w:color w:val="FFFFFF"/>
                <w:sz w:val="15"/>
                <w:lang w:val="ro-RO"/>
              </w:rPr>
              <w:t>CONTROL</w:t>
            </w:r>
          </w:p>
        </w:tc>
        <w:tc>
          <w:tcPr>
            <w:tcW w:w="7370" w:type="dxa"/>
            <w:shd w:val="clear" w:color="auto" w:fill="D71920"/>
            <w:tcMar>
              <w:top w:w="70" w:type="dxa"/>
              <w:left w:w="85" w:type="dxa"/>
              <w:bottom w:w="70" w:type="dxa"/>
              <w:right w:w="85" w:type="dxa"/>
            </w:tcMar>
            <w:vAlign w:val="center"/>
          </w:tcPr>
          <w:p w14:paraId="7CBCFA56" w14:textId="77777777" w:rsidR="002D35F2" w:rsidRPr="000C5950" w:rsidRDefault="00000000">
            <w:pPr>
              <w:spacing w:after="0" w:line="240" w:lineRule="auto"/>
              <w:jc w:val="center"/>
              <w:rPr>
                <w:noProof/>
                <w:lang w:val="ro-RO"/>
              </w:rPr>
            </w:pPr>
            <w:r w:rsidRPr="000C5950">
              <w:rPr>
                <w:b/>
                <w:noProof/>
                <w:color w:val="FFFFFF"/>
                <w:sz w:val="15"/>
                <w:lang w:val="ro-RO"/>
              </w:rPr>
              <w:t>CE TREBUIE STABILIT</w:t>
            </w:r>
          </w:p>
        </w:tc>
      </w:tr>
      <w:tr w:rsidR="002D35F2" w:rsidRPr="000C5950" w14:paraId="1C7C8B81" w14:textId="77777777">
        <w:trPr>
          <w:cantSplit/>
          <w:jc w:val="center"/>
        </w:trPr>
        <w:tc>
          <w:tcPr>
            <w:tcW w:w="2551" w:type="dxa"/>
            <w:shd w:val="clear" w:color="auto" w:fill="FFFFFF"/>
            <w:tcMar>
              <w:top w:w="70" w:type="dxa"/>
              <w:left w:w="85" w:type="dxa"/>
              <w:bottom w:w="70" w:type="dxa"/>
              <w:right w:w="85" w:type="dxa"/>
            </w:tcMar>
            <w:vAlign w:val="center"/>
          </w:tcPr>
          <w:p w14:paraId="44FEB59C" w14:textId="77777777" w:rsidR="002D35F2" w:rsidRPr="000C5950" w:rsidRDefault="00000000">
            <w:pPr>
              <w:spacing w:after="0" w:line="240" w:lineRule="auto"/>
              <w:rPr>
                <w:noProof/>
                <w:lang w:val="ro-RO"/>
              </w:rPr>
            </w:pPr>
            <w:r w:rsidRPr="000C5950">
              <w:rPr>
                <w:noProof/>
                <w:sz w:val="16"/>
                <w:lang w:val="ro-RO"/>
              </w:rPr>
              <w:t>Sursa oficială</w:t>
            </w:r>
          </w:p>
        </w:tc>
        <w:tc>
          <w:tcPr>
            <w:tcW w:w="7370" w:type="dxa"/>
            <w:shd w:val="clear" w:color="auto" w:fill="FFFFFF"/>
            <w:tcMar>
              <w:top w:w="70" w:type="dxa"/>
              <w:left w:w="85" w:type="dxa"/>
              <w:bottom w:w="70" w:type="dxa"/>
              <w:right w:w="85" w:type="dxa"/>
            </w:tcMar>
            <w:vAlign w:val="center"/>
          </w:tcPr>
          <w:p w14:paraId="7A8A08B2" w14:textId="77777777" w:rsidR="002D35F2" w:rsidRPr="000C5950" w:rsidRDefault="00000000">
            <w:pPr>
              <w:spacing w:after="0" w:line="240" w:lineRule="auto"/>
              <w:rPr>
                <w:noProof/>
                <w:lang w:val="ro-RO"/>
              </w:rPr>
            </w:pPr>
            <w:r w:rsidRPr="000C5950">
              <w:rPr>
                <w:noProof/>
                <w:sz w:val="16"/>
                <w:lang w:val="ro-RO"/>
              </w:rPr>
              <w:t>Definiți unde se află versiunea controlată și ce copii sunt numai informative.</w:t>
            </w:r>
          </w:p>
        </w:tc>
      </w:tr>
      <w:tr w:rsidR="002D35F2" w:rsidRPr="000C5950" w14:paraId="142D3E86" w14:textId="77777777">
        <w:trPr>
          <w:cantSplit/>
          <w:jc w:val="center"/>
        </w:trPr>
        <w:tc>
          <w:tcPr>
            <w:tcW w:w="2551" w:type="dxa"/>
            <w:shd w:val="clear" w:color="auto" w:fill="FAFAFA"/>
            <w:tcMar>
              <w:top w:w="70" w:type="dxa"/>
              <w:left w:w="85" w:type="dxa"/>
              <w:bottom w:w="70" w:type="dxa"/>
              <w:right w:w="85" w:type="dxa"/>
            </w:tcMar>
            <w:vAlign w:val="center"/>
          </w:tcPr>
          <w:p w14:paraId="71008AA2" w14:textId="77777777" w:rsidR="002D35F2" w:rsidRPr="000C5950" w:rsidRDefault="00000000">
            <w:pPr>
              <w:spacing w:after="0" w:line="240" w:lineRule="auto"/>
              <w:rPr>
                <w:noProof/>
                <w:lang w:val="ro-RO"/>
              </w:rPr>
            </w:pPr>
            <w:r w:rsidRPr="000C5950">
              <w:rPr>
                <w:noProof/>
                <w:sz w:val="16"/>
                <w:lang w:val="ro-RO"/>
              </w:rPr>
              <w:t>Acces</w:t>
            </w:r>
          </w:p>
        </w:tc>
        <w:tc>
          <w:tcPr>
            <w:tcW w:w="7370" w:type="dxa"/>
            <w:shd w:val="clear" w:color="auto" w:fill="FAFAFA"/>
            <w:tcMar>
              <w:top w:w="70" w:type="dxa"/>
              <w:left w:w="85" w:type="dxa"/>
              <w:bottom w:w="70" w:type="dxa"/>
              <w:right w:w="85" w:type="dxa"/>
            </w:tcMar>
            <w:vAlign w:val="center"/>
          </w:tcPr>
          <w:p w14:paraId="3CD36096" w14:textId="77777777" w:rsidR="002D35F2" w:rsidRPr="000C5950" w:rsidRDefault="00000000">
            <w:pPr>
              <w:spacing w:after="0" w:line="240" w:lineRule="auto"/>
              <w:rPr>
                <w:noProof/>
                <w:lang w:val="ro-RO"/>
              </w:rPr>
            </w:pPr>
            <w:r w:rsidRPr="000C5950">
              <w:rPr>
                <w:noProof/>
                <w:sz w:val="16"/>
                <w:lang w:val="ro-RO"/>
              </w:rPr>
              <w:t>Roluri, permisiuni și retragerea accesului la schimbarea rolului ori încetarea colaborării.</w:t>
            </w:r>
          </w:p>
        </w:tc>
      </w:tr>
      <w:tr w:rsidR="002D35F2" w:rsidRPr="000C5950" w14:paraId="6A8B44D6" w14:textId="77777777">
        <w:trPr>
          <w:cantSplit/>
          <w:jc w:val="center"/>
        </w:trPr>
        <w:tc>
          <w:tcPr>
            <w:tcW w:w="2551" w:type="dxa"/>
            <w:shd w:val="clear" w:color="auto" w:fill="FFFFFF"/>
            <w:tcMar>
              <w:top w:w="70" w:type="dxa"/>
              <w:left w:w="85" w:type="dxa"/>
              <w:bottom w:w="70" w:type="dxa"/>
              <w:right w:w="85" w:type="dxa"/>
            </w:tcMar>
            <w:vAlign w:val="center"/>
          </w:tcPr>
          <w:p w14:paraId="26C460F7" w14:textId="77777777" w:rsidR="002D35F2" w:rsidRPr="000C5950" w:rsidRDefault="00000000">
            <w:pPr>
              <w:spacing w:after="0" w:line="240" w:lineRule="auto"/>
              <w:rPr>
                <w:noProof/>
                <w:lang w:val="ro-RO"/>
              </w:rPr>
            </w:pPr>
            <w:r w:rsidRPr="000C5950">
              <w:rPr>
                <w:noProof/>
                <w:sz w:val="16"/>
                <w:lang w:val="ro-RO"/>
              </w:rPr>
              <w:t>Integritate</w:t>
            </w:r>
          </w:p>
        </w:tc>
        <w:tc>
          <w:tcPr>
            <w:tcW w:w="7370" w:type="dxa"/>
            <w:shd w:val="clear" w:color="auto" w:fill="FFFFFF"/>
            <w:tcMar>
              <w:top w:w="70" w:type="dxa"/>
              <w:left w:w="85" w:type="dxa"/>
              <w:bottom w:w="70" w:type="dxa"/>
              <w:right w:w="85" w:type="dxa"/>
            </w:tcMar>
            <w:vAlign w:val="center"/>
          </w:tcPr>
          <w:p w14:paraId="56C8A5BE" w14:textId="77777777" w:rsidR="002D35F2" w:rsidRPr="000C5950" w:rsidRDefault="00000000">
            <w:pPr>
              <w:spacing w:after="0" w:line="240" w:lineRule="auto"/>
              <w:rPr>
                <w:noProof/>
                <w:lang w:val="ro-RO"/>
              </w:rPr>
            </w:pPr>
            <w:r w:rsidRPr="000C5950">
              <w:rPr>
                <w:noProof/>
                <w:sz w:val="16"/>
                <w:lang w:val="ro-RO"/>
              </w:rPr>
              <w:t>Istoric al modificărilor, aprobări trasabile și protecție împotriva suprascrierii sau ștergerii neautorizate.</w:t>
            </w:r>
          </w:p>
        </w:tc>
      </w:tr>
      <w:tr w:rsidR="002D35F2" w:rsidRPr="000C5950" w14:paraId="2DF149B4" w14:textId="77777777">
        <w:trPr>
          <w:cantSplit/>
          <w:jc w:val="center"/>
        </w:trPr>
        <w:tc>
          <w:tcPr>
            <w:tcW w:w="2551" w:type="dxa"/>
            <w:shd w:val="clear" w:color="auto" w:fill="FAFAFA"/>
            <w:tcMar>
              <w:top w:w="70" w:type="dxa"/>
              <w:left w:w="85" w:type="dxa"/>
              <w:bottom w:w="70" w:type="dxa"/>
              <w:right w:w="85" w:type="dxa"/>
            </w:tcMar>
            <w:vAlign w:val="center"/>
          </w:tcPr>
          <w:p w14:paraId="7BDCA546" w14:textId="77777777" w:rsidR="002D35F2" w:rsidRPr="000C5950" w:rsidRDefault="00000000">
            <w:pPr>
              <w:spacing w:after="0" w:line="240" w:lineRule="auto"/>
              <w:rPr>
                <w:noProof/>
                <w:lang w:val="ro-RO"/>
              </w:rPr>
            </w:pPr>
            <w:r w:rsidRPr="000C5950">
              <w:rPr>
                <w:noProof/>
                <w:sz w:val="16"/>
                <w:lang w:val="ro-RO"/>
              </w:rPr>
              <w:t>Disponibilitate</w:t>
            </w:r>
          </w:p>
        </w:tc>
        <w:tc>
          <w:tcPr>
            <w:tcW w:w="7370" w:type="dxa"/>
            <w:shd w:val="clear" w:color="auto" w:fill="FAFAFA"/>
            <w:tcMar>
              <w:top w:w="70" w:type="dxa"/>
              <w:left w:w="85" w:type="dxa"/>
              <w:bottom w:w="70" w:type="dxa"/>
              <w:right w:w="85" w:type="dxa"/>
            </w:tcMar>
            <w:vAlign w:val="center"/>
          </w:tcPr>
          <w:p w14:paraId="5ABD5EF8" w14:textId="77777777" w:rsidR="002D35F2" w:rsidRPr="000C5950" w:rsidRDefault="00000000">
            <w:pPr>
              <w:spacing w:after="0" w:line="240" w:lineRule="auto"/>
              <w:rPr>
                <w:noProof/>
                <w:lang w:val="ro-RO"/>
              </w:rPr>
            </w:pPr>
            <w:r w:rsidRPr="000C5950">
              <w:rPr>
                <w:noProof/>
                <w:sz w:val="16"/>
                <w:lang w:val="ro-RO"/>
              </w:rPr>
              <w:t>Backup, redundanță, mod de lucru alternativ și testarea restaurării.</w:t>
            </w:r>
          </w:p>
        </w:tc>
      </w:tr>
      <w:tr w:rsidR="002D35F2" w:rsidRPr="000C5950" w14:paraId="5F079B3D" w14:textId="77777777">
        <w:trPr>
          <w:cantSplit/>
          <w:jc w:val="center"/>
        </w:trPr>
        <w:tc>
          <w:tcPr>
            <w:tcW w:w="2551" w:type="dxa"/>
            <w:shd w:val="clear" w:color="auto" w:fill="FFFFFF"/>
            <w:tcMar>
              <w:top w:w="70" w:type="dxa"/>
              <w:left w:w="85" w:type="dxa"/>
              <w:bottom w:w="70" w:type="dxa"/>
              <w:right w:w="85" w:type="dxa"/>
            </w:tcMar>
            <w:vAlign w:val="center"/>
          </w:tcPr>
          <w:p w14:paraId="1CA550AA" w14:textId="77777777" w:rsidR="002D35F2" w:rsidRPr="000C5950" w:rsidRDefault="00000000">
            <w:pPr>
              <w:spacing w:after="0" w:line="240" w:lineRule="auto"/>
              <w:rPr>
                <w:noProof/>
                <w:lang w:val="ro-RO"/>
              </w:rPr>
            </w:pPr>
            <w:r w:rsidRPr="000C5950">
              <w:rPr>
                <w:noProof/>
                <w:sz w:val="16"/>
                <w:lang w:val="ro-RO"/>
              </w:rPr>
              <w:t>Confidențialitate</w:t>
            </w:r>
          </w:p>
        </w:tc>
        <w:tc>
          <w:tcPr>
            <w:tcW w:w="7370" w:type="dxa"/>
            <w:shd w:val="clear" w:color="auto" w:fill="FFFFFF"/>
            <w:tcMar>
              <w:top w:w="70" w:type="dxa"/>
              <w:left w:w="85" w:type="dxa"/>
              <w:bottom w:w="70" w:type="dxa"/>
              <w:right w:w="85" w:type="dxa"/>
            </w:tcMar>
            <w:vAlign w:val="center"/>
          </w:tcPr>
          <w:p w14:paraId="0D144E2C" w14:textId="77777777" w:rsidR="002D35F2" w:rsidRPr="000C5950" w:rsidRDefault="00000000">
            <w:pPr>
              <w:spacing w:after="0" w:line="240" w:lineRule="auto"/>
              <w:rPr>
                <w:noProof/>
                <w:lang w:val="ro-RO"/>
              </w:rPr>
            </w:pPr>
            <w:r w:rsidRPr="000C5950">
              <w:rPr>
                <w:noProof/>
                <w:sz w:val="16"/>
                <w:lang w:val="ro-RO"/>
              </w:rPr>
              <w:t>Clasificare, acces minim necesar și protecția datelor personale, medicale, comerciale sau de securitate.</w:t>
            </w:r>
          </w:p>
        </w:tc>
      </w:tr>
      <w:tr w:rsidR="002D35F2" w:rsidRPr="000C5950" w14:paraId="31FB9214" w14:textId="77777777">
        <w:trPr>
          <w:cantSplit/>
          <w:jc w:val="center"/>
        </w:trPr>
        <w:tc>
          <w:tcPr>
            <w:tcW w:w="2551" w:type="dxa"/>
            <w:shd w:val="clear" w:color="auto" w:fill="FAFAFA"/>
            <w:tcMar>
              <w:top w:w="70" w:type="dxa"/>
              <w:left w:w="85" w:type="dxa"/>
              <w:bottom w:w="70" w:type="dxa"/>
              <w:right w:w="85" w:type="dxa"/>
            </w:tcMar>
            <w:vAlign w:val="center"/>
          </w:tcPr>
          <w:p w14:paraId="41DB6846" w14:textId="77777777" w:rsidR="002D35F2" w:rsidRPr="000C5950" w:rsidRDefault="00000000">
            <w:pPr>
              <w:spacing w:after="0" w:line="240" w:lineRule="auto"/>
              <w:rPr>
                <w:noProof/>
                <w:lang w:val="ro-RO"/>
              </w:rPr>
            </w:pPr>
            <w:r w:rsidRPr="000C5950">
              <w:rPr>
                <w:noProof/>
                <w:sz w:val="16"/>
                <w:lang w:val="ro-RO"/>
              </w:rPr>
              <w:t>Identitate</w:t>
            </w:r>
          </w:p>
        </w:tc>
        <w:tc>
          <w:tcPr>
            <w:tcW w:w="7370" w:type="dxa"/>
            <w:shd w:val="clear" w:color="auto" w:fill="FAFAFA"/>
            <w:tcMar>
              <w:top w:w="70" w:type="dxa"/>
              <w:left w:w="85" w:type="dxa"/>
              <w:bottom w:w="70" w:type="dxa"/>
              <w:right w:w="85" w:type="dxa"/>
            </w:tcMar>
            <w:vAlign w:val="center"/>
          </w:tcPr>
          <w:p w14:paraId="193C1B9A" w14:textId="77777777" w:rsidR="002D35F2" w:rsidRPr="000C5950" w:rsidRDefault="00000000">
            <w:pPr>
              <w:spacing w:after="0" w:line="240" w:lineRule="auto"/>
              <w:rPr>
                <w:noProof/>
                <w:lang w:val="ro-RO"/>
              </w:rPr>
            </w:pPr>
            <w:r w:rsidRPr="000C5950">
              <w:rPr>
                <w:noProof/>
                <w:sz w:val="16"/>
                <w:lang w:val="ro-RO"/>
              </w:rPr>
              <w:t>Conturi individuale, autentificare și trasabilitatea persoanei care introduce, verifică ori aprobă date.</w:t>
            </w:r>
          </w:p>
        </w:tc>
      </w:tr>
      <w:tr w:rsidR="002D35F2" w:rsidRPr="000C5950" w14:paraId="29555FF3" w14:textId="77777777">
        <w:trPr>
          <w:cantSplit/>
          <w:jc w:val="center"/>
        </w:trPr>
        <w:tc>
          <w:tcPr>
            <w:tcW w:w="2551" w:type="dxa"/>
            <w:shd w:val="clear" w:color="auto" w:fill="FFFFFF"/>
            <w:tcMar>
              <w:top w:w="70" w:type="dxa"/>
              <w:left w:w="85" w:type="dxa"/>
              <w:bottom w:w="70" w:type="dxa"/>
              <w:right w:w="85" w:type="dxa"/>
            </w:tcMar>
            <w:vAlign w:val="center"/>
          </w:tcPr>
          <w:p w14:paraId="1B1FC669" w14:textId="77777777" w:rsidR="002D35F2" w:rsidRPr="000C5950" w:rsidRDefault="00000000">
            <w:pPr>
              <w:spacing w:after="0" w:line="240" w:lineRule="auto"/>
              <w:rPr>
                <w:noProof/>
                <w:lang w:val="ro-RO"/>
              </w:rPr>
            </w:pPr>
            <w:r w:rsidRPr="000C5950">
              <w:rPr>
                <w:noProof/>
                <w:sz w:val="16"/>
                <w:lang w:val="ro-RO"/>
              </w:rPr>
              <w:t>Păstrare</w:t>
            </w:r>
          </w:p>
        </w:tc>
        <w:tc>
          <w:tcPr>
            <w:tcW w:w="7370" w:type="dxa"/>
            <w:shd w:val="clear" w:color="auto" w:fill="FFFFFF"/>
            <w:tcMar>
              <w:top w:w="70" w:type="dxa"/>
              <w:left w:w="85" w:type="dxa"/>
              <w:bottom w:w="70" w:type="dxa"/>
              <w:right w:w="85" w:type="dxa"/>
            </w:tcMar>
            <w:vAlign w:val="center"/>
          </w:tcPr>
          <w:p w14:paraId="2D0B6604" w14:textId="77777777" w:rsidR="002D35F2" w:rsidRPr="000C5950" w:rsidRDefault="00000000">
            <w:pPr>
              <w:spacing w:after="0" w:line="240" w:lineRule="auto"/>
              <w:rPr>
                <w:noProof/>
                <w:lang w:val="ro-RO"/>
              </w:rPr>
            </w:pPr>
            <w:r w:rsidRPr="000C5950">
              <w:rPr>
                <w:noProof/>
                <w:sz w:val="16"/>
                <w:lang w:val="ro-RO"/>
              </w:rPr>
              <w:t>Regulile se aplică și datelor din aplicații, e-mailurilor, logurilor, fotografiilor și semnăturilor electronice.</w:t>
            </w:r>
          </w:p>
        </w:tc>
      </w:tr>
      <w:tr w:rsidR="002D35F2" w:rsidRPr="000C5950" w14:paraId="4B04EFD5" w14:textId="77777777">
        <w:trPr>
          <w:cantSplit/>
          <w:jc w:val="center"/>
        </w:trPr>
        <w:tc>
          <w:tcPr>
            <w:tcW w:w="2551" w:type="dxa"/>
            <w:shd w:val="clear" w:color="auto" w:fill="FAFAFA"/>
            <w:tcMar>
              <w:top w:w="70" w:type="dxa"/>
              <w:left w:w="85" w:type="dxa"/>
              <w:bottom w:w="70" w:type="dxa"/>
              <w:right w:w="85" w:type="dxa"/>
            </w:tcMar>
            <w:vAlign w:val="center"/>
          </w:tcPr>
          <w:p w14:paraId="4B4EC578" w14:textId="77777777" w:rsidR="002D35F2" w:rsidRPr="000C5950" w:rsidRDefault="00000000">
            <w:pPr>
              <w:spacing w:after="0" w:line="240" w:lineRule="auto"/>
              <w:rPr>
                <w:noProof/>
                <w:lang w:val="ro-RO"/>
              </w:rPr>
            </w:pPr>
            <w:r w:rsidRPr="000C5950">
              <w:rPr>
                <w:noProof/>
                <w:sz w:val="16"/>
                <w:lang w:val="ro-RO"/>
              </w:rPr>
              <w:t>Migrare</w:t>
            </w:r>
          </w:p>
        </w:tc>
        <w:tc>
          <w:tcPr>
            <w:tcW w:w="7370" w:type="dxa"/>
            <w:shd w:val="clear" w:color="auto" w:fill="FAFAFA"/>
            <w:tcMar>
              <w:top w:w="70" w:type="dxa"/>
              <w:left w:w="85" w:type="dxa"/>
              <w:bottom w:w="70" w:type="dxa"/>
              <w:right w:w="85" w:type="dxa"/>
            </w:tcMar>
            <w:vAlign w:val="center"/>
          </w:tcPr>
          <w:p w14:paraId="27FA5E6B" w14:textId="77777777" w:rsidR="002D35F2" w:rsidRPr="000C5950" w:rsidRDefault="00000000">
            <w:pPr>
              <w:spacing w:after="0" w:line="240" w:lineRule="auto"/>
              <w:rPr>
                <w:noProof/>
                <w:lang w:val="ro-RO"/>
              </w:rPr>
            </w:pPr>
            <w:r w:rsidRPr="000C5950">
              <w:rPr>
                <w:noProof/>
                <w:sz w:val="16"/>
                <w:lang w:val="ro-RO"/>
              </w:rPr>
              <w:t>Verificarea completitudinii, metadatelor și lizibilității la schimbarea aplicației sau furnizorului cloud.</w:t>
            </w:r>
          </w:p>
        </w:tc>
      </w:tr>
    </w:tbl>
    <w:p w14:paraId="1771AABA" w14:textId="77777777" w:rsidR="002D35F2" w:rsidRPr="000C5950" w:rsidRDefault="002D35F2">
      <w:pPr>
        <w:spacing w:after="20"/>
        <w:rPr>
          <w:noProof/>
          <w:lang w:val="ro-RO"/>
        </w:rPr>
      </w:pPr>
    </w:p>
    <w:p w14:paraId="7EAF6E12" w14:textId="77777777" w:rsidR="002D35F2" w:rsidRPr="000C5950" w:rsidRDefault="00000000">
      <w:pPr>
        <w:pStyle w:val="Heading2"/>
        <w:rPr>
          <w:noProof/>
          <w:lang w:val="ro-RO"/>
        </w:rPr>
      </w:pPr>
      <w:r w:rsidRPr="000C5950">
        <w:rPr>
          <w:noProof/>
          <w:lang w:val="ro-RO"/>
        </w:rPr>
        <w:lastRenderedPageBreak/>
        <w:t>Documente de origine externă</w:t>
      </w:r>
    </w:p>
    <w:p w14:paraId="2B1E93D7" w14:textId="77777777" w:rsidR="002D35F2" w:rsidRPr="000C5950" w:rsidRDefault="00000000">
      <w:pPr>
        <w:pStyle w:val="ListBullet"/>
        <w:spacing w:after="40"/>
        <w:ind w:left="283" w:hanging="170"/>
        <w:rPr>
          <w:noProof/>
          <w:lang w:val="ro-RO"/>
        </w:rPr>
      </w:pPr>
      <w:r w:rsidRPr="000C5950">
        <w:rPr>
          <w:noProof/>
          <w:lang w:val="ro-RO"/>
        </w:rPr>
        <w:t>Identificați legislația, autorizațiile, standardele tehnice, manualele producătorilor, fișele cu date de securitate și cerințele clienților necesare SSM.</w:t>
      </w:r>
    </w:p>
    <w:p w14:paraId="4F1A56C7" w14:textId="77777777" w:rsidR="002D35F2" w:rsidRPr="000C5950" w:rsidRDefault="00000000">
      <w:pPr>
        <w:pStyle w:val="ListBullet"/>
        <w:spacing w:after="40"/>
        <w:ind w:left="283" w:hanging="170"/>
        <w:rPr>
          <w:noProof/>
          <w:lang w:val="ro-RO"/>
        </w:rPr>
      </w:pPr>
      <w:r w:rsidRPr="000C5950">
        <w:rPr>
          <w:noProof/>
          <w:lang w:val="ro-RO"/>
        </w:rPr>
        <w:t>Stabiliți cine verifică actualizările și cum sunt modificate evaluările de risc, instruirile, mentenanța sau permisele afectate.</w:t>
      </w:r>
    </w:p>
    <w:p w14:paraId="407FE88F" w14:textId="77777777" w:rsidR="002D35F2" w:rsidRPr="000C5950" w:rsidRDefault="00000000">
      <w:pPr>
        <w:pStyle w:val="ListBullet"/>
        <w:spacing w:after="40"/>
        <w:ind w:left="283" w:hanging="170"/>
        <w:rPr>
          <w:noProof/>
          <w:lang w:val="ro-RO"/>
        </w:rPr>
      </w:pPr>
      <w:r w:rsidRPr="000C5950">
        <w:rPr>
          <w:noProof/>
          <w:lang w:val="ro-RO"/>
        </w:rPr>
        <w:t>Controlați versiunile planurilor, desenelor, schemelor electrice, instrucțiunilor echipamentelor și limitelor de expunere.</w:t>
      </w:r>
    </w:p>
    <w:p w14:paraId="06098EBE" w14:textId="77777777" w:rsidR="002D35F2" w:rsidRPr="000C5950" w:rsidRDefault="00000000">
      <w:pPr>
        <w:pStyle w:val="ListBullet"/>
        <w:spacing w:after="40"/>
        <w:ind w:left="283" w:hanging="170"/>
        <w:rPr>
          <w:noProof/>
          <w:lang w:val="ro-RO"/>
        </w:rPr>
      </w:pPr>
      <w:r w:rsidRPr="000C5950">
        <w:rPr>
          <w:noProof/>
          <w:lang w:val="ro-RO"/>
        </w:rPr>
        <w:t>Protejați datele medicale și sesizările confidențiale prin roluri de acces, jurnalizare și păstrare separată când este necesar.</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2D35F2" w:rsidRPr="000C5950" w14:paraId="58713172" w14:textId="77777777">
        <w:trPr>
          <w:cantSplit/>
          <w:jc w:val="center"/>
        </w:trPr>
        <w:tc>
          <w:tcPr>
            <w:tcW w:w="1020" w:type="dxa"/>
            <w:shd w:val="clear" w:color="auto" w:fill="D71920"/>
            <w:tcMar>
              <w:top w:w="70" w:type="dxa"/>
              <w:left w:w="85" w:type="dxa"/>
              <w:bottom w:w="70" w:type="dxa"/>
              <w:right w:w="85" w:type="dxa"/>
            </w:tcMar>
            <w:vAlign w:val="center"/>
          </w:tcPr>
          <w:p w14:paraId="37B5CBDE" w14:textId="77777777" w:rsidR="002D35F2" w:rsidRPr="000C5950" w:rsidRDefault="00000000">
            <w:pPr>
              <w:spacing w:after="0" w:line="240" w:lineRule="auto"/>
              <w:jc w:val="center"/>
              <w:rPr>
                <w:noProof/>
                <w:lang w:val="ro-RO"/>
              </w:rPr>
            </w:pPr>
            <w:r w:rsidRPr="000C5950">
              <w:rPr>
                <w:b/>
                <w:noProof/>
                <w:color w:val="FFFFFF"/>
                <w:sz w:val="34"/>
                <w:lang w:val="ro-RO"/>
              </w:rPr>
              <w:t>9</w:t>
            </w:r>
          </w:p>
        </w:tc>
        <w:tc>
          <w:tcPr>
            <w:tcW w:w="8901" w:type="dxa"/>
            <w:shd w:val="clear" w:color="auto" w:fill="F3F4F5"/>
          </w:tcPr>
          <w:p w14:paraId="545ACA01" w14:textId="77777777" w:rsidR="002D35F2" w:rsidRPr="000C5950" w:rsidRDefault="00000000">
            <w:pPr>
              <w:spacing w:after="20"/>
              <w:rPr>
                <w:noProof/>
                <w:lang w:val="ro-RO"/>
              </w:rPr>
            </w:pPr>
            <w:r w:rsidRPr="000C5950">
              <w:rPr>
                <w:b/>
                <w:noProof/>
                <w:sz w:val="27"/>
                <w:lang w:val="ro-RO"/>
              </w:rPr>
              <w:t>Set minim pentru o organizație mică</w:t>
            </w:r>
          </w:p>
          <w:p w14:paraId="3A0477B5" w14:textId="77777777" w:rsidR="002D35F2" w:rsidRPr="000C5950" w:rsidRDefault="00000000">
            <w:pPr>
              <w:spacing w:after="0"/>
              <w:rPr>
                <w:noProof/>
                <w:lang w:val="ro-RO"/>
              </w:rPr>
            </w:pPr>
            <w:r w:rsidRPr="000C5950">
              <w:rPr>
                <w:noProof/>
                <w:color w:val="666666"/>
                <w:sz w:val="16"/>
                <w:lang w:val="ro-RO"/>
              </w:rPr>
              <w:t>Un sistem compact poate fi conform dacă este coerent, utilizat și susținut de dovezi</w:t>
            </w:r>
          </w:p>
        </w:tc>
      </w:tr>
    </w:tbl>
    <w:p w14:paraId="0982C253" w14:textId="77777777" w:rsidR="002D35F2" w:rsidRPr="000C5950" w:rsidRDefault="002D35F2">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680"/>
        <w:gridCol w:w="3628"/>
        <w:gridCol w:w="5613"/>
      </w:tblGrid>
      <w:tr w:rsidR="002D35F2" w:rsidRPr="000C5950" w14:paraId="57580B78" w14:textId="77777777">
        <w:trPr>
          <w:tblHeader/>
          <w:jc w:val="center"/>
        </w:trPr>
        <w:tc>
          <w:tcPr>
            <w:tcW w:w="680" w:type="dxa"/>
            <w:shd w:val="clear" w:color="auto" w:fill="D71920"/>
            <w:tcMar>
              <w:top w:w="70" w:type="dxa"/>
              <w:left w:w="85" w:type="dxa"/>
              <w:bottom w:w="70" w:type="dxa"/>
              <w:right w:w="85" w:type="dxa"/>
            </w:tcMar>
            <w:vAlign w:val="center"/>
          </w:tcPr>
          <w:p w14:paraId="7865B0CE" w14:textId="77777777" w:rsidR="002D35F2" w:rsidRPr="000C5950" w:rsidRDefault="00000000">
            <w:pPr>
              <w:spacing w:after="0" w:line="240" w:lineRule="auto"/>
              <w:jc w:val="center"/>
              <w:rPr>
                <w:noProof/>
                <w:lang w:val="ro-RO"/>
              </w:rPr>
            </w:pPr>
            <w:r w:rsidRPr="000C5950">
              <w:rPr>
                <w:b/>
                <w:noProof/>
                <w:color w:val="FFFFFF"/>
                <w:sz w:val="15"/>
                <w:lang w:val="ro-RO"/>
              </w:rPr>
              <w:t>#</w:t>
            </w:r>
          </w:p>
        </w:tc>
        <w:tc>
          <w:tcPr>
            <w:tcW w:w="3628" w:type="dxa"/>
            <w:shd w:val="clear" w:color="auto" w:fill="D71920"/>
            <w:tcMar>
              <w:top w:w="70" w:type="dxa"/>
              <w:left w:w="85" w:type="dxa"/>
              <w:bottom w:w="70" w:type="dxa"/>
              <w:right w:w="85" w:type="dxa"/>
            </w:tcMar>
            <w:vAlign w:val="center"/>
          </w:tcPr>
          <w:p w14:paraId="703CDA0D" w14:textId="77777777" w:rsidR="002D35F2" w:rsidRPr="000C5950" w:rsidRDefault="00000000">
            <w:pPr>
              <w:spacing w:after="0" w:line="240" w:lineRule="auto"/>
              <w:jc w:val="center"/>
              <w:rPr>
                <w:noProof/>
                <w:lang w:val="ro-RO"/>
              </w:rPr>
            </w:pPr>
            <w:r w:rsidRPr="000C5950">
              <w:rPr>
                <w:b/>
                <w:noProof/>
                <w:color w:val="FFFFFF"/>
                <w:sz w:val="15"/>
                <w:lang w:val="ro-RO"/>
              </w:rPr>
              <w:t>DOCUMENT / REGISTRU</w:t>
            </w:r>
          </w:p>
        </w:tc>
        <w:tc>
          <w:tcPr>
            <w:tcW w:w="5613" w:type="dxa"/>
            <w:shd w:val="clear" w:color="auto" w:fill="D71920"/>
            <w:tcMar>
              <w:top w:w="70" w:type="dxa"/>
              <w:left w:w="85" w:type="dxa"/>
              <w:bottom w:w="70" w:type="dxa"/>
              <w:right w:w="85" w:type="dxa"/>
            </w:tcMar>
            <w:vAlign w:val="center"/>
          </w:tcPr>
          <w:p w14:paraId="69861171" w14:textId="77777777" w:rsidR="002D35F2" w:rsidRPr="000C5950" w:rsidRDefault="00000000">
            <w:pPr>
              <w:spacing w:after="0" w:line="240" w:lineRule="auto"/>
              <w:jc w:val="center"/>
              <w:rPr>
                <w:noProof/>
                <w:lang w:val="ro-RO"/>
              </w:rPr>
            </w:pPr>
            <w:r w:rsidRPr="000C5950">
              <w:rPr>
                <w:b/>
                <w:noProof/>
                <w:color w:val="FFFFFF"/>
                <w:sz w:val="15"/>
                <w:lang w:val="ro-RO"/>
              </w:rPr>
              <w:t>MOD COMPACT</w:t>
            </w:r>
          </w:p>
        </w:tc>
      </w:tr>
      <w:tr w:rsidR="002D35F2" w:rsidRPr="000C5950" w14:paraId="5685141C" w14:textId="77777777">
        <w:trPr>
          <w:cantSplit/>
          <w:jc w:val="center"/>
        </w:trPr>
        <w:tc>
          <w:tcPr>
            <w:tcW w:w="680" w:type="dxa"/>
            <w:shd w:val="clear" w:color="auto" w:fill="FFFFFF"/>
            <w:tcMar>
              <w:top w:w="70" w:type="dxa"/>
              <w:left w:w="85" w:type="dxa"/>
              <w:bottom w:w="70" w:type="dxa"/>
              <w:right w:w="85" w:type="dxa"/>
            </w:tcMar>
            <w:vAlign w:val="center"/>
          </w:tcPr>
          <w:p w14:paraId="67BCD841" w14:textId="77777777" w:rsidR="002D35F2" w:rsidRPr="000C5950" w:rsidRDefault="00000000">
            <w:pPr>
              <w:spacing w:after="0" w:line="240" w:lineRule="auto"/>
              <w:jc w:val="center"/>
              <w:rPr>
                <w:noProof/>
                <w:lang w:val="ro-RO"/>
              </w:rPr>
            </w:pPr>
            <w:r w:rsidRPr="000C5950">
              <w:rPr>
                <w:noProof/>
                <w:sz w:val="15"/>
                <w:lang w:val="ro-RO"/>
              </w:rPr>
              <w:t>1</w:t>
            </w:r>
          </w:p>
        </w:tc>
        <w:tc>
          <w:tcPr>
            <w:tcW w:w="3628" w:type="dxa"/>
            <w:shd w:val="clear" w:color="auto" w:fill="FFFFFF"/>
            <w:tcMar>
              <w:top w:w="70" w:type="dxa"/>
              <w:left w:w="85" w:type="dxa"/>
              <w:bottom w:w="70" w:type="dxa"/>
              <w:right w:w="85" w:type="dxa"/>
            </w:tcMar>
            <w:vAlign w:val="center"/>
          </w:tcPr>
          <w:p w14:paraId="52C11166" w14:textId="77777777" w:rsidR="002D35F2" w:rsidRPr="000C5950" w:rsidRDefault="00000000">
            <w:pPr>
              <w:spacing w:after="0" w:line="240" w:lineRule="auto"/>
              <w:rPr>
                <w:noProof/>
                <w:lang w:val="ro-RO"/>
              </w:rPr>
            </w:pPr>
            <w:r w:rsidRPr="000C5950">
              <w:rPr>
                <w:noProof/>
                <w:sz w:val="15"/>
                <w:lang w:val="ro-RO"/>
              </w:rPr>
              <w:t>Domeniu + politică + procese SSM</w:t>
            </w:r>
          </w:p>
        </w:tc>
        <w:tc>
          <w:tcPr>
            <w:tcW w:w="5613" w:type="dxa"/>
            <w:shd w:val="clear" w:color="auto" w:fill="FFFFFF"/>
            <w:tcMar>
              <w:top w:w="70" w:type="dxa"/>
              <w:left w:w="85" w:type="dxa"/>
              <w:bottom w:w="70" w:type="dxa"/>
              <w:right w:w="85" w:type="dxa"/>
            </w:tcMar>
            <w:vAlign w:val="center"/>
          </w:tcPr>
          <w:p w14:paraId="53C56373" w14:textId="77777777" w:rsidR="002D35F2" w:rsidRPr="000C5950" w:rsidRDefault="00000000">
            <w:pPr>
              <w:spacing w:after="0" w:line="240" w:lineRule="auto"/>
              <w:rPr>
                <w:noProof/>
                <w:lang w:val="ro-RO"/>
              </w:rPr>
            </w:pPr>
            <w:r w:rsidRPr="000C5950">
              <w:rPr>
                <w:noProof/>
                <w:sz w:val="15"/>
                <w:lang w:val="ro-RO"/>
              </w:rPr>
              <w:t>Un document scurt poate integra limitele, direcția și responsabilitățile.</w:t>
            </w:r>
          </w:p>
        </w:tc>
      </w:tr>
      <w:tr w:rsidR="002D35F2" w:rsidRPr="000C5950" w14:paraId="149B4E98" w14:textId="77777777">
        <w:trPr>
          <w:cantSplit/>
          <w:jc w:val="center"/>
        </w:trPr>
        <w:tc>
          <w:tcPr>
            <w:tcW w:w="680" w:type="dxa"/>
            <w:shd w:val="clear" w:color="auto" w:fill="FAFAFA"/>
            <w:tcMar>
              <w:top w:w="70" w:type="dxa"/>
              <w:left w:w="85" w:type="dxa"/>
              <w:bottom w:w="70" w:type="dxa"/>
              <w:right w:w="85" w:type="dxa"/>
            </w:tcMar>
            <w:vAlign w:val="center"/>
          </w:tcPr>
          <w:p w14:paraId="4A614E23" w14:textId="77777777" w:rsidR="002D35F2" w:rsidRPr="000C5950" w:rsidRDefault="00000000">
            <w:pPr>
              <w:spacing w:after="0" w:line="240" w:lineRule="auto"/>
              <w:jc w:val="center"/>
              <w:rPr>
                <w:noProof/>
                <w:lang w:val="ro-RO"/>
              </w:rPr>
            </w:pPr>
            <w:r w:rsidRPr="000C5950">
              <w:rPr>
                <w:noProof/>
                <w:sz w:val="15"/>
                <w:lang w:val="ro-RO"/>
              </w:rPr>
              <w:t>2</w:t>
            </w:r>
          </w:p>
        </w:tc>
        <w:tc>
          <w:tcPr>
            <w:tcW w:w="3628" w:type="dxa"/>
            <w:shd w:val="clear" w:color="auto" w:fill="FAFAFA"/>
            <w:tcMar>
              <w:top w:w="70" w:type="dxa"/>
              <w:left w:w="85" w:type="dxa"/>
              <w:bottom w:w="70" w:type="dxa"/>
              <w:right w:w="85" w:type="dxa"/>
            </w:tcMar>
            <w:vAlign w:val="center"/>
          </w:tcPr>
          <w:p w14:paraId="11FF77FF" w14:textId="77777777" w:rsidR="002D35F2" w:rsidRPr="000C5950" w:rsidRDefault="00000000">
            <w:pPr>
              <w:spacing w:after="0" w:line="240" w:lineRule="auto"/>
              <w:rPr>
                <w:noProof/>
                <w:lang w:val="ro-RO"/>
              </w:rPr>
            </w:pPr>
            <w:r w:rsidRPr="000C5950">
              <w:rPr>
                <w:noProof/>
                <w:sz w:val="15"/>
                <w:lang w:val="ro-RO"/>
              </w:rPr>
              <w:t>Consultare și participare</w:t>
            </w:r>
          </w:p>
        </w:tc>
        <w:tc>
          <w:tcPr>
            <w:tcW w:w="5613" w:type="dxa"/>
            <w:shd w:val="clear" w:color="auto" w:fill="FAFAFA"/>
            <w:tcMar>
              <w:top w:w="70" w:type="dxa"/>
              <w:left w:w="85" w:type="dxa"/>
              <w:bottom w:w="70" w:type="dxa"/>
              <w:right w:w="85" w:type="dxa"/>
            </w:tcMar>
            <w:vAlign w:val="center"/>
          </w:tcPr>
          <w:p w14:paraId="10AB3EF7" w14:textId="77777777" w:rsidR="002D35F2" w:rsidRPr="000C5950" w:rsidRDefault="00000000">
            <w:pPr>
              <w:spacing w:after="0" w:line="240" w:lineRule="auto"/>
              <w:rPr>
                <w:noProof/>
                <w:lang w:val="ro-RO"/>
              </w:rPr>
            </w:pPr>
            <w:r w:rsidRPr="000C5950">
              <w:rPr>
                <w:noProof/>
                <w:sz w:val="15"/>
                <w:lang w:val="ro-RO"/>
              </w:rPr>
              <w:t>Calendar/registre de ședințe, propuneri și răspunsuri documentate.</w:t>
            </w:r>
          </w:p>
        </w:tc>
      </w:tr>
      <w:tr w:rsidR="002D35F2" w:rsidRPr="000C5950" w14:paraId="2394C794" w14:textId="77777777">
        <w:trPr>
          <w:cantSplit/>
          <w:jc w:val="center"/>
        </w:trPr>
        <w:tc>
          <w:tcPr>
            <w:tcW w:w="680" w:type="dxa"/>
            <w:shd w:val="clear" w:color="auto" w:fill="FFFFFF"/>
            <w:tcMar>
              <w:top w:w="70" w:type="dxa"/>
              <w:left w:w="85" w:type="dxa"/>
              <w:bottom w:w="70" w:type="dxa"/>
              <w:right w:w="85" w:type="dxa"/>
            </w:tcMar>
            <w:vAlign w:val="center"/>
          </w:tcPr>
          <w:p w14:paraId="2522CDED" w14:textId="77777777" w:rsidR="002D35F2" w:rsidRPr="000C5950" w:rsidRDefault="00000000">
            <w:pPr>
              <w:spacing w:after="0" w:line="240" w:lineRule="auto"/>
              <w:jc w:val="center"/>
              <w:rPr>
                <w:noProof/>
                <w:lang w:val="ro-RO"/>
              </w:rPr>
            </w:pPr>
            <w:r w:rsidRPr="000C5950">
              <w:rPr>
                <w:noProof/>
                <w:sz w:val="15"/>
                <w:lang w:val="ro-RO"/>
              </w:rPr>
              <w:t>3</w:t>
            </w:r>
          </w:p>
        </w:tc>
        <w:tc>
          <w:tcPr>
            <w:tcW w:w="3628" w:type="dxa"/>
            <w:shd w:val="clear" w:color="auto" w:fill="FFFFFF"/>
            <w:tcMar>
              <w:top w:w="70" w:type="dxa"/>
              <w:left w:w="85" w:type="dxa"/>
              <w:bottom w:w="70" w:type="dxa"/>
              <w:right w:w="85" w:type="dxa"/>
            </w:tcMar>
            <w:vAlign w:val="center"/>
          </w:tcPr>
          <w:p w14:paraId="4342B31F" w14:textId="77777777" w:rsidR="002D35F2" w:rsidRPr="000C5950" w:rsidRDefault="00000000">
            <w:pPr>
              <w:spacing w:after="0" w:line="240" w:lineRule="auto"/>
              <w:rPr>
                <w:noProof/>
                <w:lang w:val="ro-RO"/>
              </w:rPr>
            </w:pPr>
            <w:r w:rsidRPr="000C5950">
              <w:rPr>
                <w:noProof/>
                <w:sz w:val="15"/>
                <w:lang w:val="ro-RO"/>
              </w:rPr>
              <w:t>Metodologie + registru pericole și riscuri</w:t>
            </w:r>
          </w:p>
        </w:tc>
        <w:tc>
          <w:tcPr>
            <w:tcW w:w="5613" w:type="dxa"/>
            <w:shd w:val="clear" w:color="auto" w:fill="FFFFFF"/>
            <w:tcMar>
              <w:top w:w="70" w:type="dxa"/>
              <w:left w:w="85" w:type="dxa"/>
              <w:bottom w:w="70" w:type="dxa"/>
              <w:right w:w="85" w:type="dxa"/>
            </w:tcMar>
            <w:vAlign w:val="center"/>
          </w:tcPr>
          <w:p w14:paraId="70DE84AD" w14:textId="77777777" w:rsidR="002D35F2" w:rsidRPr="000C5950" w:rsidRDefault="00000000">
            <w:pPr>
              <w:spacing w:after="0" w:line="240" w:lineRule="auto"/>
              <w:rPr>
                <w:noProof/>
                <w:lang w:val="ro-RO"/>
              </w:rPr>
            </w:pPr>
            <w:r w:rsidRPr="000C5950">
              <w:rPr>
                <w:noProof/>
                <w:sz w:val="15"/>
                <w:lang w:val="ro-RO"/>
              </w:rPr>
              <w:t>Un registru integrat cu controale, acțiuni, termene și risc rezidual.</w:t>
            </w:r>
          </w:p>
        </w:tc>
      </w:tr>
      <w:tr w:rsidR="002D35F2" w:rsidRPr="000C5950" w14:paraId="293A8C0F" w14:textId="77777777">
        <w:trPr>
          <w:cantSplit/>
          <w:jc w:val="center"/>
        </w:trPr>
        <w:tc>
          <w:tcPr>
            <w:tcW w:w="680" w:type="dxa"/>
            <w:shd w:val="clear" w:color="auto" w:fill="FAFAFA"/>
            <w:tcMar>
              <w:top w:w="70" w:type="dxa"/>
              <w:left w:w="85" w:type="dxa"/>
              <w:bottom w:w="70" w:type="dxa"/>
              <w:right w:w="85" w:type="dxa"/>
            </w:tcMar>
            <w:vAlign w:val="center"/>
          </w:tcPr>
          <w:p w14:paraId="1DB92D71" w14:textId="77777777" w:rsidR="002D35F2" w:rsidRPr="000C5950" w:rsidRDefault="00000000">
            <w:pPr>
              <w:spacing w:after="0" w:line="240" w:lineRule="auto"/>
              <w:jc w:val="center"/>
              <w:rPr>
                <w:noProof/>
                <w:lang w:val="ro-RO"/>
              </w:rPr>
            </w:pPr>
            <w:r w:rsidRPr="000C5950">
              <w:rPr>
                <w:noProof/>
                <w:sz w:val="15"/>
                <w:lang w:val="ro-RO"/>
              </w:rPr>
              <w:t>4</w:t>
            </w:r>
          </w:p>
        </w:tc>
        <w:tc>
          <w:tcPr>
            <w:tcW w:w="3628" w:type="dxa"/>
            <w:shd w:val="clear" w:color="auto" w:fill="FAFAFA"/>
            <w:tcMar>
              <w:top w:w="70" w:type="dxa"/>
              <w:left w:w="85" w:type="dxa"/>
              <w:bottom w:w="70" w:type="dxa"/>
              <w:right w:w="85" w:type="dxa"/>
            </w:tcMar>
            <w:vAlign w:val="center"/>
          </w:tcPr>
          <w:p w14:paraId="64111620" w14:textId="77777777" w:rsidR="002D35F2" w:rsidRPr="000C5950" w:rsidRDefault="00000000">
            <w:pPr>
              <w:spacing w:after="0" w:line="240" w:lineRule="auto"/>
              <w:rPr>
                <w:noProof/>
                <w:lang w:val="ro-RO"/>
              </w:rPr>
            </w:pPr>
            <w:r w:rsidRPr="000C5950">
              <w:rPr>
                <w:noProof/>
                <w:sz w:val="15"/>
                <w:lang w:val="ro-RO"/>
              </w:rPr>
              <w:t>Cerințe legale și evaluarea conformării</w:t>
            </w:r>
          </w:p>
        </w:tc>
        <w:tc>
          <w:tcPr>
            <w:tcW w:w="5613" w:type="dxa"/>
            <w:shd w:val="clear" w:color="auto" w:fill="FAFAFA"/>
            <w:tcMar>
              <w:top w:w="70" w:type="dxa"/>
              <w:left w:w="85" w:type="dxa"/>
              <w:bottom w:w="70" w:type="dxa"/>
              <w:right w:w="85" w:type="dxa"/>
            </w:tcMar>
            <w:vAlign w:val="center"/>
          </w:tcPr>
          <w:p w14:paraId="7E8AADCD" w14:textId="77777777" w:rsidR="002D35F2" w:rsidRPr="000C5950" w:rsidRDefault="00000000">
            <w:pPr>
              <w:spacing w:after="0" w:line="240" w:lineRule="auto"/>
              <w:rPr>
                <w:noProof/>
                <w:lang w:val="ro-RO"/>
              </w:rPr>
            </w:pPr>
            <w:r w:rsidRPr="000C5950">
              <w:rPr>
                <w:noProof/>
                <w:sz w:val="15"/>
                <w:lang w:val="ro-RO"/>
              </w:rPr>
              <w:t>Registru unic cu obligație, dovadă, rezultat și termen.</w:t>
            </w:r>
          </w:p>
        </w:tc>
      </w:tr>
      <w:tr w:rsidR="002D35F2" w:rsidRPr="000C5950" w14:paraId="2CC2BF43" w14:textId="77777777">
        <w:trPr>
          <w:cantSplit/>
          <w:jc w:val="center"/>
        </w:trPr>
        <w:tc>
          <w:tcPr>
            <w:tcW w:w="680" w:type="dxa"/>
            <w:shd w:val="clear" w:color="auto" w:fill="FFFFFF"/>
            <w:tcMar>
              <w:top w:w="70" w:type="dxa"/>
              <w:left w:w="85" w:type="dxa"/>
              <w:bottom w:w="70" w:type="dxa"/>
              <w:right w:w="85" w:type="dxa"/>
            </w:tcMar>
            <w:vAlign w:val="center"/>
          </w:tcPr>
          <w:p w14:paraId="461BD538" w14:textId="77777777" w:rsidR="002D35F2" w:rsidRPr="000C5950" w:rsidRDefault="00000000">
            <w:pPr>
              <w:spacing w:after="0" w:line="240" w:lineRule="auto"/>
              <w:jc w:val="center"/>
              <w:rPr>
                <w:noProof/>
                <w:lang w:val="ro-RO"/>
              </w:rPr>
            </w:pPr>
            <w:r w:rsidRPr="000C5950">
              <w:rPr>
                <w:noProof/>
                <w:sz w:val="15"/>
                <w:lang w:val="ro-RO"/>
              </w:rPr>
              <w:t>5</w:t>
            </w:r>
          </w:p>
        </w:tc>
        <w:tc>
          <w:tcPr>
            <w:tcW w:w="3628" w:type="dxa"/>
            <w:shd w:val="clear" w:color="auto" w:fill="FFFFFF"/>
            <w:tcMar>
              <w:top w:w="70" w:type="dxa"/>
              <w:left w:w="85" w:type="dxa"/>
              <w:bottom w:w="70" w:type="dxa"/>
              <w:right w:w="85" w:type="dxa"/>
            </w:tcMar>
            <w:vAlign w:val="center"/>
          </w:tcPr>
          <w:p w14:paraId="34CFA0E8" w14:textId="77777777" w:rsidR="002D35F2" w:rsidRPr="000C5950" w:rsidRDefault="00000000">
            <w:pPr>
              <w:spacing w:after="0" w:line="240" w:lineRule="auto"/>
              <w:rPr>
                <w:noProof/>
                <w:lang w:val="ro-RO"/>
              </w:rPr>
            </w:pPr>
            <w:r w:rsidRPr="000C5950">
              <w:rPr>
                <w:noProof/>
                <w:sz w:val="15"/>
                <w:lang w:val="ro-RO"/>
              </w:rPr>
              <w:t>Obiective și planuri SSM</w:t>
            </w:r>
          </w:p>
        </w:tc>
        <w:tc>
          <w:tcPr>
            <w:tcW w:w="5613" w:type="dxa"/>
            <w:shd w:val="clear" w:color="auto" w:fill="FFFFFF"/>
            <w:tcMar>
              <w:top w:w="70" w:type="dxa"/>
              <w:left w:w="85" w:type="dxa"/>
              <w:bottom w:w="70" w:type="dxa"/>
              <w:right w:w="85" w:type="dxa"/>
            </w:tcMar>
            <w:vAlign w:val="center"/>
          </w:tcPr>
          <w:p w14:paraId="1C5CBCC6" w14:textId="77777777" w:rsidR="002D35F2" w:rsidRPr="000C5950" w:rsidRDefault="00000000">
            <w:pPr>
              <w:spacing w:after="0" w:line="240" w:lineRule="auto"/>
              <w:rPr>
                <w:noProof/>
                <w:lang w:val="ro-RO"/>
              </w:rPr>
            </w:pPr>
            <w:r w:rsidRPr="000C5950">
              <w:rPr>
                <w:noProof/>
                <w:sz w:val="15"/>
                <w:lang w:val="ro-RO"/>
              </w:rPr>
              <w:t>Tabel anual cu indicatori preventivi și reactivi.</w:t>
            </w:r>
          </w:p>
        </w:tc>
      </w:tr>
      <w:tr w:rsidR="002D35F2" w:rsidRPr="000C5950" w14:paraId="3BB80763" w14:textId="77777777">
        <w:trPr>
          <w:cantSplit/>
          <w:jc w:val="center"/>
        </w:trPr>
        <w:tc>
          <w:tcPr>
            <w:tcW w:w="680" w:type="dxa"/>
            <w:shd w:val="clear" w:color="auto" w:fill="FAFAFA"/>
            <w:tcMar>
              <w:top w:w="70" w:type="dxa"/>
              <w:left w:w="85" w:type="dxa"/>
              <w:bottom w:w="70" w:type="dxa"/>
              <w:right w:w="85" w:type="dxa"/>
            </w:tcMar>
            <w:vAlign w:val="center"/>
          </w:tcPr>
          <w:p w14:paraId="4630442F" w14:textId="77777777" w:rsidR="002D35F2" w:rsidRPr="000C5950" w:rsidRDefault="00000000">
            <w:pPr>
              <w:spacing w:after="0" w:line="240" w:lineRule="auto"/>
              <w:jc w:val="center"/>
              <w:rPr>
                <w:noProof/>
                <w:lang w:val="ro-RO"/>
              </w:rPr>
            </w:pPr>
            <w:r w:rsidRPr="000C5950">
              <w:rPr>
                <w:noProof/>
                <w:sz w:val="15"/>
                <w:lang w:val="ro-RO"/>
              </w:rPr>
              <w:t>6</w:t>
            </w:r>
          </w:p>
        </w:tc>
        <w:tc>
          <w:tcPr>
            <w:tcW w:w="3628" w:type="dxa"/>
            <w:shd w:val="clear" w:color="auto" w:fill="FAFAFA"/>
            <w:tcMar>
              <w:top w:w="70" w:type="dxa"/>
              <w:left w:w="85" w:type="dxa"/>
              <w:bottom w:w="70" w:type="dxa"/>
              <w:right w:w="85" w:type="dxa"/>
            </w:tcMar>
            <w:vAlign w:val="center"/>
          </w:tcPr>
          <w:p w14:paraId="44B4868E" w14:textId="77777777" w:rsidR="002D35F2" w:rsidRPr="000C5950" w:rsidRDefault="00000000">
            <w:pPr>
              <w:spacing w:after="0" w:line="240" w:lineRule="auto"/>
              <w:rPr>
                <w:noProof/>
                <w:lang w:val="ro-RO"/>
              </w:rPr>
            </w:pPr>
            <w:r w:rsidRPr="000C5950">
              <w:rPr>
                <w:noProof/>
                <w:sz w:val="15"/>
                <w:lang w:val="ro-RO"/>
              </w:rPr>
              <w:t>Controale pentru activitățile critice</w:t>
            </w:r>
          </w:p>
        </w:tc>
        <w:tc>
          <w:tcPr>
            <w:tcW w:w="5613" w:type="dxa"/>
            <w:shd w:val="clear" w:color="auto" w:fill="FAFAFA"/>
            <w:tcMar>
              <w:top w:w="70" w:type="dxa"/>
              <w:left w:w="85" w:type="dxa"/>
              <w:bottom w:w="70" w:type="dxa"/>
              <w:right w:w="85" w:type="dxa"/>
            </w:tcMar>
            <w:vAlign w:val="center"/>
          </w:tcPr>
          <w:p w14:paraId="5C9ADA5D" w14:textId="77777777" w:rsidR="002D35F2" w:rsidRPr="000C5950" w:rsidRDefault="00000000">
            <w:pPr>
              <w:spacing w:after="0" w:line="240" w:lineRule="auto"/>
              <w:rPr>
                <w:noProof/>
                <w:lang w:val="ro-RO"/>
              </w:rPr>
            </w:pPr>
            <w:r w:rsidRPr="000C5950">
              <w:rPr>
                <w:noProof/>
                <w:sz w:val="15"/>
                <w:lang w:val="ro-RO"/>
              </w:rPr>
              <w:t>Instrucțiuni vizuale, permise și checklists la punctul de lucru.</w:t>
            </w:r>
          </w:p>
        </w:tc>
      </w:tr>
      <w:tr w:rsidR="002D35F2" w:rsidRPr="000C5950" w14:paraId="3C6A3141" w14:textId="77777777">
        <w:trPr>
          <w:cantSplit/>
          <w:jc w:val="center"/>
        </w:trPr>
        <w:tc>
          <w:tcPr>
            <w:tcW w:w="680" w:type="dxa"/>
            <w:shd w:val="clear" w:color="auto" w:fill="FFFFFF"/>
            <w:tcMar>
              <w:top w:w="70" w:type="dxa"/>
              <w:left w:w="85" w:type="dxa"/>
              <w:bottom w:w="70" w:type="dxa"/>
              <w:right w:w="85" w:type="dxa"/>
            </w:tcMar>
            <w:vAlign w:val="center"/>
          </w:tcPr>
          <w:p w14:paraId="1E00467F" w14:textId="77777777" w:rsidR="002D35F2" w:rsidRPr="000C5950" w:rsidRDefault="00000000">
            <w:pPr>
              <w:spacing w:after="0" w:line="240" w:lineRule="auto"/>
              <w:jc w:val="center"/>
              <w:rPr>
                <w:noProof/>
                <w:lang w:val="ro-RO"/>
              </w:rPr>
            </w:pPr>
            <w:r w:rsidRPr="000C5950">
              <w:rPr>
                <w:noProof/>
                <w:sz w:val="15"/>
                <w:lang w:val="ro-RO"/>
              </w:rPr>
              <w:t>7</w:t>
            </w:r>
          </w:p>
        </w:tc>
        <w:tc>
          <w:tcPr>
            <w:tcW w:w="3628" w:type="dxa"/>
            <w:shd w:val="clear" w:color="auto" w:fill="FFFFFF"/>
            <w:tcMar>
              <w:top w:w="70" w:type="dxa"/>
              <w:left w:w="85" w:type="dxa"/>
              <w:bottom w:w="70" w:type="dxa"/>
              <w:right w:w="85" w:type="dxa"/>
            </w:tcMar>
            <w:vAlign w:val="center"/>
          </w:tcPr>
          <w:p w14:paraId="0B9D2E56" w14:textId="77777777" w:rsidR="002D35F2" w:rsidRPr="000C5950" w:rsidRDefault="00000000">
            <w:pPr>
              <w:spacing w:after="0" w:line="240" w:lineRule="auto"/>
              <w:rPr>
                <w:noProof/>
                <w:lang w:val="ro-RO"/>
              </w:rPr>
            </w:pPr>
            <w:r w:rsidRPr="000C5950">
              <w:rPr>
                <w:noProof/>
                <w:sz w:val="15"/>
                <w:lang w:val="ro-RO"/>
              </w:rPr>
              <w:t>Competență și autorizări</w:t>
            </w:r>
          </w:p>
        </w:tc>
        <w:tc>
          <w:tcPr>
            <w:tcW w:w="5613" w:type="dxa"/>
            <w:shd w:val="clear" w:color="auto" w:fill="FFFFFF"/>
            <w:tcMar>
              <w:top w:w="70" w:type="dxa"/>
              <w:left w:w="85" w:type="dxa"/>
              <w:bottom w:w="70" w:type="dxa"/>
              <w:right w:w="85" w:type="dxa"/>
            </w:tcMar>
            <w:vAlign w:val="center"/>
          </w:tcPr>
          <w:p w14:paraId="28075590" w14:textId="77777777" w:rsidR="002D35F2" w:rsidRPr="000C5950" w:rsidRDefault="00000000">
            <w:pPr>
              <w:spacing w:after="0" w:line="240" w:lineRule="auto"/>
              <w:rPr>
                <w:noProof/>
                <w:lang w:val="ro-RO"/>
              </w:rPr>
            </w:pPr>
            <w:r w:rsidRPr="000C5950">
              <w:rPr>
                <w:noProof/>
                <w:sz w:val="15"/>
                <w:lang w:val="ro-RO"/>
              </w:rPr>
              <w:t>Matrice roluri + evidența evaluării practice și expirărilor.</w:t>
            </w:r>
          </w:p>
        </w:tc>
      </w:tr>
      <w:tr w:rsidR="002D35F2" w:rsidRPr="000C5950" w14:paraId="04A7F250" w14:textId="77777777">
        <w:trPr>
          <w:cantSplit/>
          <w:jc w:val="center"/>
        </w:trPr>
        <w:tc>
          <w:tcPr>
            <w:tcW w:w="680" w:type="dxa"/>
            <w:shd w:val="clear" w:color="auto" w:fill="FAFAFA"/>
            <w:tcMar>
              <w:top w:w="70" w:type="dxa"/>
              <w:left w:w="85" w:type="dxa"/>
              <w:bottom w:w="70" w:type="dxa"/>
              <w:right w:w="85" w:type="dxa"/>
            </w:tcMar>
            <w:vAlign w:val="center"/>
          </w:tcPr>
          <w:p w14:paraId="50F07071" w14:textId="77777777" w:rsidR="002D35F2" w:rsidRPr="000C5950" w:rsidRDefault="00000000">
            <w:pPr>
              <w:spacing w:after="0" w:line="240" w:lineRule="auto"/>
              <w:jc w:val="center"/>
              <w:rPr>
                <w:noProof/>
                <w:lang w:val="ro-RO"/>
              </w:rPr>
            </w:pPr>
            <w:r w:rsidRPr="000C5950">
              <w:rPr>
                <w:noProof/>
                <w:sz w:val="15"/>
                <w:lang w:val="ro-RO"/>
              </w:rPr>
              <w:t>8</w:t>
            </w:r>
          </w:p>
        </w:tc>
        <w:tc>
          <w:tcPr>
            <w:tcW w:w="3628" w:type="dxa"/>
            <w:shd w:val="clear" w:color="auto" w:fill="FAFAFA"/>
            <w:tcMar>
              <w:top w:w="70" w:type="dxa"/>
              <w:left w:w="85" w:type="dxa"/>
              <w:bottom w:w="70" w:type="dxa"/>
              <w:right w:w="85" w:type="dxa"/>
            </w:tcMar>
            <w:vAlign w:val="center"/>
          </w:tcPr>
          <w:p w14:paraId="3316731F" w14:textId="77777777" w:rsidR="002D35F2" w:rsidRPr="000C5950" w:rsidRDefault="00000000">
            <w:pPr>
              <w:spacing w:after="0" w:line="240" w:lineRule="auto"/>
              <w:rPr>
                <w:noProof/>
                <w:lang w:val="ro-RO"/>
              </w:rPr>
            </w:pPr>
            <w:r w:rsidRPr="000C5950">
              <w:rPr>
                <w:noProof/>
                <w:sz w:val="15"/>
                <w:lang w:val="ro-RO"/>
              </w:rPr>
              <w:t>Schimbări, achiziții și contractanți</w:t>
            </w:r>
          </w:p>
        </w:tc>
        <w:tc>
          <w:tcPr>
            <w:tcW w:w="5613" w:type="dxa"/>
            <w:shd w:val="clear" w:color="auto" w:fill="FAFAFA"/>
            <w:tcMar>
              <w:top w:w="70" w:type="dxa"/>
              <w:left w:w="85" w:type="dxa"/>
              <w:bottom w:w="70" w:type="dxa"/>
              <w:right w:w="85" w:type="dxa"/>
            </w:tcMar>
            <w:vAlign w:val="center"/>
          </w:tcPr>
          <w:p w14:paraId="7F4B3E74" w14:textId="77777777" w:rsidR="002D35F2" w:rsidRPr="000C5950" w:rsidRDefault="00000000">
            <w:pPr>
              <w:spacing w:after="0" w:line="240" w:lineRule="auto"/>
              <w:rPr>
                <w:noProof/>
                <w:lang w:val="ro-RO"/>
              </w:rPr>
            </w:pPr>
            <w:r w:rsidRPr="000C5950">
              <w:rPr>
                <w:noProof/>
                <w:sz w:val="15"/>
                <w:lang w:val="ro-RO"/>
              </w:rPr>
              <w:t>Formulare scurte integrate în proiecte, achiziții și contracte.</w:t>
            </w:r>
          </w:p>
        </w:tc>
      </w:tr>
      <w:tr w:rsidR="002D35F2" w:rsidRPr="000C5950" w14:paraId="64744A9E" w14:textId="77777777">
        <w:trPr>
          <w:cantSplit/>
          <w:jc w:val="center"/>
        </w:trPr>
        <w:tc>
          <w:tcPr>
            <w:tcW w:w="680" w:type="dxa"/>
            <w:shd w:val="clear" w:color="auto" w:fill="FFFFFF"/>
            <w:tcMar>
              <w:top w:w="70" w:type="dxa"/>
              <w:left w:w="85" w:type="dxa"/>
              <w:bottom w:w="70" w:type="dxa"/>
              <w:right w:w="85" w:type="dxa"/>
            </w:tcMar>
            <w:vAlign w:val="center"/>
          </w:tcPr>
          <w:p w14:paraId="3A079871" w14:textId="77777777" w:rsidR="002D35F2" w:rsidRPr="000C5950" w:rsidRDefault="00000000">
            <w:pPr>
              <w:spacing w:after="0" w:line="240" w:lineRule="auto"/>
              <w:jc w:val="center"/>
              <w:rPr>
                <w:noProof/>
                <w:lang w:val="ro-RO"/>
              </w:rPr>
            </w:pPr>
            <w:r w:rsidRPr="000C5950">
              <w:rPr>
                <w:noProof/>
                <w:sz w:val="15"/>
                <w:lang w:val="ro-RO"/>
              </w:rPr>
              <w:t>9</w:t>
            </w:r>
          </w:p>
        </w:tc>
        <w:tc>
          <w:tcPr>
            <w:tcW w:w="3628" w:type="dxa"/>
            <w:shd w:val="clear" w:color="auto" w:fill="FFFFFF"/>
            <w:tcMar>
              <w:top w:w="70" w:type="dxa"/>
              <w:left w:w="85" w:type="dxa"/>
              <w:bottom w:w="70" w:type="dxa"/>
              <w:right w:w="85" w:type="dxa"/>
            </w:tcMar>
            <w:vAlign w:val="center"/>
          </w:tcPr>
          <w:p w14:paraId="506FF56D" w14:textId="77777777" w:rsidR="002D35F2" w:rsidRPr="000C5950" w:rsidRDefault="00000000">
            <w:pPr>
              <w:spacing w:after="0" w:line="240" w:lineRule="auto"/>
              <w:rPr>
                <w:noProof/>
                <w:lang w:val="ro-RO"/>
              </w:rPr>
            </w:pPr>
            <w:r w:rsidRPr="000C5950">
              <w:rPr>
                <w:noProof/>
                <w:sz w:val="15"/>
                <w:lang w:val="ro-RO"/>
              </w:rPr>
              <w:t>Planuri de urgență și teste</w:t>
            </w:r>
          </w:p>
        </w:tc>
        <w:tc>
          <w:tcPr>
            <w:tcW w:w="5613" w:type="dxa"/>
            <w:shd w:val="clear" w:color="auto" w:fill="FFFFFF"/>
            <w:tcMar>
              <w:top w:w="70" w:type="dxa"/>
              <w:left w:w="85" w:type="dxa"/>
              <w:bottom w:w="70" w:type="dxa"/>
              <w:right w:w="85" w:type="dxa"/>
            </w:tcMar>
            <w:vAlign w:val="center"/>
          </w:tcPr>
          <w:p w14:paraId="72273049" w14:textId="77777777" w:rsidR="002D35F2" w:rsidRPr="000C5950" w:rsidRDefault="00000000">
            <w:pPr>
              <w:spacing w:after="0" w:line="240" w:lineRule="auto"/>
              <w:rPr>
                <w:noProof/>
                <w:lang w:val="ro-RO"/>
              </w:rPr>
            </w:pPr>
            <w:r w:rsidRPr="000C5950">
              <w:rPr>
                <w:noProof/>
                <w:sz w:val="15"/>
                <w:lang w:val="ro-RO"/>
              </w:rPr>
              <w:t>Scenarii, contacte, resurse și rapoarte de exercițiu.</w:t>
            </w:r>
          </w:p>
        </w:tc>
      </w:tr>
      <w:tr w:rsidR="002D35F2" w:rsidRPr="000C5950" w14:paraId="1E8986E2" w14:textId="77777777">
        <w:trPr>
          <w:cantSplit/>
          <w:jc w:val="center"/>
        </w:trPr>
        <w:tc>
          <w:tcPr>
            <w:tcW w:w="680" w:type="dxa"/>
            <w:shd w:val="clear" w:color="auto" w:fill="FAFAFA"/>
            <w:tcMar>
              <w:top w:w="70" w:type="dxa"/>
              <w:left w:w="85" w:type="dxa"/>
              <w:bottom w:w="70" w:type="dxa"/>
              <w:right w:w="85" w:type="dxa"/>
            </w:tcMar>
            <w:vAlign w:val="center"/>
          </w:tcPr>
          <w:p w14:paraId="5C5F7107" w14:textId="77777777" w:rsidR="002D35F2" w:rsidRPr="000C5950" w:rsidRDefault="00000000">
            <w:pPr>
              <w:spacing w:after="0" w:line="240" w:lineRule="auto"/>
              <w:jc w:val="center"/>
              <w:rPr>
                <w:noProof/>
                <w:lang w:val="ro-RO"/>
              </w:rPr>
            </w:pPr>
            <w:r w:rsidRPr="000C5950">
              <w:rPr>
                <w:noProof/>
                <w:sz w:val="15"/>
                <w:lang w:val="ro-RO"/>
              </w:rPr>
              <w:t>10</w:t>
            </w:r>
          </w:p>
        </w:tc>
        <w:tc>
          <w:tcPr>
            <w:tcW w:w="3628" w:type="dxa"/>
            <w:shd w:val="clear" w:color="auto" w:fill="FAFAFA"/>
            <w:tcMar>
              <w:top w:w="70" w:type="dxa"/>
              <w:left w:w="85" w:type="dxa"/>
              <w:bottom w:w="70" w:type="dxa"/>
              <w:right w:w="85" w:type="dxa"/>
            </w:tcMar>
            <w:vAlign w:val="center"/>
          </w:tcPr>
          <w:p w14:paraId="54800D62" w14:textId="77777777" w:rsidR="002D35F2" w:rsidRPr="000C5950" w:rsidRDefault="00000000">
            <w:pPr>
              <w:spacing w:after="0" w:line="240" w:lineRule="auto"/>
              <w:rPr>
                <w:noProof/>
                <w:lang w:val="ro-RO"/>
              </w:rPr>
            </w:pPr>
            <w:r w:rsidRPr="000C5950">
              <w:rPr>
                <w:noProof/>
                <w:sz w:val="15"/>
                <w:lang w:val="ro-RO"/>
              </w:rPr>
              <w:t>Monitorizare, inspecții și conformare</w:t>
            </w:r>
          </w:p>
        </w:tc>
        <w:tc>
          <w:tcPr>
            <w:tcW w:w="5613" w:type="dxa"/>
            <w:shd w:val="clear" w:color="auto" w:fill="FAFAFA"/>
            <w:tcMar>
              <w:top w:w="70" w:type="dxa"/>
              <w:left w:w="85" w:type="dxa"/>
              <w:bottom w:w="70" w:type="dxa"/>
              <w:right w:w="85" w:type="dxa"/>
            </w:tcMar>
            <w:vAlign w:val="center"/>
          </w:tcPr>
          <w:p w14:paraId="4F8E3B66" w14:textId="77777777" w:rsidR="002D35F2" w:rsidRPr="000C5950" w:rsidRDefault="00000000">
            <w:pPr>
              <w:spacing w:after="0" w:line="240" w:lineRule="auto"/>
              <w:rPr>
                <w:noProof/>
                <w:lang w:val="ro-RO"/>
              </w:rPr>
            </w:pPr>
            <w:r w:rsidRPr="000C5950">
              <w:rPr>
                <w:noProof/>
                <w:sz w:val="15"/>
                <w:lang w:val="ro-RO"/>
              </w:rPr>
              <w:t>Plan de monitorizare + registre cu rezultate și acțiuni.</w:t>
            </w:r>
          </w:p>
        </w:tc>
      </w:tr>
      <w:tr w:rsidR="002D35F2" w:rsidRPr="000C5950" w14:paraId="411BE26A" w14:textId="77777777">
        <w:trPr>
          <w:cantSplit/>
          <w:jc w:val="center"/>
        </w:trPr>
        <w:tc>
          <w:tcPr>
            <w:tcW w:w="680" w:type="dxa"/>
            <w:shd w:val="clear" w:color="auto" w:fill="FFFFFF"/>
            <w:tcMar>
              <w:top w:w="70" w:type="dxa"/>
              <w:left w:w="85" w:type="dxa"/>
              <w:bottom w:w="70" w:type="dxa"/>
              <w:right w:w="85" w:type="dxa"/>
            </w:tcMar>
            <w:vAlign w:val="center"/>
          </w:tcPr>
          <w:p w14:paraId="1D0842E0" w14:textId="77777777" w:rsidR="002D35F2" w:rsidRPr="000C5950" w:rsidRDefault="00000000">
            <w:pPr>
              <w:spacing w:after="0" w:line="240" w:lineRule="auto"/>
              <w:jc w:val="center"/>
              <w:rPr>
                <w:noProof/>
                <w:lang w:val="ro-RO"/>
              </w:rPr>
            </w:pPr>
            <w:r w:rsidRPr="000C5950">
              <w:rPr>
                <w:noProof/>
                <w:sz w:val="15"/>
                <w:lang w:val="ro-RO"/>
              </w:rPr>
              <w:t>11</w:t>
            </w:r>
          </w:p>
        </w:tc>
        <w:tc>
          <w:tcPr>
            <w:tcW w:w="3628" w:type="dxa"/>
            <w:shd w:val="clear" w:color="auto" w:fill="FFFFFF"/>
            <w:tcMar>
              <w:top w:w="70" w:type="dxa"/>
              <w:left w:w="85" w:type="dxa"/>
              <w:bottom w:w="70" w:type="dxa"/>
              <w:right w:w="85" w:type="dxa"/>
            </w:tcMar>
            <w:vAlign w:val="center"/>
          </w:tcPr>
          <w:p w14:paraId="60FA5CBF" w14:textId="77777777" w:rsidR="002D35F2" w:rsidRPr="000C5950" w:rsidRDefault="00000000">
            <w:pPr>
              <w:spacing w:after="0" w:line="240" w:lineRule="auto"/>
              <w:rPr>
                <w:noProof/>
                <w:lang w:val="ro-RO"/>
              </w:rPr>
            </w:pPr>
            <w:r w:rsidRPr="000C5950">
              <w:rPr>
                <w:noProof/>
                <w:sz w:val="15"/>
                <w:lang w:val="ro-RO"/>
              </w:rPr>
              <w:t>Audit, analiză de management și incidente</w:t>
            </w:r>
          </w:p>
        </w:tc>
        <w:tc>
          <w:tcPr>
            <w:tcW w:w="5613" w:type="dxa"/>
            <w:shd w:val="clear" w:color="auto" w:fill="FFFFFF"/>
            <w:tcMar>
              <w:top w:w="70" w:type="dxa"/>
              <w:left w:w="85" w:type="dxa"/>
              <w:bottom w:w="70" w:type="dxa"/>
              <w:right w:w="85" w:type="dxa"/>
            </w:tcMar>
            <w:vAlign w:val="center"/>
          </w:tcPr>
          <w:p w14:paraId="7FC4EF43" w14:textId="77777777" w:rsidR="002D35F2" w:rsidRPr="000C5950" w:rsidRDefault="00000000">
            <w:pPr>
              <w:spacing w:after="0" w:line="240" w:lineRule="auto"/>
              <w:rPr>
                <w:noProof/>
                <w:lang w:val="ro-RO"/>
              </w:rPr>
            </w:pPr>
            <w:r w:rsidRPr="000C5950">
              <w:rPr>
                <w:noProof/>
                <w:sz w:val="15"/>
                <w:lang w:val="ro-RO"/>
              </w:rPr>
              <w:t>Program, rapoarte și un registru comun de acțiuni corective.</w:t>
            </w:r>
          </w:p>
        </w:tc>
      </w:tr>
    </w:tbl>
    <w:p w14:paraId="65C9C6C3" w14:textId="77777777" w:rsidR="002D35F2" w:rsidRPr="000C5950" w:rsidRDefault="002D35F2">
      <w:pPr>
        <w:spacing w:after="20"/>
        <w:rPr>
          <w:noProof/>
          <w:lang w:val="ro-RO"/>
        </w:rPr>
      </w:pPr>
    </w:p>
    <w:p w14:paraId="08DB00E8" w14:textId="77777777" w:rsidR="002D35F2" w:rsidRPr="000C5950" w:rsidRDefault="00000000">
      <w:pPr>
        <w:pStyle w:val="Heading2"/>
        <w:rPr>
          <w:noProof/>
          <w:lang w:val="ro-RO"/>
        </w:rPr>
      </w:pPr>
      <w:r w:rsidRPr="000C5950">
        <w:rPr>
          <w:noProof/>
          <w:lang w:val="ro-RO"/>
        </w:rPr>
        <w:t>Când trebuie crescut nivelul de documentare</w:t>
      </w:r>
    </w:p>
    <w:p w14:paraId="54BE847E" w14:textId="77777777" w:rsidR="002D35F2" w:rsidRPr="000C5950" w:rsidRDefault="00000000">
      <w:pPr>
        <w:pStyle w:val="ListBullet"/>
        <w:spacing w:after="40"/>
        <w:ind w:left="283" w:hanging="170"/>
        <w:rPr>
          <w:noProof/>
          <w:lang w:val="ro-RO"/>
        </w:rPr>
      </w:pPr>
      <w:r w:rsidRPr="000C5950">
        <w:rPr>
          <w:noProof/>
          <w:lang w:val="ro-RO"/>
        </w:rPr>
        <w:t>Activitățile au risc ridicat, consecințe severe, cerințe de autorizare sau criterii tehnice complexe.</w:t>
      </w:r>
    </w:p>
    <w:p w14:paraId="2BEDC92A" w14:textId="77777777" w:rsidR="002D35F2" w:rsidRPr="000C5950" w:rsidRDefault="00000000">
      <w:pPr>
        <w:pStyle w:val="ListBullet"/>
        <w:spacing w:after="40"/>
        <w:ind w:left="283" w:hanging="170"/>
        <w:rPr>
          <w:noProof/>
          <w:lang w:val="ro-RO"/>
        </w:rPr>
      </w:pPr>
      <w:r w:rsidRPr="000C5950">
        <w:rPr>
          <w:noProof/>
          <w:lang w:val="ro-RO"/>
        </w:rPr>
        <w:t>Există multe locații, schimburi, contractanți, limbi ori niveluri diferite de competență.</w:t>
      </w:r>
    </w:p>
    <w:p w14:paraId="5C4B1F9B" w14:textId="77777777" w:rsidR="002D35F2" w:rsidRPr="000C5950" w:rsidRDefault="00000000">
      <w:pPr>
        <w:pStyle w:val="ListBullet"/>
        <w:spacing w:after="40"/>
        <w:ind w:left="283" w:hanging="170"/>
        <w:rPr>
          <w:noProof/>
          <w:lang w:val="ro-RO"/>
        </w:rPr>
      </w:pPr>
      <w:r w:rsidRPr="000C5950">
        <w:rPr>
          <w:noProof/>
          <w:lang w:val="ro-RO"/>
        </w:rPr>
        <w:t>Procesele sunt externalizate sau depind de furnizori critici și de un lanț valoric extins.</w:t>
      </w:r>
    </w:p>
    <w:p w14:paraId="490864DC" w14:textId="77777777" w:rsidR="002D35F2" w:rsidRPr="000C5950" w:rsidRDefault="00000000">
      <w:pPr>
        <w:pStyle w:val="ListBullet"/>
        <w:spacing w:after="40"/>
        <w:ind w:left="283" w:hanging="170"/>
        <w:rPr>
          <w:noProof/>
          <w:lang w:val="ro-RO"/>
        </w:rPr>
      </w:pPr>
      <w:r w:rsidRPr="000C5950">
        <w:rPr>
          <w:noProof/>
          <w:lang w:val="ro-RO"/>
        </w:rPr>
        <w:t>Apar frecvent incidente, abateri, reclamații, depășiri sau rezultate neconforme.</w:t>
      </w:r>
    </w:p>
    <w:p w14:paraId="621226CF" w14:textId="77777777" w:rsidR="002D35F2" w:rsidRPr="000C5950" w:rsidRDefault="00000000">
      <w:pPr>
        <w:pStyle w:val="ListBullet"/>
        <w:spacing w:after="40"/>
        <w:ind w:left="283" w:hanging="170"/>
        <w:rPr>
          <w:noProof/>
          <w:lang w:val="ro-RO"/>
        </w:rPr>
      </w:pPr>
      <w:r w:rsidRPr="000C5950">
        <w:rPr>
          <w:noProof/>
          <w:lang w:val="ro-RO"/>
        </w:rPr>
        <w:t>Este necesară trasabilitate pe termen lung sau corelarea mai multor surse de date.</w:t>
      </w:r>
    </w:p>
    <w:p w14:paraId="6D67B9B3" w14:textId="77777777" w:rsidR="002D35F2" w:rsidRPr="000C5950" w:rsidRDefault="00000000">
      <w:pPr>
        <w:pStyle w:val="ListBullet"/>
        <w:spacing w:after="40"/>
        <w:ind w:left="283" w:hanging="170"/>
        <w:rPr>
          <w:noProof/>
          <w:lang w:val="ro-RO"/>
        </w:rPr>
      </w:pPr>
      <w:r w:rsidRPr="000C5950">
        <w:rPr>
          <w:noProof/>
          <w:lang w:val="ro-RO"/>
        </w:rPr>
        <w:t>Cunoștințele sunt concentrate la puține persoane și continuitatea este vulnerabilă.</w:t>
      </w: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2D35F2" w:rsidRPr="000C5950" w14:paraId="0D4C311E" w14:textId="77777777">
        <w:trPr>
          <w:cantSplit/>
          <w:jc w:val="center"/>
        </w:trPr>
        <w:tc>
          <w:tcPr>
            <w:tcW w:w="1020" w:type="dxa"/>
            <w:shd w:val="clear" w:color="auto" w:fill="D71920"/>
            <w:tcMar>
              <w:top w:w="70" w:type="dxa"/>
              <w:left w:w="85" w:type="dxa"/>
              <w:bottom w:w="70" w:type="dxa"/>
              <w:right w:w="85" w:type="dxa"/>
            </w:tcMar>
            <w:vAlign w:val="center"/>
          </w:tcPr>
          <w:p w14:paraId="3F4BF473" w14:textId="77777777" w:rsidR="002D35F2" w:rsidRPr="000C5950" w:rsidRDefault="00000000">
            <w:pPr>
              <w:spacing w:after="0" w:line="240" w:lineRule="auto"/>
              <w:jc w:val="center"/>
              <w:rPr>
                <w:noProof/>
                <w:lang w:val="ro-RO"/>
              </w:rPr>
            </w:pPr>
            <w:r w:rsidRPr="000C5950">
              <w:rPr>
                <w:b/>
                <w:noProof/>
                <w:color w:val="FFFFFF"/>
                <w:sz w:val="34"/>
                <w:lang w:val="ro-RO"/>
              </w:rPr>
              <w:t>10</w:t>
            </w:r>
          </w:p>
        </w:tc>
        <w:tc>
          <w:tcPr>
            <w:tcW w:w="8901" w:type="dxa"/>
            <w:shd w:val="clear" w:color="auto" w:fill="F3F4F5"/>
          </w:tcPr>
          <w:p w14:paraId="5FEDB352" w14:textId="77777777" w:rsidR="002D35F2" w:rsidRPr="000C5950" w:rsidRDefault="00000000">
            <w:pPr>
              <w:spacing w:after="20"/>
              <w:rPr>
                <w:noProof/>
                <w:lang w:val="ro-RO"/>
              </w:rPr>
            </w:pPr>
            <w:r w:rsidRPr="000C5950">
              <w:rPr>
                <w:b/>
                <w:noProof/>
                <w:sz w:val="27"/>
                <w:lang w:val="ro-RO"/>
              </w:rPr>
              <w:t>Verificarea pregătirii documentare</w:t>
            </w:r>
          </w:p>
          <w:p w14:paraId="3D053EEF" w14:textId="77777777" w:rsidR="002D35F2" w:rsidRPr="000C5950" w:rsidRDefault="00000000">
            <w:pPr>
              <w:spacing w:after="0"/>
              <w:rPr>
                <w:noProof/>
                <w:lang w:val="ro-RO"/>
              </w:rPr>
            </w:pPr>
            <w:r w:rsidRPr="000C5950">
              <w:rPr>
                <w:noProof/>
                <w:color w:val="666666"/>
                <w:sz w:val="16"/>
                <w:lang w:val="ro-RO"/>
              </w:rPr>
              <w:t>Un auditor verifică existența, utilizarea și eficacitatea informațiilor din sistemul SSM</w:t>
            </w:r>
          </w:p>
        </w:tc>
      </w:tr>
    </w:tbl>
    <w:p w14:paraId="3F04FAA7" w14:textId="77777777" w:rsidR="002D35F2" w:rsidRPr="000C5950" w:rsidRDefault="002D35F2">
      <w:pPr>
        <w:spacing w:after="0"/>
        <w:rPr>
          <w:noProof/>
          <w:lang w:val="ro-RO"/>
        </w:rPr>
      </w:pP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1020"/>
        <w:gridCol w:w="8901"/>
      </w:tblGrid>
      <w:tr w:rsidR="002D35F2" w:rsidRPr="000C5950" w14:paraId="25217BB4" w14:textId="77777777">
        <w:trPr>
          <w:tblHeader/>
          <w:jc w:val="center"/>
        </w:trPr>
        <w:tc>
          <w:tcPr>
            <w:tcW w:w="1020" w:type="dxa"/>
            <w:shd w:val="clear" w:color="auto" w:fill="D71920"/>
            <w:tcMar>
              <w:top w:w="70" w:type="dxa"/>
              <w:left w:w="85" w:type="dxa"/>
              <w:bottom w:w="70" w:type="dxa"/>
              <w:right w:w="85" w:type="dxa"/>
            </w:tcMar>
            <w:vAlign w:val="center"/>
          </w:tcPr>
          <w:p w14:paraId="3D10BFB2" w14:textId="77777777" w:rsidR="002D35F2" w:rsidRPr="000C5950" w:rsidRDefault="00000000">
            <w:pPr>
              <w:spacing w:after="0" w:line="240" w:lineRule="auto"/>
              <w:jc w:val="center"/>
              <w:rPr>
                <w:noProof/>
                <w:lang w:val="ro-RO"/>
              </w:rPr>
            </w:pPr>
            <w:r w:rsidRPr="000C5950">
              <w:rPr>
                <w:b/>
                <w:noProof/>
                <w:color w:val="FFFFFF"/>
                <w:sz w:val="15"/>
                <w:lang w:val="ro-RO"/>
              </w:rPr>
              <w:t>STATUS</w:t>
            </w:r>
          </w:p>
        </w:tc>
        <w:tc>
          <w:tcPr>
            <w:tcW w:w="8901" w:type="dxa"/>
            <w:shd w:val="clear" w:color="auto" w:fill="D71920"/>
            <w:tcMar>
              <w:top w:w="70" w:type="dxa"/>
              <w:left w:w="85" w:type="dxa"/>
              <w:bottom w:w="70" w:type="dxa"/>
              <w:right w:w="85" w:type="dxa"/>
            </w:tcMar>
            <w:vAlign w:val="center"/>
          </w:tcPr>
          <w:p w14:paraId="4696E023" w14:textId="77777777" w:rsidR="002D35F2" w:rsidRPr="000C5950" w:rsidRDefault="00000000">
            <w:pPr>
              <w:spacing w:after="0" w:line="240" w:lineRule="auto"/>
              <w:jc w:val="center"/>
              <w:rPr>
                <w:noProof/>
                <w:lang w:val="ro-RO"/>
              </w:rPr>
            </w:pPr>
            <w:r w:rsidRPr="000C5950">
              <w:rPr>
                <w:b/>
                <w:noProof/>
                <w:color w:val="FFFFFF"/>
                <w:sz w:val="15"/>
                <w:lang w:val="ro-RO"/>
              </w:rPr>
              <w:t>PUNCT DE VERIFICARE</w:t>
            </w:r>
          </w:p>
        </w:tc>
      </w:tr>
      <w:tr w:rsidR="002D35F2" w:rsidRPr="000C5950" w14:paraId="4592AEE4" w14:textId="77777777">
        <w:trPr>
          <w:cantSplit/>
          <w:jc w:val="center"/>
        </w:trPr>
        <w:tc>
          <w:tcPr>
            <w:tcW w:w="1020" w:type="dxa"/>
            <w:shd w:val="clear" w:color="auto" w:fill="FFFFFF"/>
            <w:tcMar>
              <w:top w:w="70" w:type="dxa"/>
              <w:left w:w="85" w:type="dxa"/>
              <w:bottom w:w="70" w:type="dxa"/>
              <w:right w:w="85" w:type="dxa"/>
            </w:tcMar>
            <w:vAlign w:val="center"/>
          </w:tcPr>
          <w:p w14:paraId="10936BD4"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FFFFF"/>
            <w:tcMar>
              <w:top w:w="70" w:type="dxa"/>
              <w:left w:w="85" w:type="dxa"/>
              <w:bottom w:w="70" w:type="dxa"/>
              <w:right w:w="85" w:type="dxa"/>
            </w:tcMar>
            <w:vAlign w:val="center"/>
          </w:tcPr>
          <w:p w14:paraId="029C69C7" w14:textId="77777777" w:rsidR="002D35F2" w:rsidRPr="000C5950" w:rsidRDefault="00000000">
            <w:pPr>
              <w:spacing w:after="0" w:line="240" w:lineRule="auto"/>
              <w:rPr>
                <w:noProof/>
                <w:lang w:val="ro-RO"/>
              </w:rPr>
            </w:pPr>
            <w:r w:rsidRPr="000C5950">
              <w:rPr>
                <w:noProof/>
                <w:sz w:val="15"/>
                <w:lang w:val="ro-RO"/>
              </w:rPr>
              <w:t>Domeniul sistemului SSM acoperă activitățile, lucrătorii, locațiile și interfețele relevante.</w:t>
            </w:r>
          </w:p>
        </w:tc>
      </w:tr>
      <w:tr w:rsidR="002D35F2" w:rsidRPr="000C5950" w14:paraId="7CAB2CE5" w14:textId="77777777">
        <w:trPr>
          <w:cantSplit/>
          <w:jc w:val="center"/>
        </w:trPr>
        <w:tc>
          <w:tcPr>
            <w:tcW w:w="1020" w:type="dxa"/>
            <w:shd w:val="clear" w:color="auto" w:fill="FAFAFA"/>
            <w:tcMar>
              <w:top w:w="70" w:type="dxa"/>
              <w:left w:w="85" w:type="dxa"/>
              <w:bottom w:w="70" w:type="dxa"/>
              <w:right w:w="85" w:type="dxa"/>
            </w:tcMar>
            <w:vAlign w:val="center"/>
          </w:tcPr>
          <w:p w14:paraId="274C3221"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AFAFA"/>
            <w:tcMar>
              <w:top w:w="70" w:type="dxa"/>
              <w:left w:w="85" w:type="dxa"/>
              <w:bottom w:w="70" w:type="dxa"/>
              <w:right w:w="85" w:type="dxa"/>
            </w:tcMar>
            <w:vAlign w:val="center"/>
          </w:tcPr>
          <w:p w14:paraId="312BE98A" w14:textId="77777777" w:rsidR="002D35F2" w:rsidRPr="000C5950" w:rsidRDefault="00000000">
            <w:pPr>
              <w:spacing w:after="0" w:line="240" w:lineRule="auto"/>
              <w:rPr>
                <w:noProof/>
                <w:lang w:val="ro-RO"/>
              </w:rPr>
            </w:pPr>
            <w:r w:rsidRPr="000C5950">
              <w:rPr>
                <w:noProof/>
                <w:sz w:val="15"/>
                <w:lang w:val="ro-RO"/>
              </w:rPr>
              <w:t>Politica include angajamentele specifice SSM și este susținută de resurse și acțiuni.</w:t>
            </w:r>
          </w:p>
        </w:tc>
      </w:tr>
      <w:tr w:rsidR="002D35F2" w:rsidRPr="000C5950" w14:paraId="3A993422" w14:textId="77777777">
        <w:trPr>
          <w:cantSplit/>
          <w:jc w:val="center"/>
        </w:trPr>
        <w:tc>
          <w:tcPr>
            <w:tcW w:w="1020" w:type="dxa"/>
            <w:shd w:val="clear" w:color="auto" w:fill="FFFFFF"/>
            <w:tcMar>
              <w:top w:w="70" w:type="dxa"/>
              <w:left w:w="85" w:type="dxa"/>
              <w:bottom w:w="70" w:type="dxa"/>
              <w:right w:w="85" w:type="dxa"/>
            </w:tcMar>
            <w:vAlign w:val="center"/>
          </w:tcPr>
          <w:p w14:paraId="4DE63E42"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FFFFF"/>
            <w:tcMar>
              <w:top w:w="70" w:type="dxa"/>
              <w:left w:w="85" w:type="dxa"/>
              <w:bottom w:w="70" w:type="dxa"/>
              <w:right w:w="85" w:type="dxa"/>
            </w:tcMar>
            <w:vAlign w:val="center"/>
          </w:tcPr>
          <w:p w14:paraId="14EF4791" w14:textId="77777777" w:rsidR="002D35F2" w:rsidRPr="000C5950" w:rsidRDefault="00000000">
            <w:pPr>
              <w:spacing w:after="0" w:line="240" w:lineRule="auto"/>
              <w:rPr>
                <w:noProof/>
                <w:lang w:val="ro-RO"/>
              </w:rPr>
            </w:pPr>
            <w:r w:rsidRPr="000C5950">
              <w:rPr>
                <w:noProof/>
                <w:sz w:val="15"/>
                <w:lang w:val="ro-RO"/>
              </w:rPr>
              <w:t>Lucrătorii fără funcții manageriale participă efectiv la evaluări, controale, schimbări și investigații.</w:t>
            </w:r>
          </w:p>
        </w:tc>
      </w:tr>
      <w:tr w:rsidR="002D35F2" w:rsidRPr="000C5950" w14:paraId="41FDD3C7" w14:textId="77777777">
        <w:trPr>
          <w:cantSplit/>
          <w:jc w:val="center"/>
        </w:trPr>
        <w:tc>
          <w:tcPr>
            <w:tcW w:w="1020" w:type="dxa"/>
            <w:shd w:val="clear" w:color="auto" w:fill="FAFAFA"/>
            <w:tcMar>
              <w:top w:w="70" w:type="dxa"/>
              <w:left w:w="85" w:type="dxa"/>
              <w:bottom w:w="70" w:type="dxa"/>
              <w:right w:w="85" w:type="dxa"/>
            </w:tcMar>
            <w:vAlign w:val="center"/>
          </w:tcPr>
          <w:p w14:paraId="2271C782"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AFAFA"/>
            <w:tcMar>
              <w:top w:w="70" w:type="dxa"/>
              <w:left w:w="85" w:type="dxa"/>
              <w:bottom w:w="70" w:type="dxa"/>
              <w:right w:w="85" w:type="dxa"/>
            </w:tcMar>
            <w:vAlign w:val="center"/>
          </w:tcPr>
          <w:p w14:paraId="01FF80D3" w14:textId="77777777" w:rsidR="002D35F2" w:rsidRPr="000C5950" w:rsidRDefault="00000000">
            <w:pPr>
              <w:spacing w:after="0" w:line="240" w:lineRule="auto"/>
              <w:rPr>
                <w:noProof/>
                <w:lang w:val="ro-RO"/>
              </w:rPr>
            </w:pPr>
            <w:r w:rsidRPr="000C5950">
              <w:rPr>
                <w:noProof/>
                <w:sz w:val="15"/>
                <w:lang w:val="ro-RO"/>
              </w:rPr>
              <w:t>Metodologia de risc este proactivă, aplicată consecvent și acoperă activități de rutină/non-rutină, factori umani și grupuri vulnerabile.</w:t>
            </w:r>
          </w:p>
        </w:tc>
      </w:tr>
      <w:tr w:rsidR="002D35F2" w:rsidRPr="000C5950" w14:paraId="75807B00" w14:textId="77777777">
        <w:trPr>
          <w:cantSplit/>
          <w:jc w:val="center"/>
        </w:trPr>
        <w:tc>
          <w:tcPr>
            <w:tcW w:w="1020" w:type="dxa"/>
            <w:shd w:val="clear" w:color="auto" w:fill="FFFFFF"/>
            <w:tcMar>
              <w:top w:w="70" w:type="dxa"/>
              <w:left w:w="85" w:type="dxa"/>
              <w:bottom w:w="70" w:type="dxa"/>
              <w:right w:w="85" w:type="dxa"/>
            </w:tcMar>
            <w:vAlign w:val="center"/>
          </w:tcPr>
          <w:p w14:paraId="41B24AD1"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FFFFF"/>
            <w:tcMar>
              <w:top w:w="70" w:type="dxa"/>
              <w:left w:w="85" w:type="dxa"/>
              <w:bottom w:w="70" w:type="dxa"/>
              <w:right w:w="85" w:type="dxa"/>
            </w:tcMar>
            <w:vAlign w:val="center"/>
          </w:tcPr>
          <w:p w14:paraId="6FED1661" w14:textId="77777777" w:rsidR="002D35F2" w:rsidRPr="000C5950" w:rsidRDefault="00000000">
            <w:pPr>
              <w:spacing w:after="0" w:line="240" w:lineRule="auto"/>
              <w:rPr>
                <w:noProof/>
                <w:lang w:val="ro-RO"/>
              </w:rPr>
            </w:pPr>
            <w:r w:rsidRPr="000C5950">
              <w:rPr>
                <w:noProof/>
                <w:sz w:val="15"/>
                <w:lang w:val="ro-RO"/>
              </w:rPr>
              <w:t>Controalele urmează ierarhia: eliminare, substituire, măsuri tehnice, administrative și EIP.</w:t>
            </w:r>
          </w:p>
        </w:tc>
      </w:tr>
      <w:tr w:rsidR="002D35F2" w:rsidRPr="000C5950" w14:paraId="447070E9" w14:textId="77777777">
        <w:trPr>
          <w:cantSplit/>
          <w:jc w:val="center"/>
        </w:trPr>
        <w:tc>
          <w:tcPr>
            <w:tcW w:w="1020" w:type="dxa"/>
            <w:shd w:val="clear" w:color="auto" w:fill="FAFAFA"/>
            <w:tcMar>
              <w:top w:w="70" w:type="dxa"/>
              <w:left w:w="85" w:type="dxa"/>
              <w:bottom w:w="70" w:type="dxa"/>
              <w:right w:w="85" w:type="dxa"/>
            </w:tcMar>
            <w:vAlign w:val="center"/>
          </w:tcPr>
          <w:p w14:paraId="5CFBA144"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AFAFA"/>
            <w:tcMar>
              <w:top w:w="70" w:type="dxa"/>
              <w:left w:w="85" w:type="dxa"/>
              <w:bottom w:w="70" w:type="dxa"/>
              <w:right w:w="85" w:type="dxa"/>
            </w:tcMar>
            <w:vAlign w:val="center"/>
          </w:tcPr>
          <w:p w14:paraId="3C6687B1" w14:textId="77777777" w:rsidR="002D35F2" w:rsidRPr="000C5950" w:rsidRDefault="00000000">
            <w:pPr>
              <w:spacing w:after="0" w:line="240" w:lineRule="auto"/>
              <w:rPr>
                <w:noProof/>
                <w:lang w:val="ro-RO"/>
              </w:rPr>
            </w:pPr>
            <w:r w:rsidRPr="000C5950">
              <w:rPr>
                <w:noProof/>
                <w:sz w:val="15"/>
                <w:lang w:val="ro-RO"/>
              </w:rPr>
              <w:t>Cerințele legale sunt traduse în obligații, responsabili, termene și dovezi verificabile.</w:t>
            </w:r>
          </w:p>
        </w:tc>
      </w:tr>
      <w:tr w:rsidR="002D35F2" w:rsidRPr="000C5950" w14:paraId="7CB392EA" w14:textId="77777777">
        <w:trPr>
          <w:cantSplit/>
          <w:jc w:val="center"/>
        </w:trPr>
        <w:tc>
          <w:tcPr>
            <w:tcW w:w="1020" w:type="dxa"/>
            <w:shd w:val="clear" w:color="auto" w:fill="FFFFFF"/>
            <w:tcMar>
              <w:top w:w="70" w:type="dxa"/>
              <w:left w:w="85" w:type="dxa"/>
              <w:bottom w:w="70" w:type="dxa"/>
              <w:right w:w="85" w:type="dxa"/>
            </w:tcMar>
            <w:vAlign w:val="center"/>
          </w:tcPr>
          <w:p w14:paraId="28A86BCB"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FFFFF"/>
            <w:tcMar>
              <w:top w:w="70" w:type="dxa"/>
              <w:left w:w="85" w:type="dxa"/>
              <w:bottom w:w="70" w:type="dxa"/>
              <w:right w:w="85" w:type="dxa"/>
            </w:tcMar>
            <w:vAlign w:val="center"/>
          </w:tcPr>
          <w:p w14:paraId="603C19B8" w14:textId="77777777" w:rsidR="002D35F2" w:rsidRPr="000C5950" w:rsidRDefault="00000000">
            <w:pPr>
              <w:spacing w:after="0" w:line="240" w:lineRule="auto"/>
              <w:rPr>
                <w:noProof/>
                <w:lang w:val="ro-RO"/>
              </w:rPr>
            </w:pPr>
            <w:r w:rsidRPr="000C5950">
              <w:rPr>
                <w:noProof/>
                <w:sz w:val="15"/>
                <w:lang w:val="ro-RO"/>
              </w:rPr>
              <w:t>Obiectivele combină indicatori preventivi și reactivi și nu descurajează raportarea.</w:t>
            </w:r>
          </w:p>
        </w:tc>
      </w:tr>
      <w:tr w:rsidR="002D35F2" w:rsidRPr="000C5950" w14:paraId="10CC8AA8" w14:textId="77777777">
        <w:trPr>
          <w:cantSplit/>
          <w:jc w:val="center"/>
        </w:trPr>
        <w:tc>
          <w:tcPr>
            <w:tcW w:w="1020" w:type="dxa"/>
            <w:shd w:val="clear" w:color="auto" w:fill="FAFAFA"/>
            <w:tcMar>
              <w:top w:w="70" w:type="dxa"/>
              <w:left w:w="85" w:type="dxa"/>
              <w:bottom w:w="70" w:type="dxa"/>
              <w:right w:w="85" w:type="dxa"/>
            </w:tcMar>
            <w:vAlign w:val="center"/>
          </w:tcPr>
          <w:p w14:paraId="10180A81"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AFAFA"/>
            <w:tcMar>
              <w:top w:w="70" w:type="dxa"/>
              <w:left w:w="85" w:type="dxa"/>
              <w:bottom w:w="70" w:type="dxa"/>
              <w:right w:w="85" w:type="dxa"/>
            </w:tcMar>
            <w:vAlign w:val="center"/>
          </w:tcPr>
          <w:p w14:paraId="0557B522" w14:textId="77777777" w:rsidR="002D35F2" w:rsidRPr="000C5950" w:rsidRDefault="00000000">
            <w:pPr>
              <w:spacing w:after="0" w:line="240" w:lineRule="auto"/>
              <w:rPr>
                <w:noProof/>
                <w:lang w:val="ro-RO"/>
              </w:rPr>
            </w:pPr>
            <w:r w:rsidRPr="000C5950">
              <w:rPr>
                <w:noProof/>
                <w:sz w:val="15"/>
                <w:lang w:val="ro-RO"/>
              </w:rPr>
              <w:t>Instrucțiunile și permisele sunt disponibile, inteligibile și utilizate la punctul de lucru.</w:t>
            </w:r>
          </w:p>
        </w:tc>
      </w:tr>
      <w:tr w:rsidR="002D35F2" w:rsidRPr="000C5950" w14:paraId="1B4885DD" w14:textId="77777777">
        <w:trPr>
          <w:cantSplit/>
          <w:jc w:val="center"/>
        </w:trPr>
        <w:tc>
          <w:tcPr>
            <w:tcW w:w="1020" w:type="dxa"/>
            <w:shd w:val="clear" w:color="auto" w:fill="FFFFFF"/>
            <w:tcMar>
              <w:top w:w="70" w:type="dxa"/>
              <w:left w:w="85" w:type="dxa"/>
              <w:bottom w:w="70" w:type="dxa"/>
              <w:right w:w="85" w:type="dxa"/>
            </w:tcMar>
            <w:vAlign w:val="center"/>
          </w:tcPr>
          <w:p w14:paraId="11F01671"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FFFFF"/>
            <w:tcMar>
              <w:top w:w="70" w:type="dxa"/>
              <w:left w:w="85" w:type="dxa"/>
              <w:bottom w:w="70" w:type="dxa"/>
              <w:right w:w="85" w:type="dxa"/>
            </w:tcMar>
            <w:vAlign w:val="center"/>
          </w:tcPr>
          <w:p w14:paraId="4299A47F" w14:textId="77777777" w:rsidR="002D35F2" w:rsidRPr="000C5950" w:rsidRDefault="00000000">
            <w:pPr>
              <w:spacing w:after="0" w:line="240" w:lineRule="auto"/>
              <w:rPr>
                <w:noProof/>
                <w:lang w:val="ro-RO"/>
              </w:rPr>
            </w:pPr>
            <w:r w:rsidRPr="000C5950">
              <w:rPr>
                <w:noProof/>
                <w:sz w:val="15"/>
                <w:lang w:val="ro-RO"/>
              </w:rPr>
              <w:t>Schimbările temporare și permanente sunt evaluate înainte de implementare și verificate ulterior.</w:t>
            </w:r>
          </w:p>
        </w:tc>
      </w:tr>
      <w:tr w:rsidR="002D35F2" w:rsidRPr="000C5950" w14:paraId="2B034479" w14:textId="77777777">
        <w:trPr>
          <w:cantSplit/>
          <w:jc w:val="center"/>
        </w:trPr>
        <w:tc>
          <w:tcPr>
            <w:tcW w:w="1020" w:type="dxa"/>
            <w:shd w:val="clear" w:color="auto" w:fill="FAFAFA"/>
            <w:tcMar>
              <w:top w:w="70" w:type="dxa"/>
              <w:left w:w="85" w:type="dxa"/>
              <w:bottom w:w="70" w:type="dxa"/>
              <w:right w:w="85" w:type="dxa"/>
            </w:tcMar>
            <w:vAlign w:val="center"/>
          </w:tcPr>
          <w:p w14:paraId="48442E13"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AFAFA"/>
            <w:tcMar>
              <w:top w:w="70" w:type="dxa"/>
              <w:left w:w="85" w:type="dxa"/>
              <w:bottom w:w="70" w:type="dxa"/>
              <w:right w:w="85" w:type="dxa"/>
            </w:tcMar>
            <w:vAlign w:val="center"/>
          </w:tcPr>
          <w:p w14:paraId="7AA870FB" w14:textId="77777777" w:rsidR="002D35F2" w:rsidRPr="000C5950" w:rsidRDefault="00000000">
            <w:pPr>
              <w:spacing w:after="0" w:line="240" w:lineRule="auto"/>
              <w:rPr>
                <w:noProof/>
                <w:lang w:val="ro-RO"/>
              </w:rPr>
            </w:pPr>
            <w:r w:rsidRPr="000C5950">
              <w:rPr>
                <w:noProof/>
                <w:sz w:val="15"/>
                <w:lang w:val="ro-RO"/>
              </w:rPr>
              <w:t>Contractanții sunt selectați, informați, coordonați și monitorizați pe baza riscurilor.</w:t>
            </w:r>
          </w:p>
        </w:tc>
      </w:tr>
      <w:tr w:rsidR="002D35F2" w:rsidRPr="000C5950" w14:paraId="25D2CE68" w14:textId="77777777">
        <w:trPr>
          <w:cantSplit/>
          <w:jc w:val="center"/>
        </w:trPr>
        <w:tc>
          <w:tcPr>
            <w:tcW w:w="1020" w:type="dxa"/>
            <w:shd w:val="clear" w:color="auto" w:fill="FFFFFF"/>
            <w:tcMar>
              <w:top w:w="70" w:type="dxa"/>
              <w:left w:w="85" w:type="dxa"/>
              <w:bottom w:w="70" w:type="dxa"/>
              <w:right w:w="85" w:type="dxa"/>
            </w:tcMar>
            <w:vAlign w:val="center"/>
          </w:tcPr>
          <w:p w14:paraId="37669007"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FFFFF"/>
            <w:tcMar>
              <w:top w:w="70" w:type="dxa"/>
              <w:left w:w="85" w:type="dxa"/>
              <w:bottom w:w="70" w:type="dxa"/>
              <w:right w:w="85" w:type="dxa"/>
            </w:tcMar>
            <w:vAlign w:val="center"/>
          </w:tcPr>
          <w:p w14:paraId="74B02D9D" w14:textId="77777777" w:rsidR="002D35F2" w:rsidRPr="000C5950" w:rsidRDefault="00000000">
            <w:pPr>
              <w:spacing w:after="0" w:line="240" w:lineRule="auto"/>
              <w:rPr>
                <w:noProof/>
                <w:lang w:val="ro-RO"/>
              </w:rPr>
            </w:pPr>
            <w:r w:rsidRPr="000C5950">
              <w:rPr>
                <w:noProof/>
                <w:sz w:val="15"/>
                <w:lang w:val="ro-RO"/>
              </w:rPr>
              <w:t>Competența este demonstrată prin evaluare, nu numai prin participarea la curs.</w:t>
            </w:r>
          </w:p>
        </w:tc>
      </w:tr>
      <w:tr w:rsidR="002D35F2" w:rsidRPr="000C5950" w14:paraId="5E161E6C" w14:textId="77777777">
        <w:trPr>
          <w:cantSplit/>
          <w:jc w:val="center"/>
        </w:trPr>
        <w:tc>
          <w:tcPr>
            <w:tcW w:w="1020" w:type="dxa"/>
            <w:shd w:val="clear" w:color="auto" w:fill="FAFAFA"/>
            <w:tcMar>
              <w:top w:w="70" w:type="dxa"/>
              <w:left w:w="85" w:type="dxa"/>
              <w:bottom w:w="70" w:type="dxa"/>
              <w:right w:w="85" w:type="dxa"/>
            </w:tcMar>
            <w:vAlign w:val="center"/>
          </w:tcPr>
          <w:p w14:paraId="234534B0"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AFAFA"/>
            <w:tcMar>
              <w:top w:w="70" w:type="dxa"/>
              <w:left w:w="85" w:type="dxa"/>
              <w:bottom w:w="70" w:type="dxa"/>
              <w:right w:w="85" w:type="dxa"/>
            </w:tcMar>
            <w:vAlign w:val="center"/>
          </w:tcPr>
          <w:p w14:paraId="310313AA" w14:textId="77777777" w:rsidR="002D35F2" w:rsidRPr="000C5950" w:rsidRDefault="00000000">
            <w:pPr>
              <w:spacing w:after="0" w:line="240" w:lineRule="auto"/>
              <w:rPr>
                <w:noProof/>
                <w:lang w:val="ro-RO"/>
              </w:rPr>
            </w:pPr>
            <w:r w:rsidRPr="000C5950">
              <w:rPr>
                <w:noProof/>
                <w:sz w:val="15"/>
                <w:lang w:val="ro-RO"/>
              </w:rPr>
              <w:t>Planurile de urgență includ persoanele relevante, sunt testate și actualizate.</w:t>
            </w:r>
          </w:p>
        </w:tc>
      </w:tr>
      <w:tr w:rsidR="002D35F2" w:rsidRPr="000C5950" w14:paraId="2A691C5A" w14:textId="77777777">
        <w:trPr>
          <w:cantSplit/>
          <w:jc w:val="center"/>
        </w:trPr>
        <w:tc>
          <w:tcPr>
            <w:tcW w:w="1020" w:type="dxa"/>
            <w:shd w:val="clear" w:color="auto" w:fill="FFFFFF"/>
            <w:tcMar>
              <w:top w:w="70" w:type="dxa"/>
              <w:left w:w="85" w:type="dxa"/>
              <w:bottom w:w="70" w:type="dxa"/>
              <w:right w:w="85" w:type="dxa"/>
            </w:tcMar>
            <w:vAlign w:val="center"/>
          </w:tcPr>
          <w:p w14:paraId="119A01E2"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FFFFF"/>
            <w:tcMar>
              <w:top w:w="70" w:type="dxa"/>
              <w:left w:w="85" w:type="dxa"/>
              <w:bottom w:w="70" w:type="dxa"/>
              <w:right w:w="85" w:type="dxa"/>
            </w:tcMar>
            <w:vAlign w:val="center"/>
          </w:tcPr>
          <w:p w14:paraId="5C46FD1D" w14:textId="77777777" w:rsidR="002D35F2" w:rsidRPr="000C5950" w:rsidRDefault="00000000">
            <w:pPr>
              <w:spacing w:after="0" w:line="240" w:lineRule="auto"/>
              <w:rPr>
                <w:noProof/>
                <w:lang w:val="ro-RO"/>
              </w:rPr>
            </w:pPr>
            <w:r w:rsidRPr="000C5950">
              <w:rPr>
                <w:noProof/>
                <w:sz w:val="15"/>
                <w:lang w:val="ro-RO"/>
              </w:rPr>
              <w:t>Datele medicale și sesizările sensibile sunt protejate, iar datele agregate susțin prevenirea.</w:t>
            </w:r>
          </w:p>
        </w:tc>
      </w:tr>
      <w:tr w:rsidR="002D35F2" w:rsidRPr="000C5950" w14:paraId="029DD71D" w14:textId="77777777">
        <w:trPr>
          <w:cantSplit/>
          <w:jc w:val="center"/>
        </w:trPr>
        <w:tc>
          <w:tcPr>
            <w:tcW w:w="1020" w:type="dxa"/>
            <w:shd w:val="clear" w:color="auto" w:fill="FAFAFA"/>
            <w:tcMar>
              <w:top w:w="70" w:type="dxa"/>
              <w:left w:w="85" w:type="dxa"/>
              <w:bottom w:w="70" w:type="dxa"/>
              <w:right w:w="85" w:type="dxa"/>
            </w:tcMar>
            <w:vAlign w:val="center"/>
          </w:tcPr>
          <w:p w14:paraId="1D7161DE"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AFAFA"/>
            <w:tcMar>
              <w:top w:w="70" w:type="dxa"/>
              <w:left w:w="85" w:type="dxa"/>
              <w:bottom w:w="70" w:type="dxa"/>
              <w:right w:w="85" w:type="dxa"/>
            </w:tcMar>
            <w:vAlign w:val="center"/>
          </w:tcPr>
          <w:p w14:paraId="21C44BD4" w14:textId="77777777" w:rsidR="002D35F2" w:rsidRPr="000C5950" w:rsidRDefault="00000000">
            <w:pPr>
              <w:spacing w:after="0" w:line="240" w:lineRule="auto"/>
              <w:rPr>
                <w:noProof/>
                <w:lang w:val="ro-RO"/>
              </w:rPr>
            </w:pPr>
            <w:r w:rsidRPr="000C5950">
              <w:rPr>
                <w:noProof/>
                <w:sz w:val="15"/>
                <w:lang w:val="ro-RO"/>
              </w:rPr>
              <w:t>Auditurile includ observarea muncii și eșantioane relevante, nu doar verificarea documentelor.</w:t>
            </w:r>
          </w:p>
        </w:tc>
      </w:tr>
      <w:tr w:rsidR="002D35F2" w:rsidRPr="000C5950" w14:paraId="2F428DA2" w14:textId="77777777">
        <w:trPr>
          <w:cantSplit/>
          <w:jc w:val="center"/>
        </w:trPr>
        <w:tc>
          <w:tcPr>
            <w:tcW w:w="1020" w:type="dxa"/>
            <w:shd w:val="clear" w:color="auto" w:fill="FFFFFF"/>
            <w:tcMar>
              <w:top w:w="70" w:type="dxa"/>
              <w:left w:w="85" w:type="dxa"/>
              <w:bottom w:w="70" w:type="dxa"/>
              <w:right w:w="85" w:type="dxa"/>
            </w:tcMar>
            <w:vAlign w:val="center"/>
          </w:tcPr>
          <w:p w14:paraId="7C5237DE" w14:textId="77777777" w:rsidR="002D35F2" w:rsidRPr="000C5950" w:rsidRDefault="00000000">
            <w:pPr>
              <w:spacing w:after="0" w:line="240" w:lineRule="auto"/>
              <w:jc w:val="center"/>
              <w:rPr>
                <w:noProof/>
                <w:lang w:val="ro-RO"/>
              </w:rPr>
            </w:pPr>
            <w:r w:rsidRPr="000C5950">
              <w:rPr>
                <w:noProof/>
                <w:sz w:val="15"/>
                <w:lang w:val="ro-RO"/>
              </w:rPr>
              <w:lastRenderedPageBreak/>
              <w:t>☐</w:t>
            </w:r>
          </w:p>
        </w:tc>
        <w:tc>
          <w:tcPr>
            <w:tcW w:w="8901" w:type="dxa"/>
            <w:shd w:val="clear" w:color="auto" w:fill="FFFFFF"/>
            <w:tcMar>
              <w:top w:w="70" w:type="dxa"/>
              <w:left w:w="85" w:type="dxa"/>
              <w:bottom w:w="70" w:type="dxa"/>
              <w:right w:w="85" w:type="dxa"/>
            </w:tcMar>
            <w:vAlign w:val="center"/>
          </w:tcPr>
          <w:p w14:paraId="793632AA" w14:textId="77777777" w:rsidR="002D35F2" w:rsidRPr="000C5950" w:rsidRDefault="00000000">
            <w:pPr>
              <w:spacing w:after="0" w:line="240" w:lineRule="auto"/>
              <w:rPr>
                <w:noProof/>
                <w:lang w:val="ro-RO"/>
              </w:rPr>
            </w:pPr>
            <w:r w:rsidRPr="000C5950">
              <w:rPr>
                <w:noProof/>
                <w:sz w:val="15"/>
                <w:lang w:val="ro-RO"/>
              </w:rPr>
              <w:t>Incidentele și neconformitățile sunt investigate fără culpabilizare și acțiunile sunt verificate pentru eficacitate.</w:t>
            </w:r>
          </w:p>
        </w:tc>
      </w:tr>
      <w:tr w:rsidR="002D35F2" w:rsidRPr="000C5950" w14:paraId="15C5ACE0" w14:textId="77777777">
        <w:trPr>
          <w:cantSplit/>
          <w:jc w:val="center"/>
        </w:trPr>
        <w:tc>
          <w:tcPr>
            <w:tcW w:w="1020" w:type="dxa"/>
            <w:shd w:val="clear" w:color="auto" w:fill="FAFAFA"/>
            <w:tcMar>
              <w:top w:w="70" w:type="dxa"/>
              <w:left w:w="85" w:type="dxa"/>
              <w:bottom w:w="70" w:type="dxa"/>
              <w:right w:w="85" w:type="dxa"/>
            </w:tcMar>
            <w:vAlign w:val="center"/>
          </w:tcPr>
          <w:p w14:paraId="27404CA8" w14:textId="77777777" w:rsidR="002D35F2" w:rsidRPr="000C5950" w:rsidRDefault="00000000">
            <w:pPr>
              <w:spacing w:after="0" w:line="240" w:lineRule="auto"/>
              <w:jc w:val="center"/>
              <w:rPr>
                <w:noProof/>
                <w:lang w:val="ro-RO"/>
              </w:rPr>
            </w:pPr>
            <w:r w:rsidRPr="000C5950">
              <w:rPr>
                <w:noProof/>
                <w:sz w:val="15"/>
                <w:lang w:val="ro-RO"/>
              </w:rPr>
              <w:t>☐</w:t>
            </w:r>
          </w:p>
        </w:tc>
        <w:tc>
          <w:tcPr>
            <w:tcW w:w="8901" w:type="dxa"/>
            <w:shd w:val="clear" w:color="auto" w:fill="FAFAFA"/>
            <w:tcMar>
              <w:top w:w="70" w:type="dxa"/>
              <w:left w:w="85" w:type="dxa"/>
              <w:bottom w:w="70" w:type="dxa"/>
              <w:right w:w="85" w:type="dxa"/>
            </w:tcMar>
            <w:vAlign w:val="center"/>
          </w:tcPr>
          <w:p w14:paraId="68C98379" w14:textId="77777777" w:rsidR="002D35F2" w:rsidRPr="000C5950" w:rsidRDefault="00000000">
            <w:pPr>
              <w:spacing w:after="0" w:line="240" w:lineRule="auto"/>
              <w:rPr>
                <w:noProof/>
                <w:lang w:val="ro-RO"/>
              </w:rPr>
            </w:pPr>
            <w:r w:rsidRPr="000C5950">
              <w:rPr>
                <w:noProof/>
                <w:sz w:val="15"/>
                <w:lang w:val="ro-RO"/>
              </w:rPr>
              <w:t>Documentele digitale, externe și tipărite sunt actuale, protejate și recuperabile.</w:t>
            </w:r>
          </w:p>
        </w:tc>
      </w:tr>
    </w:tbl>
    <w:p w14:paraId="5B85C0C6" w14:textId="77777777" w:rsidR="002D35F2" w:rsidRPr="000C5950" w:rsidRDefault="002D35F2">
      <w:pPr>
        <w:spacing w:after="20"/>
        <w:rPr>
          <w:noProof/>
          <w:lang w:val="ro-RO"/>
        </w:rPr>
      </w:pPr>
    </w:p>
    <w:p w14:paraId="35415CFF" w14:textId="77777777" w:rsidR="002D35F2" w:rsidRPr="000C5950" w:rsidRDefault="00000000">
      <w:pPr>
        <w:pStyle w:val="Heading2"/>
        <w:rPr>
          <w:noProof/>
          <w:lang w:val="ro-RO"/>
        </w:rPr>
      </w:pPr>
      <w:r w:rsidRPr="000C5950">
        <w:rPr>
          <w:noProof/>
          <w:lang w:val="ro-RO"/>
        </w:rPr>
        <w:t>Plan pentru lacunele identificate</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567"/>
        <w:gridCol w:w="2494"/>
        <w:gridCol w:w="1984"/>
        <w:gridCol w:w="2494"/>
        <w:gridCol w:w="1020"/>
        <w:gridCol w:w="964"/>
        <w:gridCol w:w="397"/>
      </w:tblGrid>
      <w:tr w:rsidR="002D35F2" w:rsidRPr="000C5950" w14:paraId="1BF122A6" w14:textId="77777777">
        <w:trPr>
          <w:tblHeader/>
          <w:jc w:val="center"/>
        </w:trPr>
        <w:tc>
          <w:tcPr>
            <w:tcW w:w="567" w:type="dxa"/>
            <w:shd w:val="clear" w:color="auto" w:fill="D71920"/>
            <w:tcMar>
              <w:top w:w="70" w:type="dxa"/>
              <w:left w:w="85" w:type="dxa"/>
              <w:bottom w:w="70" w:type="dxa"/>
              <w:right w:w="85" w:type="dxa"/>
            </w:tcMar>
            <w:vAlign w:val="center"/>
          </w:tcPr>
          <w:p w14:paraId="27998026" w14:textId="77777777" w:rsidR="002D35F2" w:rsidRPr="000C5950" w:rsidRDefault="00000000">
            <w:pPr>
              <w:spacing w:after="0" w:line="240" w:lineRule="auto"/>
              <w:jc w:val="center"/>
              <w:rPr>
                <w:noProof/>
                <w:lang w:val="ro-RO"/>
              </w:rPr>
            </w:pPr>
            <w:r w:rsidRPr="000C5950">
              <w:rPr>
                <w:b/>
                <w:noProof/>
                <w:color w:val="FFFFFF"/>
                <w:sz w:val="14"/>
                <w:lang w:val="ro-RO"/>
              </w:rPr>
              <w:t>#</w:t>
            </w:r>
          </w:p>
        </w:tc>
        <w:tc>
          <w:tcPr>
            <w:tcW w:w="2494" w:type="dxa"/>
            <w:shd w:val="clear" w:color="auto" w:fill="D71920"/>
            <w:tcMar>
              <w:top w:w="70" w:type="dxa"/>
              <w:left w:w="85" w:type="dxa"/>
              <w:bottom w:w="70" w:type="dxa"/>
              <w:right w:w="85" w:type="dxa"/>
            </w:tcMar>
            <w:vAlign w:val="center"/>
          </w:tcPr>
          <w:p w14:paraId="46D5FFA8" w14:textId="77777777" w:rsidR="002D35F2" w:rsidRPr="000C5950" w:rsidRDefault="00000000">
            <w:pPr>
              <w:spacing w:after="0" w:line="240" w:lineRule="auto"/>
              <w:jc w:val="center"/>
              <w:rPr>
                <w:noProof/>
                <w:lang w:val="ro-RO"/>
              </w:rPr>
            </w:pPr>
            <w:r w:rsidRPr="000C5950">
              <w:rPr>
                <w:b/>
                <w:noProof/>
                <w:color w:val="FFFFFF"/>
                <w:sz w:val="14"/>
                <w:lang w:val="ro-RO"/>
              </w:rPr>
              <w:t>LACUNĂ</w:t>
            </w:r>
          </w:p>
        </w:tc>
        <w:tc>
          <w:tcPr>
            <w:tcW w:w="1984" w:type="dxa"/>
            <w:shd w:val="clear" w:color="auto" w:fill="D71920"/>
            <w:tcMar>
              <w:top w:w="70" w:type="dxa"/>
              <w:left w:w="85" w:type="dxa"/>
              <w:bottom w:w="70" w:type="dxa"/>
              <w:right w:w="85" w:type="dxa"/>
            </w:tcMar>
            <w:vAlign w:val="center"/>
          </w:tcPr>
          <w:p w14:paraId="1ABD9F4F" w14:textId="77777777" w:rsidR="002D35F2" w:rsidRPr="000C5950" w:rsidRDefault="00000000">
            <w:pPr>
              <w:spacing w:after="0" w:line="240" w:lineRule="auto"/>
              <w:jc w:val="center"/>
              <w:rPr>
                <w:noProof/>
                <w:lang w:val="ro-RO"/>
              </w:rPr>
            </w:pPr>
            <w:r w:rsidRPr="000C5950">
              <w:rPr>
                <w:b/>
                <w:noProof/>
                <w:color w:val="FFFFFF"/>
                <w:sz w:val="14"/>
                <w:lang w:val="ro-RO"/>
              </w:rPr>
              <w:t>RISC / IMPACT</w:t>
            </w:r>
          </w:p>
        </w:tc>
        <w:tc>
          <w:tcPr>
            <w:tcW w:w="2494" w:type="dxa"/>
            <w:shd w:val="clear" w:color="auto" w:fill="D71920"/>
            <w:tcMar>
              <w:top w:w="70" w:type="dxa"/>
              <w:left w:w="85" w:type="dxa"/>
              <w:bottom w:w="70" w:type="dxa"/>
              <w:right w:w="85" w:type="dxa"/>
            </w:tcMar>
            <w:vAlign w:val="center"/>
          </w:tcPr>
          <w:p w14:paraId="779553EA" w14:textId="77777777" w:rsidR="002D35F2" w:rsidRPr="000C5950" w:rsidRDefault="00000000">
            <w:pPr>
              <w:spacing w:after="0" w:line="240" w:lineRule="auto"/>
              <w:jc w:val="center"/>
              <w:rPr>
                <w:noProof/>
                <w:lang w:val="ro-RO"/>
              </w:rPr>
            </w:pPr>
            <w:r w:rsidRPr="000C5950">
              <w:rPr>
                <w:b/>
                <w:noProof/>
                <w:color w:val="FFFFFF"/>
                <w:sz w:val="14"/>
                <w:lang w:val="ro-RO"/>
              </w:rPr>
              <w:t>ACȚIUNE</w:t>
            </w:r>
          </w:p>
        </w:tc>
        <w:tc>
          <w:tcPr>
            <w:tcW w:w="1020" w:type="dxa"/>
            <w:shd w:val="clear" w:color="auto" w:fill="D71920"/>
            <w:tcMar>
              <w:top w:w="70" w:type="dxa"/>
              <w:left w:w="85" w:type="dxa"/>
              <w:bottom w:w="70" w:type="dxa"/>
              <w:right w:w="85" w:type="dxa"/>
            </w:tcMar>
            <w:vAlign w:val="center"/>
          </w:tcPr>
          <w:p w14:paraId="36C13D62" w14:textId="77777777" w:rsidR="002D35F2" w:rsidRPr="000C5950" w:rsidRDefault="00000000">
            <w:pPr>
              <w:spacing w:after="0" w:line="240" w:lineRule="auto"/>
              <w:jc w:val="center"/>
              <w:rPr>
                <w:noProof/>
                <w:lang w:val="ro-RO"/>
              </w:rPr>
            </w:pPr>
            <w:r w:rsidRPr="000C5950">
              <w:rPr>
                <w:b/>
                <w:noProof/>
                <w:color w:val="FFFFFF"/>
                <w:sz w:val="14"/>
                <w:lang w:val="ro-RO"/>
              </w:rPr>
              <w:t>RESP.</w:t>
            </w:r>
          </w:p>
        </w:tc>
        <w:tc>
          <w:tcPr>
            <w:tcW w:w="964" w:type="dxa"/>
            <w:shd w:val="clear" w:color="auto" w:fill="D71920"/>
            <w:tcMar>
              <w:top w:w="70" w:type="dxa"/>
              <w:left w:w="85" w:type="dxa"/>
              <w:bottom w:w="70" w:type="dxa"/>
              <w:right w:w="85" w:type="dxa"/>
            </w:tcMar>
            <w:vAlign w:val="center"/>
          </w:tcPr>
          <w:p w14:paraId="2E5C985E" w14:textId="77777777" w:rsidR="002D35F2" w:rsidRPr="000C5950" w:rsidRDefault="00000000">
            <w:pPr>
              <w:spacing w:after="0" w:line="240" w:lineRule="auto"/>
              <w:jc w:val="center"/>
              <w:rPr>
                <w:noProof/>
                <w:lang w:val="ro-RO"/>
              </w:rPr>
            </w:pPr>
            <w:r w:rsidRPr="000C5950">
              <w:rPr>
                <w:b/>
                <w:noProof/>
                <w:color w:val="FFFFFF"/>
                <w:sz w:val="14"/>
                <w:lang w:val="ro-RO"/>
              </w:rPr>
              <w:t>TERMEN</w:t>
            </w:r>
          </w:p>
        </w:tc>
        <w:tc>
          <w:tcPr>
            <w:tcW w:w="397" w:type="dxa"/>
            <w:shd w:val="clear" w:color="auto" w:fill="D71920"/>
            <w:tcMar>
              <w:top w:w="70" w:type="dxa"/>
              <w:left w:w="85" w:type="dxa"/>
              <w:bottom w:w="70" w:type="dxa"/>
              <w:right w:w="85" w:type="dxa"/>
            </w:tcMar>
            <w:vAlign w:val="center"/>
          </w:tcPr>
          <w:p w14:paraId="314E17BB" w14:textId="77777777" w:rsidR="002D35F2" w:rsidRPr="000C5950" w:rsidRDefault="00000000">
            <w:pPr>
              <w:spacing w:after="0" w:line="240" w:lineRule="auto"/>
              <w:jc w:val="center"/>
              <w:rPr>
                <w:noProof/>
                <w:lang w:val="ro-RO"/>
              </w:rPr>
            </w:pPr>
            <w:r w:rsidRPr="000C5950">
              <w:rPr>
                <w:b/>
                <w:noProof/>
                <w:color w:val="FFFFFF"/>
                <w:sz w:val="14"/>
                <w:lang w:val="ro-RO"/>
              </w:rPr>
              <w:t>STATUS</w:t>
            </w:r>
          </w:p>
        </w:tc>
      </w:tr>
      <w:tr w:rsidR="002D35F2" w:rsidRPr="000C5950" w14:paraId="3FE77A24" w14:textId="77777777">
        <w:trPr>
          <w:cantSplit/>
          <w:jc w:val="center"/>
        </w:trPr>
        <w:tc>
          <w:tcPr>
            <w:tcW w:w="567" w:type="dxa"/>
            <w:shd w:val="clear" w:color="auto" w:fill="FFFFFF"/>
            <w:tcMar>
              <w:top w:w="70" w:type="dxa"/>
              <w:left w:w="85" w:type="dxa"/>
              <w:bottom w:w="70" w:type="dxa"/>
              <w:right w:w="85" w:type="dxa"/>
            </w:tcMar>
            <w:vAlign w:val="center"/>
          </w:tcPr>
          <w:p w14:paraId="0CCAF93F" w14:textId="77777777" w:rsidR="002D35F2" w:rsidRPr="000C5950" w:rsidRDefault="002D35F2">
            <w:pPr>
              <w:spacing w:after="0" w:line="240" w:lineRule="auto"/>
              <w:rPr>
                <w:noProof/>
                <w:lang w:val="ro-RO"/>
              </w:rPr>
            </w:pPr>
          </w:p>
        </w:tc>
        <w:tc>
          <w:tcPr>
            <w:tcW w:w="2494" w:type="dxa"/>
            <w:shd w:val="clear" w:color="auto" w:fill="FFFFFF"/>
            <w:tcMar>
              <w:top w:w="70" w:type="dxa"/>
              <w:left w:w="85" w:type="dxa"/>
              <w:bottom w:w="70" w:type="dxa"/>
              <w:right w:w="85" w:type="dxa"/>
            </w:tcMar>
            <w:vAlign w:val="center"/>
          </w:tcPr>
          <w:p w14:paraId="61C8AF8A" w14:textId="77777777" w:rsidR="002D35F2" w:rsidRPr="000C5950" w:rsidRDefault="002D35F2">
            <w:pPr>
              <w:spacing w:after="0" w:line="240" w:lineRule="auto"/>
              <w:rPr>
                <w:noProof/>
                <w:lang w:val="ro-RO"/>
              </w:rPr>
            </w:pPr>
          </w:p>
        </w:tc>
        <w:tc>
          <w:tcPr>
            <w:tcW w:w="1984" w:type="dxa"/>
            <w:shd w:val="clear" w:color="auto" w:fill="FFFFFF"/>
            <w:tcMar>
              <w:top w:w="70" w:type="dxa"/>
              <w:left w:w="85" w:type="dxa"/>
              <w:bottom w:w="70" w:type="dxa"/>
              <w:right w:w="85" w:type="dxa"/>
            </w:tcMar>
            <w:vAlign w:val="center"/>
          </w:tcPr>
          <w:p w14:paraId="6B03302D" w14:textId="77777777" w:rsidR="002D35F2" w:rsidRPr="000C5950" w:rsidRDefault="002D35F2">
            <w:pPr>
              <w:spacing w:after="0" w:line="240" w:lineRule="auto"/>
              <w:rPr>
                <w:noProof/>
                <w:lang w:val="ro-RO"/>
              </w:rPr>
            </w:pPr>
          </w:p>
        </w:tc>
        <w:tc>
          <w:tcPr>
            <w:tcW w:w="2494" w:type="dxa"/>
            <w:shd w:val="clear" w:color="auto" w:fill="FFFFFF"/>
            <w:tcMar>
              <w:top w:w="70" w:type="dxa"/>
              <w:left w:w="85" w:type="dxa"/>
              <w:bottom w:w="70" w:type="dxa"/>
              <w:right w:w="85" w:type="dxa"/>
            </w:tcMar>
            <w:vAlign w:val="center"/>
          </w:tcPr>
          <w:p w14:paraId="745C0F87" w14:textId="77777777" w:rsidR="002D35F2" w:rsidRPr="000C5950" w:rsidRDefault="002D35F2">
            <w:pPr>
              <w:spacing w:after="0" w:line="240" w:lineRule="auto"/>
              <w:rPr>
                <w:noProof/>
                <w:lang w:val="ro-RO"/>
              </w:rPr>
            </w:pPr>
          </w:p>
        </w:tc>
        <w:tc>
          <w:tcPr>
            <w:tcW w:w="1020" w:type="dxa"/>
            <w:shd w:val="clear" w:color="auto" w:fill="FFFFFF"/>
            <w:tcMar>
              <w:top w:w="70" w:type="dxa"/>
              <w:left w:w="85" w:type="dxa"/>
              <w:bottom w:w="70" w:type="dxa"/>
              <w:right w:w="85" w:type="dxa"/>
            </w:tcMar>
            <w:vAlign w:val="center"/>
          </w:tcPr>
          <w:p w14:paraId="0ACC9E84" w14:textId="77777777" w:rsidR="002D35F2" w:rsidRPr="000C5950" w:rsidRDefault="002D35F2">
            <w:pPr>
              <w:spacing w:after="0" w:line="240" w:lineRule="auto"/>
              <w:rPr>
                <w:noProof/>
                <w:lang w:val="ro-RO"/>
              </w:rPr>
            </w:pPr>
          </w:p>
        </w:tc>
        <w:tc>
          <w:tcPr>
            <w:tcW w:w="964" w:type="dxa"/>
            <w:shd w:val="clear" w:color="auto" w:fill="FFFFFF"/>
            <w:tcMar>
              <w:top w:w="70" w:type="dxa"/>
              <w:left w:w="85" w:type="dxa"/>
              <w:bottom w:w="70" w:type="dxa"/>
              <w:right w:w="85" w:type="dxa"/>
            </w:tcMar>
            <w:vAlign w:val="center"/>
          </w:tcPr>
          <w:p w14:paraId="66E9D3CA" w14:textId="77777777" w:rsidR="002D35F2" w:rsidRPr="000C5950" w:rsidRDefault="002D35F2">
            <w:pPr>
              <w:spacing w:after="0" w:line="240" w:lineRule="auto"/>
              <w:rPr>
                <w:noProof/>
                <w:lang w:val="ro-RO"/>
              </w:rPr>
            </w:pPr>
          </w:p>
        </w:tc>
        <w:tc>
          <w:tcPr>
            <w:tcW w:w="397" w:type="dxa"/>
            <w:shd w:val="clear" w:color="auto" w:fill="FFFFFF"/>
            <w:tcMar>
              <w:top w:w="70" w:type="dxa"/>
              <w:left w:w="85" w:type="dxa"/>
              <w:bottom w:w="70" w:type="dxa"/>
              <w:right w:w="85" w:type="dxa"/>
            </w:tcMar>
            <w:vAlign w:val="center"/>
          </w:tcPr>
          <w:p w14:paraId="336EE22C" w14:textId="77777777" w:rsidR="002D35F2" w:rsidRPr="000C5950" w:rsidRDefault="002D35F2">
            <w:pPr>
              <w:spacing w:after="0" w:line="240" w:lineRule="auto"/>
              <w:rPr>
                <w:noProof/>
                <w:lang w:val="ro-RO"/>
              </w:rPr>
            </w:pPr>
          </w:p>
        </w:tc>
      </w:tr>
      <w:tr w:rsidR="002D35F2" w:rsidRPr="000C5950" w14:paraId="305DC3B5" w14:textId="77777777">
        <w:trPr>
          <w:cantSplit/>
          <w:jc w:val="center"/>
        </w:trPr>
        <w:tc>
          <w:tcPr>
            <w:tcW w:w="567" w:type="dxa"/>
            <w:shd w:val="clear" w:color="auto" w:fill="FAFAFA"/>
            <w:tcMar>
              <w:top w:w="70" w:type="dxa"/>
              <w:left w:w="85" w:type="dxa"/>
              <w:bottom w:w="70" w:type="dxa"/>
              <w:right w:w="85" w:type="dxa"/>
            </w:tcMar>
            <w:vAlign w:val="center"/>
          </w:tcPr>
          <w:p w14:paraId="2E458DD9" w14:textId="77777777" w:rsidR="002D35F2" w:rsidRPr="000C5950" w:rsidRDefault="002D35F2">
            <w:pPr>
              <w:spacing w:after="0" w:line="240" w:lineRule="auto"/>
              <w:rPr>
                <w:noProof/>
                <w:lang w:val="ro-RO"/>
              </w:rPr>
            </w:pPr>
          </w:p>
        </w:tc>
        <w:tc>
          <w:tcPr>
            <w:tcW w:w="2494" w:type="dxa"/>
            <w:shd w:val="clear" w:color="auto" w:fill="FAFAFA"/>
            <w:tcMar>
              <w:top w:w="70" w:type="dxa"/>
              <w:left w:w="85" w:type="dxa"/>
              <w:bottom w:w="70" w:type="dxa"/>
              <w:right w:w="85" w:type="dxa"/>
            </w:tcMar>
            <w:vAlign w:val="center"/>
          </w:tcPr>
          <w:p w14:paraId="3D5F7E59" w14:textId="77777777" w:rsidR="002D35F2" w:rsidRPr="000C5950" w:rsidRDefault="002D35F2">
            <w:pPr>
              <w:spacing w:after="0" w:line="240" w:lineRule="auto"/>
              <w:rPr>
                <w:noProof/>
                <w:lang w:val="ro-RO"/>
              </w:rPr>
            </w:pPr>
          </w:p>
        </w:tc>
        <w:tc>
          <w:tcPr>
            <w:tcW w:w="1984" w:type="dxa"/>
            <w:shd w:val="clear" w:color="auto" w:fill="FAFAFA"/>
            <w:tcMar>
              <w:top w:w="70" w:type="dxa"/>
              <w:left w:w="85" w:type="dxa"/>
              <w:bottom w:w="70" w:type="dxa"/>
              <w:right w:w="85" w:type="dxa"/>
            </w:tcMar>
            <w:vAlign w:val="center"/>
          </w:tcPr>
          <w:p w14:paraId="137EDEDF" w14:textId="77777777" w:rsidR="002D35F2" w:rsidRPr="000C5950" w:rsidRDefault="002D35F2">
            <w:pPr>
              <w:spacing w:after="0" w:line="240" w:lineRule="auto"/>
              <w:rPr>
                <w:noProof/>
                <w:lang w:val="ro-RO"/>
              </w:rPr>
            </w:pPr>
          </w:p>
        </w:tc>
        <w:tc>
          <w:tcPr>
            <w:tcW w:w="2494" w:type="dxa"/>
            <w:shd w:val="clear" w:color="auto" w:fill="FAFAFA"/>
            <w:tcMar>
              <w:top w:w="70" w:type="dxa"/>
              <w:left w:w="85" w:type="dxa"/>
              <w:bottom w:w="70" w:type="dxa"/>
              <w:right w:w="85" w:type="dxa"/>
            </w:tcMar>
            <w:vAlign w:val="center"/>
          </w:tcPr>
          <w:p w14:paraId="0538CFE1" w14:textId="77777777" w:rsidR="002D35F2" w:rsidRPr="000C5950" w:rsidRDefault="002D35F2">
            <w:pPr>
              <w:spacing w:after="0" w:line="240" w:lineRule="auto"/>
              <w:rPr>
                <w:noProof/>
                <w:lang w:val="ro-RO"/>
              </w:rPr>
            </w:pPr>
          </w:p>
        </w:tc>
        <w:tc>
          <w:tcPr>
            <w:tcW w:w="1020" w:type="dxa"/>
            <w:shd w:val="clear" w:color="auto" w:fill="FAFAFA"/>
            <w:tcMar>
              <w:top w:w="70" w:type="dxa"/>
              <w:left w:w="85" w:type="dxa"/>
              <w:bottom w:w="70" w:type="dxa"/>
              <w:right w:w="85" w:type="dxa"/>
            </w:tcMar>
            <w:vAlign w:val="center"/>
          </w:tcPr>
          <w:p w14:paraId="6F8BAD6C" w14:textId="77777777" w:rsidR="002D35F2" w:rsidRPr="000C5950" w:rsidRDefault="002D35F2">
            <w:pPr>
              <w:spacing w:after="0" w:line="240" w:lineRule="auto"/>
              <w:rPr>
                <w:noProof/>
                <w:lang w:val="ro-RO"/>
              </w:rPr>
            </w:pPr>
          </w:p>
        </w:tc>
        <w:tc>
          <w:tcPr>
            <w:tcW w:w="964" w:type="dxa"/>
            <w:shd w:val="clear" w:color="auto" w:fill="FAFAFA"/>
            <w:tcMar>
              <w:top w:w="70" w:type="dxa"/>
              <w:left w:w="85" w:type="dxa"/>
              <w:bottom w:w="70" w:type="dxa"/>
              <w:right w:w="85" w:type="dxa"/>
            </w:tcMar>
            <w:vAlign w:val="center"/>
          </w:tcPr>
          <w:p w14:paraId="5C88FB66" w14:textId="77777777" w:rsidR="002D35F2" w:rsidRPr="000C5950" w:rsidRDefault="002D35F2">
            <w:pPr>
              <w:spacing w:after="0" w:line="240" w:lineRule="auto"/>
              <w:rPr>
                <w:noProof/>
                <w:lang w:val="ro-RO"/>
              </w:rPr>
            </w:pPr>
          </w:p>
        </w:tc>
        <w:tc>
          <w:tcPr>
            <w:tcW w:w="397" w:type="dxa"/>
            <w:shd w:val="clear" w:color="auto" w:fill="FAFAFA"/>
            <w:tcMar>
              <w:top w:w="70" w:type="dxa"/>
              <w:left w:w="85" w:type="dxa"/>
              <w:bottom w:w="70" w:type="dxa"/>
              <w:right w:w="85" w:type="dxa"/>
            </w:tcMar>
            <w:vAlign w:val="center"/>
          </w:tcPr>
          <w:p w14:paraId="0E2158F1" w14:textId="77777777" w:rsidR="002D35F2" w:rsidRPr="000C5950" w:rsidRDefault="002D35F2">
            <w:pPr>
              <w:spacing w:after="0" w:line="240" w:lineRule="auto"/>
              <w:rPr>
                <w:noProof/>
                <w:lang w:val="ro-RO"/>
              </w:rPr>
            </w:pPr>
          </w:p>
        </w:tc>
      </w:tr>
      <w:tr w:rsidR="002D35F2" w:rsidRPr="000C5950" w14:paraId="754F5E41" w14:textId="77777777">
        <w:trPr>
          <w:cantSplit/>
          <w:jc w:val="center"/>
        </w:trPr>
        <w:tc>
          <w:tcPr>
            <w:tcW w:w="567" w:type="dxa"/>
            <w:shd w:val="clear" w:color="auto" w:fill="FFFFFF"/>
            <w:tcMar>
              <w:top w:w="70" w:type="dxa"/>
              <w:left w:w="85" w:type="dxa"/>
              <w:bottom w:w="70" w:type="dxa"/>
              <w:right w:w="85" w:type="dxa"/>
            </w:tcMar>
            <w:vAlign w:val="center"/>
          </w:tcPr>
          <w:p w14:paraId="1829CC66" w14:textId="77777777" w:rsidR="002D35F2" w:rsidRPr="000C5950" w:rsidRDefault="002D35F2">
            <w:pPr>
              <w:spacing w:after="0" w:line="240" w:lineRule="auto"/>
              <w:rPr>
                <w:noProof/>
                <w:lang w:val="ro-RO"/>
              </w:rPr>
            </w:pPr>
          </w:p>
        </w:tc>
        <w:tc>
          <w:tcPr>
            <w:tcW w:w="2494" w:type="dxa"/>
            <w:shd w:val="clear" w:color="auto" w:fill="FFFFFF"/>
            <w:tcMar>
              <w:top w:w="70" w:type="dxa"/>
              <w:left w:w="85" w:type="dxa"/>
              <w:bottom w:w="70" w:type="dxa"/>
              <w:right w:w="85" w:type="dxa"/>
            </w:tcMar>
            <w:vAlign w:val="center"/>
          </w:tcPr>
          <w:p w14:paraId="16933023" w14:textId="77777777" w:rsidR="002D35F2" w:rsidRPr="000C5950" w:rsidRDefault="002D35F2">
            <w:pPr>
              <w:spacing w:after="0" w:line="240" w:lineRule="auto"/>
              <w:rPr>
                <w:noProof/>
                <w:lang w:val="ro-RO"/>
              </w:rPr>
            </w:pPr>
          </w:p>
        </w:tc>
        <w:tc>
          <w:tcPr>
            <w:tcW w:w="1984" w:type="dxa"/>
            <w:shd w:val="clear" w:color="auto" w:fill="FFFFFF"/>
            <w:tcMar>
              <w:top w:w="70" w:type="dxa"/>
              <w:left w:w="85" w:type="dxa"/>
              <w:bottom w:w="70" w:type="dxa"/>
              <w:right w:w="85" w:type="dxa"/>
            </w:tcMar>
            <w:vAlign w:val="center"/>
          </w:tcPr>
          <w:p w14:paraId="27AA6258" w14:textId="77777777" w:rsidR="002D35F2" w:rsidRPr="000C5950" w:rsidRDefault="002D35F2">
            <w:pPr>
              <w:spacing w:after="0" w:line="240" w:lineRule="auto"/>
              <w:rPr>
                <w:noProof/>
                <w:lang w:val="ro-RO"/>
              </w:rPr>
            </w:pPr>
          </w:p>
        </w:tc>
        <w:tc>
          <w:tcPr>
            <w:tcW w:w="2494" w:type="dxa"/>
            <w:shd w:val="clear" w:color="auto" w:fill="FFFFFF"/>
            <w:tcMar>
              <w:top w:w="70" w:type="dxa"/>
              <w:left w:w="85" w:type="dxa"/>
              <w:bottom w:w="70" w:type="dxa"/>
              <w:right w:w="85" w:type="dxa"/>
            </w:tcMar>
            <w:vAlign w:val="center"/>
          </w:tcPr>
          <w:p w14:paraId="4E8B8337" w14:textId="77777777" w:rsidR="002D35F2" w:rsidRPr="000C5950" w:rsidRDefault="002D35F2">
            <w:pPr>
              <w:spacing w:after="0" w:line="240" w:lineRule="auto"/>
              <w:rPr>
                <w:noProof/>
                <w:lang w:val="ro-RO"/>
              </w:rPr>
            </w:pPr>
          </w:p>
        </w:tc>
        <w:tc>
          <w:tcPr>
            <w:tcW w:w="1020" w:type="dxa"/>
            <w:shd w:val="clear" w:color="auto" w:fill="FFFFFF"/>
            <w:tcMar>
              <w:top w:w="70" w:type="dxa"/>
              <w:left w:w="85" w:type="dxa"/>
              <w:bottom w:w="70" w:type="dxa"/>
              <w:right w:w="85" w:type="dxa"/>
            </w:tcMar>
            <w:vAlign w:val="center"/>
          </w:tcPr>
          <w:p w14:paraId="5935A620" w14:textId="77777777" w:rsidR="002D35F2" w:rsidRPr="000C5950" w:rsidRDefault="002D35F2">
            <w:pPr>
              <w:spacing w:after="0" w:line="240" w:lineRule="auto"/>
              <w:rPr>
                <w:noProof/>
                <w:lang w:val="ro-RO"/>
              </w:rPr>
            </w:pPr>
          </w:p>
        </w:tc>
        <w:tc>
          <w:tcPr>
            <w:tcW w:w="964" w:type="dxa"/>
            <w:shd w:val="clear" w:color="auto" w:fill="FFFFFF"/>
            <w:tcMar>
              <w:top w:w="70" w:type="dxa"/>
              <w:left w:w="85" w:type="dxa"/>
              <w:bottom w:w="70" w:type="dxa"/>
              <w:right w:w="85" w:type="dxa"/>
            </w:tcMar>
            <w:vAlign w:val="center"/>
          </w:tcPr>
          <w:p w14:paraId="7A330EF6" w14:textId="77777777" w:rsidR="002D35F2" w:rsidRPr="000C5950" w:rsidRDefault="002D35F2">
            <w:pPr>
              <w:spacing w:after="0" w:line="240" w:lineRule="auto"/>
              <w:rPr>
                <w:noProof/>
                <w:lang w:val="ro-RO"/>
              </w:rPr>
            </w:pPr>
          </w:p>
        </w:tc>
        <w:tc>
          <w:tcPr>
            <w:tcW w:w="397" w:type="dxa"/>
            <w:shd w:val="clear" w:color="auto" w:fill="FFFFFF"/>
            <w:tcMar>
              <w:top w:w="70" w:type="dxa"/>
              <w:left w:w="85" w:type="dxa"/>
              <w:bottom w:w="70" w:type="dxa"/>
              <w:right w:w="85" w:type="dxa"/>
            </w:tcMar>
            <w:vAlign w:val="center"/>
          </w:tcPr>
          <w:p w14:paraId="13D1DE71" w14:textId="77777777" w:rsidR="002D35F2" w:rsidRPr="000C5950" w:rsidRDefault="002D35F2">
            <w:pPr>
              <w:spacing w:after="0" w:line="240" w:lineRule="auto"/>
              <w:rPr>
                <w:noProof/>
                <w:lang w:val="ro-RO"/>
              </w:rPr>
            </w:pPr>
          </w:p>
        </w:tc>
      </w:tr>
      <w:tr w:rsidR="002D35F2" w:rsidRPr="000C5950" w14:paraId="7E5BE5F0" w14:textId="77777777">
        <w:trPr>
          <w:cantSplit/>
          <w:jc w:val="center"/>
        </w:trPr>
        <w:tc>
          <w:tcPr>
            <w:tcW w:w="567" w:type="dxa"/>
            <w:shd w:val="clear" w:color="auto" w:fill="FAFAFA"/>
            <w:tcMar>
              <w:top w:w="70" w:type="dxa"/>
              <w:left w:w="85" w:type="dxa"/>
              <w:bottom w:w="70" w:type="dxa"/>
              <w:right w:w="85" w:type="dxa"/>
            </w:tcMar>
            <w:vAlign w:val="center"/>
          </w:tcPr>
          <w:p w14:paraId="00DFCF37" w14:textId="77777777" w:rsidR="002D35F2" w:rsidRPr="000C5950" w:rsidRDefault="002D35F2">
            <w:pPr>
              <w:spacing w:after="0" w:line="240" w:lineRule="auto"/>
              <w:rPr>
                <w:noProof/>
                <w:lang w:val="ro-RO"/>
              </w:rPr>
            </w:pPr>
          </w:p>
        </w:tc>
        <w:tc>
          <w:tcPr>
            <w:tcW w:w="2494" w:type="dxa"/>
            <w:shd w:val="clear" w:color="auto" w:fill="FAFAFA"/>
            <w:tcMar>
              <w:top w:w="70" w:type="dxa"/>
              <w:left w:w="85" w:type="dxa"/>
              <w:bottom w:w="70" w:type="dxa"/>
              <w:right w:w="85" w:type="dxa"/>
            </w:tcMar>
            <w:vAlign w:val="center"/>
          </w:tcPr>
          <w:p w14:paraId="251D1E2A" w14:textId="77777777" w:rsidR="002D35F2" w:rsidRPr="000C5950" w:rsidRDefault="002D35F2">
            <w:pPr>
              <w:spacing w:after="0" w:line="240" w:lineRule="auto"/>
              <w:rPr>
                <w:noProof/>
                <w:lang w:val="ro-RO"/>
              </w:rPr>
            </w:pPr>
          </w:p>
        </w:tc>
        <w:tc>
          <w:tcPr>
            <w:tcW w:w="1984" w:type="dxa"/>
            <w:shd w:val="clear" w:color="auto" w:fill="FAFAFA"/>
            <w:tcMar>
              <w:top w:w="70" w:type="dxa"/>
              <w:left w:w="85" w:type="dxa"/>
              <w:bottom w:w="70" w:type="dxa"/>
              <w:right w:w="85" w:type="dxa"/>
            </w:tcMar>
            <w:vAlign w:val="center"/>
          </w:tcPr>
          <w:p w14:paraId="691AF90A" w14:textId="77777777" w:rsidR="002D35F2" w:rsidRPr="000C5950" w:rsidRDefault="002D35F2">
            <w:pPr>
              <w:spacing w:after="0" w:line="240" w:lineRule="auto"/>
              <w:rPr>
                <w:noProof/>
                <w:lang w:val="ro-RO"/>
              </w:rPr>
            </w:pPr>
          </w:p>
        </w:tc>
        <w:tc>
          <w:tcPr>
            <w:tcW w:w="2494" w:type="dxa"/>
            <w:shd w:val="clear" w:color="auto" w:fill="FAFAFA"/>
            <w:tcMar>
              <w:top w:w="70" w:type="dxa"/>
              <w:left w:w="85" w:type="dxa"/>
              <w:bottom w:w="70" w:type="dxa"/>
              <w:right w:w="85" w:type="dxa"/>
            </w:tcMar>
            <w:vAlign w:val="center"/>
          </w:tcPr>
          <w:p w14:paraId="4AD0DA6C" w14:textId="77777777" w:rsidR="002D35F2" w:rsidRPr="000C5950" w:rsidRDefault="002D35F2">
            <w:pPr>
              <w:spacing w:after="0" w:line="240" w:lineRule="auto"/>
              <w:rPr>
                <w:noProof/>
                <w:lang w:val="ro-RO"/>
              </w:rPr>
            </w:pPr>
          </w:p>
        </w:tc>
        <w:tc>
          <w:tcPr>
            <w:tcW w:w="1020" w:type="dxa"/>
            <w:shd w:val="clear" w:color="auto" w:fill="FAFAFA"/>
            <w:tcMar>
              <w:top w:w="70" w:type="dxa"/>
              <w:left w:w="85" w:type="dxa"/>
              <w:bottom w:w="70" w:type="dxa"/>
              <w:right w:w="85" w:type="dxa"/>
            </w:tcMar>
            <w:vAlign w:val="center"/>
          </w:tcPr>
          <w:p w14:paraId="4958450A" w14:textId="77777777" w:rsidR="002D35F2" w:rsidRPr="000C5950" w:rsidRDefault="002D35F2">
            <w:pPr>
              <w:spacing w:after="0" w:line="240" w:lineRule="auto"/>
              <w:rPr>
                <w:noProof/>
                <w:lang w:val="ro-RO"/>
              </w:rPr>
            </w:pPr>
          </w:p>
        </w:tc>
        <w:tc>
          <w:tcPr>
            <w:tcW w:w="964" w:type="dxa"/>
            <w:shd w:val="clear" w:color="auto" w:fill="FAFAFA"/>
            <w:tcMar>
              <w:top w:w="70" w:type="dxa"/>
              <w:left w:w="85" w:type="dxa"/>
              <w:bottom w:w="70" w:type="dxa"/>
              <w:right w:w="85" w:type="dxa"/>
            </w:tcMar>
            <w:vAlign w:val="center"/>
          </w:tcPr>
          <w:p w14:paraId="5A5D685F" w14:textId="77777777" w:rsidR="002D35F2" w:rsidRPr="000C5950" w:rsidRDefault="002D35F2">
            <w:pPr>
              <w:spacing w:after="0" w:line="240" w:lineRule="auto"/>
              <w:rPr>
                <w:noProof/>
                <w:lang w:val="ro-RO"/>
              </w:rPr>
            </w:pPr>
          </w:p>
        </w:tc>
        <w:tc>
          <w:tcPr>
            <w:tcW w:w="397" w:type="dxa"/>
            <w:shd w:val="clear" w:color="auto" w:fill="FAFAFA"/>
            <w:tcMar>
              <w:top w:w="70" w:type="dxa"/>
              <w:left w:w="85" w:type="dxa"/>
              <w:bottom w:w="70" w:type="dxa"/>
              <w:right w:w="85" w:type="dxa"/>
            </w:tcMar>
            <w:vAlign w:val="center"/>
          </w:tcPr>
          <w:p w14:paraId="4C79F940" w14:textId="77777777" w:rsidR="002D35F2" w:rsidRPr="000C5950" w:rsidRDefault="002D35F2">
            <w:pPr>
              <w:spacing w:after="0" w:line="240" w:lineRule="auto"/>
              <w:rPr>
                <w:noProof/>
                <w:lang w:val="ro-RO"/>
              </w:rPr>
            </w:pPr>
          </w:p>
        </w:tc>
      </w:tr>
      <w:tr w:rsidR="002D35F2" w:rsidRPr="000C5950" w14:paraId="0641F52B" w14:textId="77777777">
        <w:trPr>
          <w:cantSplit/>
          <w:jc w:val="center"/>
        </w:trPr>
        <w:tc>
          <w:tcPr>
            <w:tcW w:w="567" w:type="dxa"/>
            <w:shd w:val="clear" w:color="auto" w:fill="FFFFFF"/>
            <w:tcMar>
              <w:top w:w="70" w:type="dxa"/>
              <w:left w:w="85" w:type="dxa"/>
              <w:bottom w:w="70" w:type="dxa"/>
              <w:right w:w="85" w:type="dxa"/>
            </w:tcMar>
            <w:vAlign w:val="center"/>
          </w:tcPr>
          <w:p w14:paraId="2691124A" w14:textId="77777777" w:rsidR="002D35F2" w:rsidRPr="000C5950" w:rsidRDefault="002D35F2">
            <w:pPr>
              <w:spacing w:after="0" w:line="240" w:lineRule="auto"/>
              <w:rPr>
                <w:noProof/>
                <w:lang w:val="ro-RO"/>
              </w:rPr>
            </w:pPr>
          </w:p>
        </w:tc>
        <w:tc>
          <w:tcPr>
            <w:tcW w:w="2494" w:type="dxa"/>
            <w:shd w:val="clear" w:color="auto" w:fill="FFFFFF"/>
            <w:tcMar>
              <w:top w:w="70" w:type="dxa"/>
              <w:left w:w="85" w:type="dxa"/>
              <w:bottom w:w="70" w:type="dxa"/>
              <w:right w:w="85" w:type="dxa"/>
            </w:tcMar>
            <w:vAlign w:val="center"/>
          </w:tcPr>
          <w:p w14:paraId="26775C27" w14:textId="77777777" w:rsidR="002D35F2" w:rsidRPr="000C5950" w:rsidRDefault="002D35F2">
            <w:pPr>
              <w:spacing w:after="0" w:line="240" w:lineRule="auto"/>
              <w:rPr>
                <w:noProof/>
                <w:lang w:val="ro-RO"/>
              </w:rPr>
            </w:pPr>
          </w:p>
        </w:tc>
        <w:tc>
          <w:tcPr>
            <w:tcW w:w="1984" w:type="dxa"/>
            <w:shd w:val="clear" w:color="auto" w:fill="FFFFFF"/>
            <w:tcMar>
              <w:top w:w="70" w:type="dxa"/>
              <w:left w:w="85" w:type="dxa"/>
              <w:bottom w:w="70" w:type="dxa"/>
              <w:right w:w="85" w:type="dxa"/>
            </w:tcMar>
            <w:vAlign w:val="center"/>
          </w:tcPr>
          <w:p w14:paraId="4C1711A5" w14:textId="77777777" w:rsidR="002D35F2" w:rsidRPr="000C5950" w:rsidRDefault="002D35F2">
            <w:pPr>
              <w:spacing w:after="0" w:line="240" w:lineRule="auto"/>
              <w:rPr>
                <w:noProof/>
                <w:lang w:val="ro-RO"/>
              </w:rPr>
            </w:pPr>
          </w:p>
        </w:tc>
        <w:tc>
          <w:tcPr>
            <w:tcW w:w="2494" w:type="dxa"/>
            <w:shd w:val="clear" w:color="auto" w:fill="FFFFFF"/>
            <w:tcMar>
              <w:top w:w="70" w:type="dxa"/>
              <w:left w:w="85" w:type="dxa"/>
              <w:bottom w:w="70" w:type="dxa"/>
              <w:right w:w="85" w:type="dxa"/>
            </w:tcMar>
            <w:vAlign w:val="center"/>
          </w:tcPr>
          <w:p w14:paraId="2C0CB9BD" w14:textId="77777777" w:rsidR="002D35F2" w:rsidRPr="000C5950" w:rsidRDefault="002D35F2">
            <w:pPr>
              <w:spacing w:after="0" w:line="240" w:lineRule="auto"/>
              <w:rPr>
                <w:noProof/>
                <w:lang w:val="ro-RO"/>
              </w:rPr>
            </w:pPr>
          </w:p>
        </w:tc>
        <w:tc>
          <w:tcPr>
            <w:tcW w:w="1020" w:type="dxa"/>
            <w:shd w:val="clear" w:color="auto" w:fill="FFFFFF"/>
            <w:tcMar>
              <w:top w:w="70" w:type="dxa"/>
              <w:left w:w="85" w:type="dxa"/>
              <w:bottom w:w="70" w:type="dxa"/>
              <w:right w:w="85" w:type="dxa"/>
            </w:tcMar>
            <w:vAlign w:val="center"/>
          </w:tcPr>
          <w:p w14:paraId="7F3E567B" w14:textId="77777777" w:rsidR="002D35F2" w:rsidRPr="000C5950" w:rsidRDefault="002D35F2">
            <w:pPr>
              <w:spacing w:after="0" w:line="240" w:lineRule="auto"/>
              <w:rPr>
                <w:noProof/>
                <w:lang w:val="ro-RO"/>
              </w:rPr>
            </w:pPr>
          </w:p>
        </w:tc>
        <w:tc>
          <w:tcPr>
            <w:tcW w:w="964" w:type="dxa"/>
            <w:shd w:val="clear" w:color="auto" w:fill="FFFFFF"/>
            <w:tcMar>
              <w:top w:w="70" w:type="dxa"/>
              <w:left w:w="85" w:type="dxa"/>
              <w:bottom w:w="70" w:type="dxa"/>
              <w:right w:w="85" w:type="dxa"/>
            </w:tcMar>
            <w:vAlign w:val="center"/>
          </w:tcPr>
          <w:p w14:paraId="1588B030" w14:textId="77777777" w:rsidR="002D35F2" w:rsidRPr="000C5950" w:rsidRDefault="002D35F2">
            <w:pPr>
              <w:spacing w:after="0" w:line="240" w:lineRule="auto"/>
              <w:rPr>
                <w:noProof/>
                <w:lang w:val="ro-RO"/>
              </w:rPr>
            </w:pPr>
          </w:p>
        </w:tc>
        <w:tc>
          <w:tcPr>
            <w:tcW w:w="397" w:type="dxa"/>
            <w:shd w:val="clear" w:color="auto" w:fill="FFFFFF"/>
            <w:tcMar>
              <w:top w:w="70" w:type="dxa"/>
              <w:left w:w="85" w:type="dxa"/>
              <w:bottom w:w="70" w:type="dxa"/>
              <w:right w:w="85" w:type="dxa"/>
            </w:tcMar>
            <w:vAlign w:val="center"/>
          </w:tcPr>
          <w:p w14:paraId="37DBCC86" w14:textId="77777777" w:rsidR="002D35F2" w:rsidRPr="000C5950" w:rsidRDefault="002D35F2">
            <w:pPr>
              <w:spacing w:after="0" w:line="240" w:lineRule="auto"/>
              <w:rPr>
                <w:noProof/>
                <w:lang w:val="ro-RO"/>
              </w:rPr>
            </w:pPr>
          </w:p>
        </w:tc>
      </w:tr>
      <w:tr w:rsidR="002D35F2" w:rsidRPr="000C5950" w14:paraId="288E0F73" w14:textId="77777777">
        <w:trPr>
          <w:cantSplit/>
          <w:jc w:val="center"/>
        </w:trPr>
        <w:tc>
          <w:tcPr>
            <w:tcW w:w="567" w:type="dxa"/>
            <w:shd w:val="clear" w:color="auto" w:fill="FAFAFA"/>
            <w:tcMar>
              <w:top w:w="70" w:type="dxa"/>
              <w:left w:w="85" w:type="dxa"/>
              <w:bottom w:w="70" w:type="dxa"/>
              <w:right w:w="85" w:type="dxa"/>
            </w:tcMar>
            <w:vAlign w:val="center"/>
          </w:tcPr>
          <w:p w14:paraId="2B6726D9" w14:textId="77777777" w:rsidR="002D35F2" w:rsidRPr="000C5950" w:rsidRDefault="002D35F2">
            <w:pPr>
              <w:spacing w:after="0" w:line="240" w:lineRule="auto"/>
              <w:rPr>
                <w:noProof/>
                <w:lang w:val="ro-RO"/>
              </w:rPr>
            </w:pPr>
          </w:p>
        </w:tc>
        <w:tc>
          <w:tcPr>
            <w:tcW w:w="2494" w:type="dxa"/>
            <w:shd w:val="clear" w:color="auto" w:fill="FAFAFA"/>
            <w:tcMar>
              <w:top w:w="70" w:type="dxa"/>
              <w:left w:w="85" w:type="dxa"/>
              <w:bottom w:w="70" w:type="dxa"/>
              <w:right w:w="85" w:type="dxa"/>
            </w:tcMar>
            <w:vAlign w:val="center"/>
          </w:tcPr>
          <w:p w14:paraId="2F4A1D76" w14:textId="77777777" w:rsidR="002D35F2" w:rsidRPr="000C5950" w:rsidRDefault="002D35F2">
            <w:pPr>
              <w:spacing w:after="0" w:line="240" w:lineRule="auto"/>
              <w:rPr>
                <w:noProof/>
                <w:lang w:val="ro-RO"/>
              </w:rPr>
            </w:pPr>
          </w:p>
        </w:tc>
        <w:tc>
          <w:tcPr>
            <w:tcW w:w="1984" w:type="dxa"/>
            <w:shd w:val="clear" w:color="auto" w:fill="FAFAFA"/>
            <w:tcMar>
              <w:top w:w="70" w:type="dxa"/>
              <w:left w:w="85" w:type="dxa"/>
              <w:bottom w:w="70" w:type="dxa"/>
              <w:right w:w="85" w:type="dxa"/>
            </w:tcMar>
            <w:vAlign w:val="center"/>
          </w:tcPr>
          <w:p w14:paraId="49590E69" w14:textId="77777777" w:rsidR="002D35F2" w:rsidRPr="000C5950" w:rsidRDefault="002D35F2">
            <w:pPr>
              <w:spacing w:after="0" w:line="240" w:lineRule="auto"/>
              <w:rPr>
                <w:noProof/>
                <w:lang w:val="ro-RO"/>
              </w:rPr>
            </w:pPr>
          </w:p>
        </w:tc>
        <w:tc>
          <w:tcPr>
            <w:tcW w:w="2494" w:type="dxa"/>
            <w:shd w:val="clear" w:color="auto" w:fill="FAFAFA"/>
            <w:tcMar>
              <w:top w:w="70" w:type="dxa"/>
              <w:left w:w="85" w:type="dxa"/>
              <w:bottom w:w="70" w:type="dxa"/>
              <w:right w:w="85" w:type="dxa"/>
            </w:tcMar>
            <w:vAlign w:val="center"/>
          </w:tcPr>
          <w:p w14:paraId="788AA41D" w14:textId="77777777" w:rsidR="002D35F2" w:rsidRPr="000C5950" w:rsidRDefault="002D35F2">
            <w:pPr>
              <w:spacing w:after="0" w:line="240" w:lineRule="auto"/>
              <w:rPr>
                <w:noProof/>
                <w:lang w:val="ro-RO"/>
              </w:rPr>
            </w:pPr>
          </w:p>
        </w:tc>
        <w:tc>
          <w:tcPr>
            <w:tcW w:w="1020" w:type="dxa"/>
            <w:shd w:val="clear" w:color="auto" w:fill="FAFAFA"/>
            <w:tcMar>
              <w:top w:w="70" w:type="dxa"/>
              <w:left w:w="85" w:type="dxa"/>
              <w:bottom w:w="70" w:type="dxa"/>
              <w:right w:w="85" w:type="dxa"/>
            </w:tcMar>
            <w:vAlign w:val="center"/>
          </w:tcPr>
          <w:p w14:paraId="79C6E1CB" w14:textId="77777777" w:rsidR="002D35F2" w:rsidRPr="000C5950" w:rsidRDefault="002D35F2">
            <w:pPr>
              <w:spacing w:after="0" w:line="240" w:lineRule="auto"/>
              <w:rPr>
                <w:noProof/>
                <w:lang w:val="ro-RO"/>
              </w:rPr>
            </w:pPr>
          </w:p>
        </w:tc>
        <w:tc>
          <w:tcPr>
            <w:tcW w:w="964" w:type="dxa"/>
            <w:shd w:val="clear" w:color="auto" w:fill="FAFAFA"/>
            <w:tcMar>
              <w:top w:w="70" w:type="dxa"/>
              <w:left w:w="85" w:type="dxa"/>
              <w:bottom w:w="70" w:type="dxa"/>
              <w:right w:w="85" w:type="dxa"/>
            </w:tcMar>
            <w:vAlign w:val="center"/>
          </w:tcPr>
          <w:p w14:paraId="5DD13349" w14:textId="77777777" w:rsidR="002D35F2" w:rsidRPr="000C5950" w:rsidRDefault="002D35F2">
            <w:pPr>
              <w:spacing w:after="0" w:line="240" w:lineRule="auto"/>
              <w:rPr>
                <w:noProof/>
                <w:lang w:val="ro-RO"/>
              </w:rPr>
            </w:pPr>
          </w:p>
        </w:tc>
        <w:tc>
          <w:tcPr>
            <w:tcW w:w="397" w:type="dxa"/>
            <w:shd w:val="clear" w:color="auto" w:fill="FAFAFA"/>
            <w:tcMar>
              <w:top w:w="70" w:type="dxa"/>
              <w:left w:w="85" w:type="dxa"/>
              <w:bottom w:w="70" w:type="dxa"/>
              <w:right w:w="85" w:type="dxa"/>
            </w:tcMar>
            <w:vAlign w:val="center"/>
          </w:tcPr>
          <w:p w14:paraId="3DA9722D" w14:textId="77777777" w:rsidR="002D35F2" w:rsidRPr="000C5950" w:rsidRDefault="002D35F2">
            <w:pPr>
              <w:spacing w:after="0" w:line="240" w:lineRule="auto"/>
              <w:rPr>
                <w:noProof/>
                <w:lang w:val="ro-RO"/>
              </w:rPr>
            </w:pPr>
          </w:p>
        </w:tc>
      </w:tr>
      <w:tr w:rsidR="002D35F2" w:rsidRPr="000C5950" w14:paraId="3CEA0CA4" w14:textId="77777777">
        <w:trPr>
          <w:cantSplit/>
          <w:jc w:val="center"/>
        </w:trPr>
        <w:tc>
          <w:tcPr>
            <w:tcW w:w="567" w:type="dxa"/>
            <w:shd w:val="clear" w:color="auto" w:fill="FFFFFF"/>
            <w:tcMar>
              <w:top w:w="70" w:type="dxa"/>
              <w:left w:w="85" w:type="dxa"/>
              <w:bottom w:w="70" w:type="dxa"/>
              <w:right w:w="85" w:type="dxa"/>
            </w:tcMar>
            <w:vAlign w:val="center"/>
          </w:tcPr>
          <w:p w14:paraId="6CF38637" w14:textId="77777777" w:rsidR="002D35F2" w:rsidRPr="000C5950" w:rsidRDefault="002D35F2">
            <w:pPr>
              <w:spacing w:after="0" w:line="240" w:lineRule="auto"/>
              <w:rPr>
                <w:noProof/>
                <w:lang w:val="ro-RO"/>
              </w:rPr>
            </w:pPr>
          </w:p>
        </w:tc>
        <w:tc>
          <w:tcPr>
            <w:tcW w:w="2494" w:type="dxa"/>
            <w:shd w:val="clear" w:color="auto" w:fill="FFFFFF"/>
            <w:tcMar>
              <w:top w:w="70" w:type="dxa"/>
              <w:left w:w="85" w:type="dxa"/>
              <w:bottom w:w="70" w:type="dxa"/>
              <w:right w:w="85" w:type="dxa"/>
            </w:tcMar>
            <w:vAlign w:val="center"/>
          </w:tcPr>
          <w:p w14:paraId="5570EB35" w14:textId="77777777" w:rsidR="002D35F2" w:rsidRPr="000C5950" w:rsidRDefault="002D35F2">
            <w:pPr>
              <w:spacing w:after="0" w:line="240" w:lineRule="auto"/>
              <w:rPr>
                <w:noProof/>
                <w:lang w:val="ro-RO"/>
              </w:rPr>
            </w:pPr>
          </w:p>
        </w:tc>
        <w:tc>
          <w:tcPr>
            <w:tcW w:w="1984" w:type="dxa"/>
            <w:shd w:val="clear" w:color="auto" w:fill="FFFFFF"/>
            <w:tcMar>
              <w:top w:w="70" w:type="dxa"/>
              <w:left w:w="85" w:type="dxa"/>
              <w:bottom w:w="70" w:type="dxa"/>
              <w:right w:w="85" w:type="dxa"/>
            </w:tcMar>
            <w:vAlign w:val="center"/>
          </w:tcPr>
          <w:p w14:paraId="67FC3A93" w14:textId="77777777" w:rsidR="002D35F2" w:rsidRPr="000C5950" w:rsidRDefault="002D35F2">
            <w:pPr>
              <w:spacing w:after="0" w:line="240" w:lineRule="auto"/>
              <w:rPr>
                <w:noProof/>
                <w:lang w:val="ro-RO"/>
              </w:rPr>
            </w:pPr>
          </w:p>
        </w:tc>
        <w:tc>
          <w:tcPr>
            <w:tcW w:w="2494" w:type="dxa"/>
            <w:shd w:val="clear" w:color="auto" w:fill="FFFFFF"/>
            <w:tcMar>
              <w:top w:w="70" w:type="dxa"/>
              <w:left w:w="85" w:type="dxa"/>
              <w:bottom w:w="70" w:type="dxa"/>
              <w:right w:w="85" w:type="dxa"/>
            </w:tcMar>
            <w:vAlign w:val="center"/>
          </w:tcPr>
          <w:p w14:paraId="52600FF0" w14:textId="77777777" w:rsidR="002D35F2" w:rsidRPr="000C5950" w:rsidRDefault="002D35F2">
            <w:pPr>
              <w:spacing w:after="0" w:line="240" w:lineRule="auto"/>
              <w:rPr>
                <w:noProof/>
                <w:lang w:val="ro-RO"/>
              </w:rPr>
            </w:pPr>
          </w:p>
        </w:tc>
        <w:tc>
          <w:tcPr>
            <w:tcW w:w="1020" w:type="dxa"/>
            <w:shd w:val="clear" w:color="auto" w:fill="FFFFFF"/>
            <w:tcMar>
              <w:top w:w="70" w:type="dxa"/>
              <w:left w:w="85" w:type="dxa"/>
              <w:bottom w:w="70" w:type="dxa"/>
              <w:right w:w="85" w:type="dxa"/>
            </w:tcMar>
            <w:vAlign w:val="center"/>
          </w:tcPr>
          <w:p w14:paraId="4A5051AA" w14:textId="77777777" w:rsidR="002D35F2" w:rsidRPr="000C5950" w:rsidRDefault="002D35F2">
            <w:pPr>
              <w:spacing w:after="0" w:line="240" w:lineRule="auto"/>
              <w:rPr>
                <w:noProof/>
                <w:lang w:val="ro-RO"/>
              </w:rPr>
            </w:pPr>
          </w:p>
        </w:tc>
        <w:tc>
          <w:tcPr>
            <w:tcW w:w="964" w:type="dxa"/>
            <w:shd w:val="clear" w:color="auto" w:fill="FFFFFF"/>
            <w:tcMar>
              <w:top w:w="70" w:type="dxa"/>
              <w:left w:w="85" w:type="dxa"/>
              <w:bottom w:w="70" w:type="dxa"/>
              <w:right w:w="85" w:type="dxa"/>
            </w:tcMar>
            <w:vAlign w:val="center"/>
          </w:tcPr>
          <w:p w14:paraId="0659BAAE" w14:textId="77777777" w:rsidR="002D35F2" w:rsidRPr="000C5950" w:rsidRDefault="002D35F2">
            <w:pPr>
              <w:spacing w:after="0" w:line="240" w:lineRule="auto"/>
              <w:rPr>
                <w:noProof/>
                <w:lang w:val="ro-RO"/>
              </w:rPr>
            </w:pPr>
          </w:p>
        </w:tc>
        <w:tc>
          <w:tcPr>
            <w:tcW w:w="397" w:type="dxa"/>
            <w:shd w:val="clear" w:color="auto" w:fill="FFFFFF"/>
            <w:tcMar>
              <w:top w:w="70" w:type="dxa"/>
              <w:left w:w="85" w:type="dxa"/>
              <w:bottom w:w="70" w:type="dxa"/>
              <w:right w:w="85" w:type="dxa"/>
            </w:tcMar>
            <w:vAlign w:val="center"/>
          </w:tcPr>
          <w:p w14:paraId="3B5B6979" w14:textId="77777777" w:rsidR="002D35F2" w:rsidRPr="000C5950" w:rsidRDefault="002D35F2">
            <w:pPr>
              <w:spacing w:after="0" w:line="240" w:lineRule="auto"/>
              <w:rPr>
                <w:noProof/>
                <w:lang w:val="ro-RO"/>
              </w:rPr>
            </w:pPr>
          </w:p>
        </w:tc>
      </w:tr>
    </w:tbl>
    <w:p w14:paraId="79F3C691" w14:textId="77777777" w:rsidR="002D35F2" w:rsidRPr="000C5950" w:rsidRDefault="002D35F2">
      <w:pPr>
        <w:spacing w:after="20"/>
        <w:rPr>
          <w:noProof/>
          <w:lang w:val="ro-RO"/>
        </w:rP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1020"/>
        <w:gridCol w:w="8901"/>
      </w:tblGrid>
      <w:tr w:rsidR="002D35F2" w:rsidRPr="000C5950" w14:paraId="3565D408" w14:textId="77777777">
        <w:trPr>
          <w:cantSplit/>
          <w:jc w:val="center"/>
        </w:trPr>
        <w:tc>
          <w:tcPr>
            <w:tcW w:w="1020" w:type="dxa"/>
            <w:shd w:val="clear" w:color="auto" w:fill="D71920"/>
            <w:tcMar>
              <w:top w:w="70" w:type="dxa"/>
              <w:left w:w="85" w:type="dxa"/>
              <w:bottom w:w="70" w:type="dxa"/>
              <w:right w:w="85" w:type="dxa"/>
            </w:tcMar>
            <w:vAlign w:val="center"/>
          </w:tcPr>
          <w:p w14:paraId="1815A476" w14:textId="77777777" w:rsidR="002D35F2" w:rsidRPr="000C5950" w:rsidRDefault="00000000">
            <w:pPr>
              <w:spacing w:after="0" w:line="240" w:lineRule="auto"/>
              <w:jc w:val="center"/>
              <w:rPr>
                <w:noProof/>
                <w:lang w:val="ro-RO"/>
              </w:rPr>
            </w:pPr>
            <w:r w:rsidRPr="000C5950">
              <w:rPr>
                <w:b/>
                <w:noProof/>
                <w:color w:val="FFFFFF"/>
                <w:sz w:val="34"/>
                <w:lang w:val="ro-RO"/>
              </w:rPr>
              <w:t>11</w:t>
            </w:r>
          </w:p>
        </w:tc>
        <w:tc>
          <w:tcPr>
            <w:tcW w:w="8901" w:type="dxa"/>
            <w:shd w:val="clear" w:color="auto" w:fill="F3F4F5"/>
          </w:tcPr>
          <w:p w14:paraId="1152F90B" w14:textId="77777777" w:rsidR="002D35F2" w:rsidRPr="000C5950" w:rsidRDefault="00000000">
            <w:pPr>
              <w:spacing w:after="20"/>
              <w:rPr>
                <w:noProof/>
                <w:lang w:val="ro-RO"/>
              </w:rPr>
            </w:pPr>
            <w:r w:rsidRPr="000C5950">
              <w:rPr>
                <w:b/>
                <w:noProof/>
                <w:sz w:val="27"/>
                <w:lang w:val="ro-RO"/>
              </w:rPr>
              <w:t>Referințe, glosar și utilizare responsabilă</w:t>
            </w:r>
          </w:p>
          <w:p w14:paraId="3728DAFC" w14:textId="77777777" w:rsidR="002D35F2" w:rsidRPr="000C5950" w:rsidRDefault="00000000">
            <w:pPr>
              <w:spacing w:after="0"/>
              <w:rPr>
                <w:noProof/>
                <w:lang w:val="ro-RO"/>
              </w:rPr>
            </w:pPr>
            <w:r w:rsidRPr="000C5950">
              <w:rPr>
                <w:noProof/>
                <w:color w:val="666666"/>
                <w:sz w:val="16"/>
                <w:lang w:val="ro-RO"/>
              </w:rPr>
              <w:t>Verificați ediția aplicabilă și toate cerințele legale, sectoriale, contractuale și locale</w:t>
            </w:r>
          </w:p>
        </w:tc>
      </w:tr>
    </w:tbl>
    <w:p w14:paraId="1E84129F" w14:textId="77777777" w:rsidR="002D35F2" w:rsidRPr="000C5950" w:rsidRDefault="002D35F2">
      <w:pPr>
        <w:spacing w:after="0"/>
        <w:rPr>
          <w:noProof/>
          <w:lang w:val="ro-RO"/>
        </w:rPr>
      </w:pPr>
    </w:p>
    <w:p w14:paraId="4BCB1DD3" w14:textId="77777777" w:rsidR="002D35F2" w:rsidRPr="000C5950" w:rsidRDefault="00000000">
      <w:pPr>
        <w:pStyle w:val="Heading2"/>
        <w:rPr>
          <w:noProof/>
          <w:lang w:val="ro-RO"/>
        </w:rPr>
      </w:pPr>
      <w:r w:rsidRPr="000C5950">
        <w:rPr>
          <w:noProof/>
          <w:lang w:val="ro-RO"/>
        </w:rPr>
        <w:t>Baza documentului</w:t>
      </w:r>
    </w:p>
    <w:p w14:paraId="4A440D1B" w14:textId="77777777" w:rsidR="002D35F2" w:rsidRPr="000C5950" w:rsidRDefault="00000000">
      <w:pPr>
        <w:spacing w:after="80"/>
        <w:rPr>
          <w:noProof/>
          <w:lang w:val="ro-RO"/>
        </w:rPr>
      </w:pPr>
      <w:r w:rsidRPr="000C5950">
        <w:rPr>
          <w:noProof/>
          <w:lang w:val="ro-RO"/>
        </w:rPr>
        <w:t>Ghidul este aliniat ediției publicate ISO 45001:2018 și Amendamentului 1:2024 privind schimbările climatice. La data editării, o revizuire ISO/DIS 45001 era în dezvoltare; cerințele proiectului nu sunt tratate în acest ghid drept cerințe aplicabile.</w:t>
      </w:r>
    </w:p>
    <w:p w14:paraId="2FB79C67" w14:textId="77777777" w:rsidR="002D35F2" w:rsidRPr="000C5950" w:rsidRDefault="00000000">
      <w:pPr>
        <w:pStyle w:val="ListBullet"/>
        <w:spacing w:after="50"/>
        <w:rPr>
          <w:noProof/>
          <w:lang w:val="ro-RO"/>
        </w:rPr>
      </w:pPr>
      <w:hyperlink r:id="rId8">
        <w:r w:rsidRPr="000C5950">
          <w:rPr>
            <w:noProof/>
            <w:color w:val="D71920"/>
            <w:u w:val="single"/>
            <w:lang w:val="ro-RO"/>
          </w:rPr>
          <w:t>ISO 45001:2018 - pagina oficială</w:t>
        </w:r>
      </w:hyperlink>
    </w:p>
    <w:p w14:paraId="31F7DBDC" w14:textId="77777777" w:rsidR="002D35F2" w:rsidRPr="000C5950" w:rsidRDefault="00000000">
      <w:pPr>
        <w:pStyle w:val="ListBullet"/>
        <w:spacing w:after="50"/>
        <w:rPr>
          <w:noProof/>
          <w:lang w:val="ro-RO"/>
        </w:rPr>
      </w:pPr>
      <w:hyperlink r:id="rId9">
        <w:r w:rsidRPr="000C5950">
          <w:rPr>
            <w:noProof/>
            <w:color w:val="D71920"/>
            <w:u w:val="single"/>
            <w:lang w:val="ro-RO"/>
          </w:rPr>
          <w:t>ISO 45001:2018/Amd 1:2024 - pagina oficială</w:t>
        </w:r>
      </w:hyperlink>
    </w:p>
    <w:p w14:paraId="0CBA427E" w14:textId="77777777" w:rsidR="002D35F2" w:rsidRPr="000C5950" w:rsidRDefault="00000000">
      <w:pPr>
        <w:pStyle w:val="ListBullet"/>
        <w:spacing w:after="50"/>
        <w:rPr>
          <w:noProof/>
          <w:lang w:val="ro-RO"/>
        </w:rPr>
      </w:pPr>
      <w:hyperlink r:id="rId10">
        <w:r w:rsidRPr="000C5950">
          <w:rPr>
            <w:noProof/>
            <w:color w:val="D71920"/>
            <w:u w:val="single"/>
            <w:lang w:val="ro-RO"/>
          </w:rPr>
          <w:t>ISO 45001 explained</w:t>
        </w:r>
      </w:hyperlink>
    </w:p>
    <w:p w14:paraId="60959EC2" w14:textId="77777777" w:rsidR="002D35F2" w:rsidRPr="000C5950" w:rsidRDefault="00000000">
      <w:pPr>
        <w:pStyle w:val="ListBullet"/>
        <w:spacing w:after="50"/>
        <w:rPr>
          <w:noProof/>
          <w:lang w:val="ro-RO"/>
        </w:rPr>
      </w:pPr>
      <w:hyperlink r:id="rId11">
        <w:r w:rsidRPr="000C5950">
          <w:rPr>
            <w:noProof/>
            <w:color w:val="D71920"/>
            <w:u w:val="single"/>
            <w:lang w:val="ro-RO"/>
          </w:rPr>
          <w:t>ISO 45002:2023 - ghid general de implementare</w:t>
        </w:r>
      </w:hyperlink>
    </w:p>
    <w:p w14:paraId="66F86126" w14:textId="77777777" w:rsidR="002D35F2" w:rsidRPr="000C5950" w:rsidRDefault="00000000">
      <w:pPr>
        <w:pStyle w:val="ListBullet"/>
        <w:spacing w:after="50"/>
        <w:rPr>
          <w:noProof/>
          <w:lang w:val="ro-RO"/>
        </w:rPr>
      </w:pPr>
      <w:hyperlink r:id="rId12">
        <w:r w:rsidRPr="000C5950">
          <w:rPr>
            <w:noProof/>
            <w:color w:val="D71920"/>
            <w:u w:val="single"/>
            <w:lang w:val="ro-RO"/>
          </w:rPr>
          <w:t>ISO/TC 283 - catalogul standardelor SSM</w:t>
        </w:r>
      </w:hyperlink>
    </w:p>
    <w:p w14:paraId="61B3E57D" w14:textId="77777777" w:rsidR="002D35F2" w:rsidRPr="000C5950" w:rsidRDefault="00000000">
      <w:pPr>
        <w:pStyle w:val="Heading2"/>
        <w:rPr>
          <w:noProof/>
          <w:lang w:val="ro-RO"/>
        </w:rPr>
      </w:pPr>
      <w:r w:rsidRPr="000C5950">
        <w:rPr>
          <w:noProof/>
          <w:lang w:val="ro-RO"/>
        </w:rPr>
        <w:t>Glosar</w:t>
      </w:r>
    </w:p>
    <w:tbl>
      <w:tblPr>
        <w:tblW w:w="0" w:type="auto"/>
        <w:jc w:val="center"/>
        <w:tblBorders>
          <w:top w:val="single" w:sz="4" w:space="0" w:color="C9CDD1"/>
          <w:left w:val="single" w:sz="4" w:space="0" w:color="C9CDD1"/>
          <w:bottom w:val="single" w:sz="4" w:space="0" w:color="C9CDD1"/>
          <w:right w:val="single" w:sz="4" w:space="0" w:color="C9CDD1"/>
          <w:insideH w:val="single" w:sz="4" w:space="0" w:color="C9CDD1"/>
          <w:insideV w:val="single" w:sz="4" w:space="0" w:color="C9CDD1"/>
        </w:tblBorders>
        <w:tblLayout w:type="fixed"/>
        <w:tblLook w:val="04A0" w:firstRow="1" w:lastRow="0" w:firstColumn="1" w:lastColumn="0" w:noHBand="0" w:noVBand="1"/>
      </w:tblPr>
      <w:tblGrid>
        <w:gridCol w:w="2721"/>
        <w:gridCol w:w="7200"/>
      </w:tblGrid>
      <w:tr w:rsidR="002D35F2" w:rsidRPr="000C5950" w14:paraId="4534ACE3" w14:textId="77777777">
        <w:trPr>
          <w:tblHeader/>
          <w:jc w:val="center"/>
        </w:trPr>
        <w:tc>
          <w:tcPr>
            <w:tcW w:w="2721" w:type="dxa"/>
            <w:shd w:val="clear" w:color="auto" w:fill="D71920"/>
            <w:tcMar>
              <w:top w:w="70" w:type="dxa"/>
              <w:left w:w="85" w:type="dxa"/>
              <w:bottom w:w="70" w:type="dxa"/>
              <w:right w:w="85" w:type="dxa"/>
            </w:tcMar>
            <w:vAlign w:val="center"/>
          </w:tcPr>
          <w:p w14:paraId="4D77E1D3" w14:textId="77777777" w:rsidR="002D35F2" w:rsidRPr="000C5950" w:rsidRDefault="00000000">
            <w:pPr>
              <w:spacing w:after="0" w:line="240" w:lineRule="auto"/>
              <w:jc w:val="center"/>
              <w:rPr>
                <w:noProof/>
                <w:lang w:val="ro-RO"/>
              </w:rPr>
            </w:pPr>
            <w:r w:rsidRPr="000C5950">
              <w:rPr>
                <w:b/>
                <w:noProof/>
                <w:color w:val="FFFFFF"/>
                <w:sz w:val="15"/>
                <w:lang w:val="ro-RO"/>
              </w:rPr>
              <w:t>TERMEN</w:t>
            </w:r>
          </w:p>
        </w:tc>
        <w:tc>
          <w:tcPr>
            <w:tcW w:w="7200" w:type="dxa"/>
            <w:shd w:val="clear" w:color="auto" w:fill="D71920"/>
            <w:tcMar>
              <w:top w:w="70" w:type="dxa"/>
              <w:left w:w="85" w:type="dxa"/>
              <w:bottom w:w="70" w:type="dxa"/>
              <w:right w:w="85" w:type="dxa"/>
            </w:tcMar>
            <w:vAlign w:val="center"/>
          </w:tcPr>
          <w:p w14:paraId="0B1F2755" w14:textId="77777777" w:rsidR="002D35F2" w:rsidRPr="000C5950" w:rsidRDefault="00000000">
            <w:pPr>
              <w:spacing w:after="0" w:line="240" w:lineRule="auto"/>
              <w:jc w:val="center"/>
              <w:rPr>
                <w:noProof/>
                <w:lang w:val="ro-RO"/>
              </w:rPr>
            </w:pPr>
            <w:r w:rsidRPr="000C5950">
              <w:rPr>
                <w:b/>
                <w:noProof/>
                <w:color w:val="FFFFFF"/>
                <w:sz w:val="15"/>
                <w:lang w:val="ro-RO"/>
              </w:rPr>
              <w:t>EXPLICAȚIE PRACTICĂ</w:t>
            </w:r>
          </w:p>
        </w:tc>
      </w:tr>
      <w:tr w:rsidR="002D35F2" w:rsidRPr="000C5950" w14:paraId="1D55ABD4" w14:textId="77777777">
        <w:trPr>
          <w:cantSplit/>
          <w:jc w:val="center"/>
        </w:trPr>
        <w:tc>
          <w:tcPr>
            <w:tcW w:w="2721" w:type="dxa"/>
            <w:shd w:val="clear" w:color="auto" w:fill="FFFFFF"/>
            <w:tcMar>
              <w:top w:w="70" w:type="dxa"/>
              <w:left w:w="85" w:type="dxa"/>
              <w:bottom w:w="70" w:type="dxa"/>
              <w:right w:w="85" w:type="dxa"/>
            </w:tcMar>
            <w:vAlign w:val="center"/>
          </w:tcPr>
          <w:p w14:paraId="10D96579" w14:textId="77777777" w:rsidR="002D35F2" w:rsidRPr="000C5950" w:rsidRDefault="00000000">
            <w:pPr>
              <w:spacing w:after="0" w:line="240" w:lineRule="auto"/>
              <w:rPr>
                <w:noProof/>
                <w:lang w:val="ro-RO"/>
              </w:rPr>
            </w:pPr>
            <w:r w:rsidRPr="000C5950">
              <w:rPr>
                <w:noProof/>
                <w:sz w:val="15"/>
                <w:lang w:val="ro-RO"/>
              </w:rPr>
              <w:t>Pericol</w:t>
            </w:r>
          </w:p>
        </w:tc>
        <w:tc>
          <w:tcPr>
            <w:tcW w:w="7200" w:type="dxa"/>
            <w:shd w:val="clear" w:color="auto" w:fill="FFFFFF"/>
            <w:tcMar>
              <w:top w:w="70" w:type="dxa"/>
              <w:left w:w="85" w:type="dxa"/>
              <w:bottom w:w="70" w:type="dxa"/>
              <w:right w:w="85" w:type="dxa"/>
            </w:tcMar>
            <w:vAlign w:val="center"/>
          </w:tcPr>
          <w:p w14:paraId="7F1680BC" w14:textId="77777777" w:rsidR="002D35F2" w:rsidRPr="000C5950" w:rsidRDefault="00000000">
            <w:pPr>
              <w:spacing w:after="0" w:line="240" w:lineRule="auto"/>
              <w:rPr>
                <w:noProof/>
                <w:lang w:val="ro-RO"/>
              </w:rPr>
            </w:pPr>
            <w:r w:rsidRPr="000C5950">
              <w:rPr>
                <w:noProof/>
                <w:sz w:val="15"/>
                <w:lang w:val="ro-RO"/>
              </w:rPr>
              <w:t>Sursă cu potențial de a cauza vătămare și deteriorarea sănătății.</w:t>
            </w:r>
          </w:p>
        </w:tc>
      </w:tr>
      <w:tr w:rsidR="002D35F2" w:rsidRPr="000C5950" w14:paraId="43FB9C35" w14:textId="77777777">
        <w:trPr>
          <w:cantSplit/>
          <w:jc w:val="center"/>
        </w:trPr>
        <w:tc>
          <w:tcPr>
            <w:tcW w:w="2721" w:type="dxa"/>
            <w:shd w:val="clear" w:color="auto" w:fill="FAFAFA"/>
            <w:tcMar>
              <w:top w:w="70" w:type="dxa"/>
              <w:left w:w="85" w:type="dxa"/>
              <w:bottom w:w="70" w:type="dxa"/>
              <w:right w:w="85" w:type="dxa"/>
            </w:tcMar>
            <w:vAlign w:val="center"/>
          </w:tcPr>
          <w:p w14:paraId="7AAD9D7B" w14:textId="77777777" w:rsidR="002D35F2" w:rsidRPr="000C5950" w:rsidRDefault="00000000">
            <w:pPr>
              <w:spacing w:after="0" w:line="240" w:lineRule="auto"/>
              <w:rPr>
                <w:noProof/>
                <w:lang w:val="ro-RO"/>
              </w:rPr>
            </w:pPr>
            <w:r w:rsidRPr="000C5950">
              <w:rPr>
                <w:noProof/>
                <w:sz w:val="15"/>
                <w:lang w:val="ro-RO"/>
              </w:rPr>
              <w:t>Risc SSM</w:t>
            </w:r>
          </w:p>
        </w:tc>
        <w:tc>
          <w:tcPr>
            <w:tcW w:w="7200" w:type="dxa"/>
            <w:shd w:val="clear" w:color="auto" w:fill="FAFAFA"/>
            <w:tcMar>
              <w:top w:w="70" w:type="dxa"/>
              <w:left w:w="85" w:type="dxa"/>
              <w:bottom w:w="70" w:type="dxa"/>
              <w:right w:w="85" w:type="dxa"/>
            </w:tcMar>
            <w:vAlign w:val="center"/>
          </w:tcPr>
          <w:p w14:paraId="717F8419" w14:textId="77777777" w:rsidR="002D35F2" w:rsidRPr="000C5950" w:rsidRDefault="00000000">
            <w:pPr>
              <w:spacing w:after="0" w:line="240" w:lineRule="auto"/>
              <w:rPr>
                <w:noProof/>
                <w:lang w:val="ro-RO"/>
              </w:rPr>
            </w:pPr>
            <w:r w:rsidRPr="000C5950">
              <w:rPr>
                <w:noProof/>
                <w:sz w:val="15"/>
                <w:lang w:val="ro-RO"/>
              </w:rPr>
              <w:t>Combinația dintre probabilitatea unui eveniment/expoziții periculoase și severitatea consecinței.</w:t>
            </w:r>
          </w:p>
        </w:tc>
      </w:tr>
      <w:tr w:rsidR="002D35F2" w:rsidRPr="000C5950" w14:paraId="75C9AF76" w14:textId="77777777">
        <w:trPr>
          <w:cantSplit/>
          <w:jc w:val="center"/>
        </w:trPr>
        <w:tc>
          <w:tcPr>
            <w:tcW w:w="2721" w:type="dxa"/>
            <w:shd w:val="clear" w:color="auto" w:fill="FFFFFF"/>
            <w:tcMar>
              <w:top w:w="70" w:type="dxa"/>
              <w:left w:w="85" w:type="dxa"/>
              <w:bottom w:w="70" w:type="dxa"/>
              <w:right w:w="85" w:type="dxa"/>
            </w:tcMar>
            <w:vAlign w:val="center"/>
          </w:tcPr>
          <w:p w14:paraId="26A4711A" w14:textId="77777777" w:rsidR="002D35F2" w:rsidRPr="000C5950" w:rsidRDefault="00000000">
            <w:pPr>
              <w:spacing w:after="0" w:line="240" w:lineRule="auto"/>
              <w:rPr>
                <w:noProof/>
                <w:lang w:val="ro-RO"/>
              </w:rPr>
            </w:pPr>
            <w:r w:rsidRPr="000C5950">
              <w:rPr>
                <w:noProof/>
                <w:sz w:val="15"/>
                <w:lang w:val="ro-RO"/>
              </w:rPr>
              <w:t>Oportunitate SSM</w:t>
            </w:r>
          </w:p>
        </w:tc>
        <w:tc>
          <w:tcPr>
            <w:tcW w:w="7200" w:type="dxa"/>
            <w:shd w:val="clear" w:color="auto" w:fill="FFFFFF"/>
            <w:tcMar>
              <w:top w:w="70" w:type="dxa"/>
              <w:left w:w="85" w:type="dxa"/>
              <w:bottom w:w="70" w:type="dxa"/>
              <w:right w:w="85" w:type="dxa"/>
            </w:tcMar>
            <w:vAlign w:val="center"/>
          </w:tcPr>
          <w:p w14:paraId="0D93AFBD" w14:textId="77777777" w:rsidR="002D35F2" w:rsidRPr="000C5950" w:rsidRDefault="00000000">
            <w:pPr>
              <w:spacing w:after="0" w:line="240" w:lineRule="auto"/>
              <w:rPr>
                <w:noProof/>
                <w:lang w:val="ro-RO"/>
              </w:rPr>
            </w:pPr>
            <w:r w:rsidRPr="000C5950">
              <w:rPr>
                <w:noProof/>
                <w:sz w:val="15"/>
                <w:lang w:val="ro-RO"/>
              </w:rPr>
              <w:t>Circumstanță care poate conduce la îmbunătățirea performanței SSM.</w:t>
            </w:r>
          </w:p>
        </w:tc>
      </w:tr>
      <w:tr w:rsidR="002D35F2" w:rsidRPr="000C5950" w14:paraId="556EEDB5" w14:textId="77777777">
        <w:trPr>
          <w:cantSplit/>
          <w:jc w:val="center"/>
        </w:trPr>
        <w:tc>
          <w:tcPr>
            <w:tcW w:w="2721" w:type="dxa"/>
            <w:shd w:val="clear" w:color="auto" w:fill="FAFAFA"/>
            <w:tcMar>
              <w:top w:w="70" w:type="dxa"/>
              <w:left w:w="85" w:type="dxa"/>
              <w:bottom w:w="70" w:type="dxa"/>
              <w:right w:w="85" w:type="dxa"/>
            </w:tcMar>
            <w:vAlign w:val="center"/>
          </w:tcPr>
          <w:p w14:paraId="555D3ED9" w14:textId="77777777" w:rsidR="002D35F2" w:rsidRPr="000C5950" w:rsidRDefault="00000000">
            <w:pPr>
              <w:spacing w:after="0" w:line="240" w:lineRule="auto"/>
              <w:rPr>
                <w:noProof/>
                <w:lang w:val="ro-RO"/>
              </w:rPr>
            </w:pPr>
            <w:r w:rsidRPr="000C5950">
              <w:rPr>
                <w:noProof/>
                <w:sz w:val="15"/>
                <w:lang w:val="ro-RO"/>
              </w:rPr>
              <w:t>Lucrător</w:t>
            </w:r>
          </w:p>
        </w:tc>
        <w:tc>
          <w:tcPr>
            <w:tcW w:w="7200" w:type="dxa"/>
            <w:shd w:val="clear" w:color="auto" w:fill="FAFAFA"/>
            <w:tcMar>
              <w:top w:w="70" w:type="dxa"/>
              <w:left w:w="85" w:type="dxa"/>
              <w:bottom w:w="70" w:type="dxa"/>
              <w:right w:w="85" w:type="dxa"/>
            </w:tcMar>
            <w:vAlign w:val="center"/>
          </w:tcPr>
          <w:p w14:paraId="7540E3C5" w14:textId="77777777" w:rsidR="002D35F2" w:rsidRPr="000C5950" w:rsidRDefault="00000000">
            <w:pPr>
              <w:spacing w:after="0" w:line="240" w:lineRule="auto"/>
              <w:rPr>
                <w:noProof/>
                <w:lang w:val="ro-RO"/>
              </w:rPr>
            </w:pPr>
            <w:r w:rsidRPr="000C5950">
              <w:rPr>
                <w:noProof/>
                <w:sz w:val="15"/>
                <w:lang w:val="ro-RO"/>
              </w:rPr>
              <w:t>Persoană care efectuează muncă sau activități legate de muncă sub controlul organizației.</w:t>
            </w:r>
          </w:p>
        </w:tc>
      </w:tr>
      <w:tr w:rsidR="002D35F2" w:rsidRPr="000C5950" w14:paraId="0ED2EE7A" w14:textId="77777777">
        <w:trPr>
          <w:cantSplit/>
          <w:jc w:val="center"/>
        </w:trPr>
        <w:tc>
          <w:tcPr>
            <w:tcW w:w="2721" w:type="dxa"/>
            <w:shd w:val="clear" w:color="auto" w:fill="FFFFFF"/>
            <w:tcMar>
              <w:top w:w="70" w:type="dxa"/>
              <w:left w:w="85" w:type="dxa"/>
              <w:bottom w:w="70" w:type="dxa"/>
              <w:right w:w="85" w:type="dxa"/>
            </w:tcMar>
            <w:vAlign w:val="center"/>
          </w:tcPr>
          <w:p w14:paraId="1BA21D63" w14:textId="77777777" w:rsidR="002D35F2" w:rsidRPr="000C5950" w:rsidRDefault="00000000">
            <w:pPr>
              <w:spacing w:after="0" w:line="240" w:lineRule="auto"/>
              <w:rPr>
                <w:noProof/>
                <w:lang w:val="ro-RO"/>
              </w:rPr>
            </w:pPr>
            <w:r w:rsidRPr="000C5950">
              <w:rPr>
                <w:noProof/>
                <w:sz w:val="15"/>
                <w:lang w:val="ro-RO"/>
              </w:rPr>
              <w:t>Consultare</w:t>
            </w:r>
          </w:p>
        </w:tc>
        <w:tc>
          <w:tcPr>
            <w:tcW w:w="7200" w:type="dxa"/>
            <w:shd w:val="clear" w:color="auto" w:fill="FFFFFF"/>
            <w:tcMar>
              <w:top w:w="70" w:type="dxa"/>
              <w:left w:w="85" w:type="dxa"/>
              <w:bottom w:w="70" w:type="dxa"/>
              <w:right w:w="85" w:type="dxa"/>
            </w:tcMar>
            <w:vAlign w:val="center"/>
          </w:tcPr>
          <w:p w14:paraId="354E1045" w14:textId="77777777" w:rsidR="002D35F2" w:rsidRPr="000C5950" w:rsidRDefault="00000000">
            <w:pPr>
              <w:spacing w:after="0" w:line="240" w:lineRule="auto"/>
              <w:rPr>
                <w:noProof/>
                <w:lang w:val="ro-RO"/>
              </w:rPr>
            </w:pPr>
            <w:r w:rsidRPr="000C5950">
              <w:rPr>
                <w:noProof/>
                <w:sz w:val="15"/>
                <w:lang w:val="ro-RO"/>
              </w:rPr>
              <w:t>Căutarea opiniilor înainte de luarea unei decizii.</w:t>
            </w:r>
          </w:p>
        </w:tc>
      </w:tr>
      <w:tr w:rsidR="002D35F2" w:rsidRPr="000C5950" w14:paraId="6CE46E40" w14:textId="77777777">
        <w:trPr>
          <w:cantSplit/>
          <w:jc w:val="center"/>
        </w:trPr>
        <w:tc>
          <w:tcPr>
            <w:tcW w:w="2721" w:type="dxa"/>
            <w:shd w:val="clear" w:color="auto" w:fill="FAFAFA"/>
            <w:tcMar>
              <w:top w:w="70" w:type="dxa"/>
              <w:left w:w="85" w:type="dxa"/>
              <w:bottom w:w="70" w:type="dxa"/>
              <w:right w:w="85" w:type="dxa"/>
            </w:tcMar>
            <w:vAlign w:val="center"/>
          </w:tcPr>
          <w:p w14:paraId="4D1375C4" w14:textId="77777777" w:rsidR="002D35F2" w:rsidRPr="000C5950" w:rsidRDefault="00000000">
            <w:pPr>
              <w:spacing w:after="0" w:line="240" w:lineRule="auto"/>
              <w:rPr>
                <w:noProof/>
                <w:lang w:val="ro-RO"/>
              </w:rPr>
            </w:pPr>
            <w:r w:rsidRPr="000C5950">
              <w:rPr>
                <w:noProof/>
                <w:sz w:val="15"/>
                <w:lang w:val="ro-RO"/>
              </w:rPr>
              <w:t>Participare</w:t>
            </w:r>
          </w:p>
        </w:tc>
        <w:tc>
          <w:tcPr>
            <w:tcW w:w="7200" w:type="dxa"/>
            <w:shd w:val="clear" w:color="auto" w:fill="FAFAFA"/>
            <w:tcMar>
              <w:top w:w="70" w:type="dxa"/>
              <w:left w:w="85" w:type="dxa"/>
              <w:bottom w:w="70" w:type="dxa"/>
              <w:right w:w="85" w:type="dxa"/>
            </w:tcMar>
            <w:vAlign w:val="center"/>
          </w:tcPr>
          <w:p w14:paraId="7E99C9EC" w14:textId="77777777" w:rsidR="002D35F2" w:rsidRPr="000C5950" w:rsidRDefault="00000000">
            <w:pPr>
              <w:spacing w:after="0" w:line="240" w:lineRule="auto"/>
              <w:rPr>
                <w:noProof/>
                <w:lang w:val="ro-RO"/>
              </w:rPr>
            </w:pPr>
            <w:r w:rsidRPr="000C5950">
              <w:rPr>
                <w:noProof/>
                <w:sz w:val="15"/>
                <w:lang w:val="ro-RO"/>
              </w:rPr>
              <w:t>Implicarea în luarea deciziilor și în activitățile sistemului SSM.</w:t>
            </w:r>
          </w:p>
        </w:tc>
      </w:tr>
      <w:tr w:rsidR="002D35F2" w:rsidRPr="000C5950" w14:paraId="7E51AC8E" w14:textId="77777777">
        <w:trPr>
          <w:cantSplit/>
          <w:jc w:val="center"/>
        </w:trPr>
        <w:tc>
          <w:tcPr>
            <w:tcW w:w="2721" w:type="dxa"/>
            <w:shd w:val="clear" w:color="auto" w:fill="FFFFFF"/>
            <w:tcMar>
              <w:top w:w="70" w:type="dxa"/>
              <w:left w:w="85" w:type="dxa"/>
              <w:bottom w:w="70" w:type="dxa"/>
              <w:right w:w="85" w:type="dxa"/>
            </w:tcMar>
            <w:vAlign w:val="center"/>
          </w:tcPr>
          <w:p w14:paraId="12666F7C" w14:textId="77777777" w:rsidR="002D35F2" w:rsidRPr="000C5950" w:rsidRDefault="00000000">
            <w:pPr>
              <w:spacing w:after="0" w:line="240" w:lineRule="auto"/>
              <w:rPr>
                <w:noProof/>
                <w:lang w:val="ro-RO"/>
              </w:rPr>
            </w:pPr>
            <w:r w:rsidRPr="000C5950">
              <w:rPr>
                <w:noProof/>
                <w:sz w:val="15"/>
                <w:lang w:val="ro-RO"/>
              </w:rPr>
              <w:t>Ierarhia controalelor</w:t>
            </w:r>
          </w:p>
        </w:tc>
        <w:tc>
          <w:tcPr>
            <w:tcW w:w="7200" w:type="dxa"/>
            <w:shd w:val="clear" w:color="auto" w:fill="FFFFFF"/>
            <w:tcMar>
              <w:top w:w="70" w:type="dxa"/>
              <w:left w:w="85" w:type="dxa"/>
              <w:bottom w:w="70" w:type="dxa"/>
              <w:right w:w="85" w:type="dxa"/>
            </w:tcMar>
            <w:vAlign w:val="center"/>
          </w:tcPr>
          <w:p w14:paraId="7ECFA09D" w14:textId="77777777" w:rsidR="002D35F2" w:rsidRPr="000C5950" w:rsidRDefault="00000000">
            <w:pPr>
              <w:spacing w:after="0" w:line="240" w:lineRule="auto"/>
              <w:rPr>
                <w:noProof/>
                <w:lang w:val="ro-RO"/>
              </w:rPr>
            </w:pPr>
            <w:r w:rsidRPr="000C5950">
              <w:rPr>
                <w:noProof/>
                <w:sz w:val="15"/>
                <w:lang w:val="ro-RO"/>
              </w:rPr>
              <w:t>Ordinea preferată: eliminare, substituire, măsuri tehnice, măsuri administrative și EIP.</w:t>
            </w:r>
          </w:p>
        </w:tc>
      </w:tr>
      <w:tr w:rsidR="002D35F2" w:rsidRPr="000C5950" w14:paraId="126E19D8" w14:textId="77777777">
        <w:trPr>
          <w:cantSplit/>
          <w:jc w:val="center"/>
        </w:trPr>
        <w:tc>
          <w:tcPr>
            <w:tcW w:w="2721" w:type="dxa"/>
            <w:shd w:val="clear" w:color="auto" w:fill="FAFAFA"/>
            <w:tcMar>
              <w:top w:w="70" w:type="dxa"/>
              <w:left w:w="85" w:type="dxa"/>
              <w:bottom w:w="70" w:type="dxa"/>
              <w:right w:w="85" w:type="dxa"/>
            </w:tcMar>
            <w:vAlign w:val="center"/>
          </w:tcPr>
          <w:p w14:paraId="1E55B7CD" w14:textId="77777777" w:rsidR="002D35F2" w:rsidRPr="000C5950" w:rsidRDefault="00000000">
            <w:pPr>
              <w:spacing w:after="0" w:line="240" w:lineRule="auto"/>
              <w:rPr>
                <w:noProof/>
                <w:lang w:val="ro-RO"/>
              </w:rPr>
            </w:pPr>
            <w:r w:rsidRPr="000C5950">
              <w:rPr>
                <w:noProof/>
                <w:sz w:val="15"/>
                <w:lang w:val="ro-RO"/>
              </w:rPr>
              <w:t>Incident</w:t>
            </w:r>
          </w:p>
        </w:tc>
        <w:tc>
          <w:tcPr>
            <w:tcW w:w="7200" w:type="dxa"/>
            <w:shd w:val="clear" w:color="auto" w:fill="FAFAFA"/>
            <w:tcMar>
              <w:top w:w="70" w:type="dxa"/>
              <w:left w:w="85" w:type="dxa"/>
              <w:bottom w:w="70" w:type="dxa"/>
              <w:right w:w="85" w:type="dxa"/>
            </w:tcMar>
            <w:vAlign w:val="center"/>
          </w:tcPr>
          <w:p w14:paraId="597902D2" w14:textId="77777777" w:rsidR="002D35F2" w:rsidRPr="000C5950" w:rsidRDefault="00000000">
            <w:pPr>
              <w:spacing w:after="0" w:line="240" w:lineRule="auto"/>
              <w:rPr>
                <w:noProof/>
                <w:lang w:val="ro-RO"/>
              </w:rPr>
            </w:pPr>
            <w:r w:rsidRPr="000C5950">
              <w:rPr>
                <w:noProof/>
                <w:sz w:val="15"/>
                <w:lang w:val="ro-RO"/>
              </w:rPr>
              <w:t>Eveniment legat de muncă în care apare sau ar fi putut apărea vătămarea ori deteriorarea sănătății.</w:t>
            </w:r>
          </w:p>
        </w:tc>
      </w:tr>
      <w:tr w:rsidR="002D35F2" w:rsidRPr="000C5950" w14:paraId="128D955B" w14:textId="77777777">
        <w:trPr>
          <w:cantSplit/>
          <w:jc w:val="center"/>
        </w:trPr>
        <w:tc>
          <w:tcPr>
            <w:tcW w:w="2721" w:type="dxa"/>
            <w:shd w:val="clear" w:color="auto" w:fill="FFFFFF"/>
            <w:tcMar>
              <w:top w:w="70" w:type="dxa"/>
              <w:left w:w="85" w:type="dxa"/>
              <w:bottom w:w="70" w:type="dxa"/>
              <w:right w:w="85" w:type="dxa"/>
            </w:tcMar>
            <w:vAlign w:val="center"/>
          </w:tcPr>
          <w:p w14:paraId="24E227FF" w14:textId="77777777" w:rsidR="002D35F2" w:rsidRPr="000C5950" w:rsidRDefault="00000000">
            <w:pPr>
              <w:spacing w:after="0" w:line="240" w:lineRule="auto"/>
              <w:rPr>
                <w:noProof/>
                <w:lang w:val="ro-RO"/>
              </w:rPr>
            </w:pPr>
            <w:r w:rsidRPr="000C5950">
              <w:rPr>
                <w:noProof/>
                <w:sz w:val="15"/>
                <w:lang w:val="ro-RO"/>
              </w:rPr>
              <w:t>Informație documentată</w:t>
            </w:r>
          </w:p>
        </w:tc>
        <w:tc>
          <w:tcPr>
            <w:tcW w:w="7200" w:type="dxa"/>
            <w:shd w:val="clear" w:color="auto" w:fill="FFFFFF"/>
            <w:tcMar>
              <w:top w:w="70" w:type="dxa"/>
              <w:left w:w="85" w:type="dxa"/>
              <w:bottom w:w="70" w:type="dxa"/>
              <w:right w:w="85" w:type="dxa"/>
            </w:tcMar>
            <w:vAlign w:val="center"/>
          </w:tcPr>
          <w:p w14:paraId="132521C7" w14:textId="77777777" w:rsidR="002D35F2" w:rsidRPr="000C5950" w:rsidRDefault="00000000">
            <w:pPr>
              <w:spacing w:after="0" w:line="240" w:lineRule="auto"/>
              <w:rPr>
                <w:noProof/>
                <w:lang w:val="ro-RO"/>
              </w:rPr>
            </w:pPr>
            <w:r w:rsidRPr="000C5950">
              <w:rPr>
                <w:noProof/>
                <w:sz w:val="15"/>
                <w:lang w:val="ro-RO"/>
              </w:rPr>
              <w:t>Informație controlată și suportul pe care se află.</w:t>
            </w:r>
          </w:p>
        </w:tc>
      </w:tr>
    </w:tbl>
    <w:p w14:paraId="5CA7712A" w14:textId="77777777" w:rsidR="002D35F2" w:rsidRPr="000C5950" w:rsidRDefault="002D35F2">
      <w:pPr>
        <w:spacing w:after="20"/>
        <w:rPr>
          <w:noProof/>
          <w:lang w:val="ro-RO"/>
        </w:rPr>
      </w:pPr>
    </w:p>
    <w:p w14:paraId="1EAD3F70" w14:textId="77777777" w:rsidR="002D35F2" w:rsidRPr="000C5950" w:rsidRDefault="00000000">
      <w:pPr>
        <w:spacing w:after="40"/>
        <w:rPr>
          <w:noProof/>
          <w:lang w:val="ro-RO"/>
        </w:rPr>
      </w:pPr>
      <w:r w:rsidRPr="000C5950">
        <w:rPr>
          <w:b/>
          <w:noProof/>
          <w:lang w:val="ro-RO"/>
        </w:rPr>
        <w:t>Notă de utilizare:</w:t>
      </w:r>
      <w:r w:rsidRPr="000C5950">
        <w:rPr>
          <w:noProof/>
          <w:lang w:val="ro-RO"/>
        </w:rPr>
        <w:t xml:space="preserve"> Acest material este orientativ și nu înlocuiește textul oficial al standardului, consultanța adaptată, evaluarea juridică, medicina muncii ori cerințele autorităților și organismului de certificare. Organizația rămâne responsabilă pentru documentele și termenele de păstrare stabilite.</w:t>
      </w:r>
    </w:p>
    <w:sectPr w:rsidR="002D35F2" w:rsidRPr="000C5950" w:rsidSect="00034616">
      <w:headerReference w:type="default" r:id="rId13"/>
      <w:footerReference w:type="default" r:id="rId14"/>
      <w:pgSz w:w="11906" w:h="16838"/>
      <w:pgMar w:top="964" w:right="964" w:bottom="907" w:left="964" w:header="283" w:footer="283"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DA510B" w14:textId="77777777" w:rsidR="0060569C" w:rsidRDefault="0060569C">
      <w:pPr>
        <w:spacing w:after="0" w:line="240" w:lineRule="auto"/>
      </w:pPr>
      <w:r>
        <w:separator/>
      </w:r>
    </w:p>
  </w:endnote>
  <w:endnote w:type="continuationSeparator" w:id="0">
    <w:p w14:paraId="2FE32F82" w14:textId="77777777" w:rsidR="0060569C" w:rsidRDefault="006056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957445" w14:textId="77777777" w:rsidR="002D35F2" w:rsidRDefault="002D35F2">
    <w:pPr>
      <w:pStyle w:val="Footer"/>
    </w:pPr>
  </w:p>
  <w:tbl>
    <w:tblPr>
      <w:tblW w:w="0" w:type="auto"/>
      <w:jc w:val="center"/>
      <w:tblBorders>
        <w:top w:val="single" w:sz="0" w:space="0" w:color="FFFFFF"/>
        <w:left w:val="single" w:sz="0" w:space="0" w:color="FFFFFF"/>
        <w:bottom w:val="single" w:sz="0" w:space="0" w:color="FFFFFF"/>
        <w:right w:val="single" w:sz="0" w:space="0" w:color="FFFFFF"/>
        <w:insideH w:val="single" w:sz="0" w:space="0" w:color="FFFFFF"/>
        <w:insideV w:val="single" w:sz="0" w:space="0" w:color="FFFFFF"/>
      </w:tblBorders>
      <w:tblLayout w:type="fixed"/>
      <w:tblLook w:val="04A0" w:firstRow="1" w:lastRow="0" w:firstColumn="1" w:lastColumn="0" w:noHBand="0" w:noVBand="1"/>
    </w:tblPr>
    <w:tblGrid>
      <w:gridCol w:w="8220"/>
      <w:gridCol w:w="1701"/>
    </w:tblGrid>
    <w:tr w:rsidR="002D35F2" w14:paraId="23F72D3C" w14:textId="77777777">
      <w:trPr>
        <w:jc w:val="center"/>
      </w:trPr>
      <w:tc>
        <w:tcPr>
          <w:tcW w:w="8220" w:type="dxa"/>
          <w:tcMar>
            <w:top w:w="70" w:type="dxa"/>
            <w:left w:w="85" w:type="dxa"/>
            <w:bottom w:w="70" w:type="dxa"/>
            <w:right w:w="85" w:type="dxa"/>
          </w:tcMar>
          <w:vAlign w:val="center"/>
        </w:tcPr>
        <w:p w14:paraId="759A85FB" w14:textId="77777777" w:rsidR="002D35F2" w:rsidRPr="000C5950" w:rsidRDefault="00000000">
          <w:pPr>
            <w:spacing w:after="0" w:line="240" w:lineRule="auto"/>
            <w:rPr>
              <w:lang w:val="fr-FR"/>
            </w:rPr>
          </w:pPr>
          <w:r w:rsidRPr="000C5950">
            <w:rPr>
              <w:color w:val="666666"/>
              <w:sz w:val="13"/>
              <w:lang w:val="fr-FR"/>
            </w:rPr>
            <w:t>Instrument orientativ. A se adapta contextului, riscurilor și obligațiilor aplicabile.</w:t>
          </w:r>
        </w:p>
      </w:tc>
      <w:tc>
        <w:tcPr>
          <w:tcW w:w="1701" w:type="dxa"/>
        </w:tcPr>
        <w:p w14:paraId="4412E565" w14:textId="77777777" w:rsidR="002D35F2" w:rsidRDefault="00000000">
          <w:pPr>
            <w:jc w:val="right"/>
          </w:pPr>
          <w:r>
            <w:rPr>
              <w:color w:val="666666"/>
              <w:sz w:val="13"/>
            </w:rPr>
            <w:t xml:space="preserve">Pagina </w:t>
          </w:r>
          <w:r>
            <w:fldChar w:fldCharType="begin"/>
          </w:r>
          <w:r>
            <w:instrText xml:space="preserve"> PAGE </w:instrText>
          </w:r>
          <w:r>
            <w:fldChar w:fldCharType="separate"/>
          </w:r>
          <w:r>
            <w:t>1</w:t>
          </w:r>
          <w:r>
            <w:fldChar w:fldCharType="end"/>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DE58C0" w14:textId="77777777" w:rsidR="0060569C" w:rsidRDefault="0060569C">
      <w:pPr>
        <w:spacing w:after="0" w:line="240" w:lineRule="auto"/>
      </w:pPr>
      <w:r>
        <w:separator/>
      </w:r>
    </w:p>
  </w:footnote>
  <w:footnote w:type="continuationSeparator" w:id="0">
    <w:p w14:paraId="4C0AFAB8" w14:textId="77777777" w:rsidR="0060569C" w:rsidRDefault="0060569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BE12D8" w14:textId="77777777" w:rsidR="002D35F2" w:rsidRPr="000C5950" w:rsidRDefault="00000000">
    <w:pPr>
      <w:pStyle w:val="Header"/>
      <w:pBdr>
        <w:bottom w:val="single" w:sz="8" w:space="3" w:color="D71920"/>
      </w:pBdr>
      <w:tabs>
        <w:tab w:val="right" w:pos="9921"/>
      </w:tabs>
      <w:rPr>
        <w:lang w:val="fr-FR"/>
      </w:rPr>
    </w:pPr>
    <w:r w:rsidRPr="000C5950">
      <w:rPr>
        <w:b/>
        <w:color w:val="D71920"/>
        <w:sz w:val="20"/>
        <w:lang w:val="fr-FR"/>
      </w:rPr>
      <w:t>CERTIFY</w:t>
    </w:r>
    <w:r w:rsidRPr="000C5950">
      <w:rPr>
        <w:color w:val="666666"/>
        <w:sz w:val="16"/>
        <w:lang w:val="fr-FR"/>
      </w:rPr>
      <w:t xml:space="preserve">  |  RESURSE PRACTICE ISO</w:t>
    </w:r>
    <w:r w:rsidRPr="000C5950">
      <w:rPr>
        <w:lang w:val="fr-FR"/>
      </w:rPr>
      <w:tab/>
    </w:r>
    <w:r w:rsidRPr="000C5950">
      <w:rPr>
        <w:color w:val="666666"/>
        <w:sz w:val="14"/>
        <w:lang w:val="fr-FR"/>
      </w:rPr>
      <w:t>GHID DOCUMENTE ESENȚIALE ISO 45001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364549977">
    <w:abstractNumId w:val="8"/>
  </w:num>
  <w:num w:numId="2" w16cid:durableId="234240745">
    <w:abstractNumId w:val="6"/>
  </w:num>
  <w:num w:numId="3" w16cid:durableId="283730625">
    <w:abstractNumId w:val="5"/>
  </w:num>
  <w:num w:numId="4" w16cid:durableId="1905796022">
    <w:abstractNumId w:val="4"/>
  </w:num>
  <w:num w:numId="5" w16cid:durableId="519659178">
    <w:abstractNumId w:val="7"/>
  </w:num>
  <w:num w:numId="6" w16cid:durableId="1467889100">
    <w:abstractNumId w:val="3"/>
  </w:num>
  <w:num w:numId="7" w16cid:durableId="1408919081">
    <w:abstractNumId w:val="2"/>
  </w:num>
  <w:num w:numId="8" w16cid:durableId="1357268256">
    <w:abstractNumId w:val="1"/>
  </w:num>
  <w:num w:numId="9" w16cid:durableId="190791519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C5950"/>
    <w:rsid w:val="0015074B"/>
    <w:rsid w:val="0029639D"/>
    <w:rsid w:val="002D35F2"/>
    <w:rsid w:val="00326F90"/>
    <w:rsid w:val="0060569C"/>
    <w:rsid w:val="00AA1D8D"/>
    <w:rsid w:val="00B47730"/>
    <w:rsid w:val="00CA265C"/>
    <w:rsid w:val="00CB0664"/>
    <w:rsid w:val="00F05991"/>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AEED542"/>
  <w14:defaultImageDpi w14:val="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70" w:line="254" w:lineRule="auto"/>
    </w:pPr>
    <w:rPr>
      <w:rFonts w:ascii="Arial" w:hAnsi="Arial"/>
      <w:color w:val="222222"/>
      <w:sz w:val="18"/>
    </w:rPr>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b/>
      <w:bCs/>
      <w:sz w:val="34"/>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b/>
      <w:bCs/>
      <w:color w:val="D71920"/>
      <w:sz w:val="24"/>
      <w:szCs w:val="26"/>
    </w:rPr>
  </w:style>
  <w:style w:type="paragraph" w:styleId="Heading3">
    <w:name w:val="heading 3"/>
    <w:basedOn w:val="Normal"/>
    <w:next w:val="Normal"/>
    <w:link w:val="Heading3Char"/>
    <w:uiPriority w:val="9"/>
    <w:unhideWhenUsed/>
    <w:qFormat/>
    <w:rsid w:val="00FC693F"/>
    <w:pPr>
      <w:keepNext/>
      <w:keepLines/>
      <w:spacing w:before="120" w:after="60"/>
      <w:outlineLvl w:val="2"/>
    </w:pPr>
    <w:rPr>
      <w:rFonts w:asciiTheme="majorHAnsi" w:eastAsiaTheme="majorEastAsia" w:hAnsiTheme="majorHAnsi" w:cstheme="majorBidi"/>
      <w:b/>
      <w:bCs/>
      <w:sz w:val="20"/>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160" w:line="240" w:lineRule="auto"/>
      <w:contextualSpacing/>
    </w:pPr>
    <w:rPr>
      <w:rFonts w:asciiTheme="majorHAnsi" w:eastAsiaTheme="majorEastAsia" w:hAnsiTheme="majorHAnsi" w:cstheme="majorBidi"/>
      <w:b/>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sz w:val="17"/>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rPr>
      <w:sz w:val="17"/>
    </w:r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iso.org/standard/63787.html"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iso.org/committee/4857129/x/catalogue/"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iso.org/standard/76619.htm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iso.org/home/insights-news/resources/iso-45001-explained-what-it-is.html" TargetMode="External"/><Relationship Id="rId4" Type="http://schemas.openxmlformats.org/officeDocument/2006/relationships/settings" Target="settings.xml"/><Relationship Id="rId9" Type="http://schemas.openxmlformats.org/officeDocument/2006/relationships/hyperlink" Target="https://www.iso.org/standard/88428.html"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5190</Words>
  <Characters>29588</Characters>
  <Application>Microsoft Office Word</Application>
  <DocSecurity>0</DocSecurity>
  <Lines>246</Lines>
  <Paragraphs>69</Paragraphs>
  <ScaleCrop>false</ScaleCrop>
  <Manager/>
  <Company/>
  <LinksUpToDate>false</LinksUpToDate>
  <CharactersWithSpaces>34709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2026-07-24T09:19:00Z</dcterms:created>
  <dcterms:modified xsi:type="dcterms:W3CDTF">2026-07-24T09:19:00Z</dcterms:modified>
  <cp:category/>
</cp:coreProperties>
</file>