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95337" w14:textId="77777777" w:rsidR="002718B0" w:rsidRPr="00D97DB6" w:rsidRDefault="00000000">
      <w:pPr>
        <w:pBdr>
          <w:bottom w:val="single" w:sz="20" w:space="5" w:color="D71920"/>
        </w:pBdr>
        <w:spacing w:after="480"/>
        <w:rPr>
          <w:noProof/>
          <w:lang w:val="ro-RO"/>
        </w:rPr>
      </w:pPr>
      <w:r w:rsidRPr="00D97DB6">
        <w:rPr>
          <w:rFonts w:eastAsia="Arial"/>
          <w:b/>
          <w:noProof/>
          <w:sz w:val="36"/>
          <w:lang w:val="ro-RO"/>
        </w:rPr>
        <w:t>CERTIFY</w:t>
      </w:r>
      <w:r w:rsidRPr="00D97DB6">
        <w:rPr>
          <w:rFonts w:eastAsia="Arial"/>
          <w:noProof/>
          <w:color w:val="666666"/>
          <w:sz w:val="18"/>
          <w:lang w:val="ro-RO"/>
        </w:rPr>
        <w:t xml:space="preserve">  |  RESURSE PRACTICE ISO</w:t>
      </w:r>
    </w:p>
    <w:p w14:paraId="1B2A3382" w14:textId="77777777" w:rsidR="002718B0" w:rsidRPr="00D97DB6" w:rsidRDefault="00000000">
      <w:pPr>
        <w:spacing w:before="440" w:after="40"/>
        <w:rPr>
          <w:noProof/>
          <w:lang w:val="ro-RO"/>
        </w:rPr>
      </w:pPr>
      <w:r w:rsidRPr="00D97DB6">
        <w:rPr>
          <w:rFonts w:eastAsia="Arial"/>
          <w:b/>
          <w:noProof/>
          <w:color w:val="D71920"/>
          <w:sz w:val="28"/>
          <w:lang w:val="ro-RO"/>
        </w:rPr>
        <w:t>CHECKLIST</w:t>
      </w:r>
    </w:p>
    <w:p w14:paraId="3D06C37D" w14:textId="77777777" w:rsidR="002718B0" w:rsidRPr="00D97DB6" w:rsidRDefault="00000000">
      <w:pPr>
        <w:pBdr>
          <w:bottom w:val="single" w:sz="4" w:space="4" w:color="D71920"/>
        </w:pBdr>
        <w:spacing w:after="160"/>
        <w:rPr>
          <w:noProof/>
          <w:lang w:val="ro-RO"/>
        </w:rPr>
      </w:pPr>
      <w:r w:rsidRPr="00D97DB6">
        <w:rPr>
          <w:rFonts w:eastAsia="Arial"/>
          <w:b/>
          <w:noProof/>
          <w:sz w:val="56"/>
          <w:lang w:val="ro-RO"/>
        </w:rPr>
        <w:t>Implementare ISO 9001</w:t>
      </w:r>
    </w:p>
    <w:p w14:paraId="47867444" w14:textId="77777777" w:rsidR="002718B0" w:rsidRPr="00D97DB6" w:rsidRDefault="00000000">
      <w:pPr>
        <w:spacing w:after="360"/>
        <w:rPr>
          <w:noProof/>
          <w:lang w:val="ro-RO"/>
        </w:rPr>
      </w:pPr>
      <w:r w:rsidRPr="00D97DB6">
        <w:rPr>
          <w:rFonts w:eastAsia="Arial"/>
          <w:noProof/>
          <w:color w:val="666666"/>
          <w:sz w:val="26"/>
          <w:lang w:val="ro-RO"/>
        </w:rPr>
        <w:t>Instrument practic pentru proiectarea, implementarea și verificarea unui sistem de management al calității</w:t>
      </w:r>
    </w:p>
    <w:tbl>
      <w:tblPr>
        <w:tblW w:w="0" w:type="auto"/>
        <w:tblLayout w:type="fixed"/>
        <w:tblLook w:val="04A0" w:firstRow="1" w:lastRow="0" w:firstColumn="1" w:lastColumn="0" w:noHBand="0" w:noVBand="1"/>
      </w:tblPr>
      <w:tblGrid>
        <w:gridCol w:w="4989"/>
        <w:gridCol w:w="4989"/>
      </w:tblGrid>
      <w:tr w:rsidR="002718B0" w:rsidRPr="00D97DB6" w14:paraId="5A04DE8B" w14:textId="77777777">
        <w:tc>
          <w:tcPr>
            <w:tcW w:w="4989" w:type="dxa"/>
            <w:tcBorders>
              <w:top w:val="single" w:sz="4" w:space="0" w:color="FFFFFF"/>
              <w:left w:val="single" w:sz="4" w:space="0" w:color="FFFFFF"/>
              <w:bottom w:val="single" w:sz="4" w:space="0" w:color="FFFFFF"/>
              <w:right w:val="single" w:sz="4" w:space="0" w:color="FFFFFF"/>
            </w:tcBorders>
            <w:shd w:val="clear" w:color="auto" w:fill="D71920"/>
            <w:tcMar>
              <w:top w:w="120" w:type="dxa"/>
              <w:left w:w="120" w:type="dxa"/>
              <w:bottom w:w="120" w:type="dxa"/>
              <w:right w:w="120" w:type="dxa"/>
            </w:tcMar>
          </w:tcPr>
          <w:p w14:paraId="0C273716" w14:textId="77777777" w:rsidR="002718B0" w:rsidRPr="00D97DB6" w:rsidRDefault="00000000">
            <w:pPr>
              <w:rPr>
                <w:noProof/>
                <w:lang w:val="ro-RO"/>
              </w:rPr>
            </w:pPr>
            <w:r w:rsidRPr="00D97DB6">
              <w:rPr>
                <w:rFonts w:eastAsia="Arial"/>
                <w:b/>
                <w:noProof/>
                <w:color w:val="FFFFFF"/>
                <w:sz w:val="17"/>
                <w:lang w:val="ro-RO"/>
              </w:rPr>
              <w:t>BAZĂ NORMATIVĂ</w:t>
            </w:r>
          </w:p>
        </w:tc>
        <w:tc>
          <w:tcPr>
            <w:tcW w:w="4989" w:type="dxa"/>
            <w:tcBorders>
              <w:top w:val="single" w:sz="4" w:space="0" w:color="FFFFFF"/>
              <w:left w:val="single" w:sz="4" w:space="0" w:color="FFFFFF"/>
              <w:bottom w:val="single" w:sz="4" w:space="0" w:color="FFFFFF"/>
              <w:right w:val="single" w:sz="4" w:space="0" w:color="FFFFFF"/>
            </w:tcBorders>
            <w:shd w:val="clear" w:color="auto" w:fill="FCEBEC"/>
            <w:tcMar>
              <w:top w:w="120" w:type="dxa"/>
              <w:left w:w="120" w:type="dxa"/>
              <w:bottom w:w="120" w:type="dxa"/>
              <w:right w:w="120" w:type="dxa"/>
            </w:tcMar>
          </w:tcPr>
          <w:p w14:paraId="57790D6C" w14:textId="77777777" w:rsidR="002718B0" w:rsidRPr="00D97DB6" w:rsidRDefault="00000000">
            <w:pPr>
              <w:rPr>
                <w:noProof/>
                <w:lang w:val="ro-RO"/>
              </w:rPr>
            </w:pPr>
            <w:r w:rsidRPr="00D97DB6">
              <w:rPr>
                <w:rFonts w:eastAsia="Arial"/>
                <w:b/>
                <w:noProof/>
                <w:sz w:val="18"/>
                <w:lang w:val="ro-RO"/>
              </w:rPr>
              <w:t>ISO 9001:2015 + ISO 9001:2015/Amd 1:2024</w:t>
            </w:r>
          </w:p>
        </w:tc>
      </w:tr>
      <w:tr w:rsidR="002718B0" w:rsidRPr="0040087F" w14:paraId="0ED3EB07" w14:textId="77777777">
        <w:tc>
          <w:tcPr>
            <w:tcW w:w="4989" w:type="dxa"/>
            <w:tcBorders>
              <w:top w:val="single" w:sz="4" w:space="0" w:color="FFFFFF"/>
              <w:left w:val="single" w:sz="4" w:space="0" w:color="FFFFFF"/>
              <w:bottom w:val="single" w:sz="4" w:space="0" w:color="FFFFFF"/>
              <w:right w:val="single" w:sz="4" w:space="0" w:color="FFFFFF"/>
            </w:tcBorders>
            <w:shd w:val="clear" w:color="auto" w:fill="D71920"/>
            <w:tcMar>
              <w:top w:w="120" w:type="dxa"/>
              <w:left w:w="120" w:type="dxa"/>
              <w:bottom w:w="120" w:type="dxa"/>
              <w:right w:w="120" w:type="dxa"/>
            </w:tcMar>
          </w:tcPr>
          <w:p w14:paraId="07DA736F" w14:textId="77777777" w:rsidR="002718B0" w:rsidRPr="00D97DB6" w:rsidRDefault="00000000">
            <w:pPr>
              <w:rPr>
                <w:noProof/>
                <w:lang w:val="ro-RO"/>
              </w:rPr>
            </w:pPr>
            <w:r w:rsidRPr="00D97DB6">
              <w:rPr>
                <w:rFonts w:eastAsia="Arial"/>
                <w:b/>
                <w:noProof/>
                <w:color w:val="FFFFFF"/>
                <w:sz w:val="17"/>
                <w:lang w:val="ro-RO"/>
              </w:rPr>
              <w:t>UTILIZARE</w:t>
            </w:r>
          </w:p>
        </w:tc>
        <w:tc>
          <w:tcPr>
            <w:tcW w:w="4989" w:type="dxa"/>
            <w:tcBorders>
              <w:top w:val="single" w:sz="4" w:space="0" w:color="FFFFFF"/>
              <w:left w:val="single" w:sz="4" w:space="0" w:color="FFFFFF"/>
              <w:bottom w:val="single" w:sz="4" w:space="0" w:color="FFFFFF"/>
              <w:right w:val="single" w:sz="4" w:space="0" w:color="FFFFFF"/>
            </w:tcBorders>
            <w:shd w:val="clear" w:color="auto" w:fill="FFFFFF"/>
            <w:tcMar>
              <w:top w:w="120" w:type="dxa"/>
              <w:left w:w="120" w:type="dxa"/>
              <w:bottom w:w="120" w:type="dxa"/>
              <w:right w:w="120" w:type="dxa"/>
            </w:tcMar>
          </w:tcPr>
          <w:p w14:paraId="628B233E" w14:textId="77777777" w:rsidR="002718B0" w:rsidRPr="00D97DB6" w:rsidRDefault="00000000">
            <w:pPr>
              <w:rPr>
                <w:noProof/>
                <w:lang w:val="ro-RO"/>
              </w:rPr>
            </w:pPr>
            <w:r w:rsidRPr="00D97DB6">
              <w:rPr>
                <w:rFonts w:eastAsia="Arial"/>
                <w:noProof/>
                <w:sz w:val="18"/>
                <w:lang w:val="ro-RO"/>
              </w:rPr>
              <w:t>Organizații din orice industrie, dimensiune sau nivel de maturitate</w:t>
            </w:r>
          </w:p>
        </w:tc>
      </w:tr>
      <w:tr w:rsidR="002718B0" w:rsidRPr="00D97DB6" w14:paraId="7EA5A6F1" w14:textId="77777777">
        <w:tc>
          <w:tcPr>
            <w:tcW w:w="4989" w:type="dxa"/>
            <w:tcBorders>
              <w:top w:val="single" w:sz="4" w:space="0" w:color="FFFFFF"/>
              <w:left w:val="single" w:sz="4" w:space="0" w:color="FFFFFF"/>
              <w:bottom w:val="single" w:sz="4" w:space="0" w:color="FFFFFF"/>
              <w:right w:val="single" w:sz="4" w:space="0" w:color="FFFFFF"/>
            </w:tcBorders>
            <w:shd w:val="clear" w:color="auto" w:fill="D71920"/>
            <w:tcMar>
              <w:top w:w="120" w:type="dxa"/>
              <w:left w:w="120" w:type="dxa"/>
              <w:bottom w:w="120" w:type="dxa"/>
              <w:right w:w="120" w:type="dxa"/>
            </w:tcMar>
          </w:tcPr>
          <w:p w14:paraId="72EC156D" w14:textId="77777777" w:rsidR="002718B0" w:rsidRPr="00D97DB6" w:rsidRDefault="00000000">
            <w:pPr>
              <w:rPr>
                <w:noProof/>
                <w:lang w:val="ro-RO"/>
              </w:rPr>
            </w:pPr>
            <w:r w:rsidRPr="00D97DB6">
              <w:rPr>
                <w:rFonts w:eastAsia="Arial"/>
                <w:b/>
                <w:noProof/>
                <w:color w:val="FFFFFF"/>
                <w:sz w:val="17"/>
                <w:lang w:val="ro-RO"/>
              </w:rPr>
              <w:t>VERSIUNE</w:t>
            </w:r>
          </w:p>
        </w:tc>
        <w:tc>
          <w:tcPr>
            <w:tcW w:w="4989" w:type="dxa"/>
            <w:tcBorders>
              <w:top w:val="single" w:sz="4" w:space="0" w:color="FFFFFF"/>
              <w:left w:val="single" w:sz="4" w:space="0" w:color="FFFFFF"/>
              <w:bottom w:val="single" w:sz="4" w:space="0" w:color="FFFFFF"/>
              <w:right w:val="single" w:sz="4" w:space="0" w:color="FFFFFF"/>
            </w:tcBorders>
            <w:shd w:val="clear" w:color="auto" w:fill="FCEBEC"/>
            <w:tcMar>
              <w:top w:w="120" w:type="dxa"/>
              <w:left w:w="120" w:type="dxa"/>
              <w:bottom w:w="120" w:type="dxa"/>
              <w:right w:w="120" w:type="dxa"/>
            </w:tcMar>
          </w:tcPr>
          <w:p w14:paraId="65FEE50A" w14:textId="77777777" w:rsidR="002718B0" w:rsidRPr="00D97DB6" w:rsidRDefault="00000000">
            <w:pPr>
              <w:rPr>
                <w:noProof/>
                <w:lang w:val="ro-RO"/>
              </w:rPr>
            </w:pPr>
            <w:r w:rsidRPr="00D97DB6">
              <w:rPr>
                <w:rFonts w:eastAsia="Arial"/>
                <w:noProof/>
                <w:sz w:val="18"/>
                <w:lang w:val="ro-RO"/>
              </w:rPr>
              <w:t>1.0  |  Iulie 2026</w:t>
            </w:r>
          </w:p>
        </w:tc>
      </w:tr>
    </w:tbl>
    <w:p w14:paraId="3402647C" w14:textId="77777777" w:rsidR="002718B0" w:rsidRPr="00D97DB6" w:rsidRDefault="00000000">
      <w:pPr>
        <w:spacing w:before="480" w:after="100"/>
        <w:rPr>
          <w:noProof/>
          <w:lang w:val="ro-RO"/>
        </w:rPr>
      </w:pPr>
      <w:r w:rsidRPr="00D97DB6">
        <w:rPr>
          <w:rFonts w:eastAsia="Arial"/>
          <w:b/>
          <w:noProof/>
          <w:color w:val="D71920"/>
          <w:sz w:val="24"/>
          <w:lang w:val="ro-RO"/>
        </w:rPr>
        <w:t>CALITATE. ÎNCREDERE. PERFORMANȚĂ.</w:t>
      </w:r>
    </w:p>
    <w:p w14:paraId="5AD5C97A" w14:textId="77777777" w:rsidR="002718B0" w:rsidRPr="00D97DB6" w:rsidRDefault="00000000">
      <w:pPr>
        <w:spacing w:after="0"/>
        <w:rPr>
          <w:noProof/>
          <w:lang w:val="ro-RO"/>
        </w:rPr>
      </w:pPr>
      <w:r w:rsidRPr="00D97DB6">
        <w:rPr>
          <w:rFonts w:eastAsia="Arial"/>
          <w:i/>
          <w:noProof/>
          <w:color w:val="666666"/>
          <w:sz w:val="17"/>
          <w:lang w:val="ro-RO"/>
        </w:rPr>
        <w:t>Acest checklist este un instrument de lucru original și nu reproduce textul standardului. El nu înlocuiește consultarea ediției oficiale aplicabile și trebuie adaptat contextului, riscurilor și obligațiilor fiecărei organizații.</w:t>
      </w:r>
      <w:r w:rsidRPr="00D97DB6">
        <w:rPr>
          <w:noProof/>
          <w:lang w:val="ro-RO"/>
        </w:rPr>
        <w:br w:type="page"/>
      </w:r>
    </w:p>
    <w:p w14:paraId="569F44C1" w14:textId="77777777" w:rsidR="002718B0" w:rsidRPr="00D97DB6" w:rsidRDefault="00000000">
      <w:pPr>
        <w:pStyle w:val="Heading1"/>
        <w:pBdr>
          <w:bottom w:val="single" w:sz="10" w:space="3" w:color="D71920"/>
        </w:pBdr>
        <w:rPr>
          <w:noProof/>
          <w:lang w:val="ro-RO"/>
        </w:rPr>
      </w:pPr>
      <w:r w:rsidRPr="00D97DB6">
        <w:rPr>
          <w:noProof/>
          <w:lang w:val="ro-RO"/>
        </w:rPr>
        <w:lastRenderedPageBreak/>
        <w:t>Cum se utilizează checklistul</w:t>
      </w:r>
    </w:p>
    <w:p w14:paraId="371D8E7C" w14:textId="77777777" w:rsidR="002718B0" w:rsidRPr="00D97DB6" w:rsidRDefault="00000000">
      <w:pPr>
        <w:rPr>
          <w:noProof/>
          <w:lang w:val="ro-RO"/>
        </w:rPr>
      </w:pPr>
      <w:r w:rsidRPr="00D97DB6">
        <w:rPr>
          <w:rFonts w:eastAsia="Arial"/>
          <w:b/>
          <w:noProof/>
          <w:color w:val="D71920"/>
          <w:lang w:val="ro-RO"/>
        </w:rPr>
        <w:t xml:space="preserve">Scop. </w:t>
      </w:r>
      <w:r w:rsidRPr="00D97DB6">
        <w:rPr>
          <w:rFonts w:eastAsia="Arial"/>
          <w:noProof/>
          <w:lang w:val="ro-RO"/>
        </w:rPr>
        <w:t>Să ajute organizația să planifice implementarea, să verifice existența dovezilor și să transforme lacunele într-un plan de acțiuni.</w:t>
      </w:r>
    </w:p>
    <w:p w14:paraId="03EFF3E2" w14:textId="77777777" w:rsidR="002718B0" w:rsidRPr="00D97DB6" w:rsidRDefault="00000000">
      <w:pPr>
        <w:pStyle w:val="Heading2"/>
        <w:rPr>
          <w:noProof/>
          <w:lang w:val="ro-RO"/>
        </w:rPr>
      </w:pPr>
      <w:r w:rsidRPr="00D97DB6">
        <w:rPr>
          <w:noProof/>
          <w:lang w:val="ro-RO"/>
        </w:rPr>
        <w:t>Scala de evaluare recomandată</w:t>
      </w:r>
    </w:p>
    <w:tbl>
      <w:tblPr>
        <w:tblW w:w="0" w:type="auto"/>
        <w:tblLayout w:type="fixed"/>
        <w:tblLook w:val="04A0" w:firstRow="1" w:lastRow="0" w:firstColumn="1" w:lastColumn="0" w:noHBand="0" w:noVBand="1"/>
      </w:tblPr>
      <w:tblGrid>
        <w:gridCol w:w="3326"/>
        <w:gridCol w:w="3326"/>
        <w:gridCol w:w="3326"/>
      </w:tblGrid>
      <w:tr w:rsidR="002718B0" w:rsidRPr="0040087F" w14:paraId="5E80A855" w14:textId="77777777">
        <w:tc>
          <w:tcPr>
            <w:tcW w:w="3326" w:type="dxa"/>
            <w:tcBorders>
              <w:top w:val="single" w:sz="3" w:space="0" w:color="D9DDE2"/>
              <w:left w:val="single" w:sz="3" w:space="0" w:color="D9DDE2"/>
              <w:bottom w:val="single" w:sz="3" w:space="0" w:color="D9DDE2"/>
              <w:right w:val="single" w:sz="3" w:space="0" w:color="D9DDE2"/>
            </w:tcBorders>
            <w:shd w:val="clear" w:color="auto" w:fill="FAFAFA"/>
            <w:tcMar>
              <w:top w:w="85" w:type="dxa"/>
              <w:left w:w="90" w:type="dxa"/>
              <w:bottom w:w="85" w:type="dxa"/>
              <w:right w:w="90" w:type="dxa"/>
            </w:tcMar>
          </w:tcPr>
          <w:p w14:paraId="276BC77F" w14:textId="77777777" w:rsidR="002718B0" w:rsidRPr="00D97DB6" w:rsidRDefault="00000000">
            <w:pPr>
              <w:jc w:val="center"/>
              <w:rPr>
                <w:noProof/>
                <w:lang w:val="ro-RO"/>
              </w:rPr>
            </w:pPr>
            <w:r w:rsidRPr="00D97DB6">
              <w:rPr>
                <w:rFonts w:eastAsia="Arial"/>
                <w:b/>
                <w:noProof/>
                <w:color w:val="D71920"/>
                <w:sz w:val="17"/>
                <w:lang w:val="ro-RO"/>
              </w:rPr>
              <w:t>0</w:t>
            </w:r>
          </w:p>
        </w:tc>
        <w:tc>
          <w:tcPr>
            <w:tcW w:w="3326" w:type="dxa"/>
            <w:tcBorders>
              <w:top w:val="single" w:sz="3" w:space="0" w:color="D9DDE2"/>
              <w:left w:val="single" w:sz="3" w:space="0" w:color="D9DDE2"/>
              <w:bottom w:val="single" w:sz="3" w:space="0" w:color="D9DDE2"/>
              <w:right w:val="single" w:sz="3" w:space="0" w:color="D9DDE2"/>
            </w:tcBorders>
            <w:shd w:val="clear" w:color="auto" w:fill="FAFAFA"/>
            <w:tcMar>
              <w:top w:w="85" w:type="dxa"/>
              <w:left w:w="90" w:type="dxa"/>
              <w:bottom w:w="85" w:type="dxa"/>
              <w:right w:w="90" w:type="dxa"/>
            </w:tcMar>
          </w:tcPr>
          <w:p w14:paraId="6CD114EC" w14:textId="77777777" w:rsidR="002718B0" w:rsidRPr="00D97DB6" w:rsidRDefault="00000000">
            <w:pPr>
              <w:rPr>
                <w:noProof/>
                <w:lang w:val="ro-RO"/>
              </w:rPr>
            </w:pPr>
            <w:r w:rsidRPr="00D97DB6">
              <w:rPr>
                <w:rFonts w:eastAsia="Arial"/>
                <w:b/>
                <w:noProof/>
                <w:sz w:val="17"/>
                <w:lang w:val="ro-RO"/>
              </w:rPr>
              <w:t>Neinițiat</w:t>
            </w:r>
          </w:p>
        </w:tc>
        <w:tc>
          <w:tcPr>
            <w:tcW w:w="3326" w:type="dxa"/>
            <w:tcBorders>
              <w:top w:val="single" w:sz="3" w:space="0" w:color="D9DDE2"/>
              <w:left w:val="single" w:sz="3" w:space="0" w:color="D9DDE2"/>
              <w:bottom w:val="single" w:sz="3" w:space="0" w:color="D9DDE2"/>
              <w:right w:val="single" w:sz="3" w:space="0" w:color="D9DDE2"/>
            </w:tcBorders>
            <w:shd w:val="clear" w:color="auto" w:fill="FAFAFA"/>
            <w:tcMar>
              <w:top w:w="85" w:type="dxa"/>
              <w:left w:w="90" w:type="dxa"/>
              <w:bottom w:w="85" w:type="dxa"/>
              <w:right w:w="90" w:type="dxa"/>
            </w:tcMar>
          </w:tcPr>
          <w:p w14:paraId="2C1C8E02" w14:textId="77777777" w:rsidR="002718B0" w:rsidRPr="00D97DB6" w:rsidRDefault="00000000">
            <w:pPr>
              <w:rPr>
                <w:noProof/>
                <w:lang w:val="ro-RO"/>
              </w:rPr>
            </w:pPr>
            <w:r w:rsidRPr="00D97DB6">
              <w:rPr>
                <w:rFonts w:eastAsia="Arial"/>
                <w:noProof/>
                <w:sz w:val="17"/>
                <w:lang w:val="ro-RO"/>
              </w:rPr>
              <w:t>Nu există o abordare stabilită sau dovezi relevante.</w:t>
            </w:r>
          </w:p>
        </w:tc>
      </w:tr>
      <w:tr w:rsidR="002718B0" w:rsidRPr="0040087F" w14:paraId="08497274" w14:textId="77777777">
        <w:tc>
          <w:tcPr>
            <w:tcW w:w="3326" w:type="dxa"/>
            <w:tcBorders>
              <w:top w:val="single" w:sz="3" w:space="0" w:color="D9DDE2"/>
              <w:left w:val="single" w:sz="3" w:space="0" w:color="D9DDE2"/>
              <w:bottom w:val="single" w:sz="3" w:space="0" w:color="D9DDE2"/>
              <w:right w:val="single" w:sz="3" w:space="0" w:color="D9DDE2"/>
            </w:tcBorders>
            <w:tcMar>
              <w:top w:w="85" w:type="dxa"/>
              <w:left w:w="90" w:type="dxa"/>
              <w:bottom w:w="85" w:type="dxa"/>
              <w:right w:w="90" w:type="dxa"/>
            </w:tcMar>
          </w:tcPr>
          <w:p w14:paraId="08C6BB45" w14:textId="77777777" w:rsidR="002718B0" w:rsidRPr="00D97DB6" w:rsidRDefault="00000000">
            <w:pPr>
              <w:jc w:val="center"/>
              <w:rPr>
                <w:noProof/>
                <w:lang w:val="ro-RO"/>
              </w:rPr>
            </w:pPr>
            <w:r w:rsidRPr="00D97DB6">
              <w:rPr>
                <w:rFonts w:eastAsia="Arial"/>
                <w:b/>
                <w:noProof/>
                <w:color w:val="D71920"/>
                <w:sz w:val="17"/>
                <w:lang w:val="ro-RO"/>
              </w:rPr>
              <w:t>1</w:t>
            </w:r>
          </w:p>
        </w:tc>
        <w:tc>
          <w:tcPr>
            <w:tcW w:w="3326" w:type="dxa"/>
            <w:tcBorders>
              <w:top w:val="single" w:sz="3" w:space="0" w:color="D9DDE2"/>
              <w:left w:val="single" w:sz="3" w:space="0" w:color="D9DDE2"/>
              <w:bottom w:val="single" w:sz="3" w:space="0" w:color="D9DDE2"/>
              <w:right w:val="single" w:sz="3" w:space="0" w:color="D9DDE2"/>
            </w:tcBorders>
            <w:tcMar>
              <w:top w:w="85" w:type="dxa"/>
              <w:left w:w="90" w:type="dxa"/>
              <w:bottom w:w="85" w:type="dxa"/>
              <w:right w:w="90" w:type="dxa"/>
            </w:tcMar>
          </w:tcPr>
          <w:p w14:paraId="4B0AF93E" w14:textId="77777777" w:rsidR="002718B0" w:rsidRPr="00D97DB6" w:rsidRDefault="00000000">
            <w:pPr>
              <w:rPr>
                <w:noProof/>
                <w:lang w:val="ro-RO"/>
              </w:rPr>
            </w:pPr>
            <w:r w:rsidRPr="00D97DB6">
              <w:rPr>
                <w:rFonts w:eastAsia="Arial"/>
                <w:b/>
                <w:noProof/>
                <w:sz w:val="17"/>
                <w:lang w:val="ro-RO"/>
              </w:rPr>
              <w:t>Planificat</w:t>
            </w:r>
          </w:p>
        </w:tc>
        <w:tc>
          <w:tcPr>
            <w:tcW w:w="3326" w:type="dxa"/>
            <w:tcBorders>
              <w:top w:val="single" w:sz="3" w:space="0" w:color="D9DDE2"/>
              <w:left w:val="single" w:sz="3" w:space="0" w:color="D9DDE2"/>
              <w:bottom w:val="single" w:sz="3" w:space="0" w:color="D9DDE2"/>
              <w:right w:val="single" w:sz="3" w:space="0" w:color="D9DDE2"/>
            </w:tcBorders>
            <w:tcMar>
              <w:top w:w="85" w:type="dxa"/>
              <w:left w:w="90" w:type="dxa"/>
              <w:bottom w:w="85" w:type="dxa"/>
              <w:right w:w="90" w:type="dxa"/>
            </w:tcMar>
          </w:tcPr>
          <w:p w14:paraId="7F089BAF" w14:textId="77777777" w:rsidR="002718B0" w:rsidRPr="00D97DB6" w:rsidRDefault="00000000">
            <w:pPr>
              <w:rPr>
                <w:noProof/>
                <w:lang w:val="ro-RO"/>
              </w:rPr>
            </w:pPr>
            <w:r w:rsidRPr="00D97DB6">
              <w:rPr>
                <w:rFonts w:eastAsia="Arial"/>
                <w:noProof/>
                <w:sz w:val="17"/>
                <w:lang w:val="ro-RO"/>
              </w:rPr>
              <w:t>Cerința este înțeleasă și există un plan, dar aplicarea nu este încă demonstrabilă.</w:t>
            </w:r>
          </w:p>
        </w:tc>
      </w:tr>
      <w:tr w:rsidR="002718B0" w:rsidRPr="00D97DB6" w14:paraId="6AD6A667" w14:textId="77777777">
        <w:tc>
          <w:tcPr>
            <w:tcW w:w="3326" w:type="dxa"/>
            <w:tcBorders>
              <w:top w:val="single" w:sz="3" w:space="0" w:color="D9DDE2"/>
              <w:left w:val="single" w:sz="3" w:space="0" w:color="D9DDE2"/>
              <w:bottom w:val="single" w:sz="3" w:space="0" w:color="D9DDE2"/>
              <w:right w:val="single" w:sz="3" w:space="0" w:color="D9DDE2"/>
            </w:tcBorders>
            <w:shd w:val="clear" w:color="auto" w:fill="FAFAFA"/>
            <w:tcMar>
              <w:top w:w="85" w:type="dxa"/>
              <w:left w:w="90" w:type="dxa"/>
              <w:bottom w:w="85" w:type="dxa"/>
              <w:right w:w="90" w:type="dxa"/>
            </w:tcMar>
          </w:tcPr>
          <w:p w14:paraId="04B87295" w14:textId="77777777" w:rsidR="002718B0" w:rsidRPr="00D97DB6" w:rsidRDefault="00000000">
            <w:pPr>
              <w:jc w:val="center"/>
              <w:rPr>
                <w:noProof/>
                <w:lang w:val="ro-RO"/>
              </w:rPr>
            </w:pPr>
            <w:r w:rsidRPr="00D97DB6">
              <w:rPr>
                <w:rFonts w:eastAsia="Arial"/>
                <w:b/>
                <w:noProof/>
                <w:color w:val="D71920"/>
                <w:sz w:val="17"/>
                <w:lang w:val="ro-RO"/>
              </w:rPr>
              <w:t>2</w:t>
            </w:r>
          </w:p>
        </w:tc>
        <w:tc>
          <w:tcPr>
            <w:tcW w:w="3326" w:type="dxa"/>
            <w:tcBorders>
              <w:top w:val="single" w:sz="3" w:space="0" w:color="D9DDE2"/>
              <w:left w:val="single" w:sz="3" w:space="0" w:color="D9DDE2"/>
              <w:bottom w:val="single" w:sz="3" w:space="0" w:color="D9DDE2"/>
              <w:right w:val="single" w:sz="3" w:space="0" w:color="D9DDE2"/>
            </w:tcBorders>
            <w:shd w:val="clear" w:color="auto" w:fill="FAFAFA"/>
            <w:tcMar>
              <w:top w:w="85" w:type="dxa"/>
              <w:left w:w="90" w:type="dxa"/>
              <w:bottom w:w="85" w:type="dxa"/>
              <w:right w:w="90" w:type="dxa"/>
            </w:tcMar>
          </w:tcPr>
          <w:p w14:paraId="33107893" w14:textId="77777777" w:rsidR="002718B0" w:rsidRPr="00D97DB6" w:rsidRDefault="00000000">
            <w:pPr>
              <w:rPr>
                <w:noProof/>
                <w:lang w:val="ro-RO"/>
              </w:rPr>
            </w:pPr>
            <w:r w:rsidRPr="00D97DB6">
              <w:rPr>
                <w:rFonts w:eastAsia="Arial"/>
                <w:b/>
                <w:noProof/>
                <w:sz w:val="17"/>
                <w:lang w:val="ro-RO"/>
              </w:rPr>
              <w:t>Parțial implementat</w:t>
            </w:r>
          </w:p>
        </w:tc>
        <w:tc>
          <w:tcPr>
            <w:tcW w:w="3326" w:type="dxa"/>
            <w:tcBorders>
              <w:top w:val="single" w:sz="3" w:space="0" w:color="D9DDE2"/>
              <w:left w:val="single" w:sz="3" w:space="0" w:color="D9DDE2"/>
              <w:bottom w:val="single" w:sz="3" w:space="0" w:color="D9DDE2"/>
              <w:right w:val="single" w:sz="3" w:space="0" w:color="D9DDE2"/>
            </w:tcBorders>
            <w:shd w:val="clear" w:color="auto" w:fill="FAFAFA"/>
            <w:tcMar>
              <w:top w:w="85" w:type="dxa"/>
              <w:left w:w="90" w:type="dxa"/>
              <w:bottom w:w="85" w:type="dxa"/>
              <w:right w:w="90" w:type="dxa"/>
            </w:tcMar>
          </w:tcPr>
          <w:p w14:paraId="19EE6CF5" w14:textId="77777777" w:rsidR="002718B0" w:rsidRPr="00D97DB6" w:rsidRDefault="00000000">
            <w:pPr>
              <w:rPr>
                <w:noProof/>
                <w:lang w:val="ro-RO"/>
              </w:rPr>
            </w:pPr>
            <w:r w:rsidRPr="00D97DB6">
              <w:rPr>
                <w:rFonts w:eastAsia="Arial"/>
                <w:noProof/>
                <w:sz w:val="17"/>
                <w:lang w:val="ro-RO"/>
              </w:rPr>
              <w:t>Există practici și unele dovezi, însă aplicarea este incompletă, inconsistentă sau prea recentă.</w:t>
            </w:r>
          </w:p>
        </w:tc>
      </w:tr>
      <w:tr w:rsidR="002718B0" w:rsidRPr="0040087F" w14:paraId="331348A3" w14:textId="77777777">
        <w:tc>
          <w:tcPr>
            <w:tcW w:w="3326" w:type="dxa"/>
            <w:tcBorders>
              <w:top w:val="single" w:sz="3" w:space="0" w:color="D9DDE2"/>
              <w:left w:val="single" w:sz="3" w:space="0" w:color="D9DDE2"/>
              <w:bottom w:val="single" w:sz="3" w:space="0" w:color="D9DDE2"/>
              <w:right w:val="single" w:sz="3" w:space="0" w:color="D9DDE2"/>
            </w:tcBorders>
            <w:shd w:val="clear" w:color="auto" w:fill="EAF4EA"/>
            <w:tcMar>
              <w:top w:w="85" w:type="dxa"/>
              <w:left w:w="90" w:type="dxa"/>
              <w:bottom w:w="85" w:type="dxa"/>
              <w:right w:w="90" w:type="dxa"/>
            </w:tcMar>
          </w:tcPr>
          <w:p w14:paraId="47BAAE7C" w14:textId="77777777" w:rsidR="002718B0" w:rsidRPr="00D97DB6" w:rsidRDefault="00000000">
            <w:pPr>
              <w:jc w:val="center"/>
              <w:rPr>
                <w:noProof/>
                <w:lang w:val="ro-RO"/>
              </w:rPr>
            </w:pPr>
            <w:r w:rsidRPr="00D97DB6">
              <w:rPr>
                <w:rFonts w:eastAsia="Arial"/>
                <w:b/>
                <w:noProof/>
                <w:color w:val="D71920"/>
                <w:sz w:val="17"/>
                <w:lang w:val="ro-RO"/>
              </w:rPr>
              <w:t>3</w:t>
            </w:r>
          </w:p>
        </w:tc>
        <w:tc>
          <w:tcPr>
            <w:tcW w:w="3326" w:type="dxa"/>
            <w:tcBorders>
              <w:top w:val="single" w:sz="3" w:space="0" w:color="D9DDE2"/>
              <w:left w:val="single" w:sz="3" w:space="0" w:color="D9DDE2"/>
              <w:bottom w:val="single" w:sz="3" w:space="0" w:color="D9DDE2"/>
              <w:right w:val="single" w:sz="3" w:space="0" w:color="D9DDE2"/>
            </w:tcBorders>
            <w:shd w:val="clear" w:color="auto" w:fill="EAF4EA"/>
            <w:tcMar>
              <w:top w:w="85" w:type="dxa"/>
              <w:left w:w="90" w:type="dxa"/>
              <w:bottom w:w="85" w:type="dxa"/>
              <w:right w:w="90" w:type="dxa"/>
            </w:tcMar>
          </w:tcPr>
          <w:p w14:paraId="5FC4A8A1" w14:textId="77777777" w:rsidR="002718B0" w:rsidRPr="00D97DB6" w:rsidRDefault="00000000">
            <w:pPr>
              <w:rPr>
                <w:noProof/>
                <w:lang w:val="ro-RO"/>
              </w:rPr>
            </w:pPr>
            <w:r w:rsidRPr="00D97DB6">
              <w:rPr>
                <w:rFonts w:eastAsia="Arial"/>
                <w:b/>
                <w:noProof/>
                <w:sz w:val="17"/>
                <w:lang w:val="ro-RO"/>
              </w:rPr>
              <w:t>Implementat și demonstrabil</w:t>
            </w:r>
          </w:p>
        </w:tc>
        <w:tc>
          <w:tcPr>
            <w:tcW w:w="3326" w:type="dxa"/>
            <w:tcBorders>
              <w:top w:val="single" w:sz="3" w:space="0" w:color="D9DDE2"/>
              <w:left w:val="single" w:sz="3" w:space="0" w:color="D9DDE2"/>
              <w:bottom w:val="single" w:sz="3" w:space="0" w:color="D9DDE2"/>
              <w:right w:val="single" w:sz="3" w:space="0" w:color="D9DDE2"/>
            </w:tcBorders>
            <w:shd w:val="clear" w:color="auto" w:fill="EAF4EA"/>
            <w:tcMar>
              <w:top w:w="85" w:type="dxa"/>
              <w:left w:w="90" w:type="dxa"/>
              <w:bottom w:w="85" w:type="dxa"/>
              <w:right w:w="90" w:type="dxa"/>
            </w:tcMar>
          </w:tcPr>
          <w:p w14:paraId="168623AC" w14:textId="77777777" w:rsidR="002718B0" w:rsidRPr="00D97DB6" w:rsidRDefault="00000000">
            <w:pPr>
              <w:rPr>
                <w:noProof/>
                <w:lang w:val="ro-RO"/>
              </w:rPr>
            </w:pPr>
            <w:r w:rsidRPr="00D97DB6">
              <w:rPr>
                <w:rFonts w:eastAsia="Arial"/>
                <w:noProof/>
                <w:sz w:val="17"/>
                <w:lang w:val="ro-RO"/>
              </w:rPr>
              <w:t>Practica este aplicată, controlată, cunoscută și susținută de dovezi suficiente.</w:t>
            </w:r>
          </w:p>
        </w:tc>
      </w:tr>
      <w:tr w:rsidR="002718B0" w:rsidRPr="0040087F" w14:paraId="63FC1A22" w14:textId="77777777">
        <w:tc>
          <w:tcPr>
            <w:tcW w:w="3326" w:type="dxa"/>
            <w:tcBorders>
              <w:top w:val="single" w:sz="3" w:space="0" w:color="D9DDE2"/>
              <w:left w:val="single" w:sz="3" w:space="0" w:color="D9DDE2"/>
              <w:bottom w:val="single" w:sz="3" w:space="0" w:color="D9DDE2"/>
              <w:right w:val="single" w:sz="3" w:space="0" w:color="D9DDE2"/>
            </w:tcBorders>
            <w:shd w:val="clear" w:color="auto" w:fill="F2F3F5"/>
            <w:tcMar>
              <w:top w:w="85" w:type="dxa"/>
              <w:left w:w="90" w:type="dxa"/>
              <w:bottom w:w="85" w:type="dxa"/>
              <w:right w:w="90" w:type="dxa"/>
            </w:tcMar>
          </w:tcPr>
          <w:p w14:paraId="05D6762D" w14:textId="77777777" w:rsidR="002718B0" w:rsidRPr="00D97DB6" w:rsidRDefault="00000000">
            <w:pPr>
              <w:jc w:val="center"/>
              <w:rPr>
                <w:noProof/>
                <w:lang w:val="ro-RO"/>
              </w:rPr>
            </w:pPr>
            <w:r w:rsidRPr="00D97DB6">
              <w:rPr>
                <w:rFonts w:eastAsia="Arial"/>
                <w:b/>
                <w:noProof/>
                <w:color w:val="D71920"/>
                <w:sz w:val="17"/>
                <w:lang w:val="ro-RO"/>
              </w:rPr>
              <w:t>N/A</w:t>
            </w:r>
          </w:p>
        </w:tc>
        <w:tc>
          <w:tcPr>
            <w:tcW w:w="3326" w:type="dxa"/>
            <w:tcBorders>
              <w:top w:val="single" w:sz="3" w:space="0" w:color="D9DDE2"/>
              <w:left w:val="single" w:sz="3" w:space="0" w:color="D9DDE2"/>
              <w:bottom w:val="single" w:sz="3" w:space="0" w:color="D9DDE2"/>
              <w:right w:val="single" w:sz="3" w:space="0" w:color="D9DDE2"/>
            </w:tcBorders>
            <w:shd w:val="clear" w:color="auto" w:fill="F2F3F5"/>
            <w:tcMar>
              <w:top w:w="85" w:type="dxa"/>
              <w:left w:w="90" w:type="dxa"/>
              <w:bottom w:w="85" w:type="dxa"/>
              <w:right w:w="90" w:type="dxa"/>
            </w:tcMar>
          </w:tcPr>
          <w:p w14:paraId="0F80517A" w14:textId="77777777" w:rsidR="002718B0" w:rsidRPr="00D97DB6" w:rsidRDefault="00000000">
            <w:pPr>
              <w:rPr>
                <w:noProof/>
                <w:lang w:val="ro-RO"/>
              </w:rPr>
            </w:pPr>
            <w:r w:rsidRPr="00D97DB6">
              <w:rPr>
                <w:rFonts w:eastAsia="Arial"/>
                <w:b/>
                <w:noProof/>
                <w:sz w:val="17"/>
                <w:lang w:val="ro-RO"/>
              </w:rPr>
              <w:t>Neaplicabil justificat</w:t>
            </w:r>
          </w:p>
        </w:tc>
        <w:tc>
          <w:tcPr>
            <w:tcW w:w="3326" w:type="dxa"/>
            <w:tcBorders>
              <w:top w:val="single" w:sz="3" w:space="0" w:color="D9DDE2"/>
              <w:left w:val="single" w:sz="3" w:space="0" w:color="D9DDE2"/>
              <w:bottom w:val="single" w:sz="3" w:space="0" w:color="D9DDE2"/>
              <w:right w:val="single" w:sz="3" w:space="0" w:color="D9DDE2"/>
            </w:tcBorders>
            <w:shd w:val="clear" w:color="auto" w:fill="F2F3F5"/>
            <w:tcMar>
              <w:top w:w="85" w:type="dxa"/>
              <w:left w:w="90" w:type="dxa"/>
              <w:bottom w:w="85" w:type="dxa"/>
              <w:right w:w="90" w:type="dxa"/>
            </w:tcMar>
          </w:tcPr>
          <w:p w14:paraId="48C2607B" w14:textId="77777777" w:rsidR="002718B0" w:rsidRPr="00D97DB6" w:rsidRDefault="00000000">
            <w:pPr>
              <w:rPr>
                <w:noProof/>
                <w:lang w:val="ro-RO"/>
              </w:rPr>
            </w:pPr>
            <w:r w:rsidRPr="00D97DB6">
              <w:rPr>
                <w:rFonts w:eastAsia="Arial"/>
                <w:noProof/>
                <w:sz w:val="17"/>
                <w:lang w:val="ro-RO"/>
              </w:rPr>
              <w:t>Se utilizează doar atunci când neaplicabilitatea este permisă și nu afectează capacitatea de conformare.</w:t>
            </w:r>
          </w:p>
        </w:tc>
      </w:tr>
    </w:tbl>
    <w:p w14:paraId="5983872E" w14:textId="77777777" w:rsidR="002718B0" w:rsidRPr="00D97DB6" w:rsidRDefault="00000000">
      <w:pPr>
        <w:pStyle w:val="Heading2"/>
        <w:rPr>
          <w:noProof/>
          <w:lang w:val="ro-RO"/>
        </w:rPr>
      </w:pPr>
      <w:r w:rsidRPr="00D97DB6">
        <w:rPr>
          <w:noProof/>
          <w:lang w:val="ro-RO"/>
        </w:rPr>
        <w:t>Reguli de lucru</w:t>
      </w:r>
    </w:p>
    <w:p w14:paraId="25E5E114" w14:textId="77777777" w:rsidR="002718B0" w:rsidRPr="00D97DB6" w:rsidRDefault="00000000">
      <w:pPr>
        <w:pStyle w:val="ListBullet"/>
        <w:spacing w:after="50"/>
        <w:rPr>
          <w:noProof/>
          <w:lang w:val="ro-RO"/>
        </w:rPr>
      </w:pPr>
      <w:r w:rsidRPr="00D97DB6">
        <w:rPr>
          <w:rFonts w:eastAsia="Arial"/>
          <w:noProof/>
          <w:lang w:val="ro-RO"/>
        </w:rPr>
        <w:t>Evaluați practica reală, nu doar existența unui document.</w:t>
      </w:r>
    </w:p>
    <w:p w14:paraId="7EF88F48" w14:textId="77777777" w:rsidR="002718B0" w:rsidRPr="00D97DB6" w:rsidRDefault="00000000">
      <w:pPr>
        <w:pStyle w:val="ListBullet"/>
        <w:spacing w:after="50"/>
        <w:rPr>
          <w:noProof/>
          <w:lang w:val="ro-RO"/>
        </w:rPr>
      </w:pPr>
      <w:r w:rsidRPr="00D97DB6">
        <w:rPr>
          <w:rFonts w:eastAsia="Arial"/>
          <w:noProof/>
          <w:lang w:val="ro-RO"/>
        </w:rPr>
        <w:t>Notați dovezi concrete: numele înregistrării, locația, perioada și persoana intervievată.</w:t>
      </w:r>
    </w:p>
    <w:p w14:paraId="209DC740" w14:textId="77777777" w:rsidR="002718B0" w:rsidRPr="00D97DB6" w:rsidRDefault="00000000">
      <w:pPr>
        <w:pStyle w:val="ListBullet"/>
        <w:spacing w:after="50"/>
        <w:rPr>
          <w:noProof/>
          <w:lang w:val="ro-RO"/>
        </w:rPr>
      </w:pPr>
      <w:r w:rsidRPr="00D97DB6">
        <w:rPr>
          <w:rFonts w:eastAsia="Arial"/>
          <w:noProof/>
          <w:lang w:val="ro-RO"/>
        </w:rPr>
        <w:t>Transformați orice scor 0-2 într-o acțiune cu responsabil și termen.</w:t>
      </w:r>
    </w:p>
    <w:p w14:paraId="5FF1B319" w14:textId="77777777" w:rsidR="002718B0" w:rsidRPr="00D97DB6" w:rsidRDefault="00000000">
      <w:pPr>
        <w:pStyle w:val="ListBullet"/>
        <w:spacing w:after="50"/>
        <w:rPr>
          <w:noProof/>
          <w:lang w:val="ro-RO"/>
        </w:rPr>
      </w:pPr>
      <w:r w:rsidRPr="00D97DB6">
        <w:rPr>
          <w:rFonts w:eastAsia="Arial"/>
          <w:noProof/>
          <w:lang w:val="ro-RO"/>
        </w:rPr>
        <w:t>Reevaluați după implementare și verificați eficacitatea, nu doar finalizarea sarcinii.</w:t>
      </w:r>
    </w:p>
    <w:p w14:paraId="56709F8C" w14:textId="77777777" w:rsidR="002718B0" w:rsidRPr="00D97DB6" w:rsidRDefault="00000000">
      <w:pPr>
        <w:pStyle w:val="ListBullet"/>
        <w:spacing w:after="50"/>
        <w:rPr>
          <w:noProof/>
          <w:lang w:val="ro-RO"/>
        </w:rPr>
      </w:pPr>
      <w:r w:rsidRPr="00D97DB6">
        <w:rPr>
          <w:rFonts w:eastAsia="Arial"/>
          <w:noProof/>
          <w:lang w:val="ro-RO"/>
        </w:rPr>
        <w:t>Dovezile sugerate sunt exemple; organizația poate demonstra conformitatea prin alte mijloace adecvate.</w:t>
      </w:r>
    </w:p>
    <w:tbl>
      <w:tblPr>
        <w:tblW w:w="0" w:type="auto"/>
        <w:jc w:val="center"/>
        <w:tblLayout w:type="fixed"/>
        <w:tblLook w:val="04A0" w:firstRow="1" w:lastRow="0" w:firstColumn="1" w:lastColumn="0" w:noHBand="0" w:noVBand="1"/>
      </w:tblPr>
      <w:tblGrid>
        <w:gridCol w:w="4989"/>
        <w:gridCol w:w="4989"/>
      </w:tblGrid>
      <w:tr w:rsidR="002718B0" w:rsidRPr="0040087F" w14:paraId="74FA9D86" w14:textId="77777777">
        <w:trPr>
          <w:jc w:val="center"/>
        </w:trPr>
        <w:tc>
          <w:tcPr>
            <w:tcW w:w="4989" w:type="dxa"/>
            <w:tcBorders>
              <w:top w:val="nil"/>
              <w:left w:val="nil"/>
              <w:bottom w:val="nil"/>
              <w:right w:val="nil"/>
            </w:tcBorders>
            <w:shd w:val="clear" w:color="auto" w:fill="D71920"/>
          </w:tcPr>
          <w:p w14:paraId="39A5930E" w14:textId="77777777" w:rsidR="002718B0" w:rsidRPr="00D97DB6" w:rsidRDefault="002718B0">
            <w:pPr>
              <w:rPr>
                <w:noProof/>
                <w:lang w:val="ro-RO"/>
              </w:rPr>
            </w:pPr>
          </w:p>
        </w:tc>
        <w:tc>
          <w:tcPr>
            <w:tcW w:w="4989" w:type="dxa"/>
            <w:tcBorders>
              <w:top w:val="nil"/>
              <w:left w:val="nil"/>
              <w:bottom w:val="nil"/>
              <w:right w:val="nil"/>
            </w:tcBorders>
            <w:shd w:val="clear" w:color="auto" w:fill="FCEBEC"/>
            <w:tcMar>
              <w:top w:w="110" w:type="dxa"/>
              <w:left w:w="160" w:type="dxa"/>
              <w:bottom w:w="110" w:type="dxa"/>
              <w:right w:w="160" w:type="dxa"/>
            </w:tcMar>
          </w:tcPr>
          <w:p w14:paraId="200747B8" w14:textId="77777777" w:rsidR="002718B0" w:rsidRPr="00D97DB6" w:rsidRDefault="00000000">
            <w:pPr>
              <w:rPr>
                <w:noProof/>
                <w:lang w:val="ro-RO"/>
              </w:rPr>
            </w:pPr>
            <w:r w:rsidRPr="00D97DB6">
              <w:rPr>
                <w:rFonts w:eastAsia="Arial"/>
                <w:b/>
                <w:noProof/>
                <w:color w:val="D71920"/>
                <w:lang w:val="ro-RO"/>
              </w:rPr>
              <w:t>IMPORTANT</w:t>
            </w:r>
          </w:p>
          <w:p w14:paraId="52572A32" w14:textId="77777777" w:rsidR="002718B0" w:rsidRPr="00D97DB6" w:rsidRDefault="00000000">
            <w:pPr>
              <w:spacing w:before="20" w:after="0"/>
              <w:rPr>
                <w:noProof/>
                <w:lang w:val="ro-RO"/>
              </w:rPr>
            </w:pPr>
            <w:r w:rsidRPr="00D97DB6">
              <w:rPr>
                <w:rFonts w:eastAsia="Arial"/>
                <w:noProof/>
                <w:sz w:val="17"/>
                <w:lang w:val="ro-RO"/>
              </w:rPr>
              <w:t>Pragul procentual propus în acest document este exclusiv un instrument intern de management. ISO 9001 nu stabilește un punctaj minim și certificarea nu se obține prin acumularea unui scor.</w:t>
            </w:r>
          </w:p>
        </w:tc>
      </w:tr>
    </w:tbl>
    <w:p w14:paraId="4D7A03F5" w14:textId="77777777" w:rsidR="002718B0" w:rsidRPr="00D97DB6" w:rsidRDefault="002718B0">
      <w:pPr>
        <w:spacing w:after="0"/>
        <w:rPr>
          <w:noProof/>
          <w:lang w:val="ro-RO"/>
        </w:rPr>
      </w:pPr>
    </w:p>
    <w:p w14:paraId="5CF6A598" w14:textId="77777777" w:rsidR="002718B0" w:rsidRPr="00D97DB6" w:rsidRDefault="00000000">
      <w:pPr>
        <w:pStyle w:val="Heading2"/>
        <w:rPr>
          <w:noProof/>
          <w:lang w:val="ro-RO"/>
        </w:rPr>
      </w:pPr>
      <w:r w:rsidRPr="00D97DB6">
        <w:rPr>
          <w:noProof/>
          <w:lang w:val="ro-RO"/>
        </w:rPr>
        <w:t>Fișa proiectului</w:t>
      </w:r>
    </w:p>
    <w:tbl>
      <w:tblPr>
        <w:tblW w:w="0" w:type="auto"/>
        <w:tblLayout w:type="fixed"/>
        <w:tblLook w:val="04A0" w:firstRow="1" w:lastRow="0" w:firstColumn="1" w:lastColumn="0" w:noHBand="0" w:noVBand="1"/>
      </w:tblPr>
      <w:tblGrid>
        <w:gridCol w:w="2494"/>
        <w:gridCol w:w="2494"/>
        <w:gridCol w:w="2494"/>
        <w:gridCol w:w="2494"/>
      </w:tblGrid>
      <w:tr w:rsidR="002718B0" w:rsidRPr="00D97DB6" w14:paraId="70156A9D" w14:textId="77777777">
        <w:tc>
          <w:tcPr>
            <w:tcW w:w="2494" w:type="dxa"/>
            <w:tcBorders>
              <w:top w:val="single" w:sz="3" w:space="0" w:color="D9DDE2"/>
              <w:left w:val="single" w:sz="3" w:space="0" w:color="D9DDE2"/>
              <w:bottom w:val="single" w:sz="3" w:space="0" w:color="D9DDE2"/>
              <w:right w:val="single" w:sz="3" w:space="0" w:color="D9DDE2"/>
            </w:tcBorders>
            <w:shd w:val="clear" w:color="auto" w:fill="F2F3F5"/>
            <w:tcMar>
              <w:top w:w="110" w:type="dxa"/>
              <w:left w:w="100" w:type="dxa"/>
              <w:bottom w:w="110" w:type="dxa"/>
              <w:right w:w="100" w:type="dxa"/>
            </w:tcMar>
          </w:tcPr>
          <w:p w14:paraId="7D3B9F04" w14:textId="77777777" w:rsidR="002718B0" w:rsidRPr="00D97DB6" w:rsidRDefault="00000000">
            <w:pPr>
              <w:rPr>
                <w:noProof/>
                <w:lang w:val="ro-RO"/>
              </w:rPr>
            </w:pPr>
            <w:r w:rsidRPr="00D97DB6">
              <w:rPr>
                <w:rFonts w:eastAsia="Arial"/>
                <w:b/>
                <w:noProof/>
                <w:color w:val="D71920"/>
                <w:sz w:val="17"/>
                <w:lang w:val="ro-RO"/>
              </w:rPr>
              <w:t>Organizație</w:t>
            </w:r>
          </w:p>
        </w:tc>
        <w:tc>
          <w:tcPr>
            <w:tcW w:w="2494" w:type="dxa"/>
            <w:tcBorders>
              <w:top w:val="single" w:sz="3" w:space="0" w:color="D9DDE2"/>
              <w:left w:val="single" w:sz="3" w:space="0" w:color="D9DDE2"/>
              <w:bottom w:val="single" w:sz="3" w:space="0" w:color="D9DDE2"/>
              <w:right w:val="single" w:sz="3" w:space="0" w:color="D9DDE2"/>
            </w:tcBorders>
            <w:tcMar>
              <w:top w:w="110" w:type="dxa"/>
              <w:left w:w="100" w:type="dxa"/>
              <w:bottom w:w="110" w:type="dxa"/>
              <w:right w:w="100" w:type="dxa"/>
            </w:tcMar>
          </w:tcPr>
          <w:p w14:paraId="735064BF" w14:textId="77777777" w:rsidR="002718B0" w:rsidRPr="00D97DB6" w:rsidRDefault="00000000">
            <w:pPr>
              <w:rPr>
                <w:noProof/>
                <w:lang w:val="ro-RO"/>
              </w:rPr>
            </w:pPr>
            <w:r w:rsidRPr="00D97DB6">
              <w:rPr>
                <w:noProof/>
                <w:lang w:val="ro-RO"/>
              </w:rPr>
              <w:t xml:space="preserve">  </w:t>
            </w:r>
          </w:p>
        </w:tc>
        <w:tc>
          <w:tcPr>
            <w:tcW w:w="2494" w:type="dxa"/>
            <w:tcBorders>
              <w:top w:val="single" w:sz="3" w:space="0" w:color="D9DDE2"/>
              <w:left w:val="single" w:sz="3" w:space="0" w:color="D9DDE2"/>
              <w:bottom w:val="single" w:sz="3" w:space="0" w:color="D9DDE2"/>
              <w:right w:val="single" w:sz="3" w:space="0" w:color="D9DDE2"/>
            </w:tcBorders>
            <w:shd w:val="clear" w:color="auto" w:fill="F2F3F5"/>
            <w:tcMar>
              <w:top w:w="110" w:type="dxa"/>
              <w:left w:w="100" w:type="dxa"/>
              <w:bottom w:w="110" w:type="dxa"/>
              <w:right w:w="100" w:type="dxa"/>
            </w:tcMar>
          </w:tcPr>
          <w:p w14:paraId="6E35DCCF" w14:textId="77777777" w:rsidR="002718B0" w:rsidRPr="00D97DB6" w:rsidRDefault="00000000">
            <w:pPr>
              <w:rPr>
                <w:noProof/>
                <w:lang w:val="ro-RO"/>
              </w:rPr>
            </w:pPr>
            <w:r w:rsidRPr="00D97DB6">
              <w:rPr>
                <w:rFonts w:eastAsia="Arial"/>
                <w:b/>
                <w:noProof/>
                <w:color w:val="D71920"/>
                <w:sz w:val="17"/>
                <w:lang w:val="ro-RO"/>
              </w:rPr>
              <w:t>Coordonator SMC</w:t>
            </w:r>
          </w:p>
        </w:tc>
        <w:tc>
          <w:tcPr>
            <w:tcW w:w="2494" w:type="dxa"/>
            <w:tcBorders>
              <w:top w:val="single" w:sz="3" w:space="0" w:color="D9DDE2"/>
              <w:left w:val="single" w:sz="3" w:space="0" w:color="D9DDE2"/>
              <w:bottom w:val="single" w:sz="3" w:space="0" w:color="D9DDE2"/>
              <w:right w:val="single" w:sz="3" w:space="0" w:color="D9DDE2"/>
            </w:tcBorders>
            <w:tcMar>
              <w:top w:w="110" w:type="dxa"/>
              <w:left w:w="100" w:type="dxa"/>
              <w:bottom w:w="110" w:type="dxa"/>
              <w:right w:w="100" w:type="dxa"/>
            </w:tcMar>
          </w:tcPr>
          <w:p w14:paraId="2364E0EB" w14:textId="77777777" w:rsidR="002718B0" w:rsidRPr="00D97DB6" w:rsidRDefault="00000000">
            <w:pPr>
              <w:rPr>
                <w:noProof/>
                <w:lang w:val="ro-RO"/>
              </w:rPr>
            </w:pPr>
            <w:r w:rsidRPr="00D97DB6">
              <w:rPr>
                <w:noProof/>
                <w:lang w:val="ro-RO"/>
              </w:rPr>
              <w:t xml:space="preserve">  </w:t>
            </w:r>
          </w:p>
        </w:tc>
      </w:tr>
      <w:tr w:rsidR="002718B0" w:rsidRPr="00D97DB6" w14:paraId="2E36D900" w14:textId="77777777">
        <w:tc>
          <w:tcPr>
            <w:tcW w:w="2494" w:type="dxa"/>
            <w:tcBorders>
              <w:top w:val="single" w:sz="3" w:space="0" w:color="D9DDE2"/>
              <w:left w:val="single" w:sz="3" w:space="0" w:color="D9DDE2"/>
              <w:bottom w:val="single" w:sz="3" w:space="0" w:color="D9DDE2"/>
              <w:right w:val="single" w:sz="3" w:space="0" w:color="D9DDE2"/>
            </w:tcBorders>
            <w:shd w:val="clear" w:color="auto" w:fill="F2F3F5"/>
            <w:tcMar>
              <w:top w:w="110" w:type="dxa"/>
              <w:left w:w="100" w:type="dxa"/>
              <w:bottom w:w="110" w:type="dxa"/>
              <w:right w:w="100" w:type="dxa"/>
            </w:tcMar>
          </w:tcPr>
          <w:p w14:paraId="00A801AD" w14:textId="77777777" w:rsidR="002718B0" w:rsidRPr="00D97DB6" w:rsidRDefault="00000000">
            <w:pPr>
              <w:rPr>
                <w:noProof/>
                <w:lang w:val="ro-RO"/>
              </w:rPr>
            </w:pPr>
            <w:r w:rsidRPr="00D97DB6">
              <w:rPr>
                <w:rFonts w:eastAsia="Arial"/>
                <w:b/>
                <w:noProof/>
                <w:color w:val="D71920"/>
                <w:sz w:val="17"/>
                <w:lang w:val="ro-RO"/>
              </w:rPr>
              <w:t>Domeniu propus</w:t>
            </w:r>
          </w:p>
        </w:tc>
        <w:tc>
          <w:tcPr>
            <w:tcW w:w="2494" w:type="dxa"/>
            <w:tcBorders>
              <w:top w:val="single" w:sz="3" w:space="0" w:color="D9DDE2"/>
              <w:left w:val="single" w:sz="3" w:space="0" w:color="D9DDE2"/>
              <w:bottom w:val="single" w:sz="3" w:space="0" w:color="D9DDE2"/>
              <w:right w:val="single" w:sz="3" w:space="0" w:color="D9DDE2"/>
            </w:tcBorders>
            <w:tcMar>
              <w:top w:w="110" w:type="dxa"/>
              <w:left w:w="100" w:type="dxa"/>
              <w:bottom w:w="110" w:type="dxa"/>
              <w:right w:w="100" w:type="dxa"/>
            </w:tcMar>
          </w:tcPr>
          <w:p w14:paraId="4854E80B" w14:textId="77777777" w:rsidR="002718B0" w:rsidRPr="00D97DB6" w:rsidRDefault="00000000">
            <w:pPr>
              <w:rPr>
                <w:noProof/>
                <w:lang w:val="ro-RO"/>
              </w:rPr>
            </w:pPr>
            <w:r w:rsidRPr="00D97DB6">
              <w:rPr>
                <w:noProof/>
                <w:lang w:val="ro-RO"/>
              </w:rPr>
              <w:t xml:space="preserve">  </w:t>
            </w:r>
          </w:p>
        </w:tc>
        <w:tc>
          <w:tcPr>
            <w:tcW w:w="2494" w:type="dxa"/>
            <w:tcBorders>
              <w:top w:val="single" w:sz="3" w:space="0" w:color="D9DDE2"/>
              <w:left w:val="single" w:sz="3" w:space="0" w:color="D9DDE2"/>
              <w:bottom w:val="single" w:sz="3" w:space="0" w:color="D9DDE2"/>
              <w:right w:val="single" w:sz="3" w:space="0" w:color="D9DDE2"/>
            </w:tcBorders>
            <w:shd w:val="clear" w:color="auto" w:fill="F2F3F5"/>
            <w:tcMar>
              <w:top w:w="110" w:type="dxa"/>
              <w:left w:w="100" w:type="dxa"/>
              <w:bottom w:w="110" w:type="dxa"/>
              <w:right w:w="100" w:type="dxa"/>
            </w:tcMar>
          </w:tcPr>
          <w:p w14:paraId="7C56CF8D" w14:textId="77777777" w:rsidR="002718B0" w:rsidRPr="00D97DB6" w:rsidRDefault="00000000">
            <w:pPr>
              <w:rPr>
                <w:noProof/>
                <w:lang w:val="ro-RO"/>
              </w:rPr>
            </w:pPr>
            <w:r w:rsidRPr="00D97DB6">
              <w:rPr>
                <w:rFonts w:eastAsia="Arial"/>
                <w:b/>
                <w:noProof/>
                <w:color w:val="D71920"/>
                <w:sz w:val="17"/>
                <w:lang w:val="ro-RO"/>
              </w:rPr>
              <w:t>Sponsor proiect</w:t>
            </w:r>
          </w:p>
        </w:tc>
        <w:tc>
          <w:tcPr>
            <w:tcW w:w="2494" w:type="dxa"/>
            <w:tcBorders>
              <w:top w:val="single" w:sz="3" w:space="0" w:color="D9DDE2"/>
              <w:left w:val="single" w:sz="3" w:space="0" w:color="D9DDE2"/>
              <w:bottom w:val="single" w:sz="3" w:space="0" w:color="D9DDE2"/>
              <w:right w:val="single" w:sz="3" w:space="0" w:color="D9DDE2"/>
            </w:tcBorders>
            <w:tcMar>
              <w:top w:w="110" w:type="dxa"/>
              <w:left w:w="100" w:type="dxa"/>
              <w:bottom w:w="110" w:type="dxa"/>
              <w:right w:w="100" w:type="dxa"/>
            </w:tcMar>
          </w:tcPr>
          <w:p w14:paraId="29654C8F" w14:textId="77777777" w:rsidR="002718B0" w:rsidRPr="00D97DB6" w:rsidRDefault="00000000">
            <w:pPr>
              <w:rPr>
                <w:noProof/>
                <w:lang w:val="ro-RO"/>
              </w:rPr>
            </w:pPr>
            <w:r w:rsidRPr="00D97DB6">
              <w:rPr>
                <w:noProof/>
                <w:lang w:val="ro-RO"/>
              </w:rPr>
              <w:t xml:space="preserve">  </w:t>
            </w:r>
          </w:p>
        </w:tc>
      </w:tr>
      <w:tr w:rsidR="002718B0" w:rsidRPr="00D97DB6" w14:paraId="593BA37D" w14:textId="77777777">
        <w:tc>
          <w:tcPr>
            <w:tcW w:w="2494" w:type="dxa"/>
            <w:tcBorders>
              <w:top w:val="single" w:sz="3" w:space="0" w:color="D9DDE2"/>
              <w:left w:val="single" w:sz="3" w:space="0" w:color="D9DDE2"/>
              <w:bottom w:val="single" w:sz="3" w:space="0" w:color="D9DDE2"/>
              <w:right w:val="single" w:sz="3" w:space="0" w:color="D9DDE2"/>
            </w:tcBorders>
            <w:shd w:val="clear" w:color="auto" w:fill="F2F3F5"/>
            <w:tcMar>
              <w:top w:w="110" w:type="dxa"/>
              <w:left w:w="100" w:type="dxa"/>
              <w:bottom w:w="110" w:type="dxa"/>
              <w:right w:w="100" w:type="dxa"/>
            </w:tcMar>
          </w:tcPr>
          <w:p w14:paraId="092FA0AE" w14:textId="77777777" w:rsidR="002718B0" w:rsidRPr="00D97DB6" w:rsidRDefault="00000000">
            <w:pPr>
              <w:rPr>
                <w:noProof/>
                <w:lang w:val="ro-RO"/>
              </w:rPr>
            </w:pPr>
            <w:r w:rsidRPr="00D97DB6">
              <w:rPr>
                <w:rFonts w:eastAsia="Arial"/>
                <w:b/>
                <w:noProof/>
                <w:color w:val="D71920"/>
                <w:sz w:val="17"/>
                <w:lang w:val="ro-RO"/>
              </w:rPr>
              <w:t>Locații incluse</w:t>
            </w:r>
          </w:p>
        </w:tc>
        <w:tc>
          <w:tcPr>
            <w:tcW w:w="2494" w:type="dxa"/>
            <w:tcBorders>
              <w:top w:val="single" w:sz="3" w:space="0" w:color="D9DDE2"/>
              <w:left w:val="single" w:sz="3" w:space="0" w:color="D9DDE2"/>
              <w:bottom w:val="single" w:sz="3" w:space="0" w:color="D9DDE2"/>
              <w:right w:val="single" w:sz="3" w:space="0" w:color="D9DDE2"/>
            </w:tcBorders>
            <w:tcMar>
              <w:top w:w="110" w:type="dxa"/>
              <w:left w:w="100" w:type="dxa"/>
              <w:bottom w:w="110" w:type="dxa"/>
              <w:right w:w="100" w:type="dxa"/>
            </w:tcMar>
          </w:tcPr>
          <w:p w14:paraId="0333F839" w14:textId="77777777" w:rsidR="002718B0" w:rsidRPr="00D97DB6" w:rsidRDefault="00000000">
            <w:pPr>
              <w:rPr>
                <w:noProof/>
                <w:lang w:val="ro-RO"/>
              </w:rPr>
            </w:pPr>
            <w:r w:rsidRPr="00D97DB6">
              <w:rPr>
                <w:noProof/>
                <w:lang w:val="ro-RO"/>
              </w:rPr>
              <w:t xml:space="preserve">  </w:t>
            </w:r>
          </w:p>
        </w:tc>
        <w:tc>
          <w:tcPr>
            <w:tcW w:w="2494" w:type="dxa"/>
            <w:tcBorders>
              <w:top w:val="single" w:sz="3" w:space="0" w:color="D9DDE2"/>
              <w:left w:val="single" w:sz="3" w:space="0" w:color="D9DDE2"/>
              <w:bottom w:val="single" w:sz="3" w:space="0" w:color="D9DDE2"/>
              <w:right w:val="single" w:sz="3" w:space="0" w:color="D9DDE2"/>
            </w:tcBorders>
            <w:shd w:val="clear" w:color="auto" w:fill="F2F3F5"/>
            <w:tcMar>
              <w:top w:w="110" w:type="dxa"/>
              <w:left w:w="100" w:type="dxa"/>
              <w:bottom w:w="110" w:type="dxa"/>
              <w:right w:w="100" w:type="dxa"/>
            </w:tcMar>
          </w:tcPr>
          <w:p w14:paraId="7BC66158" w14:textId="77777777" w:rsidR="002718B0" w:rsidRPr="00D97DB6" w:rsidRDefault="00000000">
            <w:pPr>
              <w:rPr>
                <w:noProof/>
                <w:lang w:val="ro-RO"/>
              </w:rPr>
            </w:pPr>
            <w:r w:rsidRPr="00D97DB6">
              <w:rPr>
                <w:rFonts w:eastAsia="Arial"/>
                <w:b/>
                <w:noProof/>
                <w:color w:val="D71920"/>
                <w:sz w:val="17"/>
                <w:lang w:val="ro-RO"/>
              </w:rPr>
              <w:t>Data evaluării</w:t>
            </w:r>
          </w:p>
        </w:tc>
        <w:tc>
          <w:tcPr>
            <w:tcW w:w="2494" w:type="dxa"/>
            <w:tcBorders>
              <w:top w:val="single" w:sz="3" w:space="0" w:color="D9DDE2"/>
              <w:left w:val="single" w:sz="3" w:space="0" w:color="D9DDE2"/>
              <w:bottom w:val="single" w:sz="3" w:space="0" w:color="D9DDE2"/>
              <w:right w:val="single" w:sz="3" w:space="0" w:color="D9DDE2"/>
            </w:tcBorders>
            <w:tcMar>
              <w:top w:w="110" w:type="dxa"/>
              <w:left w:w="100" w:type="dxa"/>
              <w:bottom w:w="110" w:type="dxa"/>
              <w:right w:w="100" w:type="dxa"/>
            </w:tcMar>
          </w:tcPr>
          <w:p w14:paraId="0491677C" w14:textId="77777777" w:rsidR="002718B0" w:rsidRPr="00D97DB6" w:rsidRDefault="00000000">
            <w:pPr>
              <w:rPr>
                <w:noProof/>
                <w:lang w:val="ro-RO"/>
              </w:rPr>
            </w:pPr>
            <w:r w:rsidRPr="00D97DB6">
              <w:rPr>
                <w:noProof/>
                <w:lang w:val="ro-RO"/>
              </w:rPr>
              <w:t xml:space="preserve">  </w:t>
            </w:r>
          </w:p>
        </w:tc>
      </w:tr>
      <w:tr w:rsidR="002718B0" w:rsidRPr="00D97DB6" w14:paraId="570FA214" w14:textId="77777777">
        <w:tc>
          <w:tcPr>
            <w:tcW w:w="2494" w:type="dxa"/>
            <w:tcBorders>
              <w:top w:val="single" w:sz="3" w:space="0" w:color="D9DDE2"/>
              <w:left w:val="single" w:sz="3" w:space="0" w:color="D9DDE2"/>
              <w:bottom w:val="single" w:sz="3" w:space="0" w:color="D9DDE2"/>
              <w:right w:val="single" w:sz="3" w:space="0" w:color="D9DDE2"/>
            </w:tcBorders>
            <w:shd w:val="clear" w:color="auto" w:fill="F2F3F5"/>
            <w:tcMar>
              <w:top w:w="110" w:type="dxa"/>
              <w:left w:w="100" w:type="dxa"/>
              <w:bottom w:w="110" w:type="dxa"/>
              <w:right w:w="100" w:type="dxa"/>
            </w:tcMar>
          </w:tcPr>
          <w:p w14:paraId="5FFBC907" w14:textId="77777777" w:rsidR="002718B0" w:rsidRPr="00D97DB6" w:rsidRDefault="00000000">
            <w:pPr>
              <w:rPr>
                <w:noProof/>
                <w:lang w:val="ro-RO"/>
              </w:rPr>
            </w:pPr>
            <w:r w:rsidRPr="00D97DB6">
              <w:rPr>
                <w:rFonts w:eastAsia="Arial"/>
                <w:b/>
                <w:noProof/>
                <w:color w:val="D71920"/>
                <w:sz w:val="17"/>
                <w:lang w:val="ro-RO"/>
              </w:rPr>
              <w:t>Nr. angajați</w:t>
            </w:r>
          </w:p>
        </w:tc>
        <w:tc>
          <w:tcPr>
            <w:tcW w:w="2494" w:type="dxa"/>
            <w:tcBorders>
              <w:top w:val="single" w:sz="3" w:space="0" w:color="D9DDE2"/>
              <w:left w:val="single" w:sz="3" w:space="0" w:color="D9DDE2"/>
              <w:bottom w:val="single" w:sz="3" w:space="0" w:color="D9DDE2"/>
              <w:right w:val="single" w:sz="3" w:space="0" w:color="D9DDE2"/>
            </w:tcBorders>
            <w:tcMar>
              <w:top w:w="110" w:type="dxa"/>
              <w:left w:w="100" w:type="dxa"/>
              <w:bottom w:w="110" w:type="dxa"/>
              <w:right w:w="100" w:type="dxa"/>
            </w:tcMar>
          </w:tcPr>
          <w:p w14:paraId="595BEA7B" w14:textId="77777777" w:rsidR="002718B0" w:rsidRPr="00D97DB6" w:rsidRDefault="00000000">
            <w:pPr>
              <w:rPr>
                <w:noProof/>
                <w:lang w:val="ro-RO"/>
              </w:rPr>
            </w:pPr>
            <w:r w:rsidRPr="00D97DB6">
              <w:rPr>
                <w:noProof/>
                <w:lang w:val="ro-RO"/>
              </w:rPr>
              <w:t xml:space="preserve">  </w:t>
            </w:r>
          </w:p>
        </w:tc>
        <w:tc>
          <w:tcPr>
            <w:tcW w:w="2494" w:type="dxa"/>
            <w:tcBorders>
              <w:top w:val="single" w:sz="3" w:space="0" w:color="D9DDE2"/>
              <w:left w:val="single" w:sz="3" w:space="0" w:color="D9DDE2"/>
              <w:bottom w:val="single" w:sz="3" w:space="0" w:color="D9DDE2"/>
              <w:right w:val="single" w:sz="3" w:space="0" w:color="D9DDE2"/>
            </w:tcBorders>
            <w:shd w:val="clear" w:color="auto" w:fill="F2F3F5"/>
            <w:tcMar>
              <w:top w:w="110" w:type="dxa"/>
              <w:left w:w="100" w:type="dxa"/>
              <w:bottom w:w="110" w:type="dxa"/>
              <w:right w:w="100" w:type="dxa"/>
            </w:tcMar>
          </w:tcPr>
          <w:p w14:paraId="363F61D4" w14:textId="77777777" w:rsidR="002718B0" w:rsidRPr="00D97DB6" w:rsidRDefault="00000000">
            <w:pPr>
              <w:rPr>
                <w:noProof/>
                <w:lang w:val="ro-RO"/>
              </w:rPr>
            </w:pPr>
            <w:r w:rsidRPr="00D97DB6">
              <w:rPr>
                <w:rFonts w:eastAsia="Arial"/>
                <w:b/>
                <w:noProof/>
                <w:color w:val="D71920"/>
                <w:sz w:val="17"/>
                <w:lang w:val="ro-RO"/>
              </w:rPr>
              <w:t>Evaluator(i)</w:t>
            </w:r>
          </w:p>
        </w:tc>
        <w:tc>
          <w:tcPr>
            <w:tcW w:w="2494" w:type="dxa"/>
            <w:tcBorders>
              <w:top w:val="single" w:sz="3" w:space="0" w:color="D9DDE2"/>
              <w:left w:val="single" w:sz="3" w:space="0" w:color="D9DDE2"/>
              <w:bottom w:val="single" w:sz="3" w:space="0" w:color="D9DDE2"/>
              <w:right w:val="single" w:sz="3" w:space="0" w:color="D9DDE2"/>
            </w:tcBorders>
            <w:tcMar>
              <w:top w:w="110" w:type="dxa"/>
              <w:left w:w="100" w:type="dxa"/>
              <w:bottom w:w="110" w:type="dxa"/>
              <w:right w:w="100" w:type="dxa"/>
            </w:tcMar>
          </w:tcPr>
          <w:p w14:paraId="3898C022" w14:textId="77777777" w:rsidR="002718B0" w:rsidRPr="00D97DB6" w:rsidRDefault="00000000">
            <w:pPr>
              <w:rPr>
                <w:noProof/>
                <w:lang w:val="ro-RO"/>
              </w:rPr>
            </w:pPr>
            <w:r w:rsidRPr="00D97DB6">
              <w:rPr>
                <w:noProof/>
                <w:lang w:val="ro-RO"/>
              </w:rPr>
              <w:t xml:space="preserve">  </w:t>
            </w:r>
          </w:p>
        </w:tc>
      </w:tr>
      <w:tr w:rsidR="002718B0" w:rsidRPr="00D97DB6" w14:paraId="3E2BB77C" w14:textId="77777777">
        <w:tc>
          <w:tcPr>
            <w:tcW w:w="2494" w:type="dxa"/>
            <w:tcBorders>
              <w:top w:val="single" w:sz="3" w:space="0" w:color="D9DDE2"/>
              <w:left w:val="single" w:sz="3" w:space="0" w:color="D9DDE2"/>
              <w:bottom w:val="single" w:sz="3" w:space="0" w:color="D9DDE2"/>
              <w:right w:val="single" w:sz="3" w:space="0" w:color="D9DDE2"/>
            </w:tcBorders>
            <w:shd w:val="clear" w:color="auto" w:fill="F2F3F5"/>
            <w:tcMar>
              <w:top w:w="110" w:type="dxa"/>
              <w:left w:w="100" w:type="dxa"/>
              <w:bottom w:w="110" w:type="dxa"/>
              <w:right w:w="100" w:type="dxa"/>
            </w:tcMar>
          </w:tcPr>
          <w:p w14:paraId="0DC9CF48" w14:textId="77777777" w:rsidR="002718B0" w:rsidRPr="00D97DB6" w:rsidRDefault="00000000">
            <w:pPr>
              <w:rPr>
                <w:noProof/>
                <w:lang w:val="ro-RO"/>
              </w:rPr>
            </w:pPr>
            <w:r w:rsidRPr="00D97DB6">
              <w:rPr>
                <w:rFonts w:eastAsia="Arial"/>
                <w:b/>
                <w:noProof/>
                <w:color w:val="D71920"/>
                <w:sz w:val="17"/>
                <w:lang w:val="ro-RO"/>
              </w:rPr>
              <w:t>Data-țintă audit</w:t>
            </w:r>
          </w:p>
        </w:tc>
        <w:tc>
          <w:tcPr>
            <w:tcW w:w="2494" w:type="dxa"/>
            <w:tcBorders>
              <w:top w:val="single" w:sz="3" w:space="0" w:color="D9DDE2"/>
              <w:left w:val="single" w:sz="3" w:space="0" w:color="D9DDE2"/>
              <w:bottom w:val="single" w:sz="3" w:space="0" w:color="D9DDE2"/>
              <w:right w:val="single" w:sz="3" w:space="0" w:color="D9DDE2"/>
            </w:tcBorders>
            <w:tcMar>
              <w:top w:w="110" w:type="dxa"/>
              <w:left w:w="100" w:type="dxa"/>
              <w:bottom w:w="110" w:type="dxa"/>
              <w:right w:w="100" w:type="dxa"/>
            </w:tcMar>
          </w:tcPr>
          <w:p w14:paraId="1221B3DB" w14:textId="77777777" w:rsidR="002718B0" w:rsidRPr="00D97DB6" w:rsidRDefault="00000000">
            <w:pPr>
              <w:rPr>
                <w:noProof/>
                <w:lang w:val="ro-RO"/>
              </w:rPr>
            </w:pPr>
            <w:r w:rsidRPr="00D97DB6">
              <w:rPr>
                <w:noProof/>
                <w:lang w:val="ro-RO"/>
              </w:rPr>
              <w:t xml:space="preserve">  </w:t>
            </w:r>
          </w:p>
        </w:tc>
        <w:tc>
          <w:tcPr>
            <w:tcW w:w="2494" w:type="dxa"/>
            <w:tcBorders>
              <w:top w:val="single" w:sz="3" w:space="0" w:color="D9DDE2"/>
              <w:left w:val="single" w:sz="3" w:space="0" w:color="D9DDE2"/>
              <w:bottom w:val="single" w:sz="3" w:space="0" w:color="D9DDE2"/>
              <w:right w:val="single" w:sz="3" w:space="0" w:color="D9DDE2"/>
            </w:tcBorders>
            <w:shd w:val="clear" w:color="auto" w:fill="F2F3F5"/>
            <w:tcMar>
              <w:top w:w="110" w:type="dxa"/>
              <w:left w:w="100" w:type="dxa"/>
              <w:bottom w:w="110" w:type="dxa"/>
              <w:right w:w="100" w:type="dxa"/>
            </w:tcMar>
          </w:tcPr>
          <w:p w14:paraId="31FDA2F7" w14:textId="77777777" w:rsidR="002718B0" w:rsidRPr="00D97DB6" w:rsidRDefault="00000000">
            <w:pPr>
              <w:rPr>
                <w:noProof/>
                <w:lang w:val="ro-RO"/>
              </w:rPr>
            </w:pPr>
            <w:r w:rsidRPr="00D97DB6">
              <w:rPr>
                <w:rFonts w:eastAsia="Arial"/>
                <w:b/>
                <w:noProof/>
                <w:color w:val="D71920"/>
                <w:sz w:val="17"/>
                <w:lang w:val="ro-RO"/>
              </w:rPr>
              <w:t>Versiune checklist</w:t>
            </w:r>
          </w:p>
        </w:tc>
        <w:tc>
          <w:tcPr>
            <w:tcW w:w="2494" w:type="dxa"/>
            <w:tcBorders>
              <w:top w:val="single" w:sz="3" w:space="0" w:color="D9DDE2"/>
              <w:left w:val="single" w:sz="3" w:space="0" w:color="D9DDE2"/>
              <w:bottom w:val="single" w:sz="3" w:space="0" w:color="D9DDE2"/>
              <w:right w:val="single" w:sz="3" w:space="0" w:color="D9DDE2"/>
            </w:tcBorders>
            <w:tcMar>
              <w:top w:w="110" w:type="dxa"/>
              <w:left w:w="100" w:type="dxa"/>
              <w:bottom w:w="110" w:type="dxa"/>
              <w:right w:w="100" w:type="dxa"/>
            </w:tcMar>
          </w:tcPr>
          <w:p w14:paraId="6A619F5E" w14:textId="77777777" w:rsidR="002718B0" w:rsidRPr="00D97DB6" w:rsidRDefault="00000000">
            <w:pPr>
              <w:rPr>
                <w:noProof/>
                <w:lang w:val="ro-RO"/>
              </w:rPr>
            </w:pPr>
            <w:r w:rsidRPr="00D97DB6">
              <w:rPr>
                <w:noProof/>
                <w:lang w:val="ro-RO"/>
              </w:rPr>
              <w:t xml:space="preserve">  </w:t>
            </w:r>
          </w:p>
        </w:tc>
      </w:tr>
      <w:tr w:rsidR="002718B0" w:rsidRPr="00D97DB6" w14:paraId="6030239D" w14:textId="77777777">
        <w:tc>
          <w:tcPr>
            <w:tcW w:w="2494" w:type="dxa"/>
            <w:tcBorders>
              <w:top w:val="single" w:sz="3" w:space="0" w:color="D9DDE2"/>
              <w:left w:val="single" w:sz="3" w:space="0" w:color="D9DDE2"/>
              <w:bottom w:val="single" w:sz="3" w:space="0" w:color="D9DDE2"/>
              <w:right w:val="single" w:sz="3" w:space="0" w:color="D9DDE2"/>
            </w:tcBorders>
            <w:shd w:val="clear" w:color="auto" w:fill="F2F3F5"/>
            <w:tcMar>
              <w:top w:w="110" w:type="dxa"/>
              <w:left w:w="100" w:type="dxa"/>
              <w:bottom w:w="110" w:type="dxa"/>
              <w:right w:w="100" w:type="dxa"/>
            </w:tcMar>
          </w:tcPr>
          <w:p w14:paraId="2E2ADDD3" w14:textId="77777777" w:rsidR="002718B0" w:rsidRPr="00D97DB6" w:rsidRDefault="00000000">
            <w:pPr>
              <w:rPr>
                <w:noProof/>
                <w:lang w:val="ro-RO"/>
              </w:rPr>
            </w:pPr>
            <w:r w:rsidRPr="00D97DB6">
              <w:rPr>
                <w:rFonts w:eastAsia="Arial"/>
                <w:b/>
                <w:noProof/>
                <w:color w:val="D71920"/>
                <w:sz w:val="17"/>
                <w:lang w:val="ro-RO"/>
              </w:rPr>
              <w:t>Observații</w:t>
            </w:r>
          </w:p>
        </w:tc>
        <w:tc>
          <w:tcPr>
            <w:tcW w:w="2494" w:type="dxa"/>
            <w:tcBorders>
              <w:top w:val="single" w:sz="3" w:space="0" w:color="D9DDE2"/>
              <w:left w:val="single" w:sz="3" w:space="0" w:color="D9DDE2"/>
              <w:bottom w:val="single" w:sz="3" w:space="0" w:color="D9DDE2"/>
              <w:right w:val="single" w:sz="3" w:space="0" w:color="D9DDE2"/>
            </w:tcBorders>
            <w:tcMar>
              <w:top w:w="110" w:type="dxa"/>
              <w:left w:w="100" w:type="dxa"/>
              <w:bottom w:w="110" w:type="dxa"/>
              <w:right w:w="100" w:type="dxa"/>
            </w:tcMar>
          </w:tcPr>
          <w:p w14:paraId="3D8CAFF5" w14:textId="77777777" w:rsidR="002718B0" w:rsidRPr="00D97DB6" w:rsidRDefault="00000000">
            <w:pPr>
              <w:rPr>
                <w:noProof/>
                <w:lang w:val="ro-RO"/>
              </w:rPr>
            </w:pPr>
            <w:r w:rsidRPr="00D97DB6">
              <w:rPr>
                <w:noProof/>
                <w:lang w:val="ro-RO"/>
              </w:rPr>
              <w:t xml:space="preserve">  </w:t>
            </w:r>
          </w:p>
        </w:tc>
        <w:tc>
          <w:tcPr>
            <w:tcW w:w="2494" w:type="dxa"/>
            <w:tcBorders>
              <w:top w:val="single" w:sz="3" w:space="0" w:color="D9DDE2"/>
              <w:left w:val="single" w:sz="3" w:space="0" w:color="D9DDE2"/>
              <w:bottom w:val="single" w:sz="3" w:space="0" w:color="D9DDE2"/>
              <w:right w:val="single" w:sz="3" w:space="0" w:color="D9DDE2"/>
            </w:tcBorders>
            <w:shd w:val="clear" w:color="auto" w:fill="F2F3F5"/>
            <w:tcMar>
              <w:top w:w="110" w:type="dxa"/>
              <w:left w:w="100" w:type="dxa"/>
              <w:bottom w:w="110" w:type="dxa"/>
              <w:right w:w="100" w:type="dxa"/>
            </w:tcMar>
          </w:tcPr>
          <w:p w14:paraId="59472EB5" w14:textId="77777777" w:rsidR="002718B0" w:rsidRPr="00D97DB6" w:rsidRDefault="00000000">
            <w:pPr>
              <w:rPr>
                <w:noProof/>
                <w:lang w:val="ro-RO"/>
              </w:rPr>
            </w:pPr>
            <w:r w:rsidRPr="00D97DB6">
              <w:rPr>
                <w:rFonts w:eastAsia="Arial"/>
                <w:b/>
                <w:noProof/>
                <w:color w:val="D71920"/>
                <w:sz w:val="17"/>
                <w:lang w:val="ro-RO"/>
              </w:rPr>
              <w:t>Aprobare conducere</w:t>
            </w:r>
          </w:p>
        </w:tc>
        <w:tc>
          <w:tcPr>
            <w:tcW w:w="2494" w:type="dxa"/>
            <w:tcBorders>
              <w:top w:val="single" w:sz="3" w:space="0" w:color="D9DDE2"/>
              <w:left w:val="single" w:sz="3" w:space="0" w:color="D9DDE2"/>
              <w:bottom w:val="single" w:sz="3" w:space="0" w:color="D9DDE2"/>
              <w:right w:val="single" w:sz="3" w:space="0" w:color="D9DDE2"/>
            </w:tcBorders>
            <w:tcMar>
              <w:top w:w="110" w:type="dxa"/>
              <w:left w:w="100" w:type="dxa"/>
              <w:bottom w:w="110" w:type="dxa"/>
              <w:right w:w="100" w:type="dxa"/>
            </w:tcMar>
          </w:tcPr>
          <w:p w14:paraId="1AD7B464" w14:textId="77777777" w:rsidR="002718B0" w:rsidRPr="00D97DB6" w:rsidRDefault="00000000">
            <w:pPr>
              <w:rPr>
                <w:noProof/>
                <w:lang w:val="ro-RO"/>
              </w:rPr>
            </w:pPr>
            <w:r w:rsidRPr="00D97DB6">
              <w:rPr>
                <w:noProof/>
                <w:lang w:val="ro-RO"/>
              </w:rPr>
              <w:t xml:space="preserve">  </w:t>
            </w:r>
          </w:p>
        </w:tc>
      </w:tr>
    </w:tbl>
    <w:p w14:paraId="31D31C39" w14:textId="77777777" w:rsidR="002718B0" w:rsidRPr="00D97DB6" w:rsidRDefault="00000000">
      <w:pPr>
        <w:rPr>
          <w:noProof/>
          <w:lang w:val="ro-RO"/>
        </w:rPr>
      </w:pPr>
      <w:r w:rsidRPr="00D97DB6">
        <w:rPr>
          <w:noProof/>
          <w:lang w:val="ro-RO"/>
        </w:rPr>
        <w:br w:type="page"/>
      </w:r>
    </w:p>
    <w:p w14:paraId="0AEE768D" w14:textId="77777777" w:rsidR="002718B0" w:rsidRPr="00D97DB6" w:rsidRDefault="00000000">
      <w:pPr>
        <w:pStyle w:val="Heading1"/>
        <w:pBdr>
          <w:bottom w:val="single" w:sz="10" w:space="3" w:color="D71920"/>
        </w:pBdr>
        <w:rPr>
          <w:noProof/>
          <w:lang w:val="ro-RO"/>
        </w:rPr>
      </w:pPr>
      <w:r w:rsidRPr="00D97DB6">
        <w:rPr>
          <w:noProof/>
          <w:lang w:val="ro-RO"/>
        </w:rPr>
        <w:lastRenderedPageBreak/>
        <w:t>Foaie de parcurs orientativă - 12 săptămâni</w:t>
      </w:r>
    </w:p>
    <w:p w14:paraId="7946A967" w14:textId="77777777" w:rsidR="002718B0" w:rsidRPr="00D97DB6" w:rsidRDefault="00000000">
      <w:pPr>
        <w:rPr>
          <w:noProof/>
          <w:lang w:val="ro-RO"/>
        </w:rPr>
      </w:pPr>
      <w:r w:rsidRPr="00D97DB6">
        <w:rPr>
          <w:rFonts w:eastAsia="Arial"/>
          <w:noProof/>
          <w:color w:val="666666"/>
          <w:sz w:val="18"/>
          <w:lang w:val="ro-RO"/>
        </w:rPr>
        <w:t>Ritmul trebuie ajustat la mărimea, complexitatea, maturitatea și disponibilitatea resurselor organizației.</w:t>
      </w:r>
    </w:p>
    <w:tbl>
      <w:tblPr>
        <w:tblW w:w="10433" w:type="dxa"/>
        <w:tblLayout w:type="fixed"/>
        <w:tblLook w:val="04A0" w:firstRow="1" w:lastRow="0" w:firstColumn="1" w:lastColumn="0" w:noHBand="0" w:noVBand="1"/>
      </w:tblPr>
      <w:tblGrid>
        <w:gridCol w:w="2239"/>
        <w:gridCol w:w="2239"/>
        <w:gridCol w:w="3563"/>
        <w:gridCol w:w="2392"/>
      </w:tblGrid>
      <w:tr w:rsidR="002718B0" w:rsidRPr="00D97DB6" w14:paraId="6CC510B9" w14:textId="77777777" w:rsidTr="00D97DB6">
        <w:trPr>
          <w:trHeight w:val="279"/>
        </w:trPr>
        <w:tc>
          <w:tcPr>
            <w:tcW w:w="223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tcPr>
          <w:p w14:paraId="26DDDEBD" w14:textId="77777777" w:rsidR="002718B0" w:rsidRPr="00D97DB6" w:rsidRDefault="00000000">
            <w:pPr>
              <w:jc w:val="center"/>
              <w:rPr>
                <w:noProof/>
                <w:lang w:val="ro-RO"/>
              </w:rPr>
            </w:pPr>
            <w:r w:rsidRPr="00D97DB6">
              <w:rPr>
                <w:rFonts w:eastAsia="Arial"/>
                <w:b/>
                <w:noProof/>
                <w:color w:val="FFFFFF"/>
                <w:sz w:val="16"/>
                <w:lang w:val="ro-RO"/>
              </w:rPr>
              <w:t>PERIOADĂ</w:t>
            </w:r>
          </w:p>
        </w:tc>
        <w:tc>
          <w:tcPr>
            <w:tcW w:w="223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tcPr>
          <w:p w14:paraId="28B6B820" w14:textId="77777777" w:rsidR="002718B0" w:rsidRPr="00D97DB6" w:rsidRDefault="00000000">
            <w:pPr>
              <w:jc w:val="center"/>
              <w:rPr>
                <w:noProof/>
                <w:lang w:val="ro-RO"/>
              </w:rPr>
            </w:pPr>
            <w:r w:rsidRPr="00D97DB6">
              <w:rPr>
                <w:rFonts w:eastAsia="Arial"/>
                <w:b/>
                <w:noProof/>
                <w:color w:val="FFFFFF"/>
                <w:sz w:val="16"/>
                <w:lang w:val="ro-RO"/>
              </w:rPr>
              <w:t>FOCUS</w:t>
            </w:r>
          </w:p>
        </w:tc>
        <w:tc>
          <w:tcPr>
            <w:tcW w:w="3563"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tcPr>
          <w:p w14:paraId="04C277B3" w14:textId="77777777" w:rsidR="002718B0" w:rsidRPr="00D97DB6" w:rsidRDefault="00000000">
            <w:pPr>
              <w:jc w:val="center"/>
              <w:rPr>
                <w:noProof/>
                <w:lang w:val="ro-RO"/>
              </w:rPr>
            </w:pPr>
            <w:r w:rsidRPr="00D97DB6">
              <w:rPr>
                <w:rFonts w:eastAsia="Arial"/>
                <w:b/>
                <w:noProof/>
                <w:color w:val="FFFFFF"/>
                <w:sz w:val="16"/>
                <w:lang w:val="ro-RO"/>
              </w:rPr>
              <w:t>LIVRABILE PRINCIPALE</w:t>
            </w:r>
          </w:p>
        </w:tc>
        <w:tc>
          <w:tcPr>
            <w:tcW w:w="239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tcPr>
          <w:p w14:paraId="3376B9DD" w14:textId="77777777" w:rsidR="002718B0" w:rsidRPr="00D97DB6" w:rsidRDefault="00000000">
            <w:pPr>
              <w:jc w:val="center"/>
              <w:rPr>
                <w:noProof/>
                <w:lang w:val="ro-RO"/>
              </w:rPr>
            </w:pPr>
            <w:r w:rsidRPr="00D97DB6">
              <w:rPr>
                <w:rFonts w:eastAsia="Arial"/>
                <w:b/>
                <w:noProof/>
                <w:color w:val="FFFFFF"/>
                <w:sz w:val="16"/>
                <w:lang w:val="ro-RO"/>
              </w:rPr>
              <w:t>CRITERIU DE TRECERE</w:t>
            </w:r>
          </w:p>
        </w:tc>
      </w:tr>
      <w:tr w:rsidR="002718B0" w:rsidRPr="00D97DB6" w14:paraId="7CB17E4A" w14:textId="77777777" w:rsidTr="00D97DB6">
        <w:trPr>
          <w:cantSplit/>
          <w:trHeight w:val="486"/>
        </w:trPr>
        <w:tc>
          <w:tcPr>
            <w:tcW w:w="2239"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5F1F874F" w14:textId="77777777" w:rsidR="002718B0" w:rsidRPr="00D97DB6" w:rsidRDefault="00000000">
            <w:pPr>
              <w:rPr>
                <w:noProof/>
                <w:lang w:val="ro-RO"/>
              </w:rPr>
            </w:pPr>
            <w:r w:rsidRPr="00D97DB6">
              <w:rPr>
                <w:rFonts w:eastAsia="Arial"/>
                <w:b/>
                <w:noProof/>
                <w:color w:val="D71920"/>
                <w:sz w:val="16"/>
                <w:lang w:val="ro-RO"/>
              </w:rPr>
              <w:t>Săpt. 1</w:t>
            </w:r>
          </w:p>
        </w:tc>
        <w:tc>
          <w:tcPr>
            <w:tcW w:w="2239"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5796D683" w14:textId="77777777" w:rsidR="002718B0" w:rsidRPr="00D97DB6" w:rsidRDefault="00000000">
            <w:pPr>
              <w:rPr>
                <w:noProof/>
                <w:lang w:val="ro-RO"/>
              </w:rPr>
            </w:pPr>
            <w:r w:rsidRPr="00D97DB6">
              <w:rPr>
                <w:rFonts w:eastAsia="Arial"/>
                <w:noProof/>
                <w:sz w:val="16"/>
                <w:lang w:val="ro-RO"/>
              </w:rPr>
              <w:t>Lansare și diagnostic</w:t>
            </w:r>
          </w:p>
        </w:tc>
        <w:tc>
          <w:tcPr>
            <w:tcW w:w="3563"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50B0403F" w14:textId="77777777" w:rsidR="002718B0" w:rsidRPr="00D97DB6" w:rsidRDefault="00000000">
            <w:pPr>
              <w:rPr>
                <w:noProof/>
                <w:lang w:val="ro-RO"/>
              </w:rPr>
            </w:pPr>
            <w:r w:rsidRPr="00D97DB6">
              <w:rPr>
                <w:rFonts w:eastAsia="Arial"/>
                <w:noProof/>
                <w:sz w:val="16"/>
                <w:lang w:val="ro-RO"/>
              </w:rPr>
              <w:t>Mandat, echipă, analiză inițială, plan și comunicare.</w:t>
            </w:r>
          </w:p>
        </w:tc>
        <w:tc>
          <w:tcPr>
            <w:tcW w:w="2392"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149D96DE" w14:textId="77777777" w:rsidR="002718B0" w:rsidRPr="00D97DB6" w:rsidRDefault="00000000">
            <w:pPr>
              <w:rPr>
                <w:noProof/>
                <w:lang w:val="ro-RO"/>
              </w:rPr>
            </w:pPr>
            <w:r w:rsidRPr="00D97DB6">
              <w:rPr>
                <w:rFonts w:eastAsia="Arial"/>
                <w:noProof/>
                <w:sz w:val="16"/>
                <w:lang w:val="ro-RO"/>
              </w:rPr>
              <w:t>Priorități, proprietari și calendar aprobate.</w:t>
            </w:r>
          </w:p>
        </w:tc>
      </w:tr>
      <w:tr w:rsidR="002718B0" w:rsidRPr="00D97DB6" w14:paraId="61025D60" w14:textId="77777777" w:rsidTr="00D97DB6">
        <w:trPr>
          <w:cantSplit/>
          <w:trHeight w:val="473"/>
        </w:trPr>
        <w:tc>
          <w:tcPr>
            <w:tcW w:w="2239"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4046CD33" w14:textId="77777777" w:rsidR="002718B0" w:rsidRPr="00D97DB6" w:rsidRDefault="00000000">
            <w:pPr>
              <w:rPr>
                <w:noProof/>
                <w:lang w:val="ro-RO"/>
              </w:rPr>
            </w:pPr>
            <w:r w:rsidRPr="00D97DB6">
              <w:rPr>
                <w:rFonts w:eastAsia="Arial"/>
                <w:b/>
                <w:noProof/>
                <w:color w:val="D71920"/>
                <w:sz w:val="16"/>
                <w:lang w:val="ro-RO"/>
              </w:rPr>
              <w:t>Săpt. 2-3</w:t>
            </w:r>
          </w:p>
        </w:tc>
        <w:tc>
          <w:tcPr>
            <w:tcW w:w="2239"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773B0227" w14:textId="77777777" w:rsidR="002718B0" w:rsidRPr="00D97DB6" w:rsidRDefault="00000000">
            <w:pPr>
              <w:rPr>
                <w:noProof/>
                <w:lang w:val="ro-RO"/>
              </w:rPr>
            </w:pPr>
            <w:r w:rsidRPr="00D97DB6">
              <w:rPr>
                <w:rFonts w:eastAsia="Arial"/>
                <w:noProof/>
                <w:sz w:val="16"/>
                <w:lang w:val="ro-RO"/>
              </w:rPr>
              <w:t>Context și arhitectură procese</w:t>
            </w:r>
          </w:p>
        </w:tc>
        <w:tc>
          <w:tcPr>
            <w:tcW w:w="3563"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2DCE9033" w14:textId="77777777" w:rsidR="002718B0" w:rsidRPr="00D97DB6" w:rsidRDefault="00000000">
            <w:pPr>
              <w:rPr>
                <w:noProof/>
                <w:lang w:val="ro-RO"/>
              </w:rPr>
            </w:pPr>
            <w:r w:rsidRPr="00D97DB6">
              <w:rPr>
                <w:rFonts w:eastAsia="Arial"/>
                <w:noProof/>
                <w:sz w:val="16"/>
                <w:lang w:val="ro-RO"/>
              </w:rPr>
              <w:t>Context, părți interesate, domeniu, hartă și fișe de proces.</w:t>
            </w:r>
          </w:p>
        </w:tc>
        <w:tc>
          <w:tcPr>
            <w:tcW w:w="2392"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687EBC15" w14:textId="77777777" w:rsidR="002718B0" w:rsidRPr="00D97DB6" w:rsidRDefault="00000000">
            <w:pPr>
              <w:rPr>
                <w:noProof/>
                <w:lang w:val="ro-RO"/>
              </w:rPr>
            </w:pPr>
            <w:r w:rsidRPr="00D97DB6">
              <w:rPr>
                <w:rFonts w:eastAsia="Arial"/>
                <w:noProof/>
                <w:sz w:val="16"/>
                <w:lang w:val="ro-RO"/>
              </w:rPr>
              <w:t>Limitele și procesele sunt clare și validate.</w:t>
            </w:r>
          </w:p>
        </w:tc>
      </w:tr>
      <w:tr w:rsidR="002718B0" w:rsidRPr="00D97DB6" w14:paraId="36F069E3" w14:textId="77777777" w:rsidTr="00D97DB6">
        <w:trPr>
          <w:cantSplit/>
          <w:trHeight w:val="486"/>
        </w:trPr>
        <w:tc>
          <w:tcPr>
            <w:tcW w:w="2239"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32C50D5C" w14:textId="77777777" w:rsidR="002718B0" w:rsidRPr="00D97DB6" w:rsidRDefault="00000000">
            <w:pPr>
              <w:rPr>
                <w:noProof/>
                <w:lang w:val="ro-RO"/>
              </w:rPr>
            </w:pPr>
            <w:r w:rsidRPr="00D97DB6">
              <w:rPr>
                <w:rFonts w:eastAsia="Arial"/>
                <w:b/>
                <w:noProof/>
                <w:color w:val="D71920"/>
                <w:sz w:val="16"/>
                <w:lang w:val="ro-RO"/>
              </w:rPr>
              <w:t>Săpt. 4</w:t>
            </w:r>
          </w:p>
        </w:tc>
        <w:tc>
          <w:tcPr>
            <w:tcW w:w="2239"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4C9E41F6" w14:textId="77777777" w:rsidR="002718B0" w:rsidRPr="00D97DB6" w:rsidRDefault="00000000">
            <w:pPr>
              <w:rPr>
                <w:noProof/>
                <w:lang w:val="ro-RO"/>
              </w:rPr>
            </w:pPr>
            <w:r w:rsidRPr="00D97DB6">
              <w:rPr>
                <w:rFonts w:eastAsia="Arial"/>
                <w:noProof/>
                <w:sz w:val="16"/>
                <w:lang w:val="ro-RO"/>
              </w:rPr>
              <w:t>Leadership și planificare</w:t>
            </w:r>
          </w:p>
        </w:tc>
        <w:tc>
          <w:tcPr>
            <w:tcW w:w="3563"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6E555567" w14:textId="77777777" w:rsidR="002718B0" w:rsidRPr="00D97DB6" w:rsidRDefault="00000000">
            <w:pPr>
              <w:rPr>
                <w:noProof/>
                <w:lang w:val="ro-RO"/>
              </w:rPr>
            </w:pPr>
            <w:r w:rsidRPr="00D97DB6">
              <w:rPr>
                <w:rFonts w:eastAsia="Arial"/>
                <w:noProof/>
                <w:sz w:val="16"/>
                <w:lang w:val="ro-RO"/>
              </w:rPr>
              <w:t>Politică, roluri, riscuri/oportunități, obiective și schimbări.</w:t>
            </w:r>
          </w:p>
        </w:tc>
        <w:tc>
          <w:tcPr>
            <w:tcW w:w="2392"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5ABA44DB" w14:textId="77777777" w:rsidR="002718B0" w:rsidRPr="00D97DB6" w:rsidRDefault="00000000">
            <w:pPr>
              <w:rPr>
                <w:noProof/>
                <w:lang w:val="ro-RO"/>
              </w:rPr>
            </w:pPr>
            <w:r w:rsidRPr="00D97DB6">
              <w:rPr>
                <w:rFonts w:eastAsia="Arial"/>
                <w:noProof/>
                <w:sz w:val="16"/>
                <w:lang w:val="ro-RO"/>
              </w:rPr>
              <w:t>Conducerea a aprobat direcția și resursele.</w:t>
            </w:r>
          </w:p>
        </w:tc>
      </w:tr>
      <w:tr w:rsidR="002718B0" w:rsidRPr="00D97DB6" w14:paraId="1533C557" w14:textId="77777777" w:rsidTr="00D97DB6">
        <w:trPr>
          <w:cantSplit/>
          <w:trHeight w:val="473"/>
        </w:trPr>
        <w:tc>
          <w:tcPr>
            <w:tcW w:w="2239"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401B0B9F" w14:textId="77777777" w:rsidR="002718B0" w:rsidRPr="00D97DB6" w:rsidRDefault="00000000">
            <w:pPr>
              <w:rPr>
                <w:noProof/>
                <w:lang w:val="ro-RO"/>
              </w:rPr>
            </w:pPr>
            <w:r w:rsidRPr="00D97DB6">
              <w:rPr>
                <w:rFonts w:eastAsia="Arial"/>
                <w:b/>
                <w:noProof/>
                <w:color w:val="D71920"/>
                <w:sz w:val="16"/>
                <w:lang w:val="ro-RO"/>
              </w:rPr>
              <w:t>Săpt. 5-7</w:t>
            </w:r>
          </w:p>
        </w:tc>
        <w:tc>
          <w:tcPr>
            <w:tcW w:w="2239"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6899AAA7" w14:textId="77777777" w:rsidR="002718B0" w:rsidRPr="00D97DB6" w:rsidRDefault="00000000">
            <w:pPr>
              <w:rPr>
                <w:noProof/>
                <w:lang w:val="ro-RO"/>
              </w:rPr>
            </w:pPr>
            <w:r w:rsidRPr="00D97DB6">
              <w:rPr>
                <w:rFonts w:eastAsia="Arial"/>
                <w:noProof/>
                <w:sz w:val="16"/>
                <w:lang w:val="ro-RO"/>
              </w:rPr>
              <w:t>Suport și controale operaționale</w:t>
            </w:r>
          </w:p>
        </w:tc>
        <w:tc>
          <w:tcPr>
            <w:tcW w:w="3563"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6A34A4FA" w14:textId="77777777" w:rsidR="002718B0" w:rsidRPr="00D97DB6" w:rsidRDefault="00000000">
            <w:pPr>
              <w:rPr>
                <w:noProof/>
                <w:lang w:val="ro-RO"/>
              </w:rPr>
            </w:pPr>
            <w:r w:rsidRPr="00D97DB6">
              <w:rPr>
                <w:rFonts w:eastAsia="Arial"/>
                <w:noProof/>
                <w:sz w:val="16"/>
                <w:lang w:val="ro-RO"/>
              </w:rPr>
              <w:t>Competențe, comunicare, documente, clienți, furnizori, livrare, neconformități.</w:t>
            </w:r>
          </w:p>
        </w:tc>
        <w:tc>
          <w:tcPr>
            <w:tcW w:w="2392"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00AA02A3" w14:textId="77777777" w:rsidR="002718B0" w:rsidRPr="00D97DB6" w:rsidRDefault="00000000">
            <w:pPr>
              <w:rPr>
                <w:noProof/>
                <w:lang w:val="ro-RO"/>
              </w:rPr>
            </w:pPr>
            <w:r w:rsidRPr="00D97DB6">
              <w:rPr>
                <w:rFonts w:eastAsia="Arial"/>
                <w:noProof/>
                <w:sz w:val="16"/>
                <w:lang w:val="ro-RO"/>
              </w:rPr>
              <w:t>Procesele sunt aplicate și produc înregistrări.</w:t>
            </w:r>
          </w:p>
        </w:tc>
      </w:tr>
      <w:tr w:rsidR="002718B0" w:rsidRPr="00D97DB6" w14:paraId="7FD23699" w14:textId="77777777" w:rsidTr="00D97DB6">
        <w:trPr>
          <w:cantSplit/>
          <w:trHeight w:val="486"/>
        </w:trPr>
        <w:tc>
          <w:tcPr>
            <w:tcW w:w="2239"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7E264ED4" w14:textId="77777777" w:rsidR="002718B0" w:rsidRPr="00D97DB6" w:rsidRDefault="00000000">
            <w:pPr>
              <w:rPr>
                <w:noProof/>
                <w:lang w:val="ro-RO"/>
              </w:rPr>
            </w:pPr>
            <w:r w:rsidRPr="00D97DB6">
              <w:rPr>
                <w:rFonts w:eastAsia="Arial"/>
                <w:b/>
                <w:noProof/>
                <w:color w:val="D71920"/>
                <w:sz w:val="16"/>
                <w:lang w:val="ro-RO"/>
              </w:rPr>
              <w:t>Săpt. 8-9</w:t>
            </w:r>
          </w:p>
        </w:tc>
        <w:tc>
          <w:tcPr>
            <w:tcW w:w="2239"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1EAB1783" w14:textId="77777777" w:rsidR="002718B0" w:rsidRPr="00D97DB6" w:rsidRDefault="00000000">
            <w:pPr>
              <w:rPr>
                <w:noProof/>
                <w:lang w:val="ro-RO"/>
              </w:rPr>
            </w:pPr>
            <w:r w:rsidRPr="00D97DB6">
              <w:rPr>
                <w:rFonts w:eastAsia="Arial"/>
                <w:noProof/>
                <w:sz w:val="16"/>
                <w:lang w:val="ro-RO"/>
              </w:rPr>
              <w:t>Măsurare și stabilizare</w:t>
            </w:r>
          </w:p>
        </w:tc>
        <w:tc>
          <w:tcPr>
            <w:tcW w:w="3563"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24B1BB75" w14:textId="77777777" w:rsidR="002718B0" w:rsidRPr="00D97DB6" w:rsidRDefault="00000000">
            <w:pPr>
              <w:rPr>
                <w:noProof/>
                <w:lang w:val="ro-RO"/>
              </w:rPr>
            </w:pPr>
            <w:r w:rsidRPr="00D97DB6">
              <w:rPr>
                <w:rFonts w:eastAsia="Arial"/>
                <w:noProof/>
                <w:sz w:val="16"/>
                <w:lang w:val="ro-RO"/>
              </w:rPr>
              <w:t>KPI, feedback, analiză date, corecții și îmbunătățiri.</w:t>
            </w:r>
          </w:p>
        </w:tc>
        <w:tc>
          <w:tcPr>
            <w:tcW w:w="2392"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51713A30" w14:textId="77777777" w:rsidR="002718B0" w:rsidRPr="00D97DB6" w:rsidRDefault="00000000">
            <w:pPr>
              <w:rPr>
                <w:noProof/>
                <w:lang w:val="ro-RO"/>
              </w:rPr>
            </w:pPr>
            <w:r w:rsidRPr="00D97DB6">
              <w:rPr>
                <w:rFonts w:eastAsia="Arial"/>
                <w:noProof/>
                <w:sz w:val="16"/>
                <w:lang w:val="ro-RO"/>
              </w:rPr>
              <w:t>Există date suficiente pentru evaluarea performanței.</w:t>
            </w:r>
          </w:p>
        </w:tc>
      </w:tr>
      <w:tr w:rsidR="002718B0" w:rsidRPr="00D97DB6" w14:paraId="04A78A1E" w14:textId="77777777" w:rsidTr="00D97DB6">
        <w:trPr>
          <w:cantSplit/>
          <w:trHeight w:val="473"/>
        </w:trPr>
        <w:tc>
          <w:tcPr>
            <w:tcW w:w="2239"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3E8592C1" w14:textId="77777777" w:rsidR="002718B0" w:rsidRPr="00D97DB6" w:rsidRDefault="00000000">
            <w:pPr>
              <w:rPr>
                <w:noProof/>
                <w:lang w:val="ro-RO"/>
              </w:rPr>
            </w:pPr>
            <w:r w:rsidRPr="00D97DB6">
              <w:rPr>
                <w:rFonts w:eastAsia="Arial"/>
                <w:b/>
                <w:noProof/>
                <w:color w:val="D71920"/>
                <w:sz w:val="16"/>
                <w:lang w:val="ro-RO"/>
              </w:rPr>
              <w:t>Săpt. 10</w:t>
            </w:r>
          </w:p>
        </w:tc>
        <w:tc>
          <w:tcPr>
            <w:tcW w:w="2239"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255BC3AB" w14:textId="77777777" w:rsidR="002718B0" w:rsidRPr="00D97DB6" w:rsidRDefault="00000000">
            <w:pPr>
              <w:rPr>
                <w:noProof/>
                <w:lang w:val="ro-RO"/>
              </w:rPr>
            </w:pPr>
            <w:r w:rsidRPr="00D97DB6">
              <w:rPr>
                <w:rFonts w:eastAsia="Arial"/>
                <w:noProof/>
                <w:sz w:val="16"/>
                <w:lang w:val="ro-RO"/>
              </w:rPr>
              <w:t>Audit intern</w:t>
            </w:r>
          </w:p>
        </w:tc>
        <w:tc>
          <w:tcPr>
            <w:tcW w:w="3563"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4C6E2A85" w14:textId="77777777" w:rsidR="002718B0" w:rsidRPr="00D97DB6" w:rsidRDefault="00000000">
            <w:pPr>
              <w:rPr>
                <w:noProof/>
                <w:lang w:val="ro-RO"/>
              </w:rPr>
            </w:pPr>
            <w:r w:rsidRPr="00D97DB6">
              <w:rPr>
                <w:rFonts w:eastAsia="Arial"/>
                <w:noProof/>
                <w:sz w:val="16"/>
                <w:lang w:val="ro-RO"/>
              </w:rPr>
              <w:t>Program, audituri, raportare și acțiuni.</w:t>
            </w:r>
          </w:p>
        </w:tc>
        <w:tc>
          <w:tcPr>
            <w:tcW w:w="2392"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39622162" w14:textId="77777777" w:rsidR="002718B0" w:rsidRPr="00D97DB6" w:rsidRDefault="00000000">
            <w:pPr>
              <w:rPr>
                <w:noProof/>
                <w:lang w:val="ro-RO"/>
              </w:rPr>
            </w:pPr>
            <w:r w:rsidRPr="00D97DB6">
              <w:rPr>
                <w:rFonts w:eastAsia="Arial"/>
                <w:noProof/>
                <w:sz w:val="16"/>
                <w:lang w:val="ro-RO"/>
              </w:rPr>
              <w:t>Domeniul SMC este evaluat integral.</w:t>
            </w:r>
          </w:p>
        </w:tc>
      </w:tr>
      <w:tr w:rsidR="002718B0" w:rsidRPr="00D97DB6" w14:paraId="208F3609" w14:textId="77777777" w:rsidTr="00D97DB6">
        <w:trPr>
          <w:cantSplit/>
          <w:trHeight w:val="486"/>
        </w:trPr>
        <w:tc>
          <w:tcPr>
            <w:tcW w:w="2239"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2A6A4863" w14:textId="77777777" w:rsidR="002718B0" w:rsidRPr="00D97DB6" w:rsidRDefault="00000000">
            <w:pPr>
              <w:rPr>
                <w:noProof/>
                <w:lang w:val="ro-RO"/>
              </w:rPr>
            </w:pPr>
            <w:r w:rsidRPr="00D97DB6">
              <w:rPr>
                <w:rFonts w:eastAsia="Arial"/>
                <w:b/>
                <w:noProof/>
                <w:color w:val="D71920"/>
                <w:sz w:val="16"/>
                <w:lang w:val="ro-RO"/>
              </w:rPr>
              <w:t>Săpt. 11</w:t>
            </w:r>
          </w:p>
        </w:tc>
        <w:tc>
          <w:tcPr>
            <w:tcW w:w="2239"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4A67CD3D" w14:textId="77777777" w:rsidR="002718B0" w:rsidRPr="00D97DB6" w:rsidRDefault="00000000">
            <w:pPr>
              <w:rPr>
                <w:noProof/>
                <w:lang w:val="ro-RO"/>
              </w:rPr>
            </w:pPr>
            <w:r w:rsidRPr="00D97DB6">
              <w:rPr>
                <w:rFonts w:eastAsia="Arial"/>
                <w:noProof/>
                <w:sz w:val="16"/>
                <w:lang w:val="ro-RO"/>
              </w:rPr>
              <w:t>Acțiuni și analiza managementului</w:t>
            </w:r>
          </w:p>
        </w:tc>
        <w:tc>
          <w:tcPr>
            <w:tcW w:w="3563"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0B397DBF" w14:textId="77777777" w:rsidR="002718B0" w:rsidRPr="00D97DB6" w:rsidRDefault="00000000">
            <w:pPr>
              <w:rPr>
                <w:noProof/>
                <w:lang w:val="ro-RO"/>
              </w:rPr>
            </w:pPr>
            <w:r w:rsidRPr="00D97DB6">
              <w:rPr>
                <w:rFonts w:eastAsia="Arial"/>
                <w:noProof/>
                <w:sz w:val="16"/>
                <w:lang w:val="ro-RO"/>
              </w:rPr>
              <w:t>Cauze, acțiuni, decizii, resurse și schimbări.</w:t>
            </w:r>
          </w:p>
        </w:tc>
        <w:tc>
          <w:tcPr>
            <w:tcW w:w="2392" w:type="dxa"/>
            <w:tcBorders>
              <w:top w:val="single" w:sz="3" w:space="0" w:color="D9DDE2"/>
              <w:left w:val="single" w:sz="3" w:space="0" w:color="D9DDE2"/>
              <w:bottom w:val="single" w:sz="3" w:space="0" w:color="D9DDE2"/>
              <w:right w:val="single" w:sz="3" w:space="0" w:color="D9DDE2"/>
            </w:tcBorders>
            <w:tcMar>
              <w:top w:w="85" w:type="dxa"/>
              <w:left w:w="85" w:type="dxa"/>
              <w:bottom w:w="85" w:type="dxa"/>
              <w:right w:w="85" w:type="dxa"/>
            </w:tcMar>
          </w:tcPr>
          <w:p w14:paraId="3799C109" w14:textId="77777777" w:rsidR="002718B0" w:rsidRPr="00D97DB6" w:rsidRDefault="00000000">
            <w:pPr>
              <w:rPr>
                <w:noProof/>
                <w:lang w:val="ro-RO"/>
              </w:rPr>
            </w:pPr>
            <w:r w:rsidRPr="00D97DB6">
              <w:rPr>
                <w:rFonts w:eastAsia="Arial"/>
                <w:noProof/>
                <w:sz w:val="16"/>
                <w:lang w:val="ro-RO"/>
              </w:rPr>
              <w:t>Conducerea confirmă adecvarea și eficacitatea.</w:t>
            </w:r>
          </w:p>
        </w:tc>
      </w:tr>
      <w:tr w:rsidR="002718B0" w:rsidRPr="0040087F" w14:paraId="64E2BB7C" w14:textId="77777777" w:rsidTr="00D97DB6">
        <w:trPr>
          <w:cantSplit/>
          <w:trHeight w:val="473"/>
        </w:trPr>
        <w:tc>
          <w:tcPr>
            <w:tcW w:w="2239"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3118C0DA" w14:textId="77777777" w:rsidR="002718B0" w:rsidRPr="00D97DB6" w:rsidRDefault="00000000">
            <w:pPr>
              <w:rPr>
                <w:noProof/>
                <w:lang w:val="ro-RO"/>
              </w:rPr>
            </w:pPr>
            <w:r w:rsidRPr="00D97DB6">
              <w:rPr>
                <w:rFonts w:eastAsia="Arial"/>
                <w:b/>
                <w:noProof/>
                <w:color w:val="D71920"/>
                <w:sz w:val="16"/>
                <w:lang w:val="ro-RO"/>
              </w:rPr>
              <w:t>Săpt. 12</w:t>
            </w:r>
          </w:p>
        </w:tc>
        <w:tc>
          <w:tcPr>
            <w:tcW w:w="2239"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1DAB2CE9" w14:textId="77777777" w:rsidR="002718B0" w:rsidRPr="00D97DB6" w:rsidRDefault="00000000">
            <w:pPr>
              <w:rPr>
                <w:noProof/>
                <w:lang w:val="ro-RO"/>
              </w:rPr>
            </w:pPr>
            <w:r w:rsidRPr="00D97DB6">
              <w:rPr>
                <w:rFonts w:eastAsia="Arial"/>
                <w:noProof/>
                <w:sz w:val="16"/>
                <w:lang w:val="ro-RO"/>
              </w:rPr>
              <w:t>Pregătire certificare</w:t>
            </w:r>
          </w:p>
        </w:tc>
        <w:tc>
          <w:tcPr>
            <w:tcW w:w="3563"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4AE6A595" w14:textId="77777777" w:rsidR="002718B0" w:rsidRPr="00D97DB6" w:rsidRDefault="00000000">
            <w:pPr>
              <w:rPr>
                <w:noProof/>
                <w:lang w:val="ro-RO"/>
              </w:rPr>
            </w:pPr>
            <w:r w:rsidRPr="00D97DB6">
              <w:rPr>
                <w:rFonts w:eastAsia="Arial"/>
                <w:noProof/>
                <w:sz w:val="16"/>
                <w:lang w:val="ro-RO"/>
              </w:rPr>
              <w:t>Verificare finală, eșantioane, interviuri și logistică.</w:t>
            </w:r>
          </w:p>
        </w:tc>
        <w:tc>
          <w:tcPr>
            <w:tcW w:w="2392" w:type="dxa"/>
            <w:tcBorders>
              <w:top w:val="single" w:sz="3" w:space="0" w:color="D9DDE2"/>
              <w:left w:val="single" w:sz="3" w:space="0" w:color="D9DDE2"/>
              <w:bottom w:val="single" w:sz="3" w:space="0" w:color="D9DDE2"/>
              <w:right w:val="single" w:sz="3" w:space="0" w:color="D9DDE2"/>
            </w:tcBorders>
            <w:shd w:val="clear" w:color="auto" w:fill="FAFAFA"/>
            <w:tcMar>
              <w:top w:w="85" w:type="dxa"/>
              <w:left w:w="85" w:type="dxa"/>
              <w:bottom w:w="85" w:type="dxa"/>
              <w:right w:w="85" w:type="dxa"/>
            </w:tcMar>
          </w:tcPr>
          <w:p w14:paraId="0D6B3526" w14:textId="77777777" w:rsidR="002718B0" w:rsidRPr="00D97DB6" w:rsidRDefault="00000000">
            <w:pPr>
              <w:rPr>
                <w:noProof/>
                <w:lang w:val="ro-RO"/>
              </w:rPr>
            </w:pPr>
            <w:r w:rsidRPr="00D97DB6">
              <w:rPr>
                <w:rFonts w:eastAsia="Arial"/>
                <w:noProof/>
                <w:sz w:val="16"/>
                <w:lang w:val="ro-RO"/>
              </w:rPr>
              <w:t>Nu există lacune majore necontrolate.</w:t>
            </w:r>
          </w:p>
        </w:tc>
      </w:tr>
    </w:tbl>
    <w:p w14:paraId="693F653A" w14:textId="77777777" w:rsidR="002718B0" w:rsidRPr="00D97DB6" w:rsidRDefault="00000000">
      <w:pPr>
        <w:pStyle w:val="Heading2"/>
        <w:rPr>
          <w:noProof/>
          <w:lang w:val="ro-RO"/>
        </w:rPr>
      </w:pPr>
      <w:r w:rsidRPr="00D97DB6">
        <w:rPr>
          <w:noProof/>
          <w:lang w:val="ro-RO"/>
        </w:rPr>
        <w:t>Diagnostic rapid de maturitate</w:t>
      </w:r>
    </w:p>
    <w:p w14:paraId="401B5277" w14:textId="77777777" w:rsidR="002718B0" w:rsidRPr="00D97DB6" w:rsidRDefault="00000000">
      <w:pPr>
        <w:rPr>
          <w:noProof/>
          <w:lang w:val="ro-RO"/>
        </w:rPr>
      </w:pPr>
      <w:r w:rsidRPr="00D97DB6">
        <w:rPr>
          <w:rFonts w:eastAsia="Arial"/>
          <w:noProof/>
          <w:color w:val="666666"/>
          <w:sz w:val="17"/>
          <w:lang w:val="ro-RO"/>
        </w:rPr>
        <w:t>Marcați Da / Parțial / Nu. Acest diagnostic nu înlocuiește evaluarea detaliată din paginile următoare.</w:t>
      </w:r>
    </w:p>
    <w:tbl>
      <w:tblPr>
        <w:tblW w:w="0" w:type="auto"/>
        <w:tblLayout w:type="fixed"/>
        <w:tblLook w:val="04A0" w:firstRow="1" w:lastRow="0" w:firstColumn="1" w:lastColumn="0" w:noHBand="0" w:noVBand="1"/>
      </w:tblPr>
      <w:tblGrid>
        <w:gridCol w:w="1348"/>
        <w:gridCol w:w="4672"/>
        <w:gridCol w:w="1348"/>
        <w:gridCol w:w="1348"/>
        <w:gridCol w:w="1348"/>
      </w:tblGrid>
      <w:tr w:rsidR="002718B0" w:rsidRPr="00D97DB6" w14:paraId="1934C0E7" w14:textId="77777777" w:rsidTr="00D97DB6">
        <w:trPr>
          <w:trHeight w:val="270"/>
        </w:trPr>
        <w:tc>
          <w:tcPr>
            <w:tcW w:w="1348" w:type="dxa"/>
            <w:shd w:val="clear" w:color="auto" w:fill="D71920"/>
            <w:tcMar>
              <w:top w:w="70" w:type="dxa"/>
              <w:left w:w="60" w:type="dxa"/>
              <w:bottom w:w="70" w:type="dxa"/>
              <w:right w:w="60" w:type="dxa"/>
            </w:tcMar>
          </w:tcPr>
          <w:p w14:paraId="73376463" w14:textId="77777777" w:rsidR="002718B0" w:rsidRPr="00D97DB6" w:rsidRDefault="00000000">
            <w:pPr>
              <w:jc w:val="center"/>
              <w:rPr>
                <w:noProof/>
                <w:lang w:val="ro-RO"/>
              </w:rPr>
            </w:pPr>
            <w:r w:rsidRPr="00D97DB6">
              <w:rPr>
                <w:rFonts w:eastAsia="Arial"/>
                <w:b/>
                <w:noProof/>
                <w:color w:val="FFFFFF"/>
                <w:sz w:val="15"/>
                <w:lang w:val="ro-RO"/>
              </w:rPr>
              <w:t>#</w:t>
            </w:r>
          </w:p>
        </w:tc>
        <w:tc>
          <w:tcPr>
            <w:tcW w:w="4672" w:type="dxa"/>
            <w:shd w:val="clear" w:color="auto" w:fill="D71920"/>
            <w:tcMar>
              <w:top w:w="70" w:type="dxa"/>
              <w:left w:w="60" w:type="dxa"/>
              <w:bottom w:w="70" w:type="dxa"/>
              <w:right w:w="60" w:type="dxa"/>
            </w:tcMar>
          </w:tcPr>
          <w:p w14:paraId="2F131CE8" w14:textId="77777777" w:rsidR="002718B0" w:rsidRPr="00D97DB6" w:rsidRDefault="00000000">
            <w:pPr>
              <w:jc w:val="center"/>
              <w:rPr>
                <w:noProof/>
                <w:lang w:val="ro-RO"/>
              </w:rPr>
            </w:pPr>
            <w:r w:rsidRPr="00D97DB6">
              <w:rPr>
                <w:rFonts w:eastAsia="Arial"/>
                <w:b/>
                <w:noProof/>
                <w:color w:val="FFFFFF"/>
                <w:sz w:val="15"/>
                <w:lang w:val="ro-RO"/>
              </w:rPr>
              <w:t>ÎNTREBARE</w:t>
            </w:r>
          </w:p>
        </w:tc>
        <w:tc>
          <w:tcPr>
            <w:tcW w:w="1348" w:type="dxa"/>
            <w:shd w:val="clear" w:color="auto" w:fill="D71920"/>
            <w:tcMar>
              <w:top w:w="70" w:type="dxa"/>
              <w:left w:w="60" w:type="dxa"/>
              <w:bottom w:w="70" w:type="dxa"/>
              <w:right w:w="60" w:type="dxa"/>
            </w:tcMar>
          </w:tcPr>
          <w:p w14:paraId="0B48BC56" w14:textId="77777777" w:rsidR="002718B0" w:rsidRPr="00D97DB6" w:rsidRDefault="00000000">
            <w:pPr>
              <w:jc w:val="center"/>
              <w:rPr>
                <w:noProof/>
                <w:lang w:val="ro-RO"/>
              </w:rPr>
            </w:pPr>
            <w:r w:rsidRPr="00D97DB6">
              <w:rPr>
                <w:rFonts w:eastAsia="Arial"/>
                <w:b/>
                <w:noProof/>
                <w:color w:val="FFFFFF"/>
                <w:sz w:val="15"/>
                <w:lang w:val="ro-RO"/>
              </w:rPr>
              <w:t>DA</w:t>
            </w:r>
          </w:p>
        </w:tc>
        <w:tc>
          <w:tcPr>
            <w:tcW w:w="1348" w:type="dxa"/>
            <w:shd w:val="clear" w:color="auto" w:fill="D71920"/>
            <w:tcMar>
              <w:top w:w="70" w:type="dxa"/>
              <w:left w:w="60" w:type="dxa"/>
              <w:bottom w:w="70" w:type="dxa"/>
              <w:right w:w="60" w:type="dxa"/>
            </w:tcMar>
          </w:tcPr>
          <w:p w14:paraId="006DF0BC" w14:textId="77777777" w:rsidR="002718B0" w:rsidRPr="00D97DB6" w:rsidRDefault="00000000">
            <w:pPr>
              <w:jc w:val="center"/>
              <w:rPr>
                <w:noProof/>
                <w:lang w:val="ro-RO"/>
              </w:rPr>
            </w:pPr>
            <w:r w:rsidRPr="00D97DB6">
              <w:rPr>
                <w:rFonts w:eastAsia="Arial"/>
                <w:b/>
                <w:noProof/>
                <w:color w:val="FFFFFF"/>
                <w:sz w:val="15"/>
                <w:lang w:val="ro-RO"/>
              </w:rPr>
              <w:t>PARȚIAL</w:t>
            </w:r>
          </w:p>
        </w:tc>
        <w:tc>
          <w:tcPr>
            <w:tcW w:w="1348" w:type="dxa"/>
            <w:shd w:val="clear" w:color="auto" w:fill="D71920"/>
            <w:tcMar>
              <w:top w:w="70" w:type="dxa"/>
              <w:left w:w="60" w:type="dxa"/>
              <w:bottom w:w="70" w:type="dxa"/>
              <w:right w:w="60" w:type="dxa"/>
            </w:tcMar>
          </w:tcPr>
          <w:p w14:paraId="14B90656" w14:textId="77777777" w:rsidR="002718B0" w:rsidRPr="00D97DB6" w:rsidRDefault="00000000">
            <w:pPr>
              <w:jc w:val="center"/>
              <w:rPr>
                <w:noProof/>
                <w:lang w:val="ro-RO"/>
              </w:rPr>
            </w:pPr>
            <w:r w:rsidRPr="00D97DB6">
              <w:rPr>
                <w:rFonts w:eastAsia="Arial"/>
                <w:b/>
                <w:noProof/>
                <w:color w:val="FFFFFF"/>
                <w:sz w:val="15"/>
                <w:lang w:val="ro-RO"/>
              </w:rPr>
              <w:t>NU</w:t>
            </w:r>
          </w:p>
        </w:tc>
      </w:tr>
      <w:tr w:rsidR="002718B0" w:rsidRPr="00D97DB6" w14:paraId="5F00334F" w14:textId="77777777" w:rsidTr="00D97DB6">
        <w:trPr>
          <w:cantSplit/>
          <w:trHeight w:val="319"/>
        </w:trPr>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17D90A9E" w14:textId="77777777" w:rsidR="002718B0" w:rsidRPr="00D97DB6" w:rsidRDefault="00000000">
            <w:pPr>
              <w:jc w:val="center"/>
              <w:rPr>
                <w:noProof/>
                <w:lang w:val="ro-RO"/>
              </w:rPr>
            </w:pPr>
            <w:r w:rsidRPr="00D97DB6">
              <w:rPr>
                <w:rFonts w:eastAsia="Arial"/>
                <w:b/>
                <w:noProof/>
                <w:color w:val="D71920"/>
                <w:sz w:val="16"/>
                <w:lang w:val="ro-RO"/>
              </w:rPr>
              <w:t>1</w:t>
            </w:r>
          </w:p>
        </w:tc>
        <w:tc>
          <w:tcPr>
            <w:tcW w:w="4672"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7C78FD10" w14:textId="77777777" w:rsidR="002718B0" w:rsidRPr="00D97DB6" w:rsidRDefault="00000000">
            <w:pPr>
              <w:rPr>
                <w:noProof/>
                <w:lang w:val="ro-RO"/>
              </w:rPr>
            </w:pPr>
            <w:r w:rsidRPr="00D97DB6">
              <w:rPr>
                <w:rFonts w:eastAsia="Arial"/>
                <w:noProof/>
                <w:sz w:val="16"/>
                <w:lang w:val="ro-RO"/>
              </w:rPr>
              <w:t>Conducerea urmărește periodic performanța calității?</w:t>
            </w: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48915712"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0AC62057"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6DD35210" w14:textId="77777777" w:rsidR="002718B0" w:rsidRPr="00D97DB6" w:rsidRDefault="002718B0">
            <w:pPr>
              <w:jc w:val="center"/>
              <w:rPr>
                <w:noProof/>
                <w:lang w:val="ro-RO"/>
              </w:rPr>
            </w:pPr>
          </w:p>
        </w:tc>
      </w:tr>
      <w:tr w:rsidR="002718B0" w:rsidRPr="00D97DB6" w14:paraId="1A2CAC3B" w14:textId="77777777" w:rsidTr="00D97DB6">
        <w:trPr>
          <w:cantSplit/>
          <w:trHeight w:val="319"/>
        </w:trPr>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25BD5583" w14:textId="77777777" w:rsidR="002718B0" w:rsidRPr="00D97DB6" w:rsidRDefault="00000000">
            <w:pPr>
              <w:jc w:val="center"/>
              <w:rPr>
                <w:noProof/>
                <w:lang w:val="ro-RO"/>
              </w:rPr>
            </w:pPr>
            <w:r w:rsidRPr="00D97DB6">
              <w:rPr>
                <w:rFonts w:eastAsia="Arial"/>
                <w:b/>
                <w:noProof/>
                <w:color w:val="D71920"/>
                <w:sz w:val="16"/>
                <w:lang w:val="ro-RO"/>
              </w:rPr>
              <w:t>2</w:t>
            </w:r>
          </w:p>
        </w:tc>
        <w:tc>
          <w:tcPr>
            <w:tcW w:w="4672"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6B864712" w14:textId="77777777" w:rsidR="002718B0" w:rsidRPr="00D97DB6" w:rsidRDefault="00000000">
            <w:pPr>
              <w:rPr>
                <w:noProof/>
                <w:lang w:val="ro-RO"/>
              </w:rPr>
            </w:pPr>
            <w:r w:rsidRPr="00D97DB6">
              <w:rPr>
                <w:rFonts w:eastAsia="Arial"/>
                <w:noProof/>
                <w:sz w:val="16"/>
                <w:lang w:val="ro-RO"/>
              </w:rPr>
              <w:t>Domeniul și procesele principale sunt definite clar?</w:t>
            </w: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19617E7E"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4C3E727A"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12BA8FD5" w14:textId="77777777" w:rsidR="002718B0" w:rsidRPr="00D97DB6" w:rsidRDefault="002718B0">
            <w:pPr>
              <w:jc w:val="center"/>
              <w:rPr>
                <w:noProof/>
                <w:lang w:val="ro-RO"/>
              </w:rPr>
            </w:pPr>
          </w:p>
        </w:tc>
      </w:tr>
      <w:tr w:rsidR="002718B0" w:rsidRPr="00D97DB6" w14:paraId="77FE6D00" w14:textId="77777777" w:rsidTr="00D97DB6">
        <w:trPr>
          <w:cantSplit/>
          <w:trHeight w:val="331"/>
        </w:trPr>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3ED822B5" w14:textId="77777777" w:rsidR="002718B0" w:rsidRPr="00D97DB6" w:rsidRDefault="00000000">
            <w:pPr>
              <w:jc w:val="center"/>
              <w:rPr>
                <w:noProof/>
                <w:lang w:val="ro-RO"/>
              </w:rPr>
            </w:pPr>
            <w:r w:rsidRPr="00D97DB6">
              <w:rPr>
                <w:rFonts w:eastAsia="Arial"/>
                <w:b/>
                <w:noProof/>
                <w:color w:val="D71920"/>
                <w:sz w:val="16"/>
                <w:lang w:val="ro-RO"/>
              </w:rPr>
              <w:t>3</w:t>
            </w:r>
          </w:p>
        </w:tc>
        <w:tc>
          <w:tcPr>
            <w:tcW w:w="4672"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04B85A57" w14:textId="77777777" w:rsidR="002718B0" w:rsidRPr="00D97DB6" w:rsidRDefault="00000000">
            <w:pPr>
              <w:rPr>
                <w:noProof/>
                <w:lang w:val="ro-RO"/>
              </w:rPr>
            </w:pPr>
            <w:r w:rsidRPr="00D97DB6">
              <w:rPr>
                <w:rFonts w:eastAsia="Arial"/>
                <w:noProof/>
                <w:sz w:val="16"/>
                <w:lang w:val="ro-RO"/>
              </w:rPr>
              <w:t>Cerințele clienților și cele legale sunt verificate înainte de acceptare?</w:t>
            </w: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2F6E7441"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3B6EA161"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1E31CFD2" w14:textId="77777777" w:rsidR="002718B0" w:rsidRPr="00D97DB6" w:rsidRDefault="002718B0">
            <w:pPr>
              <w:jc w:val="center"/>
              <w:rPr>
                <w:noProof/>
                <w:lang w:val="ro-RO"/>
              </w:rPr>
            </w:pPr>
          </w:p>
        </w:tc>
      </w:tr>
      <w:tr w:rsidR="002718B0" w:rsidRPr="0040087F" w14:paraId="59307702" w14:textId="77777777" w:rsidTr="00D97DB6">
        <w:trPr>
          <w:cantSplit/>
          <w:trHeight w:val="319"/>
        </w:trPr>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76A87E4D" w14:textId="77777777" w:rsidR="002718B0" w:rsidRPr="00D97DB6" w:rsidRDefault="00000000">
            <w:pPr>
              <w:jc w:val="center"/>
              <w:rPr>
                <w:noProof/>
                <w:lang w:val="ro-RO"/>
              </w:rPr>
            </w:pPr>
            <w:r w:rsidRPr="00D97DB6">
              <w:rPr>
                <w:rFonts w:eastAsia="Arial"/>
                <w:b/>
                <w:noProof/>
                <w:color w:val="D71920"/>
                <w:sz w:val="16"/>
                <w:lang w:val="ro-RO"/>
              </w:rPr>
              <w:t>4</w:t>
            </w:r>
          </w:p>
        </w:tc>
        <w:tc>
          <w:tcPr>
            <w:tcW w:w="4672"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39023FFE" w14:textId="77777777" w:rsidR="002718B0" w:rsidRPr="00D97DB6" w:rsidRDefault="00000000">
            <w:pPr>
              <w:rPr>
                <w:noProof/>
                <w:lang w:val="ro-RO"/>
              </w:rPr>
            </w:pPr>
            <w:r w:rsidRPr="00D97DB6">
              <w:rPr>
                <w:rFonts w:eastAsia="Arial"/>
                <w:noProof/>
                <w:sz w:val="16"/>
                <w:lang w:val="ro-RO"/>
              </w:rPr>
              <w:t>Riscurile operaționale conduc la controale și acțiuni?</w:t>
            </w: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265DBC08"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750340B1"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18D5B293" w14:textId="77777777" w:rsidR="002718B0" w:rsidRPr="00D97DB6" w:rsidRDefault="002718B0">
            <w:pPr>
              <w:jc w:val="center"/>
              <w:rPr>
                <w:noProof/>
                <w:lang w:val="ro-RO"/>
              </w:rPr>
            </w:pPr>
          </w:p>
        </w:tc>
      </w:tr>
      <w:tr w:rsidR="002718B0" w:rsidRPr="0040087F" w14:paraId="1E932B61" w14:textId="77777777" w:rsidTr="00D97DB6">
        <w:trPr>
          <w:cantSplit/>
          <w:trHeight w:val="319"/>
        </w:trPr>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33527E1D" w14:textId="77777777" w:rsidR="002718B0" w:rsidRPr="00D97DB6" w:rsidRDefault="00000000">
            <w:pPr>
              <w:jc w:val="center"/>
              <w:rPr>
                <w:noProof/>
                <w:lang w:val="ro-RO"/>
              </w:rPr>
            </w:pPr>
            <w:r w:rsidRPr="00D97DB6">
              <w:rPr>
                <w:rFonts w:eastAsia="Arial"/>
                <w:b/>
                <w:noProof/>
                <w:color w:val="D71920"/>
                <w:sz w:val="16"/>
                <w:lang w:val="ro-RO"/>
              </w:rPr>
              <w:t>5</w:t>
            </w:r>
          </w:p>
        </w:tc>
        <w:tc>
          <w:tcPr>
            <w:tcW w:w="4672"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7EBCF812" w14:textId="77777777" w:rsidR="002718B0" w:rsidRPr="00D97DB6" w:rsidRDefault="00000000">
            <w:pPr>
              <w:rPr>
                <w:noProof/>
                <w:lang w:val="ro-RO"/>
              </w:rPr>
            </w:pPr>
            <w:r w:rsidRPr="00D97DB6">
              <w:rPr>
                <w:rFonts w:eastAsia="Arial"/>
                <w:noProof/>
                <w:sz w:val="16"/>
                <w:lang w:val="ro-RO"/>
              </w:rPr>
              <w:t>Obiectivele au indicator, țintă, responsabil și termen?</w:t>
            </w: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3285CD11"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5218C8D6"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1BDD9468" w14:textId="77777777" w:rsidR="002718B0" w:rsidRPr="00D97DB6" w:rsidRDefault="002718B0">
            <w:pPr>
              <w:jc w:val="center"/>
              <w:rPr>
                <w:noProof/>
                <w:lang w:val="ro-RO"/>
              </w:rPr>
            </w:pPr>
          </w:p>
        </w:tc>
      </w:tr>
      <w:tr w:rsidR="002718B0" w:rsidRPr="0040087F" w14:paraId="64D4B1C8" w14:textId="77777777" w:rsidTr="00D97DB6">
        <w:trPr>
          <w:cantSplit/>
          <w:trHeight w:val="319"/>
        </w:trPr>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0EF3FAAA" w14:textId="77777777" w:rsidR="002718B0" w:rsidRPr="00D97DB6" w:rsidRDefault="00000000">
            <w:pPr>
              <w:jc w:val="center"/>
              <w:rPr>
                <w:noProof/>
                <w:lang w:val="ro-RO"/>
              </w:rPr>
            </w:pPr>
            <w:r w:rsidRPr="00D97DB6">
              <w:rPr>
                <w:rFonts w:eastAsia="Arial"/>
                <w:b/>
                <w:noProof/>
                <w:color w:val="D71920"/>
                <w:sz w:val="16"/>
                <w:lang w:val="ro-RO"/>
              </w:rPr>
              <w:t>6</w:t>
            </w:r>
          </w:p>
        </w:tc>
        <w:tc>
          <w:tcPr>
            <w:tcW w:w="4672"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40E3F7BE" w14:textId="77777777" w:rsidR="002718B0" w:rsidRPr="00D97DB6" w:rsidRDefault="00000000">
            <w:pPr>
              <w:rPr>
                <w:noProof/>
                <w:lang w:val="ro-RO"/>
              </w:rPr>
            </w:pPr>
            <w:r w:rsidRPr="00D97DB6">
              <w:rPr>
                <w:rFonts w:eastAsia="Arial"/>
                <w:noProof/>
                <w:sz w:val="16"/>
                <w:lang w:val="ro-RO"/>
              </w:rPr>
              <w:t>Personalul este competent și conștient de criteriile de calitate?</w:t>
            </w: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04A3FF68"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2289E1EB"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1EACC37F" w14:textId="77777777" w:rsidR="002718B0" w:rsidRPr="00D97DB6" w:rsidRDefault="002718B0">
            <w:pPr>
              <w:jc w:val="center"/>
              <w:rPr>
                <w:noProof/>
                <w:lang w:val="ro-RO"/>
              </w:rPr>
            </w:pPr>
          </w:p>
        </w:tc>
      </w:tr>
      <w:tr w:rsidR="002718B0" w:rsidRPr="0040087F" w14:paraId="050109B5" w14:textId="77777777" w:rsidTr="00D97DB6">
        <w:trPr>
          <w:cantSplit/>
          <w:trHeight w:val="319"/>
        </w:trPr>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4EB52CE8" w14:textId="77777777" w:rsidR="002718B0" w:rsidRPr="00D97DB6" w:rsidRDefault="00000000">
            <w:pPr>
              <w:jc w:val="center"/>
              <w:rPr>
                <w:noProof/>
                <w:lang w:val="ro-RO"/>
              </w:rPr>
            </w:pPr>
            <w:r w:rsidRPr="00D97DB6">
              <w:rPr>
                <w:rFonts w:eastAsia="Arial"/>
                <w:b/>
                <w:noProof/>
                <w:color w:val="D71920"/>
                <w:sz w:val="16"/>
                <w:lang w:val="ro-RO"/>
              </w:rPr>
              <w:t>7</w:t>
            </w:r>
          </w:p>
        </w:tc>
        <w:tc>
          <w:tcPr>
            <w:tcW w:w="4672"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1788A5A9" w14:textId="77777777" w:rsidR="002718B0" w:rsidRPr="00D97DB6" w:rsidRDefault="00000000">
            <w:pPr>
              <w:rPr>
                <w:noProof/>
                <w:lang w:val="ro-RO"/>
              </w:rPr>
            </w:pPr>
            <w:r w:rsidRPr="00D97DB6">
              <w:rPr>
                <w:rFonts w:eastAsia="Arial"/>
                <w:noProof/>
                <w:sz w:val="16"/>
                <w:lang w:val="ro-RO"/>
              </w:rPr>
              <w:t>Documentele și înregistrările sunt actuale și ușor de regăsit?</w:t>
            </w: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70481504"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185B2561"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7BB5B581" w14:textId="77777777" w:rsidR="002718B0" w:rsidRPr="00D97DB6" w:rsidRDefault="002718B0">
            <w:pPr>
              <w:jc w:val="center"/>
              <w:rPr>
                <w:noProof/>
                <w:lang w:val="ro-RO"/>
              </w:rPr>
            </w:pPr>
          </w:p>
        </w:tc>
      </w:tr>
      <w:tr w:rsidR="002718B0" w:rsidRPr="00D97DB6" w14:paraId="4A1DB7B2" w14:textId="77777777" w:rsidTr="00D97DB6">
        <w:trPr>
          <w:cantSplit/>
          <w:trHeight w:val="331"/>
        </w:trPr>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13DE1157" w14:textId="77777777" w:rsidR="002718B0" w:rsidRPr="00D97DB6" w:rsidRDefault="00000000">
            <w:pPr>
              <w:jc w:val="center"/>
              <w:rPr>
                <w:noProof/>
                <w:lang w:val="ro-RO"/>
              </w:rPr>
            </w:pPr>
            <w:r w:rsidRPr="00D97DB6">
              <w:rPr>
                <w:rFonts w:eastAsia="Arial"/>
                <w:b/>
                <w:noProof/>
                <w:color w:val="D71920"/>
                <w:sz w:val="16"/>
                <w:lang w:val="ro-RO"/>
              </w:rPr>
              <w:t>8</w:t>
            </w:r>
          </w:p>
        </w:tc>
        <w:tc>
          <w:tcPr>
            <w:tcW w:w="4672"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494BED01" w14:textId="77777777" w:rsidR="002718B0" w:rsidRPr="00D97DB6" w:rsidRDefault="00000000">
            <w:pPr>
              <w:rPr>
                <w:noProof/>
                <w:lang w:val="ro-RO"/>
              </w:rPr>
            </w:pPr>
            <w:r w:rsidRPr="00D97DB6">
              <w:rPr>
                <w:rFonts w:eastAsia="Arial"/>
                <w:noProof/>
                <w:sz w:val="16"/>
                <w:lang w:val="ro-RO"/>
              </w:rPr>
              <w:t>Furnizorii critici sunt evaluați și monitorizați?</w:t>
            </w: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00D01443"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49A5FA19"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7F786DEA" w14:textId="77777777" w:rsidR="002718B0" w:rsidRPr="00D97DB6" w:rsidRDefault="002718B0">
            <w:pPr>
              <w:jc w:val="center"/>
              <w:rPr>
                <w:noProof/>
                <w:lang w:val="ro-RO"/>
              </w:rPr>
            </w:pPr>
          </w:p>
        </w:tc>
      </w:tr>
      <w:tr w:rsidR="002718B0" w:rsidRPr="0040087F" w14:paraId="52A886A2" w14:textId="77777777" w:rsidTr="00D97DB6">
        <w:trPr>
          <w:cantSplit/>
          <w:trHeight w:val="319"/>
        </w:trPr>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711D1415" w14:textId="77777777" w:rsidR="002718B0" w:rsidRPr="00D97DB6" w:rsidRDefault="00000000">
            <w:pPr>
              <w:jc w:val="center"/>
              <w:rPr>
                <w:noProof/>
                <w:lang w:val="ro-RO"/>
              </w:rPr>
            </w:pPr>
            <w:r w:rsidRPr="00D97DB6">
              <w:rPr>
                <w:rFonts w:eastAsia="Arial"/>
                <w:b/>
                <w:noProof/>
                <w:color w:val="D71920"/>
                <w:sz w:val="16"/>
                <w:lang w:val="ro-RO"/>
              </w:rPr>
              <w:t>9</w:t>
            </w:r>
          </w:p>
        </w:tc>
        <w:tc>
          <w:tcPr>
            <w:tcW w:w="4672"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03986377" w14:textId="77777777" w:rsidR="002718B0" w:rsidRPr="00D97DB6" w:rsidRDefault="00000000">
            <w:pPr>
              <w:rPr>
                <w:noProof/>
                <w:lang w:val="ro-RO"/>
              </w:rPr>
            </w:pPr>
            <w:r w:rsidRPr="00D97DB6">
              <w:rPr>
                <w:rFonts w:eastAsia="Arial"/>
                <w:noProof/>
                <w:sz w:val="16"/>
                <w:lang w:val="ro-RO"/>
              </w:rPr>
              <w:t>Produsele/serviciile sunt verificate înainte de livrare?</w:t>
            </w: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082C8D32"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30317D26"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759AE74E" w14:textId="77777777" w:rsidR="002718B0" w:rsidRPr="00D97DB6" w:rsidRDefault="002718B0">
            <w:pPr>
              <w:jc w:val="center"/>
              <w:rPr>
                <w:noProof/>
                <w:lang w:val="ro-RO"/>
              </w:rPr>
            </w:pPr>
          </w:p>
        </w:tc>
      </w:tr>
      <w:tr w:rsidR="002718B0" w:rsidRPr="00D97DB6" w14:paraId="5FBEEDA1" w14:textId="77777777" w:rsidTr="00D97DB6">
        <w:trPr>
          <w:cantSplit/>
          <w:trHeight w:val="319"/>
        </w:trPr>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2641D2E3" w14:textId="77777777" w:rsidR="002718B0" w:rsidRPr="00D97DB6" w:rsidRDefault="00000000">
            <w:pPr>
              <w:jc w:val="center"/>
              <w:rPr>
                <w:noProof/>
                <w:lang w:val="ro-RO"/>
              </w:rPr>
            </w:pPr>
            <w:r w:rsidRPr="00D97DB6">
              <w:rPr>
                <w:rFonts w:eastAsia="Arial"/>
                <w:b/>
                <w:noProof/>
                <w:color w:val="D71920"/>
                <w:sz w:val="16"/>
                <w:lang w:val="ro-RO"/>
              </w:rPr>
              <w:t>10</w:t>
            </w:r>
          </w:p>
        </w:tc>
        <w:tc>
          <w:tcPr>
            <w:tcW w:w="4672"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464426BB" w14:textId="77777777" w:rsidR="002718B0" w:rsidRPr="00D97DB6" w:rsidRDefault="00000000">
            <w:pPr>
              <w:rPr>
                <w:noProof/>
                <w:lang w:val="ro-RO"/>
              </w:rPr>
            </w:pPr>
            <w:r w:rsidRPr="00D97DB6">
              <w:rPr>
                <w:rFonts w:eastAsia="Arial"/>
                <w:noProof/>
                <w:sz w:val="16"/>
                <w:lang w:val="ro-RO"/>
              </w:rPr>
              <w:t>Neconformitățile sunt controlate și cauzele sunt tratate?</w:t>
            </w: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3F8EACB9"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5F851869"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100660DE" w14:textId="77777777" w:rsidR="002718B0" w:rsidRPr="00D97DB6" w:rsidRDefault="002718B0">
            <w:pPr>
              <w:jc w:val="center"/>
              <w:rPr>
                <w:noProof/>
                <w:lang w:val="ro-RO"/>
              </w:rPr>
            </w:pPr>
          </w:p>
        </w:tc>
      </w:tr>
      <w:tr w:rsidR="002718B0" w:rsidRPr="00D97DB6" w14:paraId="59F38FB3" w14:textId="77777777" w:rsidTr="00D97DB6">
        <w:trPr>
          <w:cantSplit/>
          <w:trHeight w:val="319"/>
        </w:trPr>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3AAF102E" w14:textId="77777777" w:rsidR="002718B0" w:rsidRPr="00D97DB6" w:rsidRDefault="00000000">
            <w:pPr>
              <w:jc w:val="center"/>
              <w:rPr>
                <w:noProof/>
                <w:lang w:val="ro-RO"/>
              </w:rPr>
            </w:pPr>
            <w:r w:rsidRPr="00D97DB6">
              <w:rPr>
                <w:rFonts w:eastAsia="Arial"/>
                <w:b/>
                <w:noProof/>
                <w:color w:val="D71920"/>
                <w:sz w:val="16"/>
                <w:lang w:val="ro-RO"/>
              </w:rPr>
              <w:t>11</w:t>
            </w:r>
          </w:p>
        </w:tc>
        <w:tc>
          <w:tcPr>
            <w:tcW w:w="4672"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690C949E" w14:textId="77777777" w:rsidR="002718B0" w:rsidRPr="00D97DB6" w:rsidRDefault="00000000">
            <w:pPr>
              <w:rPr>
                <w:noProof/>
                <w:lang w:val="ro-RO"/>
              </w:rPr>
            </w:pPr>
            <w:r w:rsidRPr="00D97DB6">
              <w:rPr>
                <w:rFonts w:eastAsia="Arial"/>
                <w:noProof/>
                <w:sz w:val="16"/>
                <w:lang w:val="ro-RO"/>
              </w:rPr>
              <w:t>Satisfacția clientului și performanța proceselor sunt analizate?</w:t>
            </w: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22AE5E6C"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166913BA"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tcMar>
              <w:top w:w="62" w:type="dxa"/>
              <w:left w:w="65" w:type="dxa"/>
              <w:bottom w:w="62" w:type="dxa"/>
              <w:right w:w="65" w:type="dxa"/>
            </w:tcMar>
          </w:tcPr>
          <w:p w14:paraId="58268CC7" w14:textId="77777777" w:rsidR="002718B0" w:rsidRPr="00D97DB6" w:rsidRDefault="002718B0">
            <w:pPr>
              <w:jc w:val="center"/>
              <w:rPr>
                <w:noProof/>
                <w:lang w:val="ro-RO"/>
              </w:rPr>
            </w:pPr>
          </w:p>
        </w:tc>
      </w:tr>
      <w:tr w:rsidR="002718B0" w:rsidRPr="00D97DB6" w14:paraId="28F2AD69" w14:textId="77777777" w:rsidTr="00D97DB6">
        <w:trPr>
          <w:cantSplit/>
          <w:trHeight w:val="319"/>
        </w:trPr>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6FDCA4F5" w14:textId="77777777" w:rsidR="002718B0" w:rsidRPr="00D97DB6" w:rsidRDefault="00000000">
            <w:pPr>
              <w:jc w:val="center"/>
              <w:rPr>
                <w:noProof/>
                <w:lang w:val="ro-RO"/>
              </w:rPr>
            </w:pPr>
            <w:r w:rsidRPr="00D97DB6">
              <w:rPr>
                <w:rFonts w:eastAsia="Arial"/>
                <w:b/>
                <w:noProof/>
                <w:color w:val="D71920"/>
                <w:sz w:val="16"/>
                <w:lang w:val="ro-RO"/>
              </w:rPr>
              <w:t>12</w:t>
            </w:r>
          </w:p>
        </w:tc>
        <w:tc>
          <w:tcPr>
            <w:tcW w:w="4672"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7EB15086" w14:textId="77777777" w:rsidR="002718B0" w:rsidRPr="00D97DB6" w:rsidRDefault="00000000">
            <w:pPr>
              <w:rPr>
                <w:noProof/>
                <w:lang w:val="ro-RO"/>
              </w:rPr>
            </w:pPr>
            <w:r w:rsidRPr="00D97DB6">
              <w:rPr>
                <w:rFonts w:eastAsia="Arial"/>
                <w:noProof/>
                <w:sz w:val="16"/>
                <w:lang w:val="ro-RO"/>
              </w:rPr>
              <w:t>Auditul intern și analiza managementului generează acțiuni concrete?</w:t>
            </w: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736B18E4"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6EA6D88A" w14:textId="77777777" w:rsidR="002718B0" w:rsidRPr="00D97DB6" w:rsidRDefault="002718B0">
            <w:pPr>
              <w:jc w:val="center"/>
              <w:rPr>
                <w:noProof/>
                <w:lang w:val="ro-RO"/>
              </w:rPr>
            </w:pPr>
          </w:p>
        </w:tc>
        <w:tc>
          <w:tcPr>
            <w:tcW w:w="1348" w:type="dxa"/>
            <w:tcBorders>
              <w:top w:val="single" w:sz="3" w:space="0" w:color="D9DDE2"/>
              <w:left w:val="single" w:sz="3" w:space="0" w:color="D9DDE2"/>
              <w:bottom w:val="single" w:sz="3" w:space="0" w:color="D9DDE2"/>
              <w:right w:val="single" w:sz="3" w:space="0" w:color="D9DDE2"/>
            </w:tcBorders>
            <w:shd w:val="clear" w:color="auto" w:fill="FAFAFA"/>
            <w:tcMar>
              <w:top w:w="62" w:type="dxa"/>
              <w:left w:w="65" w:type="dxa"/>
              <w:bottom w:w="62" w:type="dxa"/>
              <w:right w:w="65" w:type="dxa"/>
            </w:tcMar>
          </w:tcPr>
          <w:p w14:paraId="11CE0DC3" w14:textId="77777777" w:rsidR="002718B0" w:rsidRPr="00D97DB6" w:rsidRDefault="002718B0">
            <w:pPr>
              <w:jc w:val="center"/>
              <w:rPr>
                <w:noProof/>
                <w:lang w:val="ro-RO"/>
              </w:rPr>
            </w:pPr>
          </w:p>
        </w:tc>
      </w:tr>
    </w:tbl>
    <w:p w14:paraId="00F35822" w14:textId="77777777" w:rsidR="002718B0" w:rsidRPr="00D97DB6" w:rsidRDefault="002718B0">
      <w:pPr>
        <w:rPr>
          <w:noProof/>
          <w:lang w:val="ro-RO"/>
        </w:rPr>
        <w:sectPr w:rsidR="002718B0" w:rsidRPr="00D97DB6">
          <w:headerReference w:type="default" r:id="rId8"/>
          <w:footerReference w:type="default" r:id="rId9"/>
          <w:pgSz w:w="11906" w:h="16838"/>
          <w:pgMar w:top="907" w:right="964" w:bottom="822" w:left="964" w:header="312" w:footer="312" w:gutter="0"/>
          <w:cols w:space="720"/>
          <w:titlePg/>
          <w:docGrid w:linePitch="360"/>
        </w:sectPr>
      </w:pPr>
    </w:p>
    <w:p w14:paraId="1288D2AB" w14:textId="77777777" w:rsidR="002718B0" w:rsidRPr="00D97DB6" w:rsidRDefault="00000000">
      <w:pPr>
        <w:pBdr>
          <w:bottom w:val="single" w:sz="12" w:space="4" w:color="D71920"/>
        </w:pBdr>
        <w:spacing w:before="80" w:after="40"/>
        <w:rPr>
          <w:noProof/>
          <w:lang w:val="ro-RO"/>
        </w:rPr>
      </w:pPr>
      <w:r w:rsidRPr="00D97DB6">
        <w:rPr>
          <w:rFonts w:eastAsia="Arial"/>
          <w:b/>
          <w:noProof/>
          <w:color w:val="D71920"/>
          <w:sz w:val="36"/>
          <w:lang w:val="ro-RO"/>
        </w:rPr>
        <w:lastRenderedPageBreak/>
        <w:t xml:space="preserve">0  </w:t>
      </w:r>
      <w:r w:rsidRPr="00D97DB6">
        <w:rPr>
          <w:rFonts w:eastAsia="Arial"/>
          <w:b/>
          <w:noProof/>
          <w:sz w:val="36"/>
          <w:lang w:val="ro-RO"/>
        </w:rPr>
        <w:t>Pornirea proiectului</w:t>
      </w:r>
    </w:p>
    <w:p w14:paraId="26069416" w14:textId="77777777" w:rsidR="002718B0" w:rsidRPr="00D97DB6" w:rsidRDefault="00000000">
      <w:pPr>
        <w:spacing w:after="100"/>
        <w:rPr>
          <w:noProof/>
          <w:lang w:val="ro-RO"/>
        </w:rPr>
      </w:pPr>
      <w:r w:rsidRPr="00D97DB6">
        <w:rPr>
          <w:rFonts w:eastAsia="Arial"/>
          <w:b/>
          <w:noProof/>
          <w:color w:val="D71920"/>
          <w:sz w:val="17"/>
          <w:lang w:val="ro-RO"/>
        </w:rPr>
        <w:t>Referință: Pregătire managerială (etapă recomandată, ne-normativă)</w:t>
      </w:r>
      <w:r w:rsidRPr="00D97DB6">
        <w:rPr>
          <w:rFonts w:eastAsia="Arial"/>
          <w:noProof/>
          <w:color w:val="666666"/>
          <w:sz w:val="17"/>
          <w:lang w:val="ro-RO"/>
        </w:rPr>
        <w:t xml:space="preserve">   |   Obiectiv: transformarea implementării într-un proiect cu scop, resurse, termene și responsabilități clare.</w:t>
      </w:r>
    </w:p>
    <w:tbl>
      <w:tblPr>
        <w:tblW w:w="0" w:type="auto"/>
        <w:jc w:val="center"/>
        <w:tblLayout w:type="fixed"/>
        <w:tblLook w:val="04A0" w:firstRow="1" w:lastRow="0" w:firstColumn="1" w:lastColumn="0" w:noHBand="0" w:noVBand="1"/>
      </w:tblPr>
      <w:tblGrid>
        <w:gridCol w:w="7710"/>
        <w:gridCol w:w="7710"/>
      </w:tblGrid>
      <w:tr w:rsidR="002718B0" w:rsidRPr="0040087F" w14:paraId="1D395716" w14:textId="77777777">
        <w:trPr>
          <w:jc w:val="center"/>
        </w:trPr>
        <w:tc>
          <w:tcPr>
            <w:tcW w:w="7710" w:type="dxa"/>
            <w:tcBorders>
              <w:top w:val="nil"/>
              <w:left w:val="nil"/>
              <w:bottom w:val="nil"/>
              <w:right w:val="nil"/>
            </w:tcBorders>
            <w:shd w:val="clear" w:color="auto" w:fill="D71920"/>
          </w:tcPr>
          <w:p w14:paraId="656BC42E" w14:textId="77777777" w:rsidR="002718B0" w:rsidRPr="00D97DB6" w:rsidRDefault="002718B0">
            <w:pPr>
              <w:rPr>
                <w:noProof/>
                <w:lang w:val="ro-RO"/>
              </w:rPr>
            </w:pPr>
          </w:p>
        </w:tc>
        <w:tc>
          <w:tcPr>
            <w:tcW w:w="7710" w:type="dxa"/>
            <w:tcBorders>
              <w:top w:val="nil"/>
              <w:left w:val="nil"/>
              <w:bottom w:val="nil"/>
              <w:right w:val="nil"/>
            </w:tcBorders>
            <w:shd w:val="clear" w:color="auto" w:fill="FCEBEC"/>
            <w:tcMar>
              <w:top w:w="110" w:type="dxa"/>
              <w:left w:w="160" w:type="dxa"/>
              <w:bottom w:w="110" w:type="dxa"/>
              <w:right w:w="160" w:type="dxa"/>
            </w:tcMar>
          </w:tcPr>
          <w:p w14:paraId="7251F309" w14:textId="77777777" w:rsidR="002718B0" w:rsidRPr="00D97DB6" w:rsidRDefault="00000000">
            <w:pPr>
              <w:rPr>
                <w:noProof/>
                <w:lang w:val="ro-RO"/>
              </w:rPr>
            </w:pPr>
            <w:r w:rsidRPr="00D97DB6">
              <w:rPr>
                <w:rFonts w:eastAsia="Arial"/>
                <w:b/>
                <w:noProof/>
                <w:color w:val="D71920"/>
                <w:lang w:val="ro-RO"/>
              </w:rPr>
              <w:t>PERSPECTIVĂ DE CONSULTANT</w:t>
            </w:r>
          </w:p>
          <w:p w14:paraId="4CE58C04" w14:textId="77777777" w:rsidR="002718B0" w:rsidRPr="00D97DB6" w:rsidRDefault="00000000">
            <w:pPr>
              <w:spacing w:before="20" w:after="0"/>
              <w:rPr>
                <w:noProof/>
                <w:lang w:val="ro-RO"/>
              </w:rPr>
            </w:pPr>
            <w:r w:rsidRPr="00D97DB6">
              <w:rPr>
                <w:rFonts w:eastAsia="Arial"/>
                <w:noProof/>
                <w:sz w:val="17"/>
                <w:lang w:val="ro-RO"/>
              </w:rPr>
              <w:t>O implementare reușită începe cu motive de business reale, nu cu redactarea procedurilor. Stabiliți ce probleme trebuie să rezolve sistemul: reclamații, variație, întârzieri, pierderi, lipsă de control sau acces la piețe.</w:t>
            </w:r>
          </w:p>
        </w:tc>
      </w:tr>
    </w:tbl>
    <w:p w14:paraId="3BCEB478" w14:textId="77777777" w:rsidR="002718B0" w:rsidRPr="00D97DB6" w:rsidRDefault="002718B0">
      <w:pPr>
        <w:spacing w:after="0"/>
        <w:rPr>
          <w:noProof/>
          <w:lang w:val="ro-RO"/>
        </w:rPr>
      </w:pPr>
    </w:p>
    <w:tbl>
      <w:tblPr>
        <w:tblW w:w="16308" w:type="dxa"/>
        <w:jc w:val="center"/>
        <w:tblLayout w:type="fixed"/>
        <w:tblLook w:val="04A0" w:firstRow="1" w:lastRow="0" w:firstColumn="1" w:lastColumn="0" w:noHBand="0" w:noVBand="1"/>
      </w:tblPr>
      <w:tblGrid>
        <w:gridCol w:w="2092"/>
        <w:gridCol w:w="4432"/>
        <w:gridCol w:w="3508"/>
        <w:gridCol w:w="2092"/>
        <w:gridCol w:w="2092"/>
        <w:gridCol w:w="2092"/>
      </w:tblGrid>
      <w:tr w:rsidR="002718B0" w:rsidRPr="00D97DB6" w14:paraId="35CD4591" w14:textId="77777777" w:rsidTr="00D97DB6">
        <w:trPr>
          <w:trHeight w:val="271"/>
          <w:tblHeader/>
          <w:jc w:val="center"/>
        </w:trPr>
        <w:tc>
          <w:tcPr>
            <w:tcW w:w="209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03EE3265" w14:textId="77777777" w:rsidR="002718B0" w:rsidRPr="00D97DB6" w:rsidRDefault="00000000">
            <w:pPr>
              <w:jc w:val="center"/>
              <w:rPr>
                <w:noProof/>
                <w:lang w:val="ro-RO"/>
              </w:rPr>
            </w:pPr>
            <w:r w:rsidRPr="00D97DB6">
              <w:rPr>
                <w:rFonts w:eastAsia="Arial"/>
                <w:b/>
                <w:noProof/>
                <w:color w:val="FFFFFF"/>
                <w:sz w:val="15"/>
                <w:lang w:val="ro-RO"/>
              </w:rPr>
              <w:t>ID</w:t>
            </w:r>
          </w:p>
        </w:tc>
        <w:tc>
          <w:tcPr>
            <w:tcW w:w="443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640FF527" w14:textId="77777777" w:rsidR="002718B0" w:rsidRPr="00D97DB6" w:rsidRDefault="00000000">
            <w:pPr>
              <w:jc w:val="center"/>
              <w:rPr>
                <w:noProof/>
                <w:lang w:val="ro-RO"/>
              </w:rPr>
            </w:pPr>
            <w:r w:rsidRPr="00D97DB6">
              <w:rPr>
                <w:rFonts w:eastAsia="Arial"/>
                <w:b/>
                <w:noProof/>
                <w:color w:val="FFFFFF"/>
                <w:sz w:val="15"/>
                <w:lang w:val="ro-RO"/>
              </w:rPr>
              <w:t>VERIFICARE / ACTIVITATE</w:t>
            </w:r>
          </w:p>
        </w:tc>
        <w:tc>
          <w:tcPr>
            <w:tcW w:w="3508"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533CB64E" w14:textId="77777777" w:rsidR="002718B0" w:rsidRPr="00D97DB6" w:rsidRDefault="00000000">
            <w:pPr>
              <w:jc w:val="center"/>
              <w:rPr>
                <w:noProof/>
                <w:lang w:val="ro-RO"/>
              </w:rPr>
            </w:pPr>
            <w:r w:rsidRPr="00D97DB6">
              <w:rPr>
                <w:rFonts w:eastAsia="Arial"/>
                <w:b/>
                <w:noProof/>
                <w:color w:val="FFFFFF"/>
                <w:sz w:val="15"/>
                <w:lang w:val="ro-RO"/>
              </w:rPr>
              <w:t>REZULTAT AȘTEPTAT / DOVEZI ORIENTATIVE</w:t>
            </w:r>
          </w:p>
        </w:tc>
        <w:tc>
          <w:tcPr>
            <w:tcW w:w="209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5B2A9FB5" w14:textId="77777777" w:rsidR="002718B0" w:rsidRPr="00D97DB6" w:rsidRDefault="00000000">
            <w:pPr>
              <w:jc w:val="center"/>
              <w:rPr>
                <w:noProof/>
                <w:lang w:val="ro-RO"/>
              </w:rPr>
            </w:pPr>
            <w:r w:rsidRPr="00D97DB6">
              <w:rPr>
                <w:rFonts w:eastAsia="Arial"/>
                <w:b/>
                <w:noProof/>
                <w:color w:val="FFFFFF"/>
                <w:sz w:val="15"/>
                <w:lang w:val="ro-RO"/>
              </w:rPr>
              <w:t>RESP.</w:t>
            </w:r>
          </w:p>
        </w:tc>
        <w:tc>
          <w:tcPr>
            <w:tcW w:w="209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0D3DC6A3" w14:textId="77777777" w:rsidR="002718B0" w:rsidRPr="00D97DB6" w:rsidRDefault="00000000">
            <w:pPr>
              <w:jc w:val="center"/>
              <w:rPr>
                <w:noProof/>
                <w:lang w:val="ro-RO"/>
              </w:rPr>
            </w:pPr>
            <w:r w:rsidRPr="00D97DB6">
              <w:rPr>
                <w:rFonts w:eastAsia="Arial"/>
                <w:b/>
                <w:noProof/>
                <w:color w:val="FFFFFF"/>
                <w:sz w:val="15"/>
                <w:lang w:val="ro-RO"/>
              </w:rPr>
              <w:t>TERMEN</w:t>
            </w:r>
          </w:p>
        </w:tc>
        <w:tc>
          <w:tcPr>
            <w:tcW w:w="209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15FA1390" w14:textId="77777777" w:rsidR="002718B0" w:rsidRPr="00D97DB6" w:rsidRDefault="00000000">
            <w:pPr>
              <w:jc w:val="center"/>
              <w:rPr>
                <w:noProof/>
                <w:lang w:val="ro-RO"/>
              </w:rPr>
            </w:pPr>
            <w:r w:rsidRPr="00D97DB6">
              <w:rPr>
                <w:rFonts w:eastAsia="Arial"/>
                <w:b/>
                <w:noProof/>
                <w:color w:val="FFFFFF"/>
                <w:sz w:val="15"/>
                <w:lang w:val="ro-RO"/>
              </w:rPr>
              <w:t>SCOR</w:t>
            </w:r>
          </w:p>
        </w:tc>
      </w:tr>
      <w:tr w:rsidR="002718B0" w:rsidRPr="0040087F" w14:paraId="76D2B2AC" w14:textId="77777777" w:rsidTr="00D97DB6">
        <w:trPr>
          <w:cantSplit/>
          <w:trHeight w:val="382"/>
          <w:jc w:val="center"/>
        </w:trPr>
        <w:tc>
          <w:tcPr>
            <w:tcW w:w="209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EF2A5BE"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P0.1</w:t>
            </w:r>
          </w:p>
        </w:tc>
        <w:tc>
          <w:tcPr>
            <w:tcW w:w="443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DCD2A3C" w14:textId="77777777" w:rsidR="002718B0" w:rsidRPr="00D97DB6" w:rsidRDefault="00000000">
            <w:pPr>
              <w:spacing w:after="0" w:line="240" w:lineRule="auto"/>
              <w:rPr>
                <w:noProof/>
                <w:lang w:val="ro-RO"/>
              </w:rPr>
            </w:pPr>
            <w:r w:rsidRPr="00D97DB6">
              <w:rPr>
                <w:rFonts w:eastAsia="Arial"/>
                <w:noProof/>
                <w:sz w:val="16"/>
                <w:lang w:val="ro-RO"/>
              </w:rPr>
              <w:t>Conducerea a numit un sponsor al proiectului și un coordonator al sistemului de management al calității (SMC).</w:t>
            </w:r>
          </w:p>
        </w:tc>
        <w:tc>
          <w:tcPr>
            <w:tcW w:w="350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2DA3330" w14:textId="77777777" w:rsidR="002718B0" w:rsidRPr="00D97DB6" w:rsidRDefault="00000000">
            <w:pPr>
              <w:spacing w:after="0" w:line="240" w:lineRule="auto"/>
              <w:rPr>
                <w:noProof/>
                <w:lang w:val="ro-RO"/>
              </w:rPr>
            </w:pPr>
            <w:r w:rsidRPr="00D97DB6">
              <w:rPr>
                <w:rFonts w:eastAsia="Arial"/>
                <w:noProof/>
                <w:sz w:val="16"/>
                <w:lang w:val="ro-RO"/>
              </w:rPr>
              <w:t>Decizie, organigramă sau mandat; autoritate și timp alocat explicit.</w:t>
            </w:r>
          </w:p>
        </w:tc>
        <w:tc>
          <w:tcPr>
            <w:tcW w:w="209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7EA87CA" w14:textId="77777777" w:rsidR="002718B0" w:rsidRPr="00D97DB6" w:rsidRDefault="002718B0">
            <w:pPr>
              <w:spacing w:after="0" w:line="240" w:lineRule="auto"/>
              <w:jc w:val="center"/>
              <w:rPr>
                <w:noProof/>
                <w:lang w:val="ro-RO"/>
              </w:rPr>
            </w:pPr>
          </w:p>
        </w:tc>
        <w:tc>
          <w:tcPr>
            <w:tcW w:w="209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B681191" w14:textId="77777777" w:rsidR="002718B0" w:rsidRPr="00D97DB6" w:rsidRDefault="002718B0">
            <w:pPr>
              <w:spacing w:after="0" w:line="240" w:lineRule="auto"/>
              <w:jc w:val="center"/>
              <w:rPr>
                <w:noProof/>
                <w:lang w:val="ro-RO"/>
              </w:rPr>
            </w:pPr>
          </w:p>
        </w:tc>
        <w:tc>
          <w:tcPr>
            <w:tcW w:w="209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276E8EE" w14:textId="77777777" w:rsidR="002718B0" w:rsidRPr="00D97DB6" w:rsidRDefault="002718B0">
            <w:pPr>
              <w:spacing w:after="0" w:line="240" w:lineRule="auto"/>
              <w:jc w:val="center"/>
              <w:rPr>
                <w:noProof/>
                <w:lang w:val="ro-RO"/>
              </w:rPr>
            </w:pPr>
          </w:p>
        </w:tc>
      </w:tr>
      <w:tr w:rsidR="002718B0" w:rsidRPr="00D97DB6" w14:paraId="491EF8C8" w14:textId="77777777" w:rsidTr="00D97DB6">
        <w:trPr>
          <w:cantSplit/>
          <w:trHeight w:val="370"/>
          <w:jc w:val="center"/>
        </w:trPr>
        <w:tc>
          <w:tcPr>
            <w:tcW w:w="209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C1D63E1"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P0.2</w:t>
            </w:r>
          </w:p>
        </w:tc>
        <w:tc>
          <w:tcPr>
            <w:tcW w:w="443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E8D57B9" w14:textId="77777777" w:rsidR="002718B0" w:rsidRPr="00D97DB6" w:rsidRDefault="00000000">
            <w:pPr>
              <w:spacing w:after="0" w:line="240" w:lineRule="auto"/>
              <w:rPr>
                <w:noProof/>
                <w:lang w:val="ro-RO"/>
              </w:rPr>
            </w:pPr>
            <w:r w:rsidRPr="00D97DB6">
              <w:rPr>
                <w:rFonts w:eastAsia="Arial"/>
                <w:noProof/>
                <w:sz w:val="16"/>
                <w:lang w:val="ro-RO"/>
              </w:rPr>
              <w:t>Au fost definite scopul implementării și rezultatele de business urmărite.</w:t>
            </w:r>
          </w:p>
        </w:tc>
        <w:tc>
          <w:tcPr>
            <w:tcW w:w="350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6F6B3BC1" w14:textId="77777777" w:rsidR="002718B0" w:rsidRPr="00D97DB6" w:rsidRDefault="00000000">
            <w:pPr>
              <w:spacing w:after="0" w:line="240" w:lineRule="auto"/>
              <w:rPr>
                <w:noProof/>
                <w:lang w:val="ro-RO"/>
              </w:rPr>
            </w:pPr>
            <w:r w:rsidRPr="00D97DB6">
              <w:rPr>
                <w:rFonts w:eastAsia="Arial"/>
                <w:noProof/>
                <w:sz w:val="16"/>
                <w:lang w:val="ro-RO"/>
              </w:rPr>
              <w:t>Obiective precum reducerea reclamațiilor, livrare la timp, stabilitatea proceselor, eligibilitate comercială.</w:t>
            </w:r>
          </w:p>
        </w:tc>
        <w:tc>
          <w:tcPr>
            <w:tcW w:w="209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FE05C5C" w14:textId="77777777" w:rsidR="002718B0" w:rsidRPr="00D97DB6" w:rsidRDefault="002718B0">
            <w:pPr>
              <w:spacing w:after="0" w:line="240" w:lineRule="auto"/>
              <w:jc w:val="center"/>
              <w:rPr>
                <w:noProof/>
                <w:lang w:val="ro-RO"/>
              </w:rPr>
            </w:pPr>
          </w:p>
        </w:tc>
        <w:tc>
          <w:tcPr>
            <w:tcW w:w="209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D44425C" w14:textId="77777777" w:rsidR="002718B0" w:rsidRPr="00D97DB6" w:rsidRDefault="002718B0">
            <w:pPr>
              <w:spacing w:after="0" w:line="240" w:lineRule="auto"/>
              <w:jc w:val="center"/>
              <w:rPr>
                <w:noProof/>
                <w:lang w:val="ro-RO"/>
              </w:rPr>
            </w:pPr>
          </w:p>
        </w:tc>
        <w:tc>
          <w:tcPr>
            <w:tcW w:w="209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EB2B6E4" w14:textId="77777777" w:rsidR="002718B0" w:rsidRPr="00D97DB6" w:rsidRDefault="002718B0">
            <w:pPr>
              <w:spacing w:after="0" w:line="240" w:lineRule="auto"/>
              <w:jc w:val="center"/>
              <w:rPr>
                <w:noProof/>
                <w:lang w:val="ro-RO"/>
              </w:rPr>
            </w:pPr>
          </w:p>
        </w:tc>
      </w:tr>
      <w:tr w:rsidR="002718B0" w:rsidRPr="0040087F" w14:paraId="4676326B" w14:textId="77777777" w:rsidTr="00D97DB6">
        <w:trPr>
          <w:cantSplit/>
          <w:trHeight w:val="382"/>
          <w:jc w:val="center"/>
        </w:trPr>
        <w:tc>
          <w:tcPr>
            <w:tcW w:w="209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43AF416"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P0.3</w:t>
            </w:r>
          </w:p>
        </w:tc>
        <w:tc>
          <w:tcPr>
            <w:tcW w:w="443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4B2CB42" w14:textId="77777777" w:rsidR="002718B0" w:rsidRPr="00D97DB6" w:rsidRDefault="00000000">
            <w:pPr>
              <w:spacing w:after="0" w:line="240" w:lineRule="auto"/>
              <w:rPr>
                <w:noProof/>
                <w:lang w:val="ro-RO"/>
              </w:rPr>
            </w:pPr>
            <w:r w:rsidRPr="00D97DB6">
              <w:rPr>
                <w:rFonts w:eastAsia="Arial"/>
                <w:noProof/>
                <w:sz w:val="16"/>
                <w:lang w:val="ro-RO"/>
              </w:rPr>
              <w:t>A fost stabilită echipa de implementare, cu reprezentanți ai proceselor relevante.</w:t>
            </w:r>
          </w:p>
        </w:tc>
        <w:tc>
          <w:tcPr>
            <w:tcW w:w="350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A2C5F97" w14:textId="77777777" w:rsidR="002718B0" w:rsidRPr="00D97DB6" w:rsidRDefault="00000000">
            <w:pPr>
              <w:spacing w:after="0" w:line="240" w:lineRule="auto"/>
              <w:rPr>
                <w:noProof/>
                <w:lang w:val="ro-RO"/>
              </w:rPr>
            </w:pPr>
            <w:r w:rsidRPr="00D97DB6">
              <w:rPr>
                <w:rFonts w:eastAsia="Arial"/>
                <w:noProof/>
                <w:sz w:val="16"/>
                <w:lang w:val="ro-RO"/>
              </w:rPr>
              <w:t>Listă echipă, roluri, responsabilități, ritm de lucru și mecanism de escaladare.</w:t>
            </w:r>
          </w:p>
        </w:tc>
        <w:tc>
          <w:tcPr>
            <w:tcW w:w="209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35C220A" w14:textId="77777777" w:rsidR="002718B0" w:rsidRPr="00D97DB6" w:rsidRDefault="002718B0">
            <w:pPr>
              <w:spacing w:after="0" w:line="240" w:lineRule="auto"/>
              <w:jc w:val="center"/>
              <w:rPr>
                <w:noProof/>
                <w:lang w:val="ro-RO"/>
              </w:rPr>
            </w:pPr>
          </w:p>
        </w:tc>
        <w:tc>
          <w:tcPr>
            <w:tcW w:w="209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092889D" w14:textId="77777777" w:rsidR="002718B0" w:rsidRPr="00D97DB6" w:rsidRDefault="002718B0">
            <w:pPr>
              <w:spacing w:after="0" w:line="240" w:lineRule="auto"/>
              <w:jc w:val="center"/>
              <w:rPr>
                <w:noProof/>
                <w:lang w:val="ro-RO"/>
              </w:rPr>
            </w:pPr>
          </w:p>
        </w:tc>
        <w:tc>
          <w:tcPr>
            <w:tcW w:w="209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08FC49B" w14:textId="77777777" w:rsidR="002718B0" w:rsidRPr="00D97DB6" w:rsidRDefault="002718B0">
            <w:pPr>
              <w:spacing w:after="0" w:line="240" w:lineRule="auto"/>
              <w:jc w:val="center"/>
              <w:rPr>
                <w:noProof/>
                <w:lang w:val="ro-RO"/>
              </w:rPr>
            </w:pPr>
          </w:p>
        </w:tc>
      </w:tr>
      <w:tr w:rsidR="002718B0" w:rsidRPr="0040087F" w14:paraId="4325EED3" w14:textId="77777777" w:rsidTr="00D97DB6">
        <w:trPr>
          <w:cantSplit/>
          <w:trHeight w:val="370"/>
          <w:jc w:val="center"/>
        </w:trPr>
        <w:tc>
          <w:tcPr>
            <w:tcW w:w="209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F7910FB"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P0.4</w:t>
            </w:r>
          </w:p>
        </w:tc>
        <w:tc>
          <w:tcPr>
            <w:tcW w:w="443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228D4C6B" w14:textId="77777777" w:rsidR="002718B0" w:rsidRPr="00D97DB6" w:rsidRDefault="00000000">
            <w:pPr>
              <w:spacing w:after="0" w:line="240" w:lineRule="auto"/>
              <w:rPr>
                <w:noProof/>
                <w:lang w:val="ro-RO"/>
              </w:rPr>
            </w:pPr>
            <w:r w:rsidRPr="00D97DB6">
              <w:rPr>
                <w:rFonts w:eastAsia="Arial"/>
                <w:noProof/>
                <w:sz w:val="16"/>
                <w:lang w:val="ro-RO"/>
              </w:rPr>
              <w:t>A fost realizată o evaluare inițială a diferențelor față de cerințele aplicabile.</w:t>
            </w:r>
          </w:p>
        </w:tc>
        <w:tc>
          <w:tcPr>
            <w:tcW w:w="350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21B9798B" w14:textId="77777777" w:rsidR="002718B0" w:rsidRPr="00D97DB6" w:rsidRDefault="00000000">
            <w:pPr>
              <w:spacing w:after="0" w:line="240" w:lineRule="auto"/>
              <w:rPr>
                <w:noProof/>
                <w:lang w:val="ro-RO"/>
              </w:rPr>
            </w:pPr>
            <w:r w:rsidRPr="00D97DB6">
              <w:rPr>
                <w:rFonts w:eastAsia="Arial"/>
                <w:noProof/>
                <w:sz w:val="16"/>
                <w:lang w:val="ro-RO"/>
              </w:rPr>
              <w:t>Raport de diagnostic cu puncte forte, lacune, priorități și dovezi existente.</w:t>
            </w:r>
          </w:p>
        </w:tc>
        <w:tc>
          <w:tcPr>
            <w:tcW w:w="209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37886B6" w14:textId="77777777" w:rsidR="002718B0" w:rsidRPr="00D97DB6" w:rsidRDefault="002718B0">
            <w:pPr>
              <w:spacing w:after="0" w:line="240" w:lineRule="auto"/>
              <w:jc w:val="center"/>
              <w:rPr>
                <w:noProof/>
                <w:lang w:val="ro-RO"/>
              </w:rPr>
            </w:pPr>
          </w:p>
        </w:tc>
        <w:tc>
          <w:tcPr>
            <w:tcW w:w="209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1D4DD52" w14:textId="77777777" w:rsidR="002718B0" w:rsidRPr="00D97DB6" w:rsidRDefault="002718B0">
            <w:pPr>
              <w:spacing w:after="0" w:line="240" w:lineRule="auto"/>
              <w:jc w:val="center"/>
              <w:rPr>
                <w:noProof/>
                <w:lang w:val="ro-RO"/>
              </w:rPr>
            </w:pPr>
          </w:p>
        </w:tc>
        <w:tc>
          <w:tcPr>
            <w:tcW w:w="209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E3B4729" w14:textId="77777777" w:rsidR="002718B0" w:rsidRPr="00D97DB6" w:rsidRDefault="002718B0">
            <w:pPr>
              <w:spacing w:after="0" w:line="240" w:lineRule="auto"/>
              <w:jc w:val="center"/>
              <w:rPr>
                <w:noProof/>
                <w:lang w:val="ro-RO"/>
              </w:rPr>
            </w:pPr>
          </w:p>
        </w:tc>
      </w:tr>
      <w:tr w:rsidR="002718B0" w:rsidRPr="0040087F" w14:paraId="18C39B13" w14:textId="77777777" w:rsidTr="00D97DB6">
        <w:trPr>
          <w:cantSplit/>
          <w:trHeight w:val="382"/>
          <w:jc w:val="center"/>
        </w:trPr>
        <w:tc>
          <w:tcPr>
            <w:tcW w:w="209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147E31B"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P0.5</w:t>
            </w:r>
          </w:p>
        </w:tc>
        <w:tc>
          <w:tcPr>
            <w:tcW w:w="443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DE03D1A" w14:textId="77777777" w:rsidR="002718B0" w:rsidRPr="00D97DB6" w:rsidRDefault="00000000">
            <w:pPr>
              <w:spacing w:after="0" w:line="240" w:lineRule="auto"/>
              <w:rPr>
                <w:noProof/>
                <w:lang w:val="ro-RO"/>
              </w:rPr>
            </w:pPr>
            <w:r w:rsidRPr="00D97DB6">
              <w:rPr>
                <w:rFonts w:eastAsia="Arial"/>
                <w:noProof/>
                <w:sz w:val="16"/>
                <w:lang w:val="ro-RO"/>
              </w:rPr>
              <w:t>Există un plan de implementare realist, corelat cu resursele și data-țintă.</w:t>
            </w:r>
          </w:p>
        </w:tc>
        <w:tc>
          <w:tcPr>
            <w:tcW w:w="350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E94F46B" w14:textId="77777777" w:rsidR="002718B0" w:rsidRPr="00D97DB6" w:rsidRDefault="00000000">
            <w:pPr>
              <w:spacing w:after="0" w:line="240" w:lineRule="auto"/>
              <w:rPr>
                <w:noProof/>
                <w:lang w:val="ro-RO"/>
              </w:rPr>
            </w:pPr>
            <w:r w:rsidRPr="00D97DB6">
              <w:rPr>
                <w:rFonts w:eastAsia="Arial"/>
                <w:noProof/>
                <w:sz w:val="16"/>
                <w:lang w:val="ro-RO"/>
              </w:rPr>
              <w:t>Calendar, etape, responsabili, livrabile, buget și dependențe.</w:t>
            </w:r>
          </w:p>
        </w:tc>
        <w:tc>
          <w:tcPr>
            <w:tcW w:w="209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371B53E" w14:textId="77777777" w:rsidR="002718B0" w:rsidRPr="00D97DB6" w:rsidRDefault="002718B0">
            <w:pPr>
              <w:spacing w:after="0" w:line="240" w:lineRule="auto"/>
              <w:jc w:val="center"/>
              <w:rPr>
                <w:noProof/>
                <w:lang w:val="ro-RO"/>
              </w:rPr>
            </w:pPr>
          </w:p>
        </w:tc>
        <w:tc>
          <w:tcPr>
            <w:tcW w:w="209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C42D57B" w14:textId="77777777" w:rsidR="002718B0" w:rsidRPr="00D97DB6" w:rsidRDefault="002718B0">
            <w:pPr>
              <w:spacing w:after="0" w:line="240" w:lineRule="auto"/>
              <w:jc w:val="center"/>
              <w:rPr>
                <w:noProof/>
                <w:lang w:val="ro-RO"/>
              </w:rPr>
            </w:pPr>
          </w:p>
        </w:tc>
        <w:tc>
          <w:tcPr>
            <w:tcW w:w="209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B048DE0" w14:textId="77777777" w:rsidR="002718B0" w:rsidRPr="00D97DB6" w:rsidRDefault="002718B0">
            <w:pPr>
              <w:spacing w:after="0" w:line="240" w:lineRule="auto"/>
              <w:jc w:val="center"/>
              <w:rPr>
                <w:noProof/>
                <w:lang w:val="ro-RO"/>
              </w:rPr>
            </w:pPr>
          </w:p>
        </w:tc>
      </w:tr>
      <w:tr w:rsidR="002718B0" w:rsidRPr="0040087F" w14:paraId="66B1364C" w14:textId="77777777" w:rsidTr="00D97DB6">
        <w:trPr>
          <w:cantSplit/>
          <w:trHeight w:val="382"/>
          <w:jc w:val="center"/>
        </w:trPr>
        <w:tc>
          <w:tcPr>
            <w:tcW w:w="209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320F36F"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P0.6</w:t>
            </w:r>
          </w:p>
        </w:tc>
        <w:tc>
          <w:tcPr>
            <w:tcW w:w="443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227A066" w14:textId="77777777" w:rsidR="002718B0" w:rsidRPr="00D97DB6" w:rsidRDefault="00000000">
            <w:pPr>
              <w:spacing w:after="0" w:line="240" w:lineRule="auto"/>
              <w:rPr>
                <w:noProof/>
                <w:lang w:val="ro-RO"/>
              </w:rPr>
            </w:pPr>
            <w:r w:rsidRPr="00D97DB6">
              <w:rPr>
                <w:rFonts w:eastAsia="Arial"/>
                <w:noProof/>
                <w:sz w:val="16"/>
                <w:lang w:val="ro-RO"/>
              </w:rPr>
              <w:t>Schimbarea este comunicată intern, iar personalul înțelege de ce este necesară.</w:t>
            </w:r>
          </w:p>
        </w:tc>
        <w:tc>
          <w:tcPr>
            <w:tcW w:w="350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5412FF1" w14:textId="77777777" w:rsidR="002718B0" w:rsidRPr="00D97DB6" w:rsidRDefault="00000000">
            <w:pPr>
              <w:spacing w:after="0" w:line="240" w:lineRule="auto"/>
              <w:rPr>
                <w:noProof/>
                <w:lang w:val="ro-RO"/>
              </w:rPr>
            </w:pPr>
            <w:r w:rsidRPr="00D97DB6">
              <w:rPr>
                <w:rFonts w:eastAsia="Arial"/>
                <w:noProof/>
                <w:sz w:val="16"/>
                <w:lang w:val="ro-RO"/>
              </w:rPr>
              <w:t>Mesaje de lansare, întâlniri, întrebări frecvente, implicarea managerilor de proces.</w:t>
            </w:r>
          </w:p>
        </w:tc>
        <w:tc>
          <w:tcPr>
            <w:tcW w:w="209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0D8DD95" w14:textId="77777777" w:rsidR="002718B0" w:rsidRPr="00D97DB6" w:rsidRDefault="002718B0">
            <w:pPr>
              <w:spacing w:after="0" w:line="240" w:lineRule="auto"/>
              <w:jc w:val="center"/>
              <w:rPr>
                <w:noProof/>
                <w:lang w:val="ro-RO"/>
              </w:rPr>
            </w:pPr>
          </w:p>
        </w:tc>
        <w:tc>
          <w:tcPr>
            <w:tcW w:w="209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AB97D57" w14:textId="77777777" w:rsidR="002718B0" w:rsidRPr="00D97DB6" w:rsidRDefault="002718B0">
            <w:pPr>
              <w:spacing w:after="0" w:line="240" w:lineRule="auto"/>
              <w:jc w:val="center"/>
              <w:rPr>
                <w:noProof/>
                <w:lang w:val="ro-RO"/>
              </w:rPr>
            </w:pPr>
          </w:p>
        </w:tc>
        <w:tc>
          <w:tcPr>
            <w:tcW w:w="209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90A2EC7" w14:textId="77777777" w:rsidR="002718B0" w:rsidRPr="00D97DB6" w:rsidRDefault="002718B0">
            <w:pPr>
              <w:spacing w:after="0" w:line="240" w:lineRule="auto"/>
              <w:jc w:val="center"/>
              <w:rPr>
                <w:noProof/>
                <w:lang w:val="ro-RO"/>
              </w:rPr>
            </w:pPr>
          </w:p>
        </w:tc>
      </w:tr>
    </w:tbl>
    <w:p w14:paraId="377CEFAE" w14:textId="77777777" w:rsidR="002718B0" w:rsidRPr="00D97DB6" w:rsidRDefault="00000000">
      <w:pPr>
        <w:spacing w:before="100" w:after="0"/>
        <w:rPr>
          <w:noProof/>
          <w:lang w:val="ro-RO"/>
        </w:rPr>
      </w:pPr>
      <w:r w:rsidRPr="00D97DB6">
        <w:rPr>
          <w:rFonts w:eastAsia="Arial"/>
          <w:b/>
          <w:noProof/>
          <w:color w:val="D71920"/>
          <w:sz w:val="16"/>
          <w:lang w:val="ro-RO"/>
        </w:rPr>
        <w:t xml:space="preserve">Observații secțiune / dovezi-cheie: </w:t>
      </w:r>
      <w:r w:rsidRPr="00D97DB6">
        <w:rPr>
          <w:rFonts w:eastAsia="Arial"/>
          <w:noProof/>
          <w:color w:val="D9DDE2"/>
          <w:sz w:val="16"/>
          <w:lang w:val="ro-RO"/>
        </w:rPr>
        <w:t>__________________________________________________________________________________________________________</w:t>
      </w:r>
    </w:p>
    <w:p w14:paraId="4F03B988" w14:textId="77777777" w:rsidR="002718B0" w:rsidRPr="00D97DB6" w:rsidRDefault="00000000">
      <w:pPr>
        <w:rPr>
          <w:noProof/>
          <w:lang w:val="ro-RO"/>
        </w:rPr>
      </w:pPr>
      <w:r w:rsidRPr="00D97DB6">
        <w:rPr>
          <w:noProof/>
          <w:lang w:val="ro-RO"/>
        </w:rPr>
        <w:br w:type="page"/>
      </w:r>
    </w:p>
    <w:p w14:paraId="5CF16FA5" w14:textId="77777777" w:rsidR="002718B0" w:rsidRPr="00D97DB6" w:rsidRDefault="00000000">
      <w:pPr>
        <w:pBdr>
          <w:bottom w:val="single" w:sz="12" w:space="4" w:color="D71920"/>
        </w:pBdr>
        <w:spacing w:before="80" w:after="40"/>
        <w:rPr>
          <w:noProof/>
          <w:lang w:val="ro-RO"/>
        </w:rPr>
      </w:pPr>
      <w:r w:rsidRPr="00D97DB6">
        <w:rPr>
          <w:rFonts w:eastAsia="Arial"/>
          <w:b/>
          <w:noProof/>
          <w:color w:val="D71920"/>
          <w:sz w:val="36"/>
          <w:lang w:val="ro-RO"/>
        </w:rPr>
        <w:lastRenderedPageBreak/>
        <w:t xml:space="preserve">1  </w:t>
      </w:r>
      <w:r w:rsidRPr="00D97DB6">
        <w:rPr>
          <w:rFonts w:eastAsia="Arial"/>
          <w:b/>
          <w:noProof/>
          <w:sz w:val="36"/>
          <w:lang w:val="ro-RO"/>
        </w:rPr>
        <w:t>Context, domeniu și procese</w:t>
      </w:r>
    </w:p>
    <w:p w14:paraId="3554F398" w14:textId="77777777" w:rsidR="002718B0" w:rsidRPr="00D97DB6" w:rsidRDefault="00000000">
      <w:pPr>
        <w:spacing w:after="100"/>
        <w:rPr>
          <w:noProof/>
          <w:lang w:val="ro-RO"/>
        </w:rPr>
      </w:pPr>
      <w:r w:rsidRPr="00D97DB6">
        <w:rPr>
          <w:rFonts w:eastAsia="Arial"/>
          <w:b/>
          <w:noProof/>
          <w:color w:val="D71920"/>
          <w:sz w:val="17"/>
          <w:lang w:val="ro-RO"/>
        </w:rPr>
        <w:t>Referință: ISO 9001:2015, clauza 4 + Amendamentul 1:2024</w:t>
      </w:r>
      <w:r w:rsidRPr="00D97DB6">
        <w:rPr>
          <w:rFonts w:eastAsia="Arial"/>
          <w:noProof/>
          <w:color w:val="666666"/>
          <w:sz w:val="17"/>
          <w:lang w:val="ro-RO"/>
        </w:rPr>
        <w:t xml:space="preserve">   |   Obiectiv: definirea limitelor SMC și a modului în care organizația creează valoare prin procese interconectate.</w:t>
      </w:r>
    </w:p>
    <w:tbl>
      <w:tblPr>
        <w:tblW w:w="0" w:type="auto"/>
        <w:jc w:val="center"/>
        <w:tblLayout w:type="fixed"/>
        <w:tblLook w:val="04A0" w:firstRow="1" w:lastRow="0" w:firstColumn="1" w:lastColumn="0" w:noHBand="0" w:noVBand="1"/>
      </w:tblPr>
      <w:tblGrid>
        <w:gridCol w:w="7710"/>
        <w:gridCol w:w="7710"/>
      </w:tblGrid>
      <w:tr w:rsidR="002718B0" w:rsidRPr="0040087F" w14:paraId="3DEF0C14" w14:textId="77777777">
        <w:trPr>
          <w:jc w:val="center"/>
        </w:trPr>
        <w:tc>
          <w:tcPr>
            <w:tcW w:w="7710" w:type="dxa"/>
            <w:tcBorders>
              <w:top w:val="nil"/>
              <w:left w:val="nil"/>
              <w:bottom w:val="nil"/>
              <w:right w:val="nil"/>
            </w:tcBorders>
            <w:shd w:val="clear" w:color="auto" w:fill="D71920"/>
          </w:tcPr>
          <w:p w14:paraId="1711E237" w14:textId="77777777" w:rsidR="002718B0" w:rsidRPr="00D97DB6" w:rsidRDefault="002718B0">
            <w:pPr>
              <w:rPr>
                <w:noProof/>
                <w:lang w:val="ro-RO"/>
              </w:rPr>
            </w:pPr>
          </w:p>
        </w:tc>
        <w:tc>
          <w:tcPr>
            <w:tcW w:w="7710" w:type="dxa"/>
            <w:tcBorders>
              <w:top w:val="nil"/>
              <w:left w:val="nil"/>
              <w:bottom w:val="nil"/>
              <w:right w:val="nil"/>
            </w:tcBorders>
            <w:shd w:val="clear" w:color="auto" w:fill="FCEBEC"/>
            <w:tcMar>
              <w:top w:w="110" w:type="dxa"/>
              <w:left w:w="160" w:type="dxa"/>
              <w:bottom w:w="110" w:type="dxa"/>
              <w:right w:w="160" w:type="dxa"/>
            </w:tcMar>
          </w:tcPr>
          <w:p w14:paraId="24202336" w14:textId="77777777" w:rsidR="002718B0" w:rsidRPr="00D97DB6" w:rsidRDefault="00000000">
            <w:pPr>
              <w:rPr>
                <w:noProof/>
                <w:lang w:val="ro-RO"/>
              </w:rPr>
            </w:pPr>
            <w:r w:rsidRPr="00D97DB6">
              <w:rPr>
                <w:rFonts w:eastAsia="Arial"/>
                <w:b/>
                <w:noProof/>
                <w:color w:val="D71920"/>
                <w:lang w:val="ro-RO"/>
              </w:rPr>
              <w:t>PERSPECTIVĂ DE CONSULTANT</w:t>
            </w:r>
          </w:p>
          <w:p w14:paraId="7FF3902D" w14:textId="77777777" w:rsidR="002718B0" w:rsidRPr="00D97DB6" w:rsidRDefault="00000000">
            <w:pPr>
              <w:spacing w:before="20" w:after="0"/>
              <w:rPr>
                <w:noProof/>
                <w:lang w:val="ro-RO"/>
              </w:rPr>
            </w:pPr>
            <w:r w:rsidRPr="00D97DB6">
              <w:rPr>
                <w:rFonts w:eastAsia="Arial"/>
                <w:noProof/>
                <w:sz w:val="17"/>
                <w:lang w:val="ro-RO"/>
              </w:rPr>
              <w:t>Nu este obligatoriu un anumit instrument (de exemplu SWOT). Important este ca analiza să fie actuală, să influențeze deciziile și să includă explicit dacă schimbările climatice sunt o problemă relevantă pentru organizație.</w:t>
            </w:r>
          </w:p>
        </w:tc>
      </w:tr>
    </w:tbl>
    <w:p w14:paraId="16AF2D51" w14:textId="77777777" w:rsidR="002718B0" w:rsidRPr="00D97DB6" w:rsidRDefault="002718B0">
      <w:pPr>
        <w:spacing w:after="0"/>
        <w:rPr>
          <w:noProof/>
          <w:lang w:val="ro-RO"/>
        </w:rPr>
      </w:pPr>
    </w:p>
    <w:tbl>
      <w:tblPr>
        <w:tblW w:w="0" w:type="auto"/>
        <w:jc w:val="center"/>
        <w:tblLayout w:type="fixed"/>
        <w:tblLook w:val="04A0" w:firstRow="1" w:lastRow="0" w:firstColumn="1" w:lastColumn="0" w:noHBand="0" w:noVBand="1"/>
      </w:tblPr>
      <w:tblGrid>
        <w:gridCol w:w="1929"/>
        <w:gridCol w:w="4086"/>
        <w:gridCol w:w="3235"/>
        <w:gridCol w:w="1929"/>
        <w:gridCol w:w="1929"/>
        <w:gridCol w:w="1929"/>
      </w:tblGrid>
      <w:tr w:rsidR="002718B0" w:rsidRPr="00D97DB6" w14:paraId="29D49D9F" w14:textId="77777777" w:rsidTr="00D97DB6">
        <w:trPr>
          <w:trHeight w:val="267"/>
          <w:tblHeader/>
          <w:jc w:val="center"/>
        </w:trPr>
        <w:tc>
          <w:tcPr>
            <w:tcW w:w="192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596A2BEE" w14:textId="77777777" w:rsidR="002718B0" w:rsidRPr="00D97DB6" w:rsidRDefault="00000000">
            <w:pPr>
              <w:jc w:val="center"/>
              <w:rPr>
                <w:noProof/>
                <w:lang w:val="ro-RO"/>
              </w:rPr>
            </w:pPr>
            <w:r w:rsidRPr="00D97DB6">
              <w:rPr>
                <w:rFonts w:eastAsia="Arial"/>
                <w:b/>
                <w:noProof/>
                <w:color w:val="FFFFFF"/>
                <w:sz w:val="15"/>
                <w:lang w:val="ro-RO"/>
              </w:rPr>
              <w:t>ID</w:t>
            </w:r>
          </w:p>
        </w:tc>
        <w:tc>
          <w:tcPr>
            <w:tcW w:w="4086"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59242971" w14:textId="77777777" w:rsidR="002718B0" w:rsidRPr="00D97DB6" w:rsidRDefault="00000000">
            <w:pPr>
              <w:jc w:val="center"/>
              <w:rPr>
                <w:noProof/>
                <w:lang w:val="ro-RO"/>
              </w:rPr>
            </w:pPr>
            <w:r w:rsidRPr="00D97DB6">
              <w:rPr>
                <w:rFonts w:eastAsia="Arial"/>
                <w:b/>
                <w:noProof/>
                <w:color w:val="FFFFFF"/>
                <w:sz w:val="15"/>
                <w:lang w:val="ro-RO"/>
              </w:rPr>
              <w:t>VERIFICARE / ACTIVITATE</w:t>
            </w:r>
          </w:p>
        </w:tc>
        <w:tc>
          <w:tcPr>
            <w:tcW w:w="3235"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5B56C80A" w14:textId="77777777" w:rsidR="002718B0" w:rsidRPr="00D97DB6" w:rsidRDefault="00000000">
            <w:pPr>
              <w:jc w:val="center"/>
              <w:rPr>
                <w:noProof/>
                <w:lang w:val="ro-RO"/>
              </w:rPr>
            </w:pPr>
            <w:r w:rsidRPr="00D97DB6">
              <w:rPr>
                <w:rFonts w:eastAsia="Arial"/>
                <w:b/>
                <w:noProof/>
                <w:color w:val="FFFFFF"/>
                <w:sz w:val="15"/>
                <w:lang w:val="ro-RO"/>
              </w:rPr>
              <w:t>REZULTAT AȘTEPTAT / DOVEZI ORIENTATIVE</w:t>
            </w:r>
          </w:p>
        </w:tc>
        <w:tc>
          <w:tcPr>
            <w:tcW w:w="192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2B45085E" w14:textId="77777777" w:rsidR="002718B0" w:rsidRPr="00D97DB6" w:rsidRDefault="00000000">
            <w:pPr>
              <w:jc w:val="center"/>
              <w:rPr>
                <w:noProof/>
                <w:lang w:val="ro-RO"/>
              </w:rPr>
            </w:pPr>
            <w:r w:rsidRPr="00D97DB6">
              <w:rPr>
                <w:rFonts w:eastAsia="Arial"/>
                <w:b/>
                <w:noProof/>
                <w:color w:val="FFFFFF"/>
                <w:sz w:val="15"/>
                <w:lang w:val="ro-RO"/>
              </w:rPr>
              <w:t>RESP.</w:t>
            </w:r>
          </w:p>
        </w:tc>
        <w:tc>
          <w:tcPr>
            <w:tcW w:w="192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125EC4BC" w14:textId="77777777" w:rsidR="002718B0" w:rsidRPr="00D97DB6" w:rsidRDefault="00000000">
            <w:pPr>
              <w:jc w:val="center"/>
              <w:rPr>
                <w:noProof/>
                <w:lang w:val="ro-RO"/>
              </w:rPr>
            </w:pPr>
            <w:r w:rsidRPr="00D97DB6">
              <w:rPr>
                <w:rFonts w:eastAsia="Arial"/>
                <w:b/>
                <w:noProof/>
                <w:color w:val="FFFFFF"/>
                <w:sz w:val="15"/>
                <w:lang w:val="ro-RO"/>
              </w:rPr>
              <w:t>TERMEN</w:t>
            </w:r>
          </w:p>
        </w:tc>
        <w:tc>
          <w:tcPr>
            <w:tcW w:w="192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58AE17D1" w14:textId="77777777" w:rsidR="002718B0" w:rsidRPr="00D97DB6" w:rsidRDefault="00000000">
            <w:pPr>
              <w:jc w:val="center"/>
              <w:rPr>
                <w:noProof/>
                <w:lang w:val="ro-RO"/>
              </w:rPr>
            </w:pPr>
            <w:r w:rsidRPr="00D97DB6">
              <w:rPr>
                <w:rFonts w:eastAsia="Arial"/>
                <w:b/>
                <w:noProof/>
                <w:color w:val="FFFFFF"/>
                <w:sz w:val="15"/>
                <w:lang w:val="ro-RO"/>
              </w:rPr>
              <w:t>SCOR</w:t>
            </w:r>
          </w:p>
        </w:tc>
      </w:tr>
      <w:tr w:rsidR="002718B0" w:rsidRPr="0040087F" w14:paraId="11A2BD09" w14:textId="77777777" w:rsidTr="00D97DB6">
        <w:trPr>
          <w:cantSplit/>
          <w:trHeight w:val="376"/>
          <w:jc w:val="center"/>
        </w:trPr>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CAF976E"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4.1.1</w:t>
            </w:r>
          </w:p>
        </w:tc>
        <w:tc>
          <w:tcPr>
            <w:tcW w:w="4086"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751396A" w14:textId="77777777" w:rsidR="002718B0" w:rsidRPr="00D97DB6" w:rsidRDefault="00000000">
            <w:pPr>
              <w:spacing w:after="0" w:line="240" w:lineRule="auto"/>
              <w:rPr>
                <w:noProof/>
                <w:lang w:val="ro-RO"/>
              </w:rPr>
            </w:pPr>
            <w:r w:rsidRPr="00D97DB6">
              <w:rPr>
                <w:rFonts w:eastAsia="Arial"/>
                <w:noProof/>
                <w:sz w:val="16"/>
                <w:lang w:val="ro-RO"/>
              </w:rPr>
              <w:t>Au fost identificate aspectele externe care pot influența rezultatele SMC.</w:t>
            </w:r>
          </w:p>
        </w:tc>
        <w:tc>
          <w:tcPr>
            <w:tcW w:w="323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62148B45" w14:textId="77777777" w:rsidR="002718B0" w:rsidRPr="00D97DB6" w:rsidRDefault="00000000">
            <w:pPr>
              <w:spacing w:after="0" w:line="240" w:lineRule="auto"/>
              <w:rPr>
                <w:noProof/>
                <w:lang w:val="ro-RO"/>
              </w:rPr>
            </w:pPr>
            <w:r w:rsidRPr="00D97DB6">
              <w:rPr>
                <w:rFonts w:eastAsia="Arial"/>
                <w:noProof/>
                <w:sz w:val="16"/>
                <w:lang w:val="ro-RO"/>
              </w:rPr>
              <w:t>Piață, concurență, tehnologie, lanț de aprovizionare, economie, reglementări, factori sociali sau de mediu.</w:t>
            </w: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92FC842"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9225EEC"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6A0607F" w14:textId="77777777" w:rsidR="002718B0" w:rsidRPr="00D97DB6" w:rsidRDefault="002718B0">
            <w:pPr>
              <w:spacing w:after="0" w:line="240" w:lineRule="auto"/>
              <w:jc w:val="center"/>
              <w:rPr>
                <w:noProof/>
                <w:lang w:val="ro-RO"/>
              </w:rPr>
            </w:pPr>
          </w:p>
        </w:tc>
      </w:tr>
      <w:tr w:rsidR="002718B0" w:rsidRPr="00D97DB6" w14:paraId="331BA7FD" w14:textId="77777777" w:rsidTr="00D97DB6">
        <w:trPr>
          <w:cantSplit/>
          <w:trHeight w:val="364"/>
          <w:jc w:val="center"/>
        </w:trPr>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B3AAE07"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4.1.2</w:t>
            </w:r>
          </w:p>
        </w:tc>
        <w:tc>
          <w:tcPr>
            <w:tcW w:w="4086"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5331F62" w14:textId="77777777" w:rsidR="002718B0" w:rsidRPr="00D97DB6" w:rsidRDefault="00000000">
            <w:pPr>
              <w:spacing w:after="0" w:line="240" w:lineRule="auto"/>
              <w:rPr>
                <w:noProof/>
                <w:lang w:val="ro-RO"/>
              </w:rPr>
            </w:pPr>
            <w:r w:rsidRPr="00D97DB6">
              <w:rPr>
                <w:rFonts w:eastAsia="Arial"/>
                <w:noProof/>
                <w:sz w:val="16"/>
                <w:lang w:val="ro-RO"/>
              </w:rPr>
              <w:t>Au fost identificate aspectele interne relevante pentru capacitatea de a furniza consecvent.</w:t>
            </w:r>
          </w:p>
        </w:tc>
        <w:tc>
          <w:tcPr>
            <w:tcW w:w="323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547A81A" w14:textId="77777777" w:rsidR="002718B0" w:rsidRPr="00D97DB6" w:rsidRDefault="00000000">
            <w:pPr>
              <w:spacing w:after="0" w:line="240" w:lineRule="auto"/>
              <w:rPr>
                <w:noProof/>
                <w:lang w:val="ro-RO"/>
              </w:rPr>
            </w:pPr>
            <w:r w:rsidRPr="00D97DB6">
              <w:rPr>
                <w:rFonts w:eastAsia="Arial"/>
                <w:noProof/>
                <w:sz w:val="16"/>
                <w:lang w:val="ro-RO"/>
              </w:rPr>
              <w:t>Strategie, structură, cultură, competențe, capacitate, tehnologie, performanță, schimbări organizaționale.</w:t>
            </w: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908BB71"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F0BE1A0"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5DB8F77" w14:textId="77777777" w:rsidR="002718B0" w:rsidRPr="00D97DB6" w:rsidRDefault="002718B0">
            <w:pPr>
              <w:spacing w:after="0" w:line="240" w:lineRule="auto"/>
              <w:jc w:val="center"/>
              <w:rPr>
                <w:noProof/>
                <w:lang w:val="ro-RO"/>
              </w:rPr>
            </w:pPr>
          </w:p>
        </w:tc>
      </w:tr>
      <w:tr w:rsidR="002718B0" w:rsidRPr="0040087F" w14:paraId="271143AE" w14:textId="77777777" w:rsidTr="00D97DB6">
        <w:trPr>
          <w:cantSplit/>
          <w:trHeight w:val="558"/>
          <w:jc w:val="center"/>
        </w:trPr>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70873FE"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4.1.3</w:t>
            </w:r>
          </w:p>
        </w:tc>
        <w:tc>
          <w:tcPr>
            <w:tcW w:w="4086"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A56C45F" w14:textId="77777777" w:rsidR="002718B0" w:rsidRPr="00D97DB6" w:rsidRDefault="00000000">
            <w:pPr>
              <w:spacing w:after="0" w:line="240" w:lineRule="auto"/>
              <w:rPr>
                <w:noProof/>
                <w:lang w:val="ro-RO"/>
              </w:rPr>
            </w:pPr>
            <w:r w:rsidRPr="00D97DB6">
              <w:rPr>
                <w:rFonts w:eastAsia="Arial"/>
                <w:noProof/>
                <w:sz w:val="16"/>
                <w:lang w:val="ro-RO"/>
              </w:rPr>
              <w:t>Organizația a determinat dacă schimbările climatice reprezintă un aspect relevant pentru SMC.</w:t>
            </w:r>
          </w:p>
        </w:tc>
        <w:tc>
          <w:tcPr>
            <w:tcW w:w="323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DB835F8" w14:textId="77777777" w:rsidR="002718B0" w:rsidRPr="00D97DB6" w:rsidRDefault="00000000">
            <w:pPr>
              <w:spacing w:after="0" w:line="240" w:lineRule="auto"/>
              <w:rPr>
                <w:noProof/>
                <w:lang w:val="ro-RO"/>
              </w:rPr>
            </w:pPr>
            <w:r w:rsidRPr="00D97DB6">
              <w:rPr>
                <w:rFonts w:eastAsia="Arial"/>
                <w:noProof/>
                <w:sz w:val="16"/>
                <w:lang w:val="ro-RO"/>
              </w:rPr>
              <w:t>Concluzie argumentată; efecte posibile asupra continuității, cererii, infrastructurii, furnizorilor sau cerințelor clienților.</w:t>
            </w: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EFB538A"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AC0DD48"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3F5C848" w14:textId="77777777" w:rsidR="002718B0" w:rsidRPr="00D97DB6" w:rsidRDefault="002718B0">
            <w:pPr>
              <w:spacing w:after="0" w:line="240" w:lineRule="auto"/>
              <w:jc w:val="center"/>
              <w:rPr>
                <w:noProof/>
                <w:lang w:val="ro-RO"/>
              </w:rPr>
            </w:pPr>
          </w:p>
        </w:tc>
      </w:tr>
      <w:tr w:rsidR="002718B0" w:rsidRPr="0040087F" w14:paraId="2F8336DD" w14:textId="77777777" w:rsidTr="00D97DB6">
        <w:trPr>
          <w:cantSplit/>
          <w:trHeight w:val="376"/>
          <w:jc w:val="center"/>
        </w:trPr>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C5E35AA"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4.1.4</w:t>
            </w:r>
          </w:p>
        </w:tc>
        <w:tc>
          <w:tcPr>
            <w:tcW w:w="4086"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253D913A" w14:textId="77777777" w:rsidR="002718B0" w:rsidRPr="00D97DB6" w:rsidRDefault="00000000">
            <w:pPr>
              <w:spacing w:after="0" w:line="240" w:lineRule="auto"/>
              <w:rPr>
                <w:noProof/>
                <w:lang w:val="ro-RO"/>
              </w:rPr>
            </w:pPr>
            <w:r w:rsidRPr="00D97DB6">
              <w:rPr>
                <w:rFonts w:eastAsia="Arial"/>
                <w:noProof/>
                <w:sz w:val="16"/>
                <w:lang w:val="ro-RO"/>
              </w:rPr>
              <w:t>Contextul este monitorizat și revizuit la intervale adecvate sau la schimbări majore.</w:t>
            </w:r>
          </w:p>
        </w:tc>
        <w:tc>
          <w:tcPr>
            <w:tcW w:w="323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5F92913" w14:textId="77777777" w:rsidR="002718B0" w:rsidRPr="00D97DB6" w:rsidRDefault="00000000">
            <w:pPr>
              <w:spacing w:after="0" w:line="240" w:lineRule="auto"/>
              <w:rPr>
                <w:noProof/>
                <w:lang w:val="ro-RO"/>
              </w:rPr>
            </w:pPr>
            <w:r w:rsidRPr="00D97DB6">
              <w:rPr>
                <w:rFonts w:eastAsia="Arial"/>
                <w:noProof/>
                <w:sz w:val="16"/>
                <w:lang w:val="ro-RO"/>
              </w:rPr>
              <w:t>Agendă de revizuire, analiză actualizată, minute de management, indicatori externi.</w:t>
            </w: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2A990ED"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E299177"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BBE5301" w14:textId="77777777" w:rsidR="002718B0" w:rsidRPr="00D97DB6" w:rsidRDefault="002718B0">
            <w:pPr>
              <w:spacing w:after="0" w:line="240" w:lineRule="auto"/>
              <w:jc w:val="center"/>
              <w:rPr>
                <w:noProof/>
                <w:lang w:val="ro-RO"/>
              </w:rPr>
            </w:pPr>
          </w:p>
        </w:tc>
      </w:tr>
      <w:tr w:rsidR="002718B0" w:rsidRPr="0040087F" w14:paraId="6E9A7D78" w14:textId="77777777" w:rsidTr="00D97DB6">
        <w:trPr>
          <w:cantSplit/>
          <w:trHeight w:val="364"/>
          <w:jc w:val="center"/>
        </w:trPr>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7DC8C88"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4.2.1</w:t>
            </w:r>
          </w:p>
        </w:tc>
        <w:tc>
          <w:tcPr>
            <w:tcW w:w="4086"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43082BDA" w14:textId="77777777" w:rsidR="002718B0" w:rsidRPr="00D97DB6" w:rsidRDefault="00000000">
            <w:pPr>
              <w:spacing w:after="0" w:line="240" w:lineRule="auto"/>
              <w:rPr>
                <w:noProof/>
                <w:lang w:val="ro-RO"/>
              </w:rPr>
            </w:pPr>
            <w:r w:rsidRPr="00D97DB6">
              <w:rPr>
                <w:rFonts w:eastAsia="Arial"/>
                <w:noProof/>
                <w:sz w:val="16"/>
                <w:lang w:val="ro-RO"/>
              </w:rPr>
              <w:t>Au fost identificate părțile interesate relevante pentru SMC.</w:t>
            </w:r>
          </w:p>
        </w:tc>
        <w:tc>
          <w:tcPr>
            <w:tcW w:w="323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B8719FF" w14:textId="77777777" w:rsidR="002718B0" w:rsidRPr="00D97DB6" w:rsidRDefault="00000000">
            <w:pPr>
              <w:spacing w:after="0" w:line="240" w:lineRule="auto"/>
              <w:rPr>
                <w:noProof/>
                <w:lang w:val="ro-RO"/>
              </w:rPr>
            </w:pPr>
            <w:r w:rsidRPr="00D97DB6">
              <w:rPr>
                <w:rFonts w:eastAsia="Arial"/>
                <w:noProof/>
                <w:sz w:val="16"/>
                <w:lang w:val="ro-RO"/>
              </w:rPr>
              <w:t>Clienți, autorități, angajați, proprietari, furnizori, parteneri, comunități, organisme de certificare etc.</w:t>
            </w: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8FD1045"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F660F98"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970FCAF" w14:textId="77777777" w:rsidR="002718B0" w:rsidRPr="00D97DB6" w:rsidRDefault="002718B0">
            <w:pPr>
              <w:spacing w:after="0" w:line="240" w:lineRule="auto"/>
              <w:jc w:val="center"/>
              <w:rPr>
                <w:noProof/>
                <w:lang w:val="ro-RO"/>
              </w:rPr>
            </w:pPr>
          </w:p>
        </w:tc>
      </w:tr>
      <w:tr w:rsidR="002718B0" w:rsidRPr="0040087F" w14:paraId="487A3BEB" w14:textId="77777777" w:rsidTr="00D97DB6">
        <w:trPr>
          <w:cantSplit/>
          <w:trHeight w:val="376"/>
          <w:jc w:val="center"/>
        </w:trPr>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7CC51C4"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4.2.2</w:t>
            </w:r>
          </w:p>
        </w:tc>
        <w:tc>
          <w:tcPr>
            <w:tcW w:w="4086"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346998B5" w14:textId="77777777" w:rsidR="002718B0" w:rsidRPr="00D97DB6" w:rsidRDefault="00000000">
            <w:pPr>
              <w:spacing w:after="0" w:line="240" w:lineRule="auto"/>
              <w:rPr>
                <w:noProof/>
                <w:lang w:val="ro-RO"/>
              </w:rPr>
            </w:pPr>
            <w:r w:rsidRPr="00D97DB6">
              <w:rPr>
                <w:rFonts w:eastAsia="Arial"/>
                <w:noProof/>
                <w:sz w:val="16"/>
                <w:lang w:val="ro-RO"/>
              </w:rPr>
              <w:t>Pentru fiecare parte relevantă au fost determinate cerințele ce trebuie gestionate.</w:t>
            </w:r>
          </w:p>
        </w:tc>
        <w:tc>
          <w:tcPr>
            <w:tcW w:w="323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2141CB0" w14:textId="77777777" w:rsidR="002718B0" w:rsidRPr="00D97DB6" w:rsidRDefault="00000000">
            <w:pPr>
              <w:spacing w:after="0" w:line="240" w:lineRule="auto"/>
              <w:rPr>
                <w:noProof/>
                <w:lang w:val="ro-RO"/>
              </w:rPr>
            </w:pPr>
            <w:r w:rsidRPr="00D97DB6">
              <w:rPr>
                <w:rFonts w:eastAsia="Arial"/>
                <w:noProof/>
                <w:sz w:val="16"/>
                <w:lang w:val="ro-RO"/>
              </w:rPr>
              <w:t>Registru cu cerințe contractuale, legale, de performanță, raportare, sustenabilitate sau continuitate.</w:t>
            </w: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89D69F8"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9F74DB8"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F6D8B00" w14:textId="77777777" w:rsidR="002718B0" w:rsidRPr="00D97DB6" w:rsidRDefault="002718B0">
            <w:pPr>
              <w:spacing w:after="0" w:line="240" w:lineRule="auto"/>
              <w:jc w:val="center"/>
              <w:rPr>
                <w:noProof/>
                <w:lang w:val="ro-RO"/>
              </w:rPr>
            </w:pPr>
          </w:p>
        </w:tc>
      </w:tr>
      <w:tr w:rsidR="002718B0" w:rsidRPr="00D97DB6" w14:paraId="3A4113BA" w14:textId="77777777" w:rsidTr="00D97DB6">
        <w:trPr>
          <w:cantSplit/>
          <w:trHeight w:val="364"/>
          <w:jc w:val="center"/>
        </w:trPr>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45973B3"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4.2.3</w:t>
            </w:r>
          </w:p>
        </w:tc>
        <w:tc>
          <w:tcPr>
            <w:tcW w:w="4086"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46B85EE3" w14:textId="77777777" w:rsidR="002718B0" w:rsidRPr="00D97DB6" w:rsidRDefault="00000000">
            <w:pPr>
              <w:spacing w:after="0" w:line="240" w:lineRule="auto"/>
              <w:rPr>
                <w:noProof/>
                <w:lang w:val="ro-RO"/>
              </w:rPr>
            </w:pPr>
            <w:r w:rsidRPr="00D97DB6">
              <w:rPr>
                <w:rFonts w:eastAsia="Arial"/>
                <w:noProof/>
                <w:sz w:val="16"/>
                <w:lang w:val="ro-RO"/>
              </w:rPr>
              <w:t>Au fost evaluate cerințele părților interesate legate de schimbările climatice.</w:t>
            </w:r>
          </w:p>
        </w:tc>
        <w:tc>
          <w:tcPr>
            <w:tcW w:w="323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A1D0188" w14:textId="77777777" w:rsidR="002718B0" w:rsidRPr="00D97DB6" w:rsidRDefault="00000000">
            <w:pPr>
              <w:spacing w:after="0" w:line="240" w:lineRule="auto"/>
              <w:rPr>
                <w:noProof/>
                <w:lang w:val="ro-RO"/>
              </w:rPr>
            </w:pPr>
            <w:r w:rsidRPr="00D97DB6">
              <w:rPr>
                <w:rFonts w:eastAsia="Arial"/>
                <w:noProof/>
                <w:sz w:val="16"/>
                <w:lang w:val="ro-RO"/>
              </w:rPr>
              <w:t>Cerințe privind reziliența, amprenta, materiale, transport, continuitatea sau raportarea, după caz.</w:t>
            </w: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5D09ACB"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ECF362A"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E5DA9A0" w14:textId="77777777" w:rsidR="002718B0" w:rsidRPr="00D97DB6" w:rsidRDefault="002718B0">
            <w:pPr>
              <w:spacing w:after="0" w:line="240" w:lineRule="auto"/>
              <w:jc w:val="center"/>
              <w:rPr>
                <w:noProof/>
                <w:lang w:val="ro-RO"/>
              </w:rPr>
            </w:pPr>
          </w:p>
        </w:tc>
      </w:tr>
      <w:tr w:rsidR="002718B0" w:rsidRPr="0040087F" w14:paraId="163BAC17" w14:textId="77777777" w:rsidTr="00D97DB6">
        <w:trPr>
          <w:cantSplit/>
          <w:trHeight w:val="376"/>
          <w:jc w:val="center"/>
        </w:trPr>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D9E8DAD"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4.3.1</w:t>
            </w:r>
          </w:p>
        </w:tc>
        <w:tc>
          <w:tcPr>
            <w:tcW w:w="4086"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76AE0E25" w14:textId="77777777" w:rsidR="002718B0" w:rsidRPr="00D97DB6" w:rsidRDefault="00000000">
            <w:pPr>
              <w:spacing w:after="0" w:line="240" w:lineRule="auto"/>
              <w:rPr>
                <w:noProof/>
                <w:lang w:val="ro-RO"/>
              </w:rPr>
            </w:pPr>
            <w:r w:rsidRPr="00D97DB6">
              <w:rPr>
                <w:rFonts w:eastAsia="Arial"/>
                <w:noProof/>
                <w:sz w:val="16"/>
                <w:lang w:val="ro-RO"/>
              </w:rPr>
              <w:t>Domeniul SMC este clar, controlat și descrie activitățile, produsele/serviciile, locațiile și limitele organizaționale.</w:t>
            </w:r>
          </w:p>
        </w:tc>
        <w:tc>
          <w:tcPr>
            <w:tcW w:w="323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E619BA7" w14:textId="77777777" w:rsidR="002718B0" w:rsidRPr="00D97DB6" w:rsidRDefault="00000000">
            <w:pPr>
              <w:spacing w:after="0" w:line="240" w:lineRule="auto"/>
              <w:rPr>
                <w:noProof/>
                <w:lang w:val="ro-RO"/>
              </w:rPr>
            </w:pPr>
            <w:r w:rsidRPr="00D97DB6">
              <w:rPr>
                <w:rFonts w:eastAsia="Arial"/>
                <w:noProof/>
                <w:sz w:val="16"/>
                <w:lang w:val="ro-RO"/>
              </w:rPr>
              <w:t>Declarație de domeniu disponibilă ca informație documentată.</w:t>
            </w: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19D1309"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1F0110C"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1CAA57E" w14:textId="77777777" w:rsidR="002718B0" w:rsidRPr="00D97DB6" w:rsidRDefault="002718B0">
            <w:pPr>
              <w:spacing w:after="0" w:line="240" w:lineRule="auto"/>
              <w:jc w:val="center"/>
              <w:rPr>
                <w:noProof/>
                <w:lang w:val="ro-RO"/>
              </w:rPr>
            </w:pPr>
          </w:p>
        </w:tc>
      </w:tr>
      <w:tr w:rsidR="002718B0" w:rsidRPr="0040087F" w14:paraId="7D2C0EF8" w14:textId="77777777" w:rsidTr="00D97DB6">
        <w:trPr>
          <w:cantSplit/>
          <w:trHeight w:val="376"/>
          <w:jc w:val="center"/>
        </w:trPr>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A45B59E"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4.3.2</w:t>
            </w:r>
          </w:p>
        </w:tc>
        <w:tc>
          <w:tcPr>
            <w:tcW w:w="4086"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F5517E9" w14:textId="77777777" w:rsidR="002718B0" w:rsidRPr="00D97DB6" w:rsidRDefault="00000000">
            <w:pPr>
              <w:spacing w:after="0" w:line="240" w:lineRule="auto"/>
              <w:rPr>
                <w:noProof/>
                <w:lang w:val="ro-RO"/>
              </w:rPr>
            </w:pPr>
            <w:r w:rsidRPr="00D97DB6">
              <w:rPr>
                <w:rFonts w:eastAsia="Arial"/>
                <w:noProof/>
                <w:sz w:val="16"/>
                <w:lang w:val="ro-RO"/>
              </w:rPr>
              <w:t>Orice cerință considerată neaplicabilă este justificată fără a afecta conformitatea produselor/serviciilor sau satisfacția clientului.</w:t>
            </w:r>
          </w:p>
        </w:tc>
        <w:tc>
          <w:tcPr>
            <w:tcW w:w="323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6E83113F" w14:textId="77777777" w:rsidR="002718B0" w:rsidRPr="00D97DB6" w:rsidRDefault="00000000">
            <w:pPr>
              <w:spacing w:after="0" w:line="240" w:lineRule="auto"/>
              <w:rPr>
                <w:noProof/>
                <w:lang w:val="ro-RO"/>
              </w:rPr>
            </w:pPr>
            <w:r w:rsidRPr="00D97DB6">
              <w:rPr>
                <w:rFonts w:eastAsia="Arial"/>
                <w:noProof/>
                <w:sz w:val="16"/>
                <w:lang w:val="ro-RO"/>
              </w:rPr>
              <w:t>Justificări documentate, în special pentru proiectare și dezvoltare, dacă este cazul.</w:t>
            </w: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539824B"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A483A01"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FE6327F" w14:textId="77777777" w:rsidR="002718B0" w:rsidRPr="00D97DB6" w:rsidRDefault="002718B0">
            <w:pPr>
              <w:spacing w:after="0" w:line="240" w:lineRule="auto"/>
              <w:jc w:val="center"/>
              <w:rPr>
                <w:noProof/>
                <w:lang w:val="ro-RO"/>
              </w:rPr>
            </w:pPr>
          </w:p>
        </w:tc>
      </w:tr>
      <w:tr w:rsidR="002718B0" w:rsidRPr="00D97DB6" w14:paraId="087ED9A8" w14:textId="77777777" w:rsidTr="00D97DB6">
        <w:trPr>
          <w:cantSplit/>
          <w:trHeight w:val="364"/>
          <w:jc w:val="center"/>
        </w:trPr>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E474252"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4.4.1</w:t>
            </w:r>
          </w:p>
        </w:tc>
        <w:tc>
          <w:tcPr>
            <w:tcW w:w="4086"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2EC811F1" w14:textId="77777777" w:rsidR="002718B0" w:rsidRPr="00D97DB6" w:rsidRDefault="00000000">
            <w:pPr>
              <w:spacing w:after="0" w:line="240" w:lineRule="auto"/>
              <w:rPr>
                <w:noProof/>
                <w:lang w:val="ro-RO"/>
              </w:rPr>
            </w:pPr>
            <w:r w:rsidRPr="00D97DB6">
              <w:rPr>
                <w:rFonts w:eastAsia="Arial"/>
                <w:noProof/>
                <w:sz w:val="16"/>
                <w:lang w:val="ro-RO"/>
              </w:rPr>
              <w:t>Au fost identificate procesele necesare SMC și succesiunea/interacțiunea lor.</w:t>
            </w:r>
          </w:p>
        </w:tc>
        <w:tc>
          <w:tcPr>
            <w:tcW w:w="323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C650F56" w14:textId="77777777" w:rsidR="002718B0" w:rsidRPr="00D97DB6" w:rsidRDefault="00000000">
            <w:pPr>
              <w:spacing w:after="0" w:line="240" w:lineRule="auto"/>
              <w:rPr>
                <w:noProof/>
                <w:lang w:val="ro-RO"/>
              </w:rPr>
            </w:pPr>
            <w:r w:rsidRPr="00D97DB6">
              <w:rPr>
                <w:rFonts w:eastAsia="Arial"/>
                <w:noProof/>
                <w:sz w:val="16"/>
                <w:lang w:val="ro-RO"/>
              </w:rPr>
              <w:t>Hartă de procese sau reprezentare echivalentă: conducere, operaționale și suport.</w:t>
            </w: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C0A2657"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C6DB81E"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83D0893" w14:textId="77777777" w:rsidR="002718B0" w:rsidRPr="00D97DB6" w:rsidRDefault="002718B0">
            <w:pPr>
              <w:spacing w:after="0" w:line="240" w:lineRule="auto"/>
              <w:jc w:val="center"/>
              <w:rPr>
                <w:noProof/>
                <w:lang w:val="ro-RO"/>
              </w:rPr>
            </w:pPr>
          </w:p>
        </w:tc>
      </w:tr>
      <w:tr w:rsidR="002718B0" w:rsidRPr="0040087F" w14:paraId="6FD9BFA6" w14:textId="77777777" w:rsidTr="00D97DB6">
        <w:trPr>
          <w:cantSplit/>
          <w:trHeight w:val="376"/>
          <w:jc w:val="center"/>
        </w:trPr>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570A4E0"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lastRenderedPageBreak/>
              <w:t>4.4.2</w:t>
            </w:r>
          </w:p>
        </w:tc>
        <w:tc>
          <w:tcPr>
            <w:tcW w:w="4086"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4D71EA9C" w14:textId="77777777" w:rsidR="002718B0" w:rsidRPr="00D97DB6" w:rsidRDefault="00000000">
            <w:pPr>
              <w:spacing w:after="0" w:line="240" w:lineRule="auto"/>
              <w:rPr>
                <w:noProof/>
                <w:lang w:val="ro-RO"/>
              </w:rPr>
            </w:pPr>
            <w:r w:rsidRPr="00D97DB6">
              <w:rPr>
                <w:rFonts w:eastAsia="Arial"/>
                <w:noProof/>
                <w:sz w:val="16"/>
                <w:lang w:val="ro-RO"/>
              </w:rPr>
              <w:t>Pentru fiecare proces sunt definite intrări, ieșiri, criterii, metode, resurse, responsabilități, riscuri și monitorizare.</w:t>
            </w:r>
          </w:p>
        </w:tc>
        <w:tc>
          <w:tcPr>
            <w:tcW w:w="323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6423638" w14:textId="77777777" w:rsidR="002718B0" w:rsidRPr="00D97DB6" w:rsidRDefault="00000000">
            <w:pPr>
              <w:spacing w:after="0" w:line="240" w:lineRule="auto"/>
              <w:rPr>
                <w:noProof/>
                <w:lang w:val="ro-RO"/>
              </w:rPr>
            </w:pPr>
            <w:r w:rsidRPr="00D97DB6">
              <w:rPr>
                <w:rFonts w:eastAsia="Arial"/>
                <w:noProof/>
                <w:sz w:val="16"/>
                <w:lang w:val="ro-RO"/>
              </w:rPr>
              <w:t>Fișe de proces, diagrame, proceduri, KPI, matrice de responsabilități.</w:t>
            </w: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526CA20"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C2507EA"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3AD7120" w14:textId="77777777" w:rsidR="002718B0" w:rsidRPr="00D97DB6" w:rsidRDefault="002718B0">
            <w:pPr>
              <w:spacing w:after="0" w:line="240" w:lineRule="auto"/>
              <w:jc w:val="center"/>
              <w:rPr>
                <w:noProof/>
                <w:lang w:val="ro-RO"/>
              </w:rPr>
            </w:pPr>
          </w:p>
        </w:tc>
      </w:tr>
      <w:tr w:rsidR="002718B0" w:rsidRPr="0040087F" w14:paraId="2AF1F273" w14:textId="77777777" w:rsidTr="00D97DB6">
        <w:trPr>
          <w:cantSplit/>
          <w:trHeight w:val="376"/>
          <w:jc w:val="center"/>
        </w:trPr>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F9A3A25"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4.4.3</w:t>
            </w:r>
          </w:p>
        </w:tc>
        <w:tc>
          <w:tcPr>
            <w:tcW w:w="4086"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2AB55437" w14:textId="77777777" w:rsidR="002718B0" w:rsidRPr="00D97DB6" w:rsidRDefault="00000000">
            <w:pPr>
              <w:spacing w:after="0" w:line="240" w:lineRule="auto"/>
              <w:rPr>
                <w:noProof/>
                <w:lang w:val="ro-RO"/>
              </w:rPr>
            </w:pPr>
            <w:r w:rsidRPr="00D97DB6">
              <w:rPr>
                <w:rFonts w:eastAsia="Arial"/>
                <w:noProof/>
                <w:sz w:val="16"/>
                <w:lang w:val="ro-RO"/>
              </w:rPr>
              <w:t>Responsabilii de proces analizează performanța și implementează îmbunătățiri.</w:t>
            </w:r>
          </w:p>
        </w:tc>
        <w:tc>
          <w:tcPr>
            <w:tcW w:w="323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96C935B" w14:textId="77777777" w:rsidR="002718B0" w:rsidRPr="00D97DB6" w:rsidRDefault="00000000">
            <w:pPr>
              <w:spacing w:after="0" w:line="240" w:lineRule="auto"/>
              <w:rPr>
                <w:noProof/>
                <w:lang w:val="ro-RO"/>
              </w:rPr>
            </w:pPr>
            <w:r w:rsidRPr="00D97DB6">
              <w:rPr>
                <w:rFonts w:eastAsia="Arial"/>
                <w:noProof/>
                <w:sz w:val="16"/>
                <w:lang w:val="ro-RO"/>
              </w:rPr>
              <w:t>Rapoarte de proces, ședințe, acțiuni, tendințe și verificarea eficacității.</w:t>
            </w: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55DC794"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9BE311D"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06EEFCA" w14:textId="77777777" w:rsidR="002718B0" w:rsidRPr="00D97DB6" w:rsidRDefault="002718B0">
            <w:pPr>
              <w:spacing w:after="0" w:line="240" w:lineRule="auto"/>
              <w:jc w:val="center"/>
              <w:rPr>
                <w:noProof/>
                <w:lang w:val="ro-RO"/>
              </w:rPr>
            </w:pPr>
          </w:p>
        </w:tc>
      </w:tr>
    </w:tbl>
    <w:p w14:paraId="1EEEE5FE" w14:textId="77777777" w:rsidR="002718B0" w:rsidRPr="00D97DB6" w:rsidRDefault="00000000">
      <w:pPr>
        <w:spacing w:before="100" w:after="0"/>
        <w:rPr>
          <w:noProof/>
          <w:lang w:val="ro-RO"/>
        </w:rPr>
      </w:pPr>
      <w:r w:rsidRPr="00D97DB6">
        <w:rPr>
          <w:rFonts w:eastAsia="Arial"/>
          <w:b/>
          <w:noProof/>
          <w:color w:val="D71920"/>
          <w:sz w:val="16"/>
          <w:lang w:val="ro-RO"/>
        </w:rPr>
        <w:t xml:space="preserve">Observații secțiune / dovezi-cheie: </w:t>
      </w:r>
      <w:r w:rsidRPr="00D97DB6">
        <w:rPr>
          <w:rFonts w:eastAsia="Arial"/>
          <w:noProof/>
          <w:color w:val="D9DDE2"/>
          <w:sz w:val="16"/>
          <w:lang w:val="ro-RO"/>
        </w:rPr>
        <w:t>__________________________________________________________________________________________________________</w:t>
      </w:r>
    </w:p>
    <w:p w14:paraId="4DFA0E4D" w14:textId="77777777" w:rsidR="002718B0" w:rsidRPr="00D97DB6" w:rsidRDefault="00000000">
      <w:pPr>
        <w:rPr>
          <w:noProof/>
          <w:lang w:val="ro-RO"/>
        </w:rPr>
      </w:pPr>
      <w:r w:rsidRPr="00D97DB6">
        <w:rPr>
          <w:noProof/>
          <w:lang w:val="ro-RO"/>
        </w:rPr>
        <w:br w:type="page"/>
      </w:r>
    </w:p>
    <w:p w14:paraId="0D036F53" w14:textId="77777777" w:rsidR="002718B0" w:rsidRPr="00D97DB6" w:rsidRDefault="00000000">
      <w:pPr>
        <w:pBdr>
          <w:bottom w:val="single" w:sz="12" w:space="4" w:color="D71920"/>
        </w:pBdr>
        <w:spacing w:before="80" w:after="40"/>
        <w:rPr>
          <w:noProof/>
          <w:lang w:val="ro-RO"/>
        </w:rPr>
      </w:pPr>
      <w:r w:rsidRPr="00D97DB6">
        <w:rPr>
          <w:rFonts w:eastAsia="Arial"/>
          <w:b/>
          <w:noProof/>
          <w:color w:val="D71920"/>
          <w:sz w:val="36"/>
          <w:lang w:val="ro-RO"/>
        </w:rPr>
        <w:lastRenderedPageBreak/>
        <w:t xml:space="preserve">2  </w:t>
      </w:r>
      <w:r w:rsidRPr="00D97DB6">
        <w:rPr>
          <w:rFonts w:eastAsia="Arial"/>
          <w:b/>
          <w:noProof/>
          <w:sz w:val="36"/>
          <w:lang w:val="ro-RO"/>
        </w:rPr>
        <w:t>Leadership și responsabilități</w:t>
      </w:r>
    </w:p>
    <w:p w14:paraId="57D28457" w14:textId="77777777" w:rsidR="002718B0" w:rsidRPr="00D97DB6" w:rsidRDefault="00000000">
      <w:pPr>
        <w:spacing w:after="100"/>
        <w:rPr>
          <w:noProof/>
          <w:lang w:val="ro-RO"/>
        </w:rPr>
      </w:pPr>
      <w:r w:rsidRPr="00D97DB6">
        <w:rPr>
          <w:rFonts w:eastAsia="Arial"/>
          <w:b/>
          <w:noProof/>
          <w:color w:val="D71920"/>
          <w:sz w:val="17"/>
          <w:lang w:val="ro-RO"/>
        </w:rPr>
        <w:t>Referință: ISO 9001:2015, clauza 5</w:t>
      </w:r>
      <w:r w:rsidRPr="00D97DB6">
        <w:rPr>
          <w:rFonts w:eastAsia="Arial"/>
          <w:noProof/>
          <w:color w:val="666666"/>
          <w:sz w:val="17"/>
          <w:lang w:val="ro-RO"/>
        </w:rPr>
        <w:t xml:space="preserve">   |   Obiectiv: asigurarea implicării reale a conducerii și integrarea calității în modul de administrare a organizației.</w:t>
      </w:r>
    </w:p>
    <w:tbl>
      <w:tblPr>
        <w:tblW w:w="0" w:type="auto"/>
        <w:jc w:val="center"/>
        <w:tblLayout w:type="fixed"/>
        <w:tblLook w:val="04A0" w:firstRow="1" w:lastRow="0" w:firstColumn="1" w:lastColumn="0" w:noHBand="0" w:noVBand="1"/>
      </w:tblPr>
      <w:tblGrid>
        <w:gridCol w:w="7710"/>
        <w:gridCol w:w="7710"/>
      </w:tblGrid>
      <w:tr w:rsidR="002718B0" w:rsidRPr="00D97DB6" w14:paraId="7A7BE3AA" w14:textId="77777777">
        <w:trPr>
          <w:jc w:val="center"/>
        </w:trPr>
        <w:tc>
          <w:tcPr>
            <w:tcW w:w="7710" w:type="dxa"/>
            <w:tcBorders>
              <w:top w:val="nil"/>
              <w:left w:val="nil"/>
              <w:bottom w:val="nil"/>
              <w:right w:val="nil"/>
            </w:tcBorders>
            <w:shd w:val="clear" w:color="auto" w:fill="D71920"/>
          </w:tcPr>
          <w:p w14:paraId="422BD87E" w14:textId="77777777" w:rsidR="002718B0" w:rsidRPr="00D97DB6" w:rsidRDefault="002718B0">
            <w:pPr>
              <w:rPr>
                <w:noProof/>
                <w:lang w:val="ro-RO"/>
              </w:rPr>
            </w:pPr>
          </w:p>
        </w:tc>
        <w:tc>
          <w:tcPr>
            <w:tcW w:w="7710" w:type="dxa"/>
            <w:tcBorders>
              <w:top w:val="nil"/>
              <w:left w:val="nil"/>
              <w:bottom w:val="nil"/>
              <w:right w:val="nil"/>
            </w:tcBorders>
            <w:shd w:val="clear" w:color="auto" w:fill="FCEBEC"/>
            <w:tcMar>
              <w:top w:w="110" w:type="dxa"/>
              <w:left w:w="160" w:type="dxa"/>
              <w:bottom w:w="110" w:type="dxa"/>
              <w:right w:w="160" w:type="dxa"/>
            </w:tcMar>
          </w:tcPr>
          <w:p w14:paraId="271D4047" w14:textId="77777777" w:rsidR="002718B0" w:rsidRPr="00D97DB6" w:rsidRDefault="00000000">
            <w:pPr>
              <w:rPr>
                <w:noProof/>
                <w:lang w:val="ro-RO"/>
              </w:rPr>
            </w:pPr>
            <w:r w:rsidRPr="00D97DB6">
              <w:rPr>
                <w:rFonts w:eastAsia="Arial"/>
                <w:b/>
                <w:noProof/>
                <w:color w:val="D71920"/>
                <w:lang w:val="ro-RO"/>
              </w:rPr>
              <w:t>PERSPECTIVĂ DE CONSULTANT</w:t>
            </w:r>
          </w:p>
          <w:p w14:paraId="2837A9DA" w14:textId="77777777" w:rsidR="002718B0" w:rsidRPr="00D97DB6" w:rsidRDefault="00000000">
            <w:pPr>
              <w:spacing w:before="20" w:after="0"/>
              <w:rPr>
                <w:noProof/>
                <w:lang w:val="ro-RO"/>
              </w:rPr>
            </w:pPr>
            <w:r w:rsidRPr="00D97DB6">
              <w:rPr>
                <w:rFonts w:eastAsia="Arial"/>
                <w:noProof/>
                <w:sz w:val="17"/>
                <w:lang w:val="ro-RO"/>
              </w:rPr>
              <w:t>Responsabilitatea pentru eficacitatea SMC rămâne la conducerea de vârf. Coordonatorul calității poate facilita, dar nu poate „deține” în locul managerilor performanța proceselor.</w:t>
            </w:r>
          </w:p>
        </w:tc>
      </w:tr>
    </w:tbl>
    <w:p w14:paraId="7DD9D7EE" w14:textId="77777777" w:rsidR="002718B0" w:rsidRPr="00D97DB6" w:rsidRDefault="002718B0">
      <w:pPr>
        <w:spacing w:after="0"/>
        <w:rPr>
          <w:noProof/>
          <w:lang w:val="ro-RO"/>
        </w:rPr>
      </w:pPr>
    </w:p>
    <w:tbl>
      <w:tblPr>
        <w:tblW w:w="15368" w:type="dxa"/>
        <w:tblLayout w:type="fixed"/>
        <w:tblLook w:val="04A0" w:firstRow="1" w:lastRow="0" w:firstColumn="1" w:lastColumn="0" w:noHBand="0" w:noVBand="1"/>
      </w:tblPr>
      <w:tblGrid>
        <w:gridCol w:w="1971"/>
        <w:gridCol w:w="4177"/>
        <w:gridCol w:w="3307"/>
        <w:gridCol w:w="1971"/>
        <w:gridCol w:w="1971"/>
        <w:gridCol w:w="1971"/>
      </w:tblGrid>
      <w:tr w:rsidR="002718B0" w:rsidRPr="00D97DB6" w14:paraId="24344255" w14:textId="77777777" w:rsidTr="00D97DB6">
        <w:trPr>
          <w:trHeight w:val="269"/>
          <w:tblHeader/>
        </w:trPr>
        <w:tc>
          <w:tcPr>
            <w:tcW w:w="1971"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293DCA4F" w14:textId="77777777" w:rsidR="002718B0" w:rsidRPr="00D97DB6" w:rsidRDefault="00000000">
            <w:pPr>
              <w:jc w:val="center"/>
              <w:rPr>
                <w:noProof/>
                <w:lang w:val="ro-RO"/>
              </w:rPr>
            </w:pPr>
            <w:r w:rsidRPr="00D97DB6">
              <w:rPr>
                <w:rFonts w:eastAsia="Arial"/>
                <w:b/>
                <w:noProof/>
                <w:color w:val="FFFFFF"/>
                <w:sz w:val="15"/>
                <w:lang w:val="ro-RO"/>
              </w:rPr>
              <w:t>ID</w:t>
            </w:r>
          </w:p>
        </w:tc>
        <w:tc>
          <w:tcPr>
            <w:tcW w:w="4177"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4287147D" w14:textId="77777777" w:rsidR="002718B0" w:rsidRPr="00D97DB6" w:rsidRDefault="00000000">
            <w:pPr>
              <w:jc w:val="center"/>
              <w:rPr>
                <w:noProof/>
                <w:lang w:val="ro-RO"/>
              </w:rPr>
            </w:pPr>
            <w:r w:rsidRPr="00D97DB6">
              <w:rPr>
                <w:rFonts w:eastAsia="Arial"/>
                <w:b/>
                <w:noProof/>
                <w:color w:val="FFFFFF"/>
                <w:sz w:val="15"/>
                <w:lang w:val="ro-RO"/>
              </w:rPr>
              <w:t>VERIFICARE / ACTIVITATE</w:t>
            </w:r>
          </w:p>
        </w:tc>
        <w:tc>
          <w:tcPr>
            <w:tcW w:w="3307"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5329C671" w14:textId="77777777" w:rsidR="002718B0" w:rsidRPr="00D97DB6" w:rsidRDefault="00000000">
            <w:pPr>
              <w:jc w:val="center"/>
              <w:rPr>
                <w:noProof/>
                <w:lang w:val="ro-RO"/>
              </w:rPr>
            </w:pPr>
            <w:r w:rsidRPr="00D97DB6">
              <w:rPr>
                <w:rFonts w:eastAsia="Arial"/>
                <w:b/>
                <w:noProof/>
                <w:color w:val="FFFFFF"/>
                <w:sz w:val="15"/>
                <w:lang w:val="ro-RO"/>
              </w:rPr>
              <w:t>REZULTAT AȘTEPTAT / DOVEZI ORIENTATIVE</w:t>
            </w:r>
          </w:p>
        </w:tc>
        <w:tc>
          <w:tcPr>
            <w:tcW w:w="1971"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04AEBE63" w14:textId="77777777" w:rsidR="002718B0" w:rsidRPr="00D97DB6" w:rsidRDefault="00000000">
            <w:pPr>
              <w:jc w:val="center"/>
              <w:rPr>
                <w:noProof/>
                <w:lang w:val="ro-RO"/>
              </w:rPr>
            </w:pPr>
            <w:r w:rsidRPr="00D97DB6">
              <w:rPr>
                <w:rFonts w:eastAsia="Arial"/>
                <w:b/>
                <w:noProof/>
                <w:color w:val="FFFFFF"/>
                <w:sz w:val="15"/>
                <w:lang w:val="ro-RO"/>
              </w:rPr>
              <w:t>RESP.</w:t>
            </w:r>
          </w:p>
        </w:tc>
        <w:tc>
          <w:tcPr>
            <w:tcW w:w="1971"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3ECA8D91" w14:textId="77777777" w:rsidR="002718B0" w:rsidRPr="00D97DB6" w:rsidRDefault="00000000">
            <w:pPr>
              <w:jc w:val="center"/>
              <w:rPr>
                <w:noProof/>
                <w:lang w:val="ro-RO"/>
              </w:rPr>
            </w:pPr>
            <w:r w:rsidRPr="00D97DB6">
              <w:rPr>
                <w:rFonts w:eastAsia="Arial"/>
                <w:b/>
                <w:noProof/>
                <w:color w:val="FFFFFF"/>
                <w:sz w:val="15"/>
                <w:lang w:val="ro-RO"/>
              </w:rPr>
              <w:t>TERMEN</w:t>
            </w:r>
          </w:p>
        </w:tc>
        <w:tc>
          <w:tcPr>
            <w:tcW w:w="1971"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7BA5D6F4" w14:textId="77777777" w:rsidR="002718B0" w:rsidRPr="00D97DB6" w:rsidRDefault="00000000">
            <w:pPr>
              <w:jc w:val="center"/>
              <w:rPr>
                <w:noProof/>
                <w:lang w:val="ro-RO"/>
              </w:rPr>
            </w:pPr>
            <w:r w:rsidRPr="00D97DB6">
              <w:rPr>
                <w:rFonts w:eastAsia="Arial"/>
                <w:b/>
                <w:noProof/>
                <w:color w:val="FFFFFF"/>
                <w:sz w:val="15"/>
                <w:lang w:val="ro-RO"/>
              </w:rPr>
              <w:t>SCOR</w:t>
            </w:r>
          </w:p>
        </w:tc>
      </w:tr>
      <w:tr w:rsidR="002718B0" w:rsidRPr="00D97DB6" w14:paraId="06A1CF3F" w14:textId="77777777" w:rsidTr="00D97DB6">
        <w:trPr>
          <w:cantSplit/>
          <w:trHeight w:val="380"/>
        </w:trPr>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3E17BBE"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5.1.1</w:t>
            </w:r>
          </w:p>
        </w:tc>
        <w:tc>
          <w:tcPr>
            <w:tcW w:w="41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C54D8B9" w14:textId="77777777" w:rsidR="002718B0" w:rsidRPr="00D97DB6" w:rsidRDefault="00000000">
            <w:pPr>
              <w:spacing w:after="0" w:line="240" w:lineRule="auto"/>
              <w:rPr>
                <w:noProof/>
                <w:lang w:val="ro-RO"/>
              </w:rPr>
            </w:pPr>
            <w:r w:rsidRPr="00D97DB6">
              <w:rPr>
                <w:rFonts w:eastAsia="Arial"/>
                <w:noProof/>
                <w:sz w:val="16"/>
                <w:lang w:val="ro-RO"/>
              </w:rPr>
              <w:t>Conducerea demonstrează asumarea eficacității SMC și urmărește rezultatele sale.</w:t>
            </w:r>
          </w:p>
        </w:tc>
        <w:tc>
          <w:tcPr>
            <w:tcW w:w="330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E0B33F5" w14:textId="77777777" w:rsidR="002718B0" w:rsidRPr="00D97DB6" w:rsidRDefault="00000000">
            <w:pPr>
              <w:spacing w:after="0" w:line="240" w:lineRule="auto"/>
              <w:rPr>
                <w:noProof/>
                <w:lang w:val="ro-RO"/>
              </w:rPr>
            </w:pPr>
            <w:r w:rsidRPr="00D97DB6">
              <w:rPr>
                <w:rFonts w:eastAsia="Arial"/>
                <w:noProof/>
                <w:sz w:val="16"/>
                <w:lang w:val="ro-RO"/>
              </w:rPr>
              <w:t>Participare la decizii, resurse, analiză a indicatorilor, eliminarea blocajelor și asumarea acțiunilor.</w:t>
            </w:r>
          </w:p>
        </w:tc>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ED5167E"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FCCCD77"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EF34B6F" w14:textId="77777777" w:rsidR="002718B0" w:rsidRPr="00D97DB6" w:rsidRDefault="002718B0">
            <w:pPr>
              <w:spacing w:after="0" w:line="240" w:lineRule="auto"/>
              <w:jc w:val="center"/>
              <w:rPr>
                <w:noProof/>
                <w:lang w:val="ro-RO"/>
              </w:rPr>
            </w:pPr>
          </w:p>
        </w:tc>
      </w:tr>
      <w:tr w:rsidR="002718B0" w:rsidRPr="00D97DB6" w14:paraId="2C772558" w14:textId="77777777" w:rsidTr="00D97DB6">
        <w:trPr>
          <w:cantSplit/>
          <w:trHeight w:val="368"/>
        </w:trPr>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8986959"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5.1.2</w:t>
            </w:r>
          </w:p>
        </w:tc>
        <w:tc>
          <w:tcPr>
            <w:tcW w:w="41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A0E3D6B" w14:textId="77777777" w:rsidR="002718B0" w:rsidRPr="00D97DB6" w:rsidRDefault="00000000">
            <w:pPr>
              <w:spacing w:after="0" w:line="240" w:lineRule="auto"/>
              <w:rPr>
                <w:noProof/>
                <w:lang w:val="ro-RO"/>
              </w:rPr>
            </w:pPr>
            <w:r w:rsidRPr="00D97DB6">
              <w:rPr>
                <w:rFonts w:eastAsia="Arial"/>
                <w:noProof/>
                <w:sz w:val="16"/>
                <w:lang w:val="ro-RO"/>
              </w:rPr>
              <w:t>Cerințele SMC sunt integrate în procesele de business și în deciziile curente.</w:t>
            </w:r>
          </w:p>
        </w:tc>
        <w:tc>
          <w:tcPr>
            <w:tcW w:w="330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6F5713A6" w14:textId="77777777" w:rsidR="002718B0" w:rsidRPr="00D97DB6" w:rsidRDefault="00000000">
            <w:pPr>
              <w:spacing w:after="0" w:line="240" w:lineRule="auto"/>
              <w:rPr>
                <w:noProof/>
                <w:lang w:val="ro-RO"/>
              </w:rPr>
            </w:pPr>
            <w:r w:rsidRPr="00D97DB6">
              <w:rPr>
                <w:rFonts w:eastAsia="Arial"/>
                <w:noProof/>
                <w:sz w:val="16"/>
                <w:lang w:val="ro-RO"/>
              </w:rPr>
              <w:t>Obiective și controale incluse în planificare, bugetare, achiziții, operațiuni și evaluarea performanței.</w:t>
            </w:r>
          </w:p>
        </w:tc>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A99C914"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8C3F52E"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0A1DBBA" w14:textId="77777777" w:rsidR="002718B0" w:rsidRPr="00D97DB6" w:rsidRDefault="002718B0">
            <w:pPr>
              <w:spacing w:after="0" w:line="240" w:lineRule="auto"/>
              <w:jc w:val="center"/>
              <w:rPr>
                <w:noProof/>
                <w:lang w:val="ro-RO"/>
              </w:rPr>
            </w:pPr>
          </w:p>
        </w:tc>
      </w:tr>
      <w:tr w:rsidR="002718B0" w:rsidRPr="0040087F" w14:paraId="228A3C61" w14:textId="77777777" w:rsidTr="00D97DB6">
        <w:trPr>
          <w:cantSplit/>
          <w:trHeight w:val="380"/>
        </w:trPr>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1E07257"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5.1.3</w:t>
            </w:r>
          </w:p>
        </w:tc>
        <w:tc>
          <w:tcPr>
            <w:tcW w:w="41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4A8F577C" w14:textId="77777777" w:rsidR="002718B0" w:rsidRPr="00D97DB6" w:rsidRDefault="00000000">
            <w:pPr>
              <w:spacing w:after="0" w:line="240" w:lineRule="auto"/>
              <w:rPr>
                <w:noProof/>
                <w:lang w:val="ro-RO"/>
              </w:rPr>
            </w:pPr>
            <w:r w:rsidRPr="00D97DB6">
              <w:rPr>
                <w:rFonts w:eastAsia="Arial"/>
                <w:noProof/>
                <w:sz w:val="16"/>
                <w:lang w:val="ro-RO"/>
              </w:rPr>
              <w:t>Este promovată abordarea pe procese și gândirea bazată pe risc.</w:t>
            </w:r>
          </w:p>
        </w:tc>
        <w:tc>
          <w:tcPr>
            <w:tcW w:w="330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81C0ED4" w14:textId="77777777" w:rsidR="002718B0" w:rsidRPr="00D97DB6" w:rsidRDefault="00000000">
            <w:pPr>
              <w:spacing w:after="0" w:line="240" w:lineRule="auto"/>
              <w:rPr>
                <w:noProof/>
                <w:lang w:val="ro-RO"/>
              </w:rPr>
            </w:pPr>
            <w:r w:rsidRPr="00D97DB6">
              <w:rPr>
                <w:rFonts w:eastAsia="Arial"/>
                <w:noProof/>
                <w:sz w:val="16"/>
                <w:lang w:val="ro-RO"/>
              </w:rPr>
              <w:t>Discuții manageriale bazate pe fluxuri, cauze, date, riscuri și impact asupra clientului.</w:t>
            </w:r>
          </w:p>
        </w:tc>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771D299"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4A933E4"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A38726B" w14:textId="77777777" w:rsidR="002718B0" w:rsidRPr="00D97DB6" w:rsidRDefault="002718B0">
            <w:pPr>
              <w:spacing w:after="0" w:line="240" w:lineRule="auto"/>
              <w:jc w:val="center"/>
              <w:rPr>
                <w:noProof/>
                <w:lang w:val="ro-RO"/>
              </w:rPr>
            </w:pPr>
          </w:p>
        </w:tc>
      </w:tr>
      <w:tr w:rsidR="002718B0" w:rsidRPr="00D97DB6" w14:paraId="7CA679CC" w14:textId="77777777" w:rsidTr="00D97DB6">
        <w:trPr>
          <w:cantSplit/>
          <w:trHeight w:val="564"/>
        </w:trPr>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C3B0FFC"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5.1.4</w:t>
            </w:r>
          </w:p>
        </w:tc>
        <w:tc>
          <w:tcPr>
            <w:tcW w:w="41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70E0F99B" w14:textId="77777777" w:rsidR="002718B0" w:rsidRPr="00D97DB6" w:rsidRDefault="00000000">
            <w:pPr>
              <w:spacing w:after="0" w:line="240" w:lineRule="auto"/>
              <w:rPr>
                <w:noProof/>
                <w:lang w:val="ro-RO"/>
              </w:rPr>
            </w:pPr>
            <w:r w:rsidRPr="00D97DB6">
              <w:rPr>
                <w:rFonts w:eastAsia="Arial"/>
                <w:noProof/>
                <w:sz w:val="16"/>
                <w:lang w:val="ro-RO"/>
              </w:rPr>
              <w:t>Conducerea menține focalizarea pe client și pe cerințele legale aplicabile.</w:t>
            </w:r>
          </w:p>
        </w:tc>
        <w:tc>
          <w:tcPr>
            <w:tcW w:w="330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1D49EF5" w14:textId="77777777" w:rsidR="002718B0" w:rsidRPr="00D97DB6" w:rsidRDefault="00000000">
            <w:pPr>
              <w:spacing w:after="0" w:line="240" w:lineRule="auto"/>
              <w:rPr>
                <w:noProof/>
                <w:lang w:val="ro-RO"/>
              </w:rPr>
            </w:pPr>
            <w:r w:rsidRPr="00D97DB6">
              <w:rPr>
                <w:rFonts w:eastAsia="Arial"/>
                <w:noProof/>
                <w:sz w:val="16"/>
                <w:lang w:val="ro-RO"/>
              </w:rPr>
              <w:t>Mecanisme pentru identificarea cerințelor, analiza satisfacției, gestionarea reclamațiilor și riscurilor de conformitate.</w:t>
            </w:r>
          </w:p>
        </w:tc>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4E2C2FE"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A5F67A4"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917AF21" w14:textId="77777777" w:rsidR="002718B0" w:rsidRPr="00D97DB6" w:rsidRDefault="002718B0">
            <w:pPr>
              <w:spacing w:after="0" w:line="240" w:lineRule="auto"/>
              <w:jc w:val="center"/>
              <w:rPr>
                <w:noProof/>
                <w:lang w:val="ro-RO"/>
              </w:rPr>
            </w:pPr>
          </w:p>
        </w:tc>
      </w:tr>
      <w:tr w:rsidR="002718B0" w:rsidRPr="0040087F" w14:paraId="5C901D39" w14:textId="77777777" w:rsidTr="00D97DB6">
        <w:trPr>
          <w:cantSplit/>
          <w:trHeight w:val="368"/>
        </w:trPr>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99B8E22"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5.2.1</w:t>
            </w:r>
          </w:p>
        </w:tc>
        <w:tc>
          <w:tcPr>
            <w:tcW w:w="41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FA86E1D" w14:textId="77777777" w:rsidR="002718B0" w:rsidRPr="00D97DB6" w:rsidRDefault="00000000">
            <w:pPr>
              <w:spacing w:after="0" w:line="240" w:lineRule="auto"/>
              <w:rPr>
                <w:noProof/>
                <w:lang w:val="ro-RO"/>
              </w:rPr>
            </w:pPr>
            <w:r w:rsidRPr="00D97DB6">
              <w:rPr>
                <w:rFonts w:eastAsia="Arial"/>
                <w:noProof/>
                <w:sz w:val="16"/>
                <w:lang w:val="ro-RO"/>
              </w:rPr>
              <w:t>Există o politică a calității potrivită scopului și direcției strategice.</w:t>
            </w:r>
          </w:p>
        </w:tc>
        <w:tc>
          <w:tcPr>
            <w:tcW w:w="330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B953E7A" w14:textId="77777777" w:rsidR="002718B0" w:rsidRPr="00D97DB6" w:rsidRDefault="00000000">
            <w:pPr>
              <w:spacing w:after="0" w:line="240" w:lineRule="auto"/>
              <w:rPr>
                <w:noProof/>
                <w:lang w:val="ro-RO"/>
              </w:rPr>
            </w:pPr>
            <w:r w:rsidRPr="00D97DB6">
              <w:rPr>
                <w:rFonts w:eastAsia="Arial"/>
                <w:noProof/>
                <w:sz w:val="16"/>
                <w:lang w:val="ro-RO"/>
              </w:rPr>
              <w:t>Politică aprobată, relevantă, cu angajament pentru cerințe aplicabile și îmbunătățire continuă.</w:t>
            </w:r>
          </w:p>
        </w:tc>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78AB68C"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F89E5D0"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84224F2" w14:textId="77777777" w:rsidR="002718B0" w:rsidRPr="00D97DB6" w:rsidRDefault="002718B0">
            <w:pPr>
              <w:spacing w:after="0" w:line="240" w:lineRule="auto"/>
              <w:jc w:val="center"/>
              <w:rPr>
                <w:noProof/>
                <w:lang w:val="ro-RO"/>
              </w:rPr>
            </w:pPr>
          </w:p>
        </w:tc>
      </w:tr>
      <w:tr w:rsidR="002718B0" w:rsidRPr="0040087F" w14:paraId="63D7BC4E" w14:textId="77777777" w:rsidTr="00D97DB6">
        <w:trPr>
          <w:cantSplit/>
          <w:trHeight w:val="380"/>
        </w:trPr>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FBDEE39"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5.2.2</w:t>
            </w:r>
          </w:p>
        </w:tc>
        <w:tc>
          <w:tcPr>
            <w:tcW w:w="41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468C45E" w14:textId="77777777" w:rsidR="002718B0" w:rsidRPr="00D97DB6" w:rsidRDefault="00000000">
            <w:pPr>
              <w:spacing w:after="0" w:line="240" w:lineRule="auto"/>
              <w:rPr>
                <w:noProof/>
                <w:lang w:val="ro-RO"/>
              </w:rPr>
            </w:pPr>
            <w:r w:rsidRPr="00D97DB6">
              <w:rPr>
                <w:rFonts w:eastAsia="Arial"/>
                <w:noProof/>
                <w:sz w:val="16"/>
                <w:lang w:val="ro-RO"/>
              </w:rPr>
              <w:t>Politica oferă un cadru pentru obiective, este comunicată, înțeleasă și disponibilă unde este relevant.</w:t>
            </w:r>
          </w:p>
        </w:tc>
        <w:tc>
          <w:tcPr>
            <w:tcW w:w="330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24224D0" w14:textId="77777777" w:rsidR="002718B0" w:rsidRPr="00D97DB6" w:rsidRDefault="00000000">
            <w:pPr>
              <w:spacing w:after="0" w:line="240" w:lineRule="auto"/>
              <w:rPr>
                <w:noProof/>
                <w:lang w:val="ro-RO"/>
              </w:rPr>
            </w:pPr>
            <w:r w:rsidRPr="00D97DB6">
              <w:rPr>
                <w:rFonts w:eastAsia="Arial"/>
                <w:noProof/>
                <w:sz w:val="16"/>
                <w:lang w:val="ro-RO"/>
              </w:rPr>
              <w:t>Interviuri, instruiri, afișare/intranet, comunicare către părți interesate adecvate.</w:t>
            </w:r>
          </w:p>
        </w:tc>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E8B1129"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81E2451"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76409C6" w14:textId="77777777" w:rsidR="002718B0" w:rsidRPr="00D97DB6" w:rsidRDefault="002718B0">
            <w:pPr>
              <w:spacing w:after="0" w:line="240" w:lineRule="auto"/>
              <w:jc w:val="center"/>
              <w:rPr>
                <w:noProof/>
                <w:lang w:val="ro-RO"/>
              </w:rPr>
            </w:pPr>
          </w:p>
        </w:tc>
      </w:tr>
      <w:tr w:rsidR="002718B0" w:rsidRPr="0040087F" w14:paraId="7AE53C67" w14:textId="77777777" w:rsidTr="00D97DB6">
        <w:trPr>
          <w:cantSplit/>
          <w:trHeight w:val="368"/>
        </w:trPr>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65FF232"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5.3.1</w:t>
            </w:r>
          </w:p>
        </w:tc>
        <w:tc>
          <w:tcPr>
            <w:tcW w:w="41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9DB5DA8" w14:textId="77777777" w:rsidR="002718B0" w:rsidRPr="00D97DB6" w:rsidRDefault="00000000">
            <w:pPr>
              <w:spacing w:after="0" w:line="240" w:lineRule="auto"/>
              <w:rPr>
                <w:noProof/>
                <w:lang w:val="ro-RO"/>
              </w:rPr>
            </w:pPr>
            <w:r w:rsidRPr="00D97DB6">
              <w:rPr>
                <w:rFonts w:eastAsia="Arial"/>
                <w:noProof/>
                <w:sz w:val="16"/>
                <w:lang w:val="ro-RO"/>
              </w:rPr>
              <w:t>Rolurile, responsabilitățile și autoritățile relevante sunt atribuite și comunicate.</w:t>
            </w:r>
          </w:p>
        </w:tc>
        <w:tc>
          <w:tcPr>
            <w:tcW w:w="330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FA4A250" w14:textId="77777777" w:rsidR="002718B0" w:rsidRPr="00D97DB6" w:rsidRDefault="00000000">
            <w:pPr>
              <w:spacing w:after="0" w:line="240" w:lineRule="auto"/>
              <w:rPr>
                <w:noProof/>
                <w:lang w:val="ro-RO"/>
              </w:rPr>
            </w:pPr>
            <w:r w:rsidRPr="00D97DB6">
              <w:rPr>
                <w:rFonts w:eastAsia="Arial"/>
                <w:noProof/>
                <w:sz w:val="16"/>
                <w:lang w:val="ro-RO"/>
              </w:rPr>
              <w:t>Organigramă, fișe de post, matrice RACI, desemnări, reguli de înlocuire.</w:t>
            </w:r>
          </w:p>
        </w:tc>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9F3BE51"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6D8E872"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A5A07AC" w14:textId="77777777" w:rsidR="002718B0" w:rsidRPr="00D97DB6" w:rsidRDefault="002718B0">
            <w:pPr>
              <w:spacing w:after="0" w:line="240" w:lineRule="auto"/>
              <w:jc w:val="center"/>
              <w:rPr>
                <w:noProof/>
                <w:lang w:val="ro-RO"/>
              </w:rPr>
            </w:pPr>
          </w:p>
        </w:tc>
      </w:tr>
      <w:tr w:rsidR="002718B0" w:rsidRPr="00D97DB6" w14:paraId="065DE093" w14:textId="77777777" w:rsidTr="00D97DB6">
        <w:trPr>
          <w:cantSplit/>
          <w:trHeight w:val="392"/>
        </w:trPr>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74B4356"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5.3.2</w:t>
            </w:r>
          </w:p>
        </w:tc>
        <w:tc>
          <w:tcPr>
            <w:tcW w:w="41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2D632744" w14:textId="77777777" w:rsidR="002718B0" w:rsidRPr="00D97DB6" w:rsidRDefault="00000000">
            <w:pPr>
              <w:spacing w:after="0" w:line="240" w:lineRule="auto"/>
              <w:rPr>
                <w:noProof/>
                <w:lang w:val="ro-RO"/>
              </w:rPr>
            </w:pPr>
            <w:r w:rsidRPr="00D97DB6">
              <w:rPr>
                <w:rFonts w:eastAsia="Arial"/>
                <w:noProof/>
                <w:sz w:val="16"/>
                <w:lang w:val="ro-RO"/>
              </w:rPr>
              <w:t>Există responsabilități clare pentru conformitatea SMC, performanța proceselor, raportare și promovarea orientării către client.</w:t>
            </w:r>
          </w:p>
        </w:tc>
        <w:tc>
          <w:tcPr>
            <w:tcW w:w="330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FE61A31" w14:textId="77777777" w:rsidR="002718B0" w:rsidRPr="00D97DB6" w:rsidRDefault="00000000">
            <w:pPr>
              <w:spacing w:after="0" w:line="240" w:lineRule="auto"/>
              <w:rPr>
                <w:noProof/>
                <w:lang w:val="ro-RO"/>
              </w:rPr>
            </w:pPr>
            <w:r w:rsidRPr="00D97DB6">
              <w:rPr>
                <w:rFonts w:eastAsia="Arial"/>
                <w:noProof/>
                <w:sz w:val="16"/>
                <w:lang w:val="ro-RO"/>
              </w:rPr>
              <w:t>Mandate și rapoarte periodice către conducere; escaladarea abaterilor și a riscurilor.</w:t>
            </w:r>
          </w:p>
        </w:tc>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987B65F"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66C3BEA" w14:textId="77777777" w:rsidR="002718B0" w:rsidRPr="00D97DB6" w:rsidRDefault="002718B0">
            <w:pPr>
              <w:spacing w:after="0" w:line="240" w:lineRule="auto"/>
              <w:jc w:val="center"/>
              <w:rPr>
                <w:noProof/>
                <w:lang w:val="ro-RO"/>
              </w:rPr>
            </w:pPr>
          </w:p>
        </w:tc>
        <w:tc>
          <w:tcPr>
            <w:tcW w:w="1971"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143854E" w14:textId="77777777" w:rsidR="002718B0" w:rsidRPr="00D97DB6" w:rsidRDefault="002718B0">
            <w:pPr>
              <w:spacing w:after="0" w:line="240" w:lineRule="auto"/>
              <w:jc w:val="center"/>
              <w:rPr>
                <w:noProof/>
                <w:lang w:val="ro-RO"/>
              </w:rPr>
            </w:pPr>
          </w:p>
        </w:tc>
      </w:tr>
    </w:tbl>
    <w:p w14:paraId="5A7D15B5" w14:textId="77777777" w:rsidR="002718B0" w:rsidRPr="00D97DB6" w:rsidRDefault="00000000">
      <w:pPr>
        <w:spacing w:before="100" w:after="0"/>
        <w:rPr>
          <w:noProof/>
          <w:lang w:val="ro-RO"/>
        </w:rPr>
      </w:pPr>
      <w:r w:rsidRPr="00D97DB6">
        <w:rPr>
          <w:rFonts w:eastAsia="Arial"/>
          <w:b/>
          <w:noProof/>
          <w:color w:val="D71920"/>
          <w:sz w:val="16"/>
          <w:lang w:val="ro-RO"/>
        </w:rPr>
        <w:t xml:space="preserve">Observații secțiune / dovezi-cheie: </w:t>
      </w:r>
      <w:r w:rsidRPr="00D97DB6">
        <w:rPr>
          <w:rFonts w:eastAsia="Arial"/>
          <w:noProof/>
          <w:color w:val="D9DDE2"/>
          <w:sz w:val="16"/>
          <w:lang w:val="ro-RO"/>
        </w:rPr>
        <w:t>__________________________________________________________________________________________________________</w:t>
      </w:r>
    </w:p>
    <w:p w14:paraId="0BB6A456" w14:textId="77777777" w:rsidR="002718B0" w:rsidRPr="00D97DB6" w:rsidRDefault="00000000">
      <w:pPr>
        <w:rPr>
          <w:noProof/>
          <w:lang w:val="ro-RO"/>
        </w:rPr>
      </w:pPr>
      <w:r w:rsidRPr="00D97DB6">
        <w:rPr>
          <w:noProof/>
          <w:lang w:val="ro-RO"/>
        </w:rPr>
        <w:br w:type="page"/>
      </w:r>
    </w:p>
    <w:p w14:paraId="78CB3A13" w14:textId="77777777" w:rsidR="002718B0" w:rsidRPr="00D97DB6" w:rsidRDefault="00000000">
      <w:pPr>
        <w:pBdr>
          <w:bottom w:val="single" w:sz="12" w:space="4" w:color="D71920"/>
        </w:pBdr>
        <w:spacing w:before="80" w:after="40"/>
        <w:rPr>
          <w:noProof/>
          <w:lang w:val="ro-RO"/>
        </w:rPr>
      </w:pPr>
      <w:r w:rsidRPr="00D97DB6">
        <w:rPr>
          <w:rFonts w:eastAsia="Arial"/>
          <w:b/>
          <w:noProof/>
          <w:color w:val="D71920"/>
          <w:sz w:val="36"/>
          <w:lang w:val="ro-RO"/>
        </w:rPr>
        <w:lastRenderedPageBreak/>
        <w:t xml:space="preserve">3  </w:t>
      </w:r>
      <w:r w:rsidRPr="00D97DB6">
        <w:rPr>
          <w:rFonts w:eastAsia="Arial"/>
          <w:b/>
          <w:noProof/>
          <w:sz w:val="36"/>
          <w:lang w:val="ro-RO"/>
        </w:rPr>
        <w:t>Planificare: riscuri, oportunități, obiective și schimbări</w:t>
      </w:r>
    </w:p>
    <w:p w14:paraId="277FEC01" w14:textId="77777777" w:rsidR="002718B0" w:rsidRPr="00D97DB6" w:rsidRDefault="00000000">
      <w:pPr>
        <w:spacing w:after="100"/>
        <w:rPr>
          <w:noProof/>
          <w:lang w:val="ro-RO"/>
        </w:rPr>
      </w:pPr>
      <w:r w:rsidRPr="00D97DB6">
        <w:rPr>
          <w:rFonts w:eastAsia="Arial"/>
          <w:b/>
          <w:noProof/>
          <w:color w:val="D71920"/>
          <w:sz w:val="17"/>
          <w:lang w:val="ro-RO"/>
        </w:rPr>
        <w:t>Referință: ISO 9001:2015, clauza 6</w:t>
      </w:r>
      <w:r w:rsidRPr="00D97DB6">
        <w:rPr>
          <w:rFonts w:eastAsia="Arial"/>
          <w:noProof/>
          <w:color w:val="666666"/>
          <w:sz w:val="17"/>
          <w:lang w:val="ro-RO"/>
        </w:rPr>
        <w:t xml:space="preserve">   |   Obiectiv: prevenirea rezultatelor nedorite și transformarea direcției strategice în obiective urmărite.</w:t>
      </w:r>
    </w:p>
    <w:tbl>
      <w:tblPr>
        <w:tblW w:w="0" w:type="auto"/>
        <w:jc w:val="center"/>
        <w:tblLayout w:type="fixed"/>
        <w:tblLook w:val="04A0" w:firstRow="1" w:lastRow="0" w:firstColumn="1" w:lastColumn="0" w:noHBand="0" w:noVBand="1"/>
      </w:tblPr>
      <w:tblGrid>
        <w:gridCol w:w="7710"/>
        <w:gridCol w:w="7710"/>
      </w:tblGrid>
      <w:tr w:rsidR="002718B0" w:rsidRPr="0040087F" w14:paraId="2317451D" w14:textId="77777777">
        <w:trPr>
          <w:jc w:val="center"/>
        </w:trPr>
        <w:tc>
          <w:tcPr>
            <w:tcW w:w="7710" w:type="dxa"/>
            <w:tcBorders>
              <w:top w:val="nil"/>
              <w:left w:val="nil"/>
              <w:bottom w:val="nil"/>
              <w:right w:val="nil"/>
            </w:tcBorders>
            <w:shd w:val="clear" w:color="auto" w:fill="D71920"/>
          </w:tcPr>
          <w:p w14:paraId="718DBB00" w14:textId="77777777" w:rsidR="002718B0" w:rsidRPr="00D97DB6" w:rsidRDefault="002718B0">
            <w:pPr>
              <w:rPr>
                <w:noProof/>
                <w:lang w:val="ro-RO"/>
              </w:rPr>
            </w:pPr>
          </w:p>
        </w:tc>
        <w:tc>
          <w:tcPr>
            <w:tcW w:w="7710" w:type="dxa"/>
            <w:tcBorders>
              <w:top w:val="nil"/>
              <w:left w:val="nil"/>
              <w:bottom w:val="nil"/>
              <w:right w:val="nil"/>
            </w:tcBorders>
            <w:shd w:val="clear" w:color="auto" w:fill="FCEBEC"/>
            <w:tcMar>
              <w:top w:w="110" w:type="dxa"/>
              <w:left w:w="160" w:type="dxa"/>
              <w:bottom w:w="110" w:type="dxa"/>
              <w:right w:w="160" w:type="dxa"/>
            </w:tcMar>
          </w:tcPr>
          <w:p w14:paraId="654BEAA1" w14:textId="77777777" w:rsidR="002718B0" w:rsidRPr="00D97DB6" w:rsidRDefault="00000000">
            <w:pPr>
              <w:rPr>
                <w:noProof/>
                <w:lang w:val="ro-RO"/>
              </w:rPr>
            </w:pPr>
            <w:r w:rsidRPr="00D97DB6">
              <w:rPr>
                <w:rFonts w:eastAsia="Arial"/>
                <w:b/>
                <w:noProof/>
                <w:color w:val="D71920"/>
                <w:lang w:val="ro-RO"/>
              </w:rPr>
              <w:t>PERSPECTIVĂ DE CONSULTANT</w:t>
            </w:r>
          </w:p>
          <w:p w14:paraId="2C75179A" w14:textId="77777777" w:rsidR="002718B0" w:rsidRPr="00D97DB6" w:rsidRDefault="00000000">
            <w:pPr>
              <w:spacing w:before="20" w:after="0"/>
              <w:rPr>
                <w:noProof/>
                <w:lang w:val="ro-RO"/>
              </w:rPr>
            </w:pPr>
            <w:r w:rsidRPr="00D97DB6">
              <w:rPr>
                <w:rFonts w:eastAsia="Arial"/>
                <w:noProof/>
                <w:sz w:val="17"/>
                <w:lang w:val="ro-RO"/>
              </w:rPr>
              <w:t>Standardul nu impune un registru formal de risc sau o metodă unică. Metoda trebuie să fie proporțională cu impactul și să ducă la acțiuni integrate în procese, nu la o listă izolată.</w:t>
            </w:r>
          </w:p>
        </w:tc>
      </w:tr>
    </w:tbl>
    <w:p w14:paraId="4EC33F07" w14:textId="77777777" w:rsidR="002718B0" w:rsidRPr="00D97DB6" w:rsidRDefault="002718B0">
      <w:pPr>
        <w:spacing w:after="0"/>
        <w:rPr>
          <w:noProof/>
          <w:lang w:val="ro-RO"/>
        </w:rPr>
      </w:pPr>
    </w:p>
    <w:tbl>
      <w:tblPr>
        <w:tblW w:w="15452" w:type="dxa"/>
        <w:jc w:val="center"/>
        <w:tblLayout w:type="fixed"/>
        <w:tblLook w:val="04A0" w:firstRow="1" w:lastRow="0" w:firstColumn="1" w:lastColumn="0" w:noHBand="0" w:noVBand="1"/>
      </w:tblPr>
      <w:tblGrid>
        <w:gridCol w:w="1982"/>
        <w:gridCol w:w="4199"/>
        <w:gridCol w:w="3325"/>
        <w:gridCol w:w="1982"/>
        <w:gridCol w:w="1982"/>
        <w:gridCol w:w="1982"/>
      </w:tblGrid>
      <w:tr w:rsidR="002718B0" w:rsidRPr="00D97DB6" w14:paraId="26CAC739" w14:textId="77777777" w:rsidTr="00D97DB6">
        <w:trPr>
          <w:trHeight w:val="266"/>
          <w:tblHeader/>
          <w:jc w:val="center"/>
        </w:trPr>
        <w:tc>
          <w:tcPr>
            <w:tcW w:w="198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3355D30D" w14:textId="77777777" w:rsidR="002718B0" w:rsidRPr="00D97DB6" w:rsidRDefault="00000000">
            <w:pPr>
              <w:jc w:val="center"/>
              <w:rPr>
                <w:noProof/>
                <w:lang w:val="ro-RO"/>
              </w:rPr>
            </w:pPr>
            <w:r w:rsidRPr="00D97DB6">
              <w:rPr>
                <w:rFonts w:eastAsia="Arial"/>
                <w:b/>
                <w:noProof/>
                <w:color w:val="FFFFFF"/>
                <w:sz w:val="15"/>
                <w:lang w:val="ro-RO"/>
              </w:rPr>
              <w:t>ID</w:t>
            </w:r>
          </w:p>
        </w:tc>
        <w:tc>
          <w:tcPr>
            <w:tcW w:w="419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7E8E5596" w14:textId="77777777" w:rsidR="002718B0" w:rsidRPr="00D97DB6" w:rsidRDefault="00000000">
            <w:pPr>
              <w:jc w:val="center"/>
              <w:rPr>
                <w:noProof/>
                <w:lang w:val="ro-RO"/>
              </w:rPr>
            </w:pPr>
            <w:r w:rsidRPr="00D97DB6">
              <w:rPr>
                <w:rFonts w:eastAsia="Arial"/>
                <w:b/>
                <w:noProof/>
                <w:color w:val="FFFFFF"/>
                <w:sz w:val="15"/>
                <w:lang w:val="ro-RO"/>
              </w:rPr>
              <w:t>VERIFICARE / ACTIVITATE</w:t>
            </w:r>
          </w:p>
        </w:tc>
        <w:tc>
          <w:tcPr>
            <w:tcW w:w="3325"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357660B7" w14:textId="77777777" w:rsidR="002718B0" w:rsidRPr="00D97DB6" w:rsidRDefault="00000000">
            <w:pPr>
              <w:jc w:val="center"/>
              <w:rPr>
                <w:noProof/>
                <w:lang w:val="ro-RO"/>
              </w:rPr>
            </w:pPr>
            <w:r w:rsidRPr="00D97DB6">
              <w:rPr>
                <w:rFonts w:eastAsia="Arial"/>
                <w:b/>
                <w:noProof/>
                <w:color w:val="FFFFFF"/>
                <w:sz w:val="15"/>
                <w:lang w:val="ro-RO"/>
              </w:rPr>
              <w:t>REZULTAT AȘTEPTAT / DOVEZI ORIENTATIVE</w:t>
            </w:r>
          </w:p>
        </w:tc>
        <w:tc>
          <w:tcPr>
            <w:tcW w:w="198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196924D3" w14:textId="77777777" w:rsidR="002718B0" w:rsidRPr="00D97DB6" w:rsidRDefault="00000000">
            <w:pPr>
              <w:jc w:val="center"/>
              <w:rPr>
                <w:noProof/>
                <w:lang w:val="ro-RO"/>
              </w:rPr>
            </w:pPr>
            <w:r w:rsidRPr="00D97DB6">
              <w:rPr>
                <w:rFonts w:eastAsia="Arial"/>
                <w:b/>
                <w:noProof/>
                <w:color w:val="FFFFFF"/>
                <w:sz w:val="15"/>
                <w:lang w:val="ro-RO"/>
              </w:rPr>
              <w:t>RESP.</w:t>
            </w:r>
          </w:p>
        </w:tc>
        <w:tc>
          <w:tcPr>
            <w:tcW w:w="198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71B66C0B" w14:textId="77777777" w:rsidR="002718B0" w:rsidRPr="00D97DB6" w:rsidRDefault="00000000">
            <w:pPr>
              <w:jc w:val="center"/>
              <w:rPr>
                <w:noProof/>
                <w:lang w:val="ro-RO"/>
              </w:rPr>
            </w:pPr>
            <w:r w:rsidRPr="00D97DB6">
              <w:rPr>
                <w:rFonts w:eastAsia="Arial"/>
                <w:b/>
                <w:noProof/>
                <w:color w:val="FFFFFF"/>
                <w:sz w:val="15"/>
                <w:lang w:val="ro-RO"/>
              </w:rPr>
              <w:t>TERMEN</w:t>
            </w:r>
          </w:p>
        </w:tc>
        <w:tc>
          <w:tcPr>
            <w:tcW w:w="198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7E5BE771" w14:textId="77777777" w:rsidR="002718B0" w:rsidRPr="00D97DB6" w:rsidRDefault="00000000">
            <w:pPr>
              <w:jc w:val="center"/>
              <w:rPr>
                <w:noProof/>
                <w:lang w:val="ro-RO"/>
              </w:rPr>
            </w:pPr>
            <w:r w:rsidRPr="00D97DB6">
              <w:rPr>
                <w:rFonts w:eastAsia="Arial"/>
                <w:b/>
                <w:noProof/>
                <w:color w:val="FFFFFF"/>
                <w:sz w:val="15"/>
                <w:lang w:val="ro-RO"/>
              </w:rPr>
              <w:t>SCOR</w:t>
            </w:r>
          </w:p>
        </w:tc>
      </w:tr>
      <w:tr w:rsidR="002718B0" w:rsidRPr="0040087F" w14:paraId="2CF5516D" w14:textId="77777777" w:rsidTr="00D97DB6">
        <w:trPr>
          <w:cantSplit/>
          <w:trHeight w:val="375"/>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C49A235"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6.1.1</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FE0B68D" w14:textId="77777777" w:rsidR="002718B0" w:rsidRPr="00D97DB6" w:rsidRDefault="00000000">
            <w:pPr>
              <w:spacing w:after="0" w:line="240" w:lineRule="auto"/>
              <w:rPr>
                <w:noProof/>
                <w:lang w:val="ro-RO"/>
              </w:rPr>
            </w:pPr>
            <w:r w:rsidRPr="00D97DB6">
              <w:rPr>
                <w:rFonts w:eastAsia="Arial"/>
                <w:noProof/>
                <w:sz w:val="16"/>
                <w:lang w:val="ro-RO"/>
              </w:rPr>
              <w:t>Există o metodă coerentă pentru identificarea și prioritizarea riscurilor și oportunităților SMC.</w:t>
            </w:r>
          </w:p>
        </w:tc>
        <w:tc>
          <w:tcPr>
            <w:tcW w:w="332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AC81D42" w14:textId="77777777" w:rsidR="002718B0" w:rsidRPr="00D97DB6" w:rsidRDefault="00000000">
            <w:pPr>
              <w:spacing w:after="0" w:line="240" w:lineRule="auto"/>
              <w:rPr>
                <w:noProof/>
                <w:lang w:val="ro-RO"/>
              </w:rPr>
            </w:pPr>
            <w:r w:rsidRPr="00D97DB6">
              <w:rPr>
                <w:rFonts w:eastAsia="Arial"/>
                <w:noProof/>
                <w:sz w:val="16"/>
                <w:lang w:val="ro-RO"/>
              </w:rPr>
              <w:t>Criterii de evaluare, praguri de acțiune și responsabilități, adaptate complexității organizației.</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A17453E"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9C83450"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08BC445" w14:textId="77777777" w:rsidR="002718B0" w:rsidRPr="00D97DB6" w:rsidRDefault="002718B0">
            <w:pPr>
              <w:spacing w:after="0" w:line="240" w:lineRule="auto"/>
              <w:jc w:val="center"/>
              <w:rPr>
                <w:noProof/>
                <w:lang w:val="ro-RO"/>
              </w:rPr>
            </w:pPr>
          </w:p>
        </w:tc>
      </w:tr>
      <w:tr w:rsidR="002718B0" w:rsidRPr="0040087F" w14:paraId="24496C6F" w14:textId="77777777" w:rsidTr="00D97DB6">
        <w:trPr>
          <w:cantSplit/>
          <w:trHeight w:val="363"/>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A418B94"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6.1.2</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F948376" w14:textId="77777777" w:rsidR="002718B0" w:rsidRPr="00D97DB6" w:rsidRDefault="00000000">
            <w:pPr>
              <w:spacing w:after="0" w:line="240" w:lineRule="auto"/>
              <w:rPr>
                <w:noProof/>
                <w:lang w:val="ro-RO"/>
              </w:rPr>
            </w:pPr>
            <w:r w:rsidRPr="00D97DB6">
              <w:rPr>
                <w:rFonts w:eastAsia="Arial"/>
                <w:noProof/>
                <w:sz w:val="16"/>
                <w:lang w:val="ro-RO"/>
              </w:rPr>
              <w:t>Riscurile și oportunitățile rezultă din context, părți interesate și procese.</w:t>
            </w:r>
          </w:p>
        </w:tc>
        <w:tc>
          <w:tcPr>
            <w:tcW w:w="332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F83FF6A" w14:textId="77777777" w:rsidR="002718B0" w:rsidRPr="00D97DB6" w:rsidRDefault="00000000">
            <w:pPr>
              <w:spacing w:after="0" w:line="240" w:lineRule="auto"/>
              <w:rPr>
                <w:noProof/>
                <w:lang w:val="ro-RO"/>
              </w:rPr>
            </w:pPr>
            <w:r w:rsidRPr="00D97DB6">
              <w:rPr>
                <w:rFonts w:eastAsia="Arial"/>
                <w:noProof/>
                <w:sz w:val="16"/>
                <w:lang w:val="ro-RO"/>
              </w:rPr>
              <w:t>Legături trasabile cu analiza contextului, cerințele clienților, datele de proces și schimbările planificate.</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5EA4C2B"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878CC1D"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D3B3ABE" w14:textId="77777777" w:rsidR="002718B0" w:rsidRPr="00D97DB6" w:rsidRDefault="002718B0">
            <w:pPr>
              <w:spacing w:after="0" w:line="240" w:lineRule="auto"/>
              <w:jc w:val="center"/>
              <w:rPr>
                <w:noProof/>
                <w:lang w:val="ro-RO"/>
              </w:rPr>
            </w:pPr>
          </w:p>
        </w:tc>
      </w:tr>
      <w:tr w:rsidR="002718B0" w:rsidRPr="0040087F" w14:paraId="6AC4DFC4" w14:textId="77777777" w:rsidTr="00D97DB6">
        <w:trPr>
          <w:cantSplit/>
          <w:trHeight w:val="375"/>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FD196E5"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6.1.3</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1696AE5A" w14:textId="77777777" w:rsidR="002718B0" w:rsidRPr="00D97DB6" w:rsidRDefault="00000000">
            <w:pPr>
              <w:spacing w:after="0" w:line="240" w:lineRule="auto"/>
              <w:rPr>
                <w:noProof/>
                <w:lang w:val="ro-RO"/>
              </w:rPr>
            </w:pPr>
            <w:r w:rsidRPr="00D97DB6">
              <w:rPr>
                <w:rFonts w:eastAsia="Arial"/>
                <w:noProof/>
                <w:sz w:val="16"/>
                <w:lang w:val="ro-RO"/>
              </w:rPr>
              <w:t>Sunt planificate acțiuni proporționale cu efectul potențial asupra conformității.</w:t>
            </w:r>
          </w:p>
        </w:tc>
        <w:tc>
          <w:tcPr>
            <w:tcW w:w="332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DAB8066" w14:textId="77777777" w:rsidR="002718B0" w:rsidRPr="00D97DB6" w:rsidRDefault="00000000">
            <w:pPr>
              <w:spacing w:after="0" w:line="240" w:lineRule="auto"/>
              <w:rPr>
                <w:noProof/>
                <w:lang w:val="ro-RO"/>
              </w:rPr>
            </w:pPr>
            <w:r w:rsidRPr="00D97DB6">
              <w:rPr>
                <w:rFonts w:eastAsia="Arial"/>
                <w:noProof/>
                <w:sz w:val="16"/>
                <w:lang w:val="ro-RO"/>
              </w:rPr>
              <w:t>Controale, prevenire, redundanță, instruire, diversificare furnizori, automatizare sau acceptare justificată.</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7698A65"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6EF0728"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AF2416D" w14:textId="77777777" w:rsidR="002718B0" w:rsidRPr="00D97DB6" w:rsidRDefault="002718B0">
            <w:pPr>
              <w:spacing w:after="0" w:line="240" w:lineRule="auto"/>
              <w:jc w:val="center"/>
              <w:rPr>
                <w:noProof/>
                <w:lang w:val="ro-RO"/>
              </w:rPr>
            </w:pPr>
          </w:p>
        </w:tc>
      </w:tr>
      <w:tr w:rsidR="002718B0" w:rsidRPr="0040087F" w14:paraId="6872CBD0" w14:textId="77777777" w:rsidTr="00D97DB6">
        <w:trPr>
          <w:cantSplit/>
          <w:trHeight w:val="363"/>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DC95512"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6.1.4</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FD1588C" w14:textId="77777777" w:rsidR="002718B0" w:rsidRPr="00D97DB6" w:rsidRDefault="00000000">
            <w:pPr>
              <w:spacing w:after="0" w:line="240" w:lineRule="auto"/>
              <w:rPr>
                <w:noProof/>
                <w:lang w:val="ro-RO"/>
              </w:rPr>
            </w:pPr>
            <w:r w:rsidRPr="00D97DB6">
              <w:rPr>
                <w:rFonts w:eastAsia="Arial"/>
                <w:noProof/>
                <w:sz w:val="16"/>
                <w:lang w:val="ro-RO"/>
              </w:rPr>
              <w:t>Acțiunile sunt integrate în procese și se evaluează eficacitatea lor.</w:t>
            </w:r>
          </w:p>
        </w:tc>
        <w:tc>
          <w:tcPr>
            <w:tcW w:w="332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2D3ED7DD" w14:textId="77777777" w:rsidR="002718B0" w:rsidRPr="00D97DB6" w:rsidRDefault="00000000">
            <w:pPr>
              <w:spacing w:after="0" w:line="240" w:lineRule="auto"/>
              <w:rPr>
                <w:noProof/>
                <w:lang w:val="ro-RO"/>
              </w:rPr>
            </w:pPr>
            <w:r w:rsidRPr="00D97DB6">
              <w:rPr>
                <w:rFonts w:eastAsia="Arial"/>
                <w:noProof/>
                <w:sz w:val="16"/>
                <w:lang w:val="ro-RO"/>
              </w:rPr>
              <w:t>Responsabili, termene, indicatori, verificări post-implementare și actualizarea evaluării.</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EEC0D6E"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0CC0E21"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F46C14F" w14:textId="77777777" w:rsidR="002718B0" w:rsidRPr="00D97DB6" w:rsidRDefault="002718B0">
            <w:pPr>
              <w:spacing w:after="0" w:line="240" w:lineRule="auto"/>
              <w:jc w:val="center"/>
              <w:rPr>
                <w:noProof/>
                <w:lang w:val="ro-RO"/>
              </w:rPr>
            </w:pPr>
          </w:p>
        </w:tc>
      </w:tr>
      <w:tr w:rsidR="002718B0" w:rsidRPr="00D97DB6" w14:paraId="7960167E" w14:textId="77777777" w:rsidTr="00D97DB6">
        <w:trPr>
          <w:cantSplit/>
          <w:trHeight w:val="375"/>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701DBC8"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6.2.1</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D594CBE" w14:textId="77777777" w:rsidR="002718B0" w:rsidRPr="00D97DB6" w:rsidRDefault="00000000">
            <w:pPr>
              <w:spacing w:after="0" w:line="240" w:lineRule="auto"/>
              <w:rPr>
                <w:noProof/>
                <w:lang w:val="ro-RO"/>
              </w:rPr>
            </w:pPr>
            <w:r w:rsidRPr="00D97DB6">
              <w:rPr>
                <w:rFonts w:eastAsia="Arial"/>
                <w:noProof/>
                <w:sz w:val="16"/>
                <w:lang w:val="ro-RO"/>
              </w:rPr>
              <w:t>Sunt stabilite obiective ale calității la funcțiile și nivelurile relevante.</w:t>
            </w:r>
          </w:p>
        </w:tc>
        <w:tc>
          <w:tcPr>
            <w:tcW w:w="332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5E1DAA2" w14:textId="77777777" w:rsidR="002718B0" w:rsidRPr="00D97DB6" w:rsidRDefault="00000000">
            <w:pPr>
              <w:spacing w:after="0" w:line="240" w:lineRule="auto"/>
              <w:rPr>
                <w:noProof/>
                <w:lang w:val="ro-RO"/>
              </w:rPr>
            </w:pPr>
            <w:r w:rsidRPr="00D97DB6">
              <w:rPr>
                <w:rFonts w:eastAsia="Arial"/>
                <w:noProof/>
                <w:sz w:val="16"/>
                <w:lang w:val="ro-RO"/>
              </w:rPr>
              <w:t>Obiective corelate cu politica, procesele, cerințele și prioritățile organizației.</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48D48E0"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B3192EB"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7DDF72B" w14:textId="77777777" w:rsidR="002718B0" w:rsidRPr="00D97DB6" w:rsidRDefault="002718B0">
            <w:pPr>
              <w:spacing w:after="0" w:line="240" w:lineRule="auto"/>
              <w:jc w:val="center"/>
              <w:rPr>
                <w:noProof/>
                <w:lang w:val="ro-RO"/>
              </w:rPr>
            </w:pPr>
          </w:p>
        </w:tc>
      </w:tr>
      <w:tr w:rsidR="002718B0" w:rsidRPr="0040087F" w14:paraId="578D63DE" w14:textId="77777777" w:rsidTr="00D97DB6">
        <w:trPr>
          <w:cantSplit/>
          <w:trHeight w:val="363"/>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64BD2DC"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6.2.2</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5E54220" w14:textId="77777777" w:rsidR="002718B0" w:rsidRPr="00D97DB6" w:rsidRDefault="00000000">
            <w:pPr>
              <w:spacing w:after="0" w:line="240" w:lineRule="auto"/>
              <w:rPr>
                <w:noProof/>
                <w:lang w:val="ro-RO"/>
              </w:rPr>
            </w:pPr>
            <w:r w:rsidRPr="00D97DB6">
              <w:rPr>
                <w:rFonts w:eastAsia="Arial"/>
                <w:noProof/>
                <w:sz w:val="16"/>
                <w:lang w:val="ro-RO"/>
              </w:rPr>
              <w:t>Obiectivele sunt măsurabile sau evaluabile, monitorizate, comunicate și actualizate.</w:t>
            </w:r>
          </w:p>
        </w:tc>
        <w:tc>
          <w:tcPr>
            <w:tcW w:w="332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726975F" w14:textId="77777777" w:rsidR="002718B0" w:rsidRPr="00D97DB6" w:rsidRDefault="00000000">
            <w:pPr>
              <w:spacing w:after="0" w:line="240" w:lineRule="auto"/>
              <w:rPr>
                <w:noProof/>
                <w:lang w:val="ro-RO"/>
              </w:rPr>
            </w:pPr>
            <w:r w:rsidRPr="00D97DB6">
              <w:rPr>
                <w:rFonts w:eastAsia="Arial"/>
                <w:noProof/>
                <w:sz w:val="16"/>
                <w:lang w:val="ro-RO"/>
              </w:rPr>
              <w:t>Indicator, valoare inițială, țintă, frecvență, sursă de date și rezultat curent.</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E89F7DE"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DF6F01F"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5667B19" w14:textId="77777777" w:rsidR="002718B0" w:rsidRPr="00D97DB6" w:rsidRDefault="002718B0">
            <w:pPr>
              <w:spacing w:after="0" w:line="240" w:lineRule="auto"/>
              <w:jc w:val="center"/>
              <w:rPr>
                <w:noProof/>
                <w:lang w:val="ro-RO"/>
              </w:rPr>
            </w:pPr>
          </w:p>
        </w:tc>
      </w:tr>
      <w:tr w:rsidR="002718B0" w:rsidRPr="0040087F" w14:paraId="418FDC3C" w14:textId="77777777" w:rsidTr="00D97DB6">
        <w:trPr>
          <w:cantSplit/>
          <w:trHeight w:val="375"/>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63D2A2A"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6.2.3</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3878A63" w14:textId="77777777" w:rsidR="002718B0" w:rsidRPr="00D97DB6" w:rsidRDefault="00000000">
            <w:pPr>
              <w:spacing w:after="0" w:line="240" w:lineRule="auto"/>
              <w:rPr>
                <w:noProof/>
                <w:lang w:val="ro-RO"/>
              </w:rPr>
            </w:pPr>
            <w:r w:rsidRPr="00D97DB6">
              <w:rPr>
                <w:rFonts w:eastAsia="Arial"/>
                <w:noProof/>
                <w:sz w:val="16"/>
                <w:lang w:val="ro-RO"/>
              </w:rPr>
              <w:t>Pentru fiecare obiectiv există un plan de realizare.</w:t>
            </w:r>
          </w:p>
        </w:tc>
        <w:tc>
          <w:tcPr>
            <w:tcW w:w="332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11D4DED8" w14:textId="77777777" w:rsidR="002718B0" w:rsidRPr="00D97DB6" w:rsidRDefault="00000000">
            <w:pPr>
              <w:spacing w:after="0" w:line="240" w:lineRule="auto"/>
              <w:rPr>
                <w:noProof/>
                <w:lang w:val="ro-RO"/>
              </w:rPr>
            </w:pPr>
            <w:r w:rsidRPr="00D97DB6">
              <w:rPr>
                <w:rFonts w:eastAsia="Arial"/>
                <w:noProof/>
                <w:sz w:val="16"/>
                <w:lang w:val="ro-RO"/>
              </w:rPr>
              <w:t>Ce se face, resurse, responsabil, termen, metodă de evaluare și reacție la abatere.</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E75C702"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7605697"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5E6C7E8" w14:textId="77777777" w:rsidR="002718B0" w:rsidRPr="00D97DB6" w:rsidRDefault="002718B0">
            <w:pPr>
              <w:spacing w:after="0" w:line="240" w:lineRule="auto"/>
              <w:jc w:val="center"/>
              <w:rPr>
                <w:noProof/>
                <w:lang w:val="ro-RO"/>
              </w:rPr>
            </w:pPr>
          </w:p>
        </w:tc>
      </w:tr>
      <w:tr w:rsidR="002718B0" w:rsidRPr="0040087F" w14:paraId="0048CC3B" w14:textId="77777777" w:rsidTr="00D97DB6">
        <w:trPr>
          <w:cantSplit/>
          <w:trHeight w:val="375"/>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700B22D"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6.3.1</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0C05406" w14:textId="77777777" w:rsidR="002718B0" w:rsidRPr="00D97DB6" w:rsidRDefault="00000000">
            <w:pPr>
              <w:spacing w:after="0" w:line="240" w:lineRule="auto"/>
              <w:rPr>
                <w:noProof/>
                <w:lang w:val="ro-RO"/>
              </w:rPr>
            </w:pPr>
            <w:r w:rsidRPr="00D97DB6">
              <w:rPr>
                <w:rFonts w:eastAsia="Arial"/>
                <w:noProof/>
                <w:sz w:val="16"/>
                <w:lang w:val="ro-RO"/>
              </w:rPr>
              <w:t>Schimbările SMC sunt planificate controlat, ținând cont de scop, consecințe, integritate, resurse și responsabilități.</w:t>
            </w:r>
          </w:p>
        </w:tc>
        <w:tc>
          <w:tcPr>
            <w:tcW w:w="332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6D641E54" w14:textId="77777777" w:rsidR="002718B0" w:rsidRPr="00D97DB6" w:rsidRDefault="00000000">
            <w:pPr>
              <w:spacing w:after="0" w:line="240" w:lineRule="auto"/>
              <w:rPr>
                <w:noProof/>
                <w:lang w:val="ro-RO"/>
              </w:rPr>
            </w:pPr>
            <w:r w:rsidRPr="00D97DB6">
              <w:rPr>
                <w:rFonts w:eastAsia="Arial"/>
                <w:noProof/>
                <w:sz w:val="16"/>
                <w:lang w:val="ro-RO"/>
              </w:rPr>
              <w:t>Planuri de schimbare pentru reorganizări, sisteme IT, locații, furnizori, produse sau procese.</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4EC668B"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C26A268"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1316DAA" w14:textId="77777777" w:rsidR="002718B0" w:rsidRPr="00D97DB6" w:rsidRDefault="002718B0">
            <w:pPr>
              <w:spacing w:after="0" w:line="240" w:lineRule="auto"/>
              <w:jc w:val="center"/>
              <w:rPr>
                <w:noProof/>
                <w:lang w:val="ro-RO"/>
              </w:rPr>
            </w:pPr>
          </w:p>
        </w:tc>
      </w:tr>
      <w:tr w:rsidR="002718B0" w:rsidRPr="0040087F" w14:paraId="215C9384" w14:textId="77777777" w:rsidTr="00D97DB6">
        <w:trPr>
          <w:cantSplit/>
          <w:trHeight w:val="375"/>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3CFB320"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6.3.2</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217953D" w14:textId="77777777" w:rsidR="002718B0" w:rsidRPr="00D97DB6" w:rsidRDefault="00000000">
            <w:pPr>
              <w:spacing w:after="0" w:line="240" w:lineRule="auto"/>
              <w:rPr>
                <w:noProof/>
                <w:lang w:val="ro-RO"/>
              </w:rPr>
            </w:pPr>
            <w:r w:rsidRPr="00D97DB6">
              <w:rPr>
                <w:rFonts w:eastAsia="Arial"/>
                <w:noProof/>
                <w:sz w:val="16"/>
                <w:lang w:val="ro-RO"/>
              </w:rPr>
              <w:t>Efectele neintenționate ale schimbărilor sunt identificate și tratate.</w:t>
            </w:r>
          </w:p>
        </w:tc>
        <w:tc>
          <w:tcPr>
            <w:tcW w:w="332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6DC5195D" w14:textId="77777777" w:rsidR="002718B0" w:rsidRPr="00D97DB6" w:rsidRDefault="00000000">
            <w:pPr>
              <w:spacing w:after="0" w:line="240" w:lineRule="auto"/>
              <w:rPr>
                <w:noProof/>
                <w:lang w:val="ro-RO"/>
              </w:rPr>
            </w:pPr>
            <w:r w:rsidRPr="00D97DB6">
              <w:rPr>
                <w:rFonts w:eastAsia="Arial"/>
                <w:noProof/>
                <w:sz w:val="16"/>
                <w:lang w:val="ro-RO"/>
              </w:rPr>
              <w:t>Analize de impact, testare/pilot, plan de revenire, comunicare și monitorizare după implementare.</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D6AF46E"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B2FEC50"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889966D" w14:textId="77777777" w:rsidR="002718B0" w:rsidRPr="00D97DB6" w:rsidRDefault="002718B0">
            <w:pPr>
              <w:spacing w:after="0" w:line="240" w:lineRule="auto"/>
              <w:jc w:val="center"/>
              <w:rPr>
                <w:noProof/>
                <w:lang w:val="ro-RO"/>
              </w:rPr>
            </w:pPr>
          </w:p>
        </w:tc>
      </w:tr>
    </w:tbl>
    <w:p w14:paraId="7793E01A" w14:textId="77777777" w:rsidR="002718B0" w:rsidRPr="00D97DB6" w:rsidRDefault="00000000">
      <w:pPr>
        <w:spacing w:before="100" w:after="0"/>
        <w:rPr>
          <w:noProof/>
          <w:lang w:val="ro-RO"/>
        </w:rPr>
      </w:pPr>
      <w:r w:rsidRPr="00D97DB6">
        <w:rPr>
          <w:rFonts w:eastAsia="Arial"/>
          <w:b/>
          <w:noProof/>
          <w:color w:val="D71920"/>
          <w:sz w:val="16"/>
          <w:lang w:val="ro-RO"/>
        </w:rPr>
        <w:t xml:space="preserve">Observații secțiune / dovezi-cheie: </w:t>
      </w:r>
      <w:r w:rsidRPr="00D97DB6">
        <w:rPr>
          <w:rFonts w:eastAsia="Arial"/>
          <w:noProof/>
          <w:color w:val="D9DDE2"/>
          <w:sz w:val="16"/>
          <w:lang w:val="ro-RO"/>
        </w:rPr>
        <w:t>__________________________________________________________________________________________________________</w:t>
      </w:r>
    </w:p>
    <w:p w14:paraId="7F094BA3" w14:textId="77777777" w:rsidR="002718B0" w:rsidRPr="00D97DB6" w:rsidRDefault="00000000">
      <w:pPr>
        <w:rPr>
          <w:noProof/>
          <w:lang w:val="ro-RO"/>
        </w:rPr>
      </w:pPr>
      <w:r w:rsidRPr="00D97DB6">
        <w:rPr>
          <w:noProof/>
          <w:lang w:val="ro-RO"/>
        </w:rPr>
        <w:br w:type="page"/>
      </w:r>
    </w:p>
    <w:p w14:paraId="22A7B8B5" w14:textId="77777777" w:rsidR="002718B0" w:rsidRPr="00D97DB6" w:rsidRDefault="00000000">
      <w:pPr>
        <w:pBdr>
          <w:bottom w:val="single" w:sz="12" w:space="4" w:color="D71920"/>
        </w:pBdr>
        <w:spacing w:before="80" w:after="40"/>
        <w:rPr>
          <w:noProof/>
          <w:lang w:val="ro-RO"/>
        </w:rPr>
      </w:pPr>
      <w:r w:rsidRPr="00D97DB6">
        <w:rPr>
          <w:rFonts w:eastAsia="Arial"/>
          <w:b/>
          <w:noProof/>
          <w:color w:val="D71920"/>
          <w:sz w:val="36"/>
          <w:lang w:val="ro-RO"/>
        </w:rPr>
        <w:lastRenderedPageBreak/>
        <w:t xml:space="preserve">4  </w:t>
      </w:r>
      <w:r w:rsidRPr="00D97DB6">
        <w:rPr>
          <w:rFonts w:eastAsia="Arial"/>
          <w:b/>
          <w:noProof/>
          <w:sz w:val="36"/>
          <w:lang w:val="ro-RO"/>
        </w:rPr>
        <w:t>Suport: resurse, competență, comunicare și documente</w:t>
      </w:r>
    </w:p>
    <w:p w14:paraId="1765C169" w14:textId="77777777" w:rsidR="002718B0" w:rsidRPr="00D97DB6" w:rsidRDefault="00000000">
      <w:pPr>
        <w:spacing w:after="100"/>
        <w:rPr>
          <w:noProof/>
          <w:lang w:val="ro-RO"/>
        </w:rPr>
      </w:pPr>
      <w:r w:rsidRPr="00D97DB6">
        <w:rPr>
          <w:rFonts w:eastAsia="Arial"/>
          <w:b/>
          <w:noProof/>
          <w:color w:val="D71920"/>
          <w:sz w:val="17"/>
          <w:lang w:val="ro-RO"/>
        </w:rPr>
        <w:t>Referință: ISO 9001:2015, clauza 7</w:t>
      </w:r>
      <w:r w:rsidRPr="00D97DB6">
        <w:rPr>
          <w:rFonts w:eastAsia="Arial"/>
          <w:noProof/>
          <w:color w:val="666666"/>
          <w:sz w:val="17"/>
          <w:lang w:val="ro-RO"/>
        </w:rPr>
        <w:t xml:space="preserve">   |   Obiectiv: asigurarea condițiilor necesare pentru ca procesele să funcționeze consecvent și controlat.</w:t>
      </w:r>
    </w:p>
    <w:tbl>
      <w:tblPr>
        <w:tblW w:w="0" w:type="auto"/>
        <w:jc w:val="center"/>
        <w:tblLayout w:type="fixed"/>
        <w:tblLook w:val="04A0" w:firstRow="1" w:lastRow="0" w:firstColumn="1" w:lastColumn="0" w:noHBand="0" w:noVBand="1"/>
      </w:tblPr>
      <w:tblGrid>
        <w:gridCol w:w="7710"/>
        <w:gridCol w:w="7710"/>
      </w:tblGrid>
      <w:tr w:rsidR="002718B0" w:rsidRPr="0040087F" w14:paraId="5912DC16" w14:textId="77777777">
        <w:trPr>
          <w:jc w:val="center"/>
        </w:trPr>
        <w:tc>
          <w:tcPr>
            <w:tcW w:w="7710" w:type="dxa"/>
            <w:tcBorders>
              <w:top w:val="nil"/>
              <w:left w:val="nil"/>
              <w:bottom w:val="nil"/>
              <w:right w:val="nil"/>
            </w:tcBorders>
            <w:shd w:val="clear" w:color="auto" w:fill="D71920"/>
          </w:tcPr>
          <w:p w14:paraId="35B9A1D3" w14:textId="77777777" w:rsidR="002718B0" w:rsidRPr="00D97DB6" w:rsidRDefault="002718B0">
            <w:pPr>
              <w:rPr>
                <w:noProof/>
                <w:lang w:val="ro-RO"/>
              </w:rPr>
            </w:pPr>
          </w:p>
        </w:tc>
        <w:tc>
          <w:tcPr>
            <w:tcW w:w="7710" w:type="dxa"/>
            <w:tcBorders>
              <w:top w:val="nil"/>
              <w:left w:val="nil"/>
              <w:bottom w:val="nil"/>
              <w:right w:val="nil"/>
            </w:tcBorders>
            <w:shd w:val="clear" w:color="auto" w:fill="FCEBEC"/>
            <w:tcMar>
              <w:top w:w="110" w:type="dxa"/>
              <w:left w:w="160" w:type="dxa"/>
              <w:bottom w:w="110" w:type="dxa"/>
              <w:right w:w="160" w:type="dxa"/>
            </w:tcMar>
          </w:tcPr>
          <w:p w14:paraId="2D81FCD6" w14:textId="77777777" w:rsidR="002718B0" w:rsidRPr="00D97DB6" w:rsidRDefault="00000000">
            <w:pPr>
              <w:rPr>
                <w:noProof/>
                <w:lang w:val="ro-RO"/>
              </w:rPr>
            </w:pPr>
            <w:r w:rsidRPr="00D97DB6">
              <w:rPr>
                <w:rFonts w:eastAsia="Arial"/>
                <w:b/>
                <w:noProof/>
                <w:color w:val="D71920"/>
                <w:lang w:val="ro-RO"/>
              </w:rPr>
              <w:t>PERSPECTIVĂ DE CONSULTANT</w:t>
            </w:r>
          </w:p>
          <w:p w14:paraId="6ECD67C5" w14:textId="77777777" w:rsidR="002718B0" w:rsidRPr="00D97DB6" w:rsidRDefault="00000000">
            <w:pPr>
              <w:spacing w:before="20" w:after="0"/>
              <w:rPr>
                <w:noProof/>
                <w:lang w:val="ro-RO"/>
              </w:rPr>
            </w:pPr>
            <w:r w:rsidRPr="00D97DB6">
              <w:rPr>
                <w:rFonts w:eastAsia="Arial"/>
                <w:noProof/>
                <w:sz w:val="17"/>
                <w:lang w:val="ro-RO"/>
              </w:rPr>
              <w:t>Documentația trebuie să susțină activitatea, nu să o îngreuneze. Păstrați nivelul de detaliu necesar pentru competență, complexitate, risc și consecvență; evitați procedurile create doar pentru audit.</w:t>
            </w:r>
          </w:p>
        </w:tc>
      </w:tr>
    </w:tbl>
    <w:p w14:paraId="43922B02" w14:textId="77777777" w:rsidR="002718B0" w:rsidRPr="00D97DB6" w:rsidRDefault="002718B0">
      <w:pPr>
        <w:spacing w:after="0"/>
        <w:rPr>
          <w:noProof/>
          <w:lang w:val="ro-RO"/>
        </w:rPr>
      </w:pPr>
    </w:p>
    <w:tbl>
      <w:tblPr>
        <w:tblW w:w="15731" w:type="dxa"/>
        <w:jc w:val="center"/>
        <w:tblLayout w:type="fixed"/>
        <w:tblLook w:val="04A0" w:firstRow="1" w:lastRow="0" w:firstColumn="1" w:lastColumn="0" w:noHBand="0" w:noVBand="1"/>
      </w:tblPr>
      <w:tblGrid>
        <w:gridCol w:w="2018"/>
        <w:gridCol w:w="4275"/>
        <w:gridCol w:w="3384"/>
        <w:gridCol w:w="2018"/>
        <w:gridCol w:w="2018"/>
        <w:gridCol w:w="2018"/>
      </w:tblGrid>
      <w:tr w:rsidR="002718B0" w:rsidRPr="00D97DB6" w14:paraId="047F550C" w14:textId="77777777" w:rsidTr="00D97DB6">
        <w:trPr>
          <w:trHeight w:val="271"/>
          <w:tblHeader/>
          <w:jc w:val="center"/>
        </w:trPr>
        <w:tc>
          <w:tcPr>
            <w:tcW w:w="2018"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5988BE99" w14:textId="77777777" w:rsidR="002718B0" w:rsidRPr="00D97DB6" w:rsidRDefault="00000000">
            <w:pPr>
              <w:jc w:val="center"/>
              <w:rPr>
                <w:noProof/>
                <w:lang w:val="ro-RO"/>
              </w:rPr>
            </w:pPr>
            <w:r w:rsidRPr="00D97DB6">
              <w:rPr>
                <w:rFonts w:eastAsia="Arial"/>
                <w:b/>
                <w:noProof/>
                <w:color w:val="FFFFFF"/>
                <w:sz w:val="15"/>
                <w:lang w:val="ro-RO"/>
              </w:rPr>
              <w:t>ID</w:t>
            </w:r>
          </w:p>
        </w:tc>
        <w:tc>
          <w:tcPr>
            <w:tcW w:w="4275"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6E04C95F" w14:textId="77777777" w:rsidR="002718B0" w:rsidRPr="00D97DB6" w:rsidRDefault="00000000">
            <w:pPr>
              <w:jc w:val="center"/>
              <w:rPr>
                <w:noProof/>
                <w:lang w:val="ro-RO"/>
              </w:rPr>
            </w:pPr>
            <w:r w:rsidRPr="00D97DB6">
              <w:rPr>
                <w:rFonts w:eastAsia="Arial"/>
                <w:b/>
                <w:noProof/>
                <w:color w:val="FFFFFF"/>
                <w:sz w:val="15"/>
                <w:lang w:val="ro-RO"/>
              </w:rPr>
              <w:t>VERIFICARE / ACTIVITATE</w:t>
            </w:r>
          </w:p>
        </w:tc>
        <w:tc>
          <w:tcPr>
            <w:tcW w:w="3384"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48AE40E4" w14:textId="77777777" w:rsidR="002718B0" w:rsidRPr="00D97DB6" w:rsidRDefault="00000000">
            <w:pPr>
              <w:jc w:val="center"/>
              <w:rPr>
                <w:noProof/>
                <w:lang w:val="ro-RO"/>
              </w:rPr>
            </w:pPr>
            <w:r w:rsidRPr="00D97DB6">
              <w:rPr>
                <w:rFonts w:eastAsia="Arial"/>
                <w:b/>
                <w:noProof/>
                <w:color w:val="FFFFFF"/>
                <w:sz w:val="15"/>
                <w:lang w:val="ro-RO"/>
              </w:rPr>
              <w:t>REZULTAT AȘTEPTAT / DOVEZI ORIENTATIVE</w:t>
            </w:r>
          </w:p>
        </w:tc>
        <w:tc>
          <w:tcPr>
            <w:tcW w:w="2018"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5FFC3C93" w14:textId="77777777" w:rsidR="002718B0" w:rsidRPr="00D97DB6" w:rsidRDefault="00000000">
            <w:pPr>
              <w:jc w:val="center"/>
              <w:rPr>
                <w:noProof/>
                <w:lang w:val="ro-RO"/>
              </w:rPr>
            </w:pPr>
            <w:r w:rsidRPr="00D97DB6">
              <w:rPr>
                <w:rFonts w:eastAsia="Arial"/>
                <w:b/>
                <w:noProof/>
                <w:color w:val="FFFFFF"/>
                <w:sz w:val="15"/>
                <w:lang w:val="ro-RO"/>
              </w:rPr>
              <w:t>RESP.</w:t>
            </w:r>
          </w:p>
        </w:tc>
        <w:tc>
          <w:tcPr>
            <w:tcW w:w="2018"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6AACB3C2" w14:textId="77777777" w:rsidR="002718B0" w:rsidRPr="00D97DB6" w:rsidRDefault="00000000">
            <w:pPr>
              <w:jc w:val="center"/>
              <w:rPr>
                <w:noProof/>
                <w:lang w:val="ro-RO"/>
              </w:rPr>
            </w:pPr>
            <w:r w:rsidRPr="00D97DB6">
              <w:rPr>
                <w:rFonts w:eastAsia="Arial"/>
                <w:b/>
                <w:noProof/>
                <w:color w:val="FFFFFF"/>
                <w:sz w:val="15"/>
                <w:lang w:val="ro-RO"/>
              </w:rPr>
              <w:t>TERMEN</w:t>
            </w:r>
          </w:p>
        </w:tc>
        <w:tc>
          <w:tcPr>
            <w:tcW w:w="2018"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7E7909F1" w14:textId="77777777" w:rsidR="002718B0" w:rsidRPr="00D97DB6" w:rsidRDefault="00000000">
            <w:pPr>
              <w:jc w:val="center"/>
              <w:rPr>
                <w:noProof/>
                <w:lang w:val="ro-RO"/>
              </w:rPr>
            </w:pPr>
            <w:r w:rsidRPr="00D97DB6">
              <w:rPr>
                <w:rFonts w:eastAsia="Arial"/>
                <w:b/>
                <w:noProof/>
                <w:color w:val="FFFFFF"/>
                <w:sz w:val="15"/>
                <w:lang w:val="ro-RO"/>
              </w:rPr>
              <w:t>SCOR</w:t>
            </w:r>
          </w:p>
        </w:tc>
      </w:tr>
      <w:tr w:rsidR="002718B0" w:rsidRPr="00D97DB6" w14:paraId="29283976" w14:textId="77777777" w:rsidTr="00D97DB6">
        <w:trPr>
          <w:cantSplit/>
          <w:trHeight w:val="383"/>
          <w:jc w:val="center"/>
        </w:trPr>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3EE4F74"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7.1.1</w:t>
            </w:r>
          </w:p>
        </w:tc>
        <w:tc>
          <w:tcPr>
            <w:tcW w:w="427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86AE16C" w14:textId="77777777" w:rsidR="002718B0" w:rsidRPr="00D97DB6" w:rsidRDefault="00000000">
            <w:pPr>
              <w:spacing w:after="0" w:line="240" w:lineRule="auto"/>
              <w:rPr>
                <w:noProof/>
                <w:lang w:val="ro-RO"/>
              </w:rPr>
            </w:pPr>
            <w:r w:rsidRPr="00D97DB6">
              <w:rPr>
                <w:rFonts w:eastAsia="Arial"/>
                <w:noProof/>
                <w:sz w:val="16"/>
                <w:lang w:val="ro-RO"/>
              </w:rPr>
              <w:t>Sunt determinate și asigurate persoanele necesare pentru operarea și controlul proceselor.</w:t>
            </w:r>
          </w:p>
        </w:tc>
        <w:tc>
          <w:tcPr>
            <w:tcW w:w="338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7569C44" w14:textId="77777777" w:rsidR="002718B0" w:rsidRPr="00D97DB6" w:rsidRDefault="00000000">
            <w:pPr>
              <w:spacing w:after="0" w:line="240" w:lineRule="auto"/>
              <w:rPr>
                <w:noProof/>
                <w:lang w:val="ro-RO"/>
              </w:rPr>
            </w:pPr>
            <w:r w:rsidRPr="00D97DB6">
              <w:rPr>
                <w:rFonts w:eastAsia="Arial"/>
                <w:noProof/>
                <w:sz w:val="16"/>
                <w:lang w:val="ro-RO"/>
              </w:rPr>
              <w:t>Plan de personal, capacitate, acoperirea rolurilor critice, înlocuitori și gestionarea vârfurilor.</w:t>
            </w: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0B5A0BE"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2E449CD"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AF020D4" w14:textId="77777777" w:rsidR="002718B0" w:rsidRPr="00D97DB6" w:rsidRDefault="002718B0">
            <w:pPr>
              <w:spacing w:after="0" w:line="240" w:lineRule="auto"/>
              <w:jc w:val="center"/>
              <w:rPr>
                <w:noProof/>
                <w:lang w:val="ro-RO"/>
              </w:rPr>
            </w:pPr>
          </w:p>
        </w:tc>
      </w:tr>
      <w:tr w:rsidR="002718B0" w:rsidRPr="0040087F" w14:paraId="09BA47FC" w14:textId="77777777" w:rsidTr="00D97DB6">
        <w:trPr>
          <w:cantSplit/>
          <w:trHeight w:val="369"/>
          <w:jc w:val="center"/>
        </w:trPr>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731328C"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7.1.2</w:t>
            </w:r>
          </w:p>
        </w:tc>
        <w:tc>
          <w:tcPr>
            <w:tcW w:w="427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56CCDB3" w14:textId="77777777" w:rsidR="002718B0" w:rsidRPr="00D97DB6" w:rsidRDefault="00000000">
            <w:pPr>
              <w:spacing w:after="0" w:line="240" w:lineRule="auto"/>
              <w:rPr>
                <w:noProof/>
                <w:lang w:val="ro-RO"/>
              </w:rPr>
            </w:pPr>
            <w:r w:rsidRPr="00D97DB6">
              <w:rPr>
                <w:rFonts w:eastAsia="Arial"/>
                <w:noProof/>
                <w:sz w:val="16"/>
                <w:lang w:val="ro-RO"/>
              </w:rPr>
              <w:t>Infrastructura necesară este identificată, disponibilă și întreținută.</w:t>
            </w:r>
          </w:p>
        </w:tc>
        <w:tc>
          <w:tcPr>
            <w:tcW w:w="338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3A1BFF47" w14:textId="77777777" w:rsidR="002718B0" w:rsidRPr="00D97DB6" w:rsidRDefault="00000000">
            <w:pPr>
              <w:spacing w:after="0" w:line="240" w:lineRule="auto"/>
              <w:rPr>
                <w:noProof/>
                <w:lang w:val="ro-RO"/>
              </w:rPr>
            </w:pPr>
            <w:r w:rsidRPr="00D97DB6">
              <w:rPr>
                <w:rFonts w:eastAsia="Arial"/>
                <w:noProof/>
                <w:sz w:val="16"/>
                <w:lang w:val="ro-RO"/>
              </w:rPr>
              <w:t>Clădiri, utilități, echipamente, software, transport, comunicații, mentenanță și continuitate.</w:t>
            </w: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F1D29EC"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CDE287C"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1C41082" w14:textId="77777777" w:rsidR="002718B0" w:rsidRPr="00D97DB6" w:rsidRDefault="002718B0">
            <w:pPr>
              <w:spacing w:after="0" w:line="240" w:lineRule="auto"/>
              <w:jc w:val="center"/>
              <w:rPr>
                <w:noProof/>
                <w:lang w:val="ro-RO"/>
              </w:rPr>
            </w:pPr>
          </w:p>
        </w:tc>
      </w:tr>
      <w:tr w:rsidR="002718B0" w:rsidRPr="0040087F" w14:paraId="76C2FD1E" w14:textId="77777777" w:rsidTr="00D97DB6">
        <w:trPr>
          <w:cantSplit/>
          <w:trHeight w:val="383"/>
          <w:jc w:val="center"/>
        </w:trPr>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A6852A8"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7.1.3</w:t>
            </w:r>
          </w:p>
        </w:tc>
        <w:tc>
          <w:tcPr>
            <w:tcW w:w="427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1F37D525" w14:textId="77777777" w:rsidR="002718B0" w:rsidRPr="00D97DB6" w:rsidRDefault="00000000">
            <w:pPr>
              <w:spacing w:after="0" w:line="240" w:lineRule="auto"/>
              <w:rPr>
                <w:noProof/>
                <w:lang w:val="ro-RO"/>
              </w:rPr>
            </w:pPr>
            <w:r w:rsidRPr="00D97DB6">
              <w:rPr>
                <w:rFonts w:eastAsia="Arial"/>
                <w:noProof/>
                <w:sz w:val="16"/>
                <w:lang w:val="ro-RO"/>
              </w:rPr>
              <w:t>Mediul pentru operarea proceselor este controlat acolo unde influențează calitatea.</w:t>
            </w:r>
          </w:p>
        </w:tc>
        <w:tc>
          <w:tcPr>
            <w:tcW w:w="338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BF8A550" w14:textId="77777777" w:rsidR="002718B0" w:rsidRPr="00D97DB6" w:rsidRDefault="00000000">
            <w:pPr>
              <w:spacing w:after="0" w:line="240" w:lineRule="auto"/>
              <w:rPr>
                <w:noProof/>
                <w:lang w:val="ro-RO"/>
              </w:rPr>
            </w:pPr>
            <w:r w:rsidRPr="00D97DB6">
              <w:rPr>
                <w:rFonts w:eastAsia="Arial"/>
                <w:noProof/>
                <w:sz w:val="16"/>
                <w:lang w:val="ro-RO"/>
              </w:rPr>
              <w:t>Condiții fizice, sociale și psihologice relevante: temperatură, curățenie, ergonomie, stres, securitate etc.</w:t>
            </w: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CEAC2BB"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53D6383"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F1F81C9" w14:textId="77777777" w:rsidR="002718B0" w:rsidRPr="00D97DB6" w:rsidRDefault="002718B0">
            <w:pPr>
              <w:spacing w:after="0" w:line="240" w:lineRule="auto"/>
              <w:jc w:val="center"/>
              <w:rPr>
                <w:noProof/>
                <w:lang w:val="ro-RO"/>
              </w:rPr>
            </w:pPr>
          </w:p>
        </w:tc>
      </w:tr>
      <w:tr w:rsidR="002718B0" w:rsidRPr="0040087F" w14:paraId="501433A0" w14:textId="77777777" w:rsidTr="00D97DB6">
        <w:trPr>
          <w:cantSplit/>
          <w:trHeight w:val="369"/>
          <w:jc w:val="center"/>
        </w:trPr>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17566E7"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7.1.4</w:t>
            </w:r>
          </w:p>
        </w:tc>
        <w:tc>
          <w:tcPr>
            <w:tcW w:w="427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7FF98142" w14:textId="77777777" w:rsidR="002718B0" w:rsidRPr="00D97DB6" w:rsidRDefault="00000000">
            <w:pPr>
              <w:spacing w:after="0" w:line="240" w:lineRule="auto"/>
              <w:rPr>
                <w:noProof/>
                <w:lang w:val="ro-RO"/>
              </w:rPr>
            </w:pPr>
            <w:r w:rsidRPr="00D97DB6">
              <w:rPr>
                <w:rFonts w:eastAsia="Arial"/>
                <w:noProof/>
                <w:sz w:val="16"/>
                <w:lang w:val="ro-RO"/>
              </w:rPr>
              <w:t>Sunt identificate resursele de monitorizare și măsurare necesare pentru rezultate valide.</w:t>
            </w:r>
          </w:p>
        </w:tc>
        <w:tc>
          <w:tcPr>
            <w:tcW w:w="338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21E0BCE9" w14:textId="77777777" w:rsidR="002718B0" w:rsidRPr="00D97DB6" w:rsidRDefault="00000000">
            <w:pPr>
              <w:spacing w:after="0" w:line="240" w:lineRule="auto"/>
              <w:rPr>
                <w:noProof/>
                <w:lang w:val="ro-RO"/>
              </w:rPr>
            </w:pPr>
            <w:r w:rsidRPr="00D97DB6">
              <w:rPr>
                <w:rFonts w:eastAsia="Arial"/>
                <w:noProof/>
                <w:sz w:val="16"/>
                <w:lang w:val="ro-RO"/>
              </w:rPr>
              <w:t>Listă echipamente/instrumente/software, adecvare, verificări, întreținere și responsabilități.</w:t>
            </w: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5BBFAE7"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7955BF7"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7F5E9BA" w14:textId="77777777" w:rsidR="002718B0" w:rsidRPr="00D97DB6" w:rsidRDefault="002718B0">
            <w:pPr>
              <w:spacing w:after="0" w:line="240" w:lineRule="auto"/>
              <w:jc w:val="center"/>
              <w:rPr>
                <w:noProof/>
                <w:lang w:val="ro-RO"/>
              </w:rPr>
            </w:pPr>
          </w:p>
        </w:tc>
      </w:tr>
      <w:tr w:rsidR="002718B0" w:rsidRPr="0040087F" w14:paraId="4E479FED" w14:textId="77777777" w:rsidTr="00D97DB6">
        <w:trPr>
          <w:cantSplit/>
          <w:trHeight w:val="383"/>
          <w:jc w:val="center"/>
        </w:trPr>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20D5DAA"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7.1.5</w:t>
            </w:r>
          </w:p>
        </w:tc>
        <w:tc>
          <w:tcPr>
            <w:tcW w:w="427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45CF02BF" w14:textId="77777777" w:rsidR="002718B0" w:rsidRPr="00D97DB6" w:rsidRDefault="00000000">
            <w:pPr>
              <w:spacing w:after="0" w:line="240" w:lineRule="auto"/>
              <w:rPr>
                <w:noProof/>
                <w:lang w:val="ro-RO"/>
              </w:rPr>
            </w:pPr>
            <w:r w:rsidRPr="00D97DB6">
              <w:rPr>
                <w:rFonts w:eastAsia="Arial"/>
                <w:noProof/>
                <w:sz w:val="16"/>
                <w:lang w:val="ro-RO"/>
              </w:rPr>
              <w:t>Trasabilitatea măsurărilor este asigurată atunci când este cerută sau esențială pentru încrederea în rezultate.</w:t>
            </w:r>
          </w:p>
        </w:tc>
        <w:tc>
          <w:tcPr>
            <w:tcW w:w="338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1A937DF" w14:textId="77777777" w:rsidR="002718B0" w:rsidRPr="00D97DB6" w:rsidRDefault="00000000">
            <w:pPr>
              <w:spacing w:after="0" w:line="240" w:lineRule="auto"/>
              <w:rPr>
                <w:noProof/>
                <w:lang w:val="ro-RO"/>
              </w:rPr>
            </w:pPr>
            <w:r w:rsidRPr="00D97DB6">
              <w:rPr>
                <w:rFonts w:eastAsia="Arial"/>
                <w:noProof/>
                <w:sz w:val="16"/>
                <w:lang w:val="ro-RO"/>
              </w:rPr>
              <w:t>Calibrări/verificări, etichete, standarde trasabile, protecție, stare și acțiuni la rezultate nevalide.</w:t>
            </w: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3D141B9"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DD33CA2"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BC9F84E" w14:textId="77777777" w:rsidR="002718B0" w:rsidRPr="00D97DB6" w:rsidRDefault="002718B0">
            <w:pPr>
              <w:spacing w:after="0" w:line="240" w:lineRule="auto"/>
              <w:jc w:val="center"/>
              <w:rPr>
                <w:noProof/>
                <w:lang w:val="ro-RO"/>
              </w:rPr>
            </w:pPr>
          </w:p>
        </w:tc>
      </w:tr>
      <w:tr w:rsidR="002718B0" w:rsidRPr="0040087F" w14:paraId="60861A67" w14:textId="77777777" w:rsidTr="00D97DB6">
        <w:trPr>
          <w:cantSplit/>
          <w:trHeight w:val="369"/>
          <w:jc w:val="center"/>
        </w:trPr>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CCF2DE7"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7.1.6</w:t>
            </w:r>
          </w:p>
        </w:tc>
        <w:tc>
          <w:tcPr>
            <w:tcW w:w="427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2320B27D" w14:textId="77777777" w:rsidR="002718B0" w:rsidRPr="00D97DB6" w:rsidRDefault="00000000">
            <w:pPr>
              <w:spacing w:after="0" w:line="240" w:lineRule="auto"/>
              <w:rPr>
                <w:noProof/>
                <w:lang w:val="ro-RO"/>
              </w:rPr>
            </w:pPr>
            <w:r w:rsidRPr="00D97DB6">
              <w:rPr>
                <w:rFonts w:eastAsia="Arial"/>
                <w:noProof/>
                <w:sz w:val="16"/>
                <w:lang w:val="ro-RO"/>
              </w:rPr>
              <w:t>Cunoștințele organizaționale critice sunt identificate, menținute și puse la dispoziție.</w:t>
            </w:r>
          </w:p>
        </w:tc>
        <w:tc>
          <w:tcPr>
            <w:tcW w:w="338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386C2866" w14:textId="77777777" w:rsidR="002718B0" w:rsidRPr="00D97DB6" w:rsidRDefault="00000000">
            <w:pPr>
              <w:spacing w:after="0" w:line="240" w:lineRule="auto"/>
              <w:rPr>
                <w:noProof/>
                <w:lang w:val="ro-RO"/>
              </w:rPr>
            </w:pPr>
            <w:r w:rsidRPr="00D97DB6">
              <w:rPr>
                <w:rFonts w:eastAsia="Arial"/>
                <w:noProof/>
                <w:sz w:val="16"/>
                <w:lang w:val="ro-RO"/>
              </w:rPr>
              <w:t>Lecții învățate, instrucțiuni, baze de cunoștințe, mentorat, succesiune și transfer la plecarea personalului.</w:t>
            </w: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856935E"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C604D79"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588EA02" w14:textId="77777777" w:rsidR="002718B0" w:rsidRPr="00D97DB6" w:rsidRDefault="002718B0">
            <w:pPr>
              <w:spacing w:after="0" w:line="240" w:lineRule="auto"/>
              <w:jc w:val="center"/>
              <w:rPr>
                <w:noProof/>
                <w:lang w:val="ro-RO"/>
              </w:rPr>
            </w:pPr>
          </w:p>
        </w:tc>
      </w:tr>
      <w:tr w:rsidR="002718B0" w:rsidRPr="00D97DB6" w14:paraId="426675B4" w14:textId="77777777" w:rsidTr="00D97DB6">
        <w:trPr>
          <w:cantSplit/>
          <w:trHeight w:val="383"/>
          <w:jc w:val="center"/>
        </w:trPr>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3AFCCCB"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7.2.1</w:t>
            </w:r>
          </w:p>
        </w:tc>
        <w:tc>
          <w:tcPr>
            <w:tcW w:w="427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A504663" w14:textId="77777777" w:rsidR="002718B0" w:rsidRPr="00D97DB6" w:rsidRDefault="00000000">
            <w:pPr>
              <w:spacing w:after="0" w:line="240" w:lineRule="auto"/>
              <w:rPr>
                <w:noProof/>
                <w:lang w:val="ro-RO"/>
              </w:rPr>
            </w:pPr>
            <w:r w:rsidRPr="00D97DB6">
              <w:rPr>
                <w:rFonts w:eastAsia="Arial"/>
                <w:noProof/>
                <w:sz w:val="16"/>
                <w:lang w:val="ro-RO"/>
              </w:rPr>
              <w:t>Pentru rolurile care influențează calitatea sunt definite criterii de competență.</w:t>
            </w:r>
          </w:p>
        </w:tc>
        <w:tc>
          <w:tcPr>
            <w:tcW w:w="338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4A9181C" w14:textId="77777777" w:rsidR="002718B0" w:rsidRPr="00D97DB6" w:rsidRDefault="00000000">
            <w:pPr>
              <w:spacing w:after="0" w:line="240" w:lineRule="auto"/>
              <w:rPr>
                <w:noProof/>
                <w:lang w:val="ro-RO"/>
              </w:rPr>
            </w:pPr>
            <w:r w:rsidRPr="00D97DB6">
              <w:rPr>
                <w:rFonts w:eastAsia="Arial"/>
                <w:noProof/>
                <w:sz w:val="16"/>
                <w:lang w:val="ro-RO"/>
              </w:rPr>
              <w:t>Educație, instruire, experiență, autorizări și abilități necesare.</w:t>
            </w: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60EC355"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F6899ED"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AE5F149" w14:textId="77777777" w:rsidR="002718B0" w:rsidRPr="00D97DB6" w:rsidRDefault="002718B0">
            <w:pPr>
              <w:spacing w:after="0" w:line="240" w:lineRule="auto"/>
              <w:jc w:val="center"/>
              <w:rPr>
                <w:noProof/>
                <w:lang w:val="ro-RO"/>
              </w:rPr>
            </w:pPr>
          </w:p>
        </w:tc>
      </w:tr>
      <w:tr w:rsidR="002718B0" w:rsidRPr="0040087F" w14:paraId="1BA54CC1" w14:textId="77777777" w:rsidTr="00D97DB6">
        <w:trPr>
          <w:cantSplit/>
          <w:trHeight w:val="383"/>
          <w:jc w:val="center"/>
        </w:trPr>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FBE61B7"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7.2.2</w:t>
            </w:r>
          </w:p>
        </w:tc>
        <w:tc>
          <w:tcPr>
            <w:tcW w:w="427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75B795D3" w14:textId="77777777" w:rsidR="002718B0" w:rsidRPr="00D97DB6" w:rsidRDefault="00000000">
            <w:pPr>
              <w:spacing w:after="0" w:line="240" w:lineRule="auto"/>
              <w:rPr>
                <w:noProof/>
                <w:lang w:val="ro-RO"/>
              </w:rPr>
            </w:pPr>
            <w:r w:rsidRPr="00D97DB6">
              <w:rPr>
                <w:rFonts w:eastAsia="Arial"/>
                <w:noProof/>
                <w:sz w:val="16"/>
                <w:lang w:val="ro-RO"/>
              </w:rPr>
              <w:t>Competența este evaluată, iar acțiunile de dezvoltare sunt verificate ca eficace.</w:t>
            </w:r>
          </w:p>
        </w:tc>
        <w:tc>
          <w:tcPr>
            <w:tcW w:w="338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EFBB2AB" w14:textId="77777777" w:rsidR="002718B0" w:rsidRPr="00D97DB6" w:rsidRDefault="00000000">
            <w:pPr>
              <w:spacing w:after="0" w:line="240" w:lineRule="auto"/>
              <w:rPr>
                <w:noProof/>
                <w:lang w:val="ro-RO"/>
              </w:rPr>
            </w:pPr>
            <w:r w:rsidRPr="00D97DB6">
              <w:rPr>
                <w:rFonts w:eastAsia="Arial"/>
                <w:noProof/>
                <w:sz w:val="16"/>
                <w:lang w:val="ro-RO"/>
              </w:rPr>
              <w:t>Matrice de competențe, evaluări practice, rezultate, observații, autorizări și re-evaluări.</w:t>
            </w: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9021D11"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121F1F0"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E4B5915" w14:textId="77777777" w:rsidR="002718B0" w:rsidRPr="00D97DB6" w:rsidRDefault="002718B0">
            <w:pPr>
              <w:spacing w:after="0" w:line="240" w:lineRule="auto"/>
              <w:jc w:val="center"/>
              <w:rPr>
                <w:noProof/>
                <w:lang w:val="ro-RO"/>
              </w:rPr>
            </w:pPr>
          </w:p>
        </w:tc>
      </w:tr>
      <w:tr w:rsidR="002718B0" w:rsidRPr="00D97DB6" w14:paraId="6442902B" w14:textId="77777777" w:rsidTr="00D97DB6">
        <w:trPr>
          <w:cantSplit/>
          <w:trHeight w:val="369"/>
          <w:jc w:val="center"/>
        </w:trPr>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F7E3E96"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7.3.1</w:t>
            </w:r>
          </w:p>
        </w:tc>
        <w:tc>
          <w:tcPr>
            <w:tcW w:w="427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1933DC5B" w14:textId="77777777" w:rsidR="002718B0" w:rsidRPr="00D97DB6" w:rsidRDefault="00000000">
            <w:pPr>
              <w:spacing w:after="0" w:line="240" w:lineRule="auto"/>
              <w:rPr>
                <w:noProof/>
                <w:lang w:val="ro-RO"/>
              </w:rPr>
            </w:pPr>
            <w:r w:rsidRPr="00D97DB6">
              <w:rPr>
                <w:rFonts w:eastAsia="Arial"/>
                <w:noProof/>
                <w:sz w:val="16"/>
                <w:lang w:val="ro-RO"/>
              </w:rPr>
              <w:t>Personalul înțelege politica, obiectivele relevante, contribuția sa și consecințele neconformității.</w:t>
            </w:r>
          </w:p>
        </w:tc>
        <w:tc>
          <w:tcPr>
            <w:tcW w:w="338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5995D0E" w14:textId="77777777" w:rsidR="002718B0" w:rsidRPr="00D97DB6" w:rsidRDefault="00000000">
            <w:pPr>
              <w:spacing w:after="0" w:line="240" w:lineRule="auto"/>
              <w:rPr>
                <w:noProof/>
                <w:lang w:val="ro-RO"/>
              </w:rPr>
            </w:pPr>
            <w:r w:rsidRPr="00D97DB6">
              <w:rPr>
                <w:rFonts w:eastAsia="Arial"/>
                <w:noProof/>
                <w:sz w:val="16"/>
                <w:lang w:val="ro-RO"/>
              </w:rPr>
              <w:t>Interviuri, briefinguri, onboarding, comunicări și indicatori vizibili.</w:t>
            </w: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793E5AA"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FDE5CBD"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098780E" w14:textId="77777777" w:rsidR="002718B0" w:rsidRPr="00D97DB6" w:rsidRDefault="002718B0">
            <w:pPr>
              <w:spacing w:after="0" w:line="240" w:lineRule="auto"/>
              <w:jc w:val="center"/>
              <w:rPr>
                <w:noProof/>
                <w:lang w:val="ro-RO"/>
              </w:rPr>
            </w:pPr>
          </w:p>
        </w:tc>
      </w:tr>
      <w:tr w:rsidR="002718B0" w:rsidRPr="0040087F" w14:paraId="0E0DFE8B" w14:textId="77777777" w:rsidTr="00D97DB6">
        <w:trPr>
          <w:cantSplit/>
          <w:trHeight w:val="383"/>
          <w:jc w:val="center"/>
        </w:trPr>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8A1AEB7"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7.4.1</w:t>
            </w:r>
          </w:p>
        </w:tc>
        <w:tc>
          <w:tcPr>
            <w:tcW w:w="427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DB88E4E" w14:textId="77777777" w:rsidR="002718B0" w:rsidRPr="00D97DB6" w:rsidRDefault="00000000">
            <w:pPr>
              <w:spacing w:after="0" w:line="240" w:lineRule="auto"/>
              <w:rPr>
                <w:noProof/>
                <w:lang w:val="ro-RO"/>
              </w:rPr>
            </w:pPr>
            <w:r w:rsidRPr="00D97DB6">
              <w:rPr>
                <w:rFonts w:eastAsia="Arial"/>
                <w:noProof/>
                <w:sz w:val="16"/>
                <w:lang w:val="ro-RO"/>
              </w:rPr>
              <w:t>Sunt definite comunicările interne și externe relevante pentru SMC.</w:t>
            </w:r>
          </w:p>
        </w:tc>
        <w:tc>
          <w:tcPr>
            <w:tcW w:w="338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C38086C" w14:textId="77777777" w:rsidR="002718B0" w:rsidRPr="00D97DB6" w:rsidRDefault="00000000">
            <w:pPr>
              <w:spacing w:after="0" w:line="240" w:lineRule="auto"/>
              <w:rPr>
                <w:noProof/>
                <w:lang w:val="ro-RO"/>
              </w:rPr>
            </w:pPr>
            <w:r w:rsidRPr="00D97DB6">
              <w:rPr>
                <w:rFonts w:eastAsia="Arial"/>
                <w:noProof/>
                <w:sz w:val="16"/>
                <w:lang w:val="ro-RO"/>
              </w:rPr>
              <w:t>Ce, când, cui, cum și cine comunică; inclusiv clienți, autorități, furnizori și situații de incident.</w:t>
            </w: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CA7F905"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308E9DD"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800B434" w14:textId="77777777" w:rsidR="002718B0" w:rsidRPr="00D97DB6" w:rsidRDefault="002718B0">
            <w:pPr>
              <w:spacing w:after="0" w:line="240" w:lineRule="auto"/>
              <w:jc w:val="center"/>
              <w:rPr>
                <w:noProof/>
                <w:lang w:val="ro-RO"/>
              </w:rPr>
            </w:pPr>
          </w:p>
        </w:tc>
      </w:tr>
      <w:tr w:rsidR="002718B0" w:rsidRPr="0040087F" w14:paraId="45F4BC34" w14:textId="77777777" w:rsidTr="00D97DB6">
        <w:trPr>
          <w:cantSplit/>
          <w:trHeight w:val="369"/>
          <w:jc w:val="center"/>
        </w:trPr>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9EAD132"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lastRenderedPageBreak/>
              <w:t>7.5.1</w:t>
            </w:r>
          </w:p>
        </w:tc>
        <w:tc>
          <w:tcPr>
            <w:tcW w:w="427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0683591" w14:textId="77777777" w:rsidR="002718B0" w:rsidRPr="00D97DB6" w:rsidRDefault="00000000">
            <w:pPr>
              <w:spacing w:after="0" w:line="240" w:lineRule="auto"/>
              <w:rPr>
                <w:noProof/>
                <w:lang w:val="ro-RO"/>
              </w:rPr>
            </w:pPr>
            <w:r w:rsidRPr="00D97DB6">
              <w:rPr>
                <w:rFonts w:eastAsia="Arial"/>
                <w:noProof/>
                <w:sz w:val="16"/>
                <w:lang w:val="ro-RO"/>
              </w:rPr>
              <w:t>Organizația a stabilit informațiile documentate necesare pentru eficacitatea SMC.</w:t>
            </w:r>
          </w:p>
        </w:tc>
        <w:tc>
          <w:tcPr>
            <w:tcW w:w="338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48DBE3AD" w14:textId="77777777" w:rsidR="002718B0" w:rsidRPr="00D97DB6" w:rsidRDefault="00000000">
            <w:pPr>
              <w:spacing w:after="0" w:line="240" w:lineRule="auto"/>
              <w:rPr>
                <w:noProof/>
                <w:lang w:val="ro-RO"/>
              </w:rPr>
            </w:pPr>
            <w:r w:rsidRPr="00D97DB6">
              <w:rPr>
                <w:rFonts w:eastAsia="Arial"/>
                <w:noProof/>
                <w:sz w:val="16"/>
                <w:lang w:val="ro-RO"/>
              </w:rPr>
              <w:t>Structură documentară proporțională: politici, procese, instrucțiuni, formulare, înregistrări și date digitale.</w:t>
            </w: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6BA422F"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289D2DA"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C6ABD81" w14:textId="77777777" w:rsidR="002718B0" w:rsidRPr="00D97DB6" w:rsidRDefault="002718B0">
            <w:pPr>
              <w:spacing w:after="0" w:line="240" w:lineRule="auto"/>
              <w:jc w:val="center"/>
              <w:rPr>
                <w:noProof/>
                <w:lang w:val="ro-RO"/>
              </w:rPr>
            </w:pPr>
          </w:p>
        </w:tc>
      </w:tr>
      <w:tr w:rsidR="002718B0" w:rsidRPr="00D97DB6" w14:paraId="38206457" w14:textId="77777777" w:rsidTr="00D97DB6">
        <w:trPr>
          <w:cantSplit/>
          <w:trHeight w:val="383"/>
          <w:jc w:val="center"/>
        </w:trPr>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8E4F586"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7.5.2</w:t>
            </w:r>
          </w:p>
        </w:tc>
        <w:tc>
          <w:tcPr>
            <w:tcW w:w="427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62ABFF54" w14:textId="77777777" w:rsidR="002718B0" w:rsidRPr="00D97DB6" w:rsidRDefault="00000000">
            <w:pPr>
              <w:spacing w:after="0" w:line="240" w:lineRule="auto"/>
              <w:rPr>
                <w:noProof/>
                <w:lang w:val="ro-RO"/>
              </w:rPr>
            </w:pPr>
            <w:r w:rsidRPr="00D97DB6">
              <w:rPr>
                <w:rFonts w:eastAsia="Arial"/>
                <w:noProof/>
                <w:sz w:val="16"/>
                <w:lang w:val="ro-RO"/>
              </w:rPr>
              <w:t>Documentele sunt identificate, descrise, revizuite și aprobate înainte de utilizare.</w:t>
            </w:r>
          </w:p>
        </w:tc>
        <w:tc>
          <w:tcPr>
            <w:tcW w:w="338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7B6F17B2" w14:textId="77777777" w:rsidR="002718B0" w:rsidRPr="00D97DB6" w:rsidRDefault="00000000">
            <w:pPr>
              <w:spacing w:after="0" w:line="240" w:lineRule="auto"/>
              <w:rPr>
                <w:noProof/>
                <w:lang w:val="ro-RO"/>
              </w:rPr>
            </w:pPr>
            <w:r w:rsidRPr="00D97DB6">
              <w:rPr>
                <w:rFonts w:eastAsia="Arial"/>
                <w:noProof/>
                <w:sz w:val="16"/>
                <w:lang w:val="ro-RO"/>
              </w:rPr>
              <w:t>Titlu/cod/versiune/data/autor; format adecvat; revizuire și aprobare controlate.</w:t>
            </w: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FED143A"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52DEBFB"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DC2E036" w14:textId="77777777" w:rsidR="002718B0" w:rsidRPr="00D97DB6" w:rsidRDefault="002718B0">
            <w:pPr>
              <w:spacing w:after="0" w:line="240" w:lineRule="auto"/>
              <w:jc w:val="center"/>
              <w:rPr>
                <w:noProof/>
                <w:lang w:val="ro-RO"/>
              </w:rPr>
            </w:pPr>
          </w:p>
        </w:tc>
      </w:tr>
      <w:tr w:rsidR="002718B0" w:rsidRPr="0040087F" w14:paraId="43BCEFEE" w14:textId="77777777" w:rsidTr="00D97DB6">
        <w:trPr>
          <w:cantSplit/>
          <w:trHeight w:val="383"/>
          <w:jc w:val="center"/>
        </w:trPr>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DB626A9"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7.5.3</w:t>
            </w:r>
          </w:p>
        </w:tc>
        <w:tc>
          <w:tcPr>
            <w:tcW w:w="427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FF5FF0E" w14:textId="77777777" w:rsidR="002718B0" w:rsidRPr="00D97DB6" w:rsidRDefault="00000000">
            <w:pPr>
              <w:spacing w:after="0" w:line="240" w:lineRule="auto"/>
              <w:rPr>
                <w:noProof/>
                <w:lang w:val="ro-RO"/>
              </w:rPr>
            </w:pPr>
            <w:r w:rsidRPr="00D97DB6">
              <w:rPr>
                <w:rFonts w:eastAsia="Arial"/>
                <w:noProof/>
                <w:sz w:val="16"/>
                <w:lang w:val="ro-RO"/>
              </w:rPr>
              <w:t>Accesul, distribuția, păstrarea, protecția, modificarea și eliminarea documentelor sunt controlate.</w:t>
            </w:r>
          </w:p>
        </w:tc>
        <w:tc>
          <w:tcPr>
            <w:tcW w:w="338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B4697DF" w14:textId="77777777" w:rsidR="002718B0" w:rsidRPr="00D97DB6" w:rsidRDefault="00000000">
            <w:pPr>
              <w:spacing w:after="0" w:line="240" w:lineRule="auto"/>
              <w:rPr>
                <w:noProof/>
                <w:lang w:val="ro-RO"/>
              </w:rPr>
            </w:pPr>
            <w:r w:rsidRPr="00D97DB6">
              <w:rPr>
                <w:rFonts w:eastAsia="Arial"/>
                <w:noProof/>
                <w:sz w:val="16"/>
                <w:lang w:val="ro-RO"/>
              </w:rPr>
              <w:t>Drepturi, versiuni, backup, retenție, arhivare, documente externe și prevenirea utilizării variantelor depășite.</w:t>
            </w: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E3D3368"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CE9FE1C" w14:textId="77777777" w:rsidR="002718B0" w:rsidRPr="00D97DB6" w:rsidRDefault="002718B0">
            <w:pPr>
              <w:spacing w:after="0" w:line="240" w:lineRule="auto"/>
              <w:jc w:val="center"/>
              <w:rPr>
                <w:noProof/>
                <w:lang w:val="ro-RO"/>
              </w:rPr>
            </w:pPr>
          </w:p>
        </w:tc>
        <w:tc>
          <w:tcPr>
            <w:tcW w:w="201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7C67680" w14:textId="77777777" w:rsidR="002718B0" w:rsidRPr="00D97DB6" w:rsidRDefault="002718B0">
            <w:pPr>
              <w:spacing w:after="0" w:line="240" w:lineRule="auto"/>
              <w:jc w:val="center"/>
              <w:rPr>
                <w:noProof/>
                <w:lang w:val="ro-RO"/>
              </w:rPr>
            </w:pPr>
          </w:p>
        </w:tc>
      </w:tr>
    </w:tbl>
    <w:p w14:paraId="424D58B9" w14:textId="77777777" w:rsidR="002718B0" w:rsidRPr="00D97DB6" w:rsidRDefault="00000000">
      <w:pPr>
        <w:spacing w:before="100" w:after="0"/>
        <w:rPr>
          <w:noProof/>
          <w:lang w:val="ro-RO"/>
        </w:rPr>
      </w:pPr>
      <w:r w:rsidRPr="00D97DB6">
        <w:rPr>
          <w:rFonts w:eastAsia="Arial"/>
          <w:b/>
          <w:noProof/>
          <w:color w:val="D71920"/>
          <w:sz w:val="16"/>
          <w:lang w:val="ro-RO"/>
        </w:rPr>
        <w:t xml:space="preserve">Observații secțiune / dovezi-cheie: </w:t>
      </w:r>
      <w:r w:rsidRPr="00D97DB6">
        <w:rPr>
          <w:rFonts w:eastAsia="Arial"/>
          <w:noProof/>
          <w:color w:val="D9DDE2"/>
          <w:sz w:val="16"/>
          <w:lang w:val="ro-RO"/>
        </w:rPr>
        <w:t>__________________________________________________________________________________________________________</w:t>
      </w:r>
    </w:p>
    <w:p w14:paraId="2C519430" w14:textId="77777777" w:rsidR="002718B0" w:rsidRPr="00D97DB6" w:rsidRDefault="00000000">
      <w:pPr>
        <w:rPr>
          <w:noProof/>
          <w:lang w:val="ro-RO"/>
        </w:rPr>
      </w:pPr>
      <w:r w:rsidRPr="00D97DB6">
        <w:rPr>
          <w:noProof/>
          <w:lang w:val="ro-RO"/>
        </w:rPr>
        <w:br w:type="page"/>
      </w:r>
    </w:p>
    <w:p w14:paraId="50AECD41" w14:textId="77777777" w:rsidR="002718B0" w:rsidRPr="00D97DB6" w:rsidRDefault="00000000">
      <w:pPr>
        <w:pBdr>
          <w:bottom w:val="single" w:sz="12" w:space="4" w:color="D71920"/>
        </w:pBdr>
        <w:spacing w:before="80" w:after="40"/>
        <w:rPr>
          <w:noProof/>
          <w:lang w:val="ro-RO"/>
        </w:rPr>
      </w:pPr>
      <w:r w:rsidRPr="00D97DB6">
        <w:rPr>
          <w:rFonts w:eastAsia="Arial"/>
          <w:b/>
          <w:noProof/>
          <w:color w:val="D71920"/>
          <w:sz w:val="36"/>
          <w:lang w:val="ro-RO"/>
        </w:rPr>
        <w:lastRenderedPageBreak/>
        <w:t xml:space="preserve">5  </w:t>
      </w:r>
      <w:r w:rsidRPr="00D97DB6">
        <w:rPr>
          <w:rFonts w:eastAsia="Arial"/>
          <w:b/>
          <w:noProof/>
          <w:sz w:val="36"/>
          <w:lang w:val="ro-RO"/>
        </w:rPr>
        <w:t>Operare: de la cerința clientului la livrare</w:t>
      </w:r>
    </w:p>
    <w:p w14:paraId="5D050BF5" w14:textId="77777777" w:rsidR="002718B0" w:rsidRPr="00D97DB6" w:rsidRDefault="00000000">
      <w:pPr>
        <w:spacing w:after="100"/>
        <w:rPr>
          <w:noProof/>
          <w:lang w:val="ro-RO"/>
        </w:rPr>
      </w:pPr>
      <w:r w:rsidRPr="00D97DB6">
        <w:rPr>
          <w:rFonts w:eastAsia="Arial"/>
          <w:b/>
          <w:noProof/>
          <w:color w:val="D71920"/>
          <w:sz w:val="17"/>
          <w:lang w:val="ro-RO"/>
        </w:rPr>
        <w:t>Referință: ISO 9001:2015, clauza 8</w:t>
      </w:r>
      <w:r w:rsidRPr="00D97DB6">
        <w:rPr>
          <w:rFonts w:eastAsia="Arial"/>
          <w:noProof/>
          <w:color w:val="666666"/>
          <w:sz w:val="17"/>
          <w:lang w:val="ro-RO"/>
        </w:rPr>
        <w:t xml:space="preserve">   |   Obiectiv: controlarea activităților care transformă cerințele în produse și servicii conforme.</w:t>
      </w:r>
    </w:p>
    <w:tbl>
      <w:tblPr>
        <w:tblW w:w="0" w:type="auto"/>
        <w:jc w:val="center"/>
        <w:tblLayout w:type="fixed"/>
        <w:tblLook w:val="04A0" w:firstRow="1" w:lastRow="0" w:firstColumn="1" w:lastColumn="0" w:noHBand="0" w:noVBand="1"/>
      </w:tblPr>
      <w:tblGrid>
        <w:gridCol w:w="7710"/>
        <w:gridCol w:w="7710"/>
      </w:tblGrid>
      <w:tr w:rsidR="002718B0" w:rsidRPr="0040087F" w14:paraId="35E2EF43" w14:textId="77777777">
        <w:trPr>
          <w:jc w:val="center"/>
        </w:trPr>
        <w:tc>
          <w:tcPr>
            <w:tcW w:w="7710" w:type="dxa"/>
            <w:tcBorders>
              <w:top w:val="nil"/>
              <w:left w:val="nil"/>
              <w:bottom w:val="nil"/>
              <w:right w:val="nil"/>
            </w:tcBorders>
            <w:shd w:val="clear" w:color="auto" w:fill="D71920"/>
          </w:tcPr>
          <w:p w14:paraId="25A88B93" w14:textId="77777777" w:rsidR="002718B0" w:rsidRPr="00D97DB6" w:rsidRDefault="002718B0">
            <w:pPr>
              <w:rPr>
                <w:noProof/>
                <w:lang w:val="ro-RO"/>
              </w:rPr>
            </w:pPr>
          </w:p>
        </w:tc>
        <w:tc>
          <w:tcPr>
            <w:tcW w:w="7710" w:type="dxa"/>
            <w:tcBorders>
              <w:top w:val="nil"/>
              <w:left w:val="nil"/>
              <w:bottom w:val="nil"/>
              <w:right w:val="nil"/>
            </w:tcBorders>
            <w:shd w:val="clear" w:color="auto" w:fill="FCEBEC"/>
            <w:tcMar>
              <w:top w:w="110" w:type="dxa"/>
              <w:left w:w="160" w:type="dxa"/>
              <w:bottom w:w="110" w:type="dxa"/>
              <w:right w:w="160" w:type="dxa"/>
            </w:tcMar>
          </w:tcPr>
          <w:p w14:paraId="4DFF4A83" w14:textId="77777777" w:rsidR="002718B0" w:rsidRPr="00D97DB6" w:rsidRDefault="00000000">
            <w:pPr>
              <w:rPr>
                <w:noProof/>
                <w:lang w:val="ro-RO"/>
              </w:rPr>
            </w:pPr>
            <w:r w:rsidRPr="00D97DB6">
              <w:rPr>
                <w:rFonts w:eastAsia="Arial"/>
                <w:b/>
                <w:noProof/>
                <w:color w:val="D71920"/>
                <w:lang w:val="ro-RO"/>
              </w:rPr>
              <w:t>PERSPECTIVĂ DE CONSULTANT</w:t>
            </w:r>
          </w:p>
          <w:p w14:paraId="55DA61B3" w14:textId="77777777" w:rsidR="002718B0" w:rsidRPr="00D97DB6" w:rsidRDefault="00000000">
            <w:pPr>
              <w:spacing w:before="20" w:after="0"/>
              <w:rPr>
                <w:noProof/>
                <w:lang w:val="ro-RO"/>
              </w:rPr>
            </w:pPr>
            <w:r w:rsidRPr="00D97DB6">
              <w:rPr>
                <w:rFonts w:eastAsia="Arial"/>
                <w:noProof/>
                <w:sz w:val="17"/>
                <w:lang w:val="ro-RO"/>
              </w:rPr>
              <w:t>Clauza 8 trebuie adaptată modelului de afaceri. Pentru servicii, dovezile pot fi fluxuri digitale, criterii de acceptare, aprobări, ticketing, rapoarte și feedback; nu sunt necesare documente tipice producției dacă nu aduc valoare.</w:t>
            </w:r>
          </w:p>
        </w:tc>
      </w:tr>
    </w:tbl>
    <w:p w14:paraId="5E01B202" w14:textId="77777777" w:rsidR="002718B0" w:rsidRPr="00D97DB6" w:rsidRDefault="002718B0">
      <w:pPr>
        <w:spacing w:after="0"/>
        <w:rPr>
          <w:noProof/>
          <w:lang w:val="ro-RO"/>
        </w:rPr>
      </w:pPr>
    </w:p>
    <w:tbl>
      <w:tblPr>
        <w:tblW w:w="15451" w:type="dxa"/>
        <w:jc w:val="center"/>
        <w:tblLayout w:type="fixed"/>
        <w:tblLook w:val="04A0" w:firstRow="1" w:lastRow="0" w:firstColumn="1" w:lastColumn="0" w:noHBand="0" w:noVBand="1"/>
      </w:tblPr>
      <w:tblGrid>
        <w:gridCol w:w="1982"/>
        <w:gridCol w:w="4199"/>
        <w:gridCol w:w="3324"/>
        <w:gridCol w:w="1982"/>
        <w:gridCol w:w="1982"/>
        <w:gridCol w:w="1982"/>
      </w:tblGrid>
      <w:tr w:rsidR="002718B0" w:rsidRPr="00D97DB6" w14:paraId="45E5F8BC" w14:textId="77777777" w:rsidTr="00D97DB6">
        <w:trPr>
          <w:trHeight w:val="264"/>
          <w:tblHeader/>
          <w:jc w:val="center"/>
        </w:trPr>
        <w:tc>
          <w:tcPr>
            <w:tcW w:w="198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0216DA4F" w14:textId="77777777" w:rsidR="002718B0" w:rsidRPr="00D97DB6" w:rsidRDefault="00000000">
            <w:pPr>
              <w:jc w:val="center"/>
              <w:rPr>
                <w:noProof/>
                <w:lang w:val="ro-RO"/>
              </w:rPr>
            </w:pPr>
            <w:r w:rsidRPr="00D97DB6">
              <w:rPr>
                <w:rFonts w:eastAsia="Arial"/>
                <w:b/>
                <w:noProof/>
                <w:color w:val="FFFFFF"/>
                <w:sz w:val="15"/>
                <w:lang w:val="ro-RO"/>
              </w:rPr>
              <w:t>ID</w:t>
            </w:r>
          </w:p>
        </w:tc>
        <w:tc>
          <w:tcPr>
            <w:tcW w:w="419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41C1CB89" w14:textId="77777777" w:rsidR="002718B0" w:rsidRPr="00D97DB6" w:rsidRDefault="00000000">
            <w:pPr>
              <w:jc w:val="center"/>
              <w:rPr>
                <w:noProof/>
                <w:lang w:val="ro-RO"/>
              </w:rPr>
            </w:pPr>
            <w:r w:rsidRPr="00D97DB6">
              <w:rPr>
                <w:rFonts w:eastAsia="Arial"/>
                <w:b/>
                <w:noProof/>
                <w:color w:val="FFFFFF"/>
                <w:sz w:val="15"/>
                <w:lang w:val="ro-RO"/>
              </w:rPr>
              <w:t>VERIFICARE / ACTIVITATE</w:t>
            </w:r>
          </w:p>
        </w:tc>
        <w:tc>
          <w:tcPr>
            <w:tcW w:w="3324"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42AA2183" w14:textId="77777777" w:rsidR="002718B0" w:rsidRPr="00D97DB6" w:rsidRDefault="00000000">
            <w:pPr>
              <w:jc w:val="center"/>
              <w:rPr>
                <w:noProof/>
                <w:lang w:val="ro-RO"/>
              </w:rPr>
            </w:pPr>
            <w:r w:rsidRPr="00D97DB6">
              <w:rPr>
                <w:rFonts w:eastAsia="Arial"/>
                <w:b/>
                <w:noProof/>
                <w:color w:val="FFFFFF"/>
                <w:sz w:val="15"/>
                <w:lang w:val="ro-RO"/>
              </w:rPr>
              <w:t>REZULTAT AȘTEPTAT / DOVEZI ORIENTATIVE</w:t>
            </w:r>
          </w:p>
        </w:tc>
        <w:tc>
          <w:tcPr>
            <w:tcW w:w="198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13D467CC" w14:textId="77777777" w:rsidR="002718B0" w:rsidRPr="00D97DB6" w:rsidRDefault="00000000">
            <w:pPr>
              <w:jc w:val="center"/>
              <w:rPr>
                <w:noProof/>
                <w:lang w:val="ro-RO"/>
              </w:rPr>
            </w:pPr>
            <w:r w:rsidRPr="00D97DB6">
              <w:rPr>
                <w:rFonts w:eastAsia="Arial"/>
                <w:b/>
                <w:noProof/>
                <w:color w:val="FFFFFF"/>
                <w:sz w:val="15"/>
                <w:lang w:val="ro-RO"/>
              </w:rPr>
              <w:t>RESP.</w:t>
            </w:r>
          </w:p>
        </w:tc>
        <w:tc>
          <w:tcPr>
            <w:tcW w:w="198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569EC258" w14:textId="77777777" w:rsidR="002718B0" w:rsidRPr="00D97DB6" w:rsidRDefault="00000000">
            <w:pPr>
              <w:jc w:val="center"/>
              <w:rPr>
                <w:noProof/>
                <w:lang w:val="ro-RO"/>
              </w:rPr>
            </w:pPr>
            <w:r w:rsidRPr="00D97DB6">
              <w:rPr>
                <w:rFonts w:eastAsia="Arial"/>
                <w:b/>
                <w:noProof/>
                <w:color w:val="FFFFFF"/>
                <w:sz w:val="15"/>
                <w:lang w:val="ro-RO"/>
              </w:rPr>
              <w:t>TERMEN</w:t>
            </w:r>
          </w:p>
        </w:tc>
        <w:tc>
          <w:tcPr>
            <w:tcW w:w="1982"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23927D84" w14:textId="77777777" w:rsidR="002718B0" w:rsidRPr="00D97DB6" w:rsidRDefault="00000000">
            <w:pPr>
              <w:jc w:val="center"/>
              <w:rPr>
                <w:noProof/>
                <w:lang w:val="ro-RO"/>
              </w:rPr>
            </w:pPr>
            <w:r w:rsidRPr="00D97DB6">
              <w:rPr>
                <w:rFonts w:eastAsia="Arial"/>
                <w:b/>
                <w:noProof/>
                <w:color w:val="FFFFFF"/>
                <w:sz w:val="15"/>
                <w:lang w:val="ro-RO"/>
              </w:rPr>
              <w:t>SCOR</w:t>
            </w:r>
          </w:p>
        </w:tc>
      </w:tr>
      <w:tr w:rsidR="002718B0" w:rsidRPr="00D97DB6" w14:paraId="51E1EA97"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2841E96"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8.1.1</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4196359C" w14:textId="77777777" w:rsidR="002718B0" w:rsidRPr="00D97DB6" w:rsidRDefault="00000000">
            <w:pPr>
              <w:spacing w:after="0" w:line="240" w:lineRule="auto"/>
              <w:rPr>
                <w:noProof/>
                <w:lang w:val="ro-RO"/>
              </w:rPr>
            </w:pPr>
            <w:r w:rsidRPr="00D97DB6">
              <w:rPr>
                <w:rFonts w:eastAsia="Arial"/>
                <w:noProof/>
                <w:sz w:val="16"/>
                <w:lang w:val="ro-RO"/>
              </w:rPr>
              <w:t>Procesele operaționale sunt planificate, cu cerințe, criterii de acceptare, resurse și controale definite.</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A9388B3" w14:textId="77777777" w:rsidR="002718B0" w:rsidRPr="00D97DB6" w:rsidRDefault="00000000">
            <w:pPr>
              <w:spacing w:after="0" w:line="240" w:lineRule="auto"/>
              <w:rPr>
                <w:noProof/>
                <w:lang w:val="ro-RO"/>
              </w:rPr>
            </w:pPr>
            <w:r w:rsidRPr="00D97DB6">
              <w:rPr>
                <w:rFonts w:eastAsia="Arial"/>
                <w:noProof/>
                <w:sz w:val="16"/>
                <w:lang w:val="ro-RO"/>
              </w:rPr>
              <w:t>Planuri, fluxuri, instrucțiuni, specificații, SLA, criterii de calitate și înregistrări necesare.</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8F00B80"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BF60A7D"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8FD20D8" w14:textId="77777777" w:rsidR="002718B0" w:rsidRPr="00D97DB6" w:rsidRDefault="002718B0">
            <w:pPr>
              <w:spacing w:after="0" w:line="240" w:lineRule="auto"/>
              <w:jc w:val="center"/>
              <w:rPr>
                <w:noProof/>
                <w:lang w:val="ro-RO"/>
              </w:rPr>
            </w:pPr>
          </w:p>
        </w:tc>
      </w:tr>
      <w:tr w:rsidR="002718B0" w:rsidRPr="0040087F" w14:paraId="201A966C" w14:textId="77777777" w:rsidTr="00D97DB6">
        <w:trPr>
          <w:cantSplit/>
          <w:trHeight w:val="361"/>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2F180D0"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8.1.2</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65E7A339" w14:textId="77777777" w:rsidR="002718B0" w:rsidRPr="00D97DB6" w:rsidRDefault="00000000">
            <w:pPr>
              <w:spacing w:after="0" w:line="240" w:lineRule="auto"/>
              <w:rPr>
                <w:noProof/>
                <w:lang w:val="ro-RO"/>
              </w:rPr>
            </w:pPr>
            <w:r w:rsidRPr="00D97DB6">
              <w:rPr>
                <w:rFonts w:eastAsia="Arial"/>
                <w:noProof/>
                <w:sz w:val="16"/>
                <w:lang w:val="ro-RO"/>
              </w:rPr>
              <w:t>Sunt controlate schimbările planificate și sunt analizate consecințele schimbărilor neintenționate.</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26D9E9F" w14:textId="77777777" w:rsidR="002718B0" w:rsidRPr="00D97DB6" w:rsidRDefault="00000000">
            <w:pPr>
              <w:spacing w:after="0" w:line="240" w:lineRule="auto"/>
              <w:rPr>
                <w:noProof/>
                <w:lang w:val="ro-RO"/>
              </w:rPr>
            </w:pPr>
            <w:r w:rsidRPr="00D97DB6">
              <w:rPr>
                <w:rFonts w:eastAsia="Arial"/>
                <w:noProof/>
                <w:sz w:val="16"/>
                <w:lang w:val="ro-RO"/>
              </w:rPr>
              <w:t>Aprobări, evaluări de impact, versiuni, derogări, măsuri de reducere a efectelor.</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26AF63B"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C74FF51"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F7394A6" w14:textId="77777777" w:rsidR="002718B0" w:rsidRPr="00D97DB6" w:rsidRDefault="002718B0">
            <w:pPr>
              <w:spacing w:after="0" w:line="240" w:lineRule="auto"/>
              <w:jc w:val="center"/>
              <w:rPr>
                <w:noProof/>
                <w:lang w:val="ro-RO"/>
              </w:rPr>
            </w:pPr>
          </w:p>
        </w:tc>
      </w:tr>
      <w:tr w:rsidR="002718B0" w:rsidRPr="00D97DB6" w14:paraId="47994AC8"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7097936"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8.1.3</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17BED81" w14:textId="77777777" w:rsidR="002718B0" w:rsidRPr="00D97DB6" w:rsidRDefault="00000000">
            <w:pPr>
              <w:spacing w:after="0" w:line="240" w:lineRule="auto"/>
              <w:rPr>
                <w:noProof/>
                <w:lang w:val="ro-RO"/>
              </w:rPr>
            </w:pPr>
            <w:r w:rsidRPr="00D97DB6">
              <w:rPr>
                <w:rFonts w:eastAsia="Arial"/>
                <w:noProof/>
                <w:sz w:val="16"/>
                <w:lang w:val="ro-RO"/>
              </w:rPr>
              <w:t>Procesele externalizate sunt controlate ca parte a SMC.</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A531C06" w14:textId="77777777" w:rsidR="002718B0" w:rsidRPr="00D97DB6" w:rsidRDefault="00000000">
            <w:pPr>
              <w:spacing w:after="0" w:line="240" w:lineRule="auto"/>
              <w:rPr>
                <w:noProof/>
                <w:lang w:val="ro-RO"/>
              </w:rPr>
            </w:pPr>
            <w:r w:rsidRPr="00D97DB6">
              <w:rPr>
                <w:rFonts w:eastAsia="Arial"/>
                <w:noProof/>
                <w:sz w:val="16"/>
                <w:lang w:val="ro-RO"/>
              </w:rPr>
              <w:t>Cerințe contractuale, monitorizare, verificări, responsabilități și evaluarea rezultatelor furnizate.</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166C176"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E18A272"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21CD80E" w14:textId="77777777" w:rsidR="002718B0" w:rsidRPr="00D97DB6" w:rsidRDefault="002718B0">
            <w:pPr>
              <w:spacing w:after="0" w:line="240" w:lineRule="auto"/>
              <w:jc w:val="center"/>
              <w:rPr>
                <w:noProof/>
                <w:lang w:val="ro-RO"/>
              </w:rPr>
            </w:pPr>
          </w:p>
        </w:tc>
      </w:tr>
      <w:tr w:rsidR="002718B0" w:rsidRPr="0040087F" w14:paraId="370C9E0A" w14:textId="77777777" w:rsidTr="00D97DB6">
        <w:trPr>
          <w:cantSplit/>
          <w:trHeight w:val="554"/>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ED6AF40"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8.2.1</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6D0E06DC" w14:textId="77777777" w:rsidR="002718B0" w:rsidRPr="00D97DB6" w:rsidRDefault="00000000">
            <w:pPr>
              <w:spacing w:after="0" w:line="240" w:lineRule="auto"/>
              <w:rPr>
                <w:noProof/>
                <w:lang w:val="ro-RO"/>
              </w:rPr>
            </w:pPr>
            <w:r w:rsidRPr="00D97DB6">
              <w:rPr>
                <w:rFonts w:eastAsia="Arial"/>
                <w:noProof/>
                <w:sz w:val="16"/>
                <w:lang w:val="ro-RO"/>
              </w:rPr>
              <w:t>Există metode eficiente de comunicare cu clienții.</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E2A133E" w14:textId="77777777" w:rsidR="002718B0" w:rsidRPr="00D97DB6" w:rsidRDefault="00000000">
            <w:pPr>
              <w:spacing w:after="0" w:line="240" w:lineRule="auto"/>
              <w:rPr>
                <w:noProof/>
                <w:lang w:val="ro-RO"/>
              </w:rPr>
            </w:pPr>
            <w:r w:rsidRPr="00D97DB6">
              <w:rPr>
                <w:rFonts w:eastAsia="Arial"/>
                <w:noProof/>
                <w:sz w:val="16"/>
                <w:lang w:val="ro-RO"/>
              </w:rPr>
              <w:t>Informații despre ofertă, comenzi, modificări, feedback, reclamații, proprietatea clientului și situații de urgență relevante.</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F310BF6"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7A4BF6C"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6507104" w14:textId="77777777" w:rsidR="002718B0" w:rsidRPr="00D97DB6" w:rsidRDefault="002718B0">
            <w:pPr>
              <w:spacing w:after="0" w:line="240" w:lineRule="auto"/>
              <w:jc w:val="center"/>
              <w:rPr>
                <w:noProof/>
                <w:lang w:val="ro-RO"/>
              </w:rPr>
            </w:pPr>
          </w:p>
        </w:tc>
      </w:tr>
      <w:tr w:rsidR="002718B0" w:rsidRPr="0040087F" w14:paraId="59EB01F8" w14:textId="77777777" w:rsidTr="00D97DB6">
        <w:trPr>
          <w:cantSplit/>
          <w:trHeight w:val="361"/>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A17BB93"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8.2.2</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B83DD5A" w14:textId="77777777" w:rsidR="002718B0" w:rsidRPr="00D97DB6" w:rsidRDefault="00000000">
            <w:pPr>
              <w:spacing w:after="0" w:line="240" w:lineRule="auto"/>
              <w:rPr>
                <w:noProof/>
                <w:lang w:val="ro-RO"/>
              </w:rPr>
            </w:pPr>
            <w:r w:rsidRPr="00D97DB6">
              <w:rPr>
                <w:rFonts w:eastAsia="Arial"/>
                <w:noProof/>
                <w:sz w:val="16"/>
                <w:lang w:val="ro-RO"/>
              </w:rPr>
              <w:t>Cerințele pentru produse și servicii sunt identificate complet, inclusiv cele legale și cele considerate necesare de organizație.</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CCFB5B7" w14:textId="77777777" w:rsidR="002718B0" w:rsidRPr="00D97DB6" w:rsidRDefault="00000000">
            <w:pPr>
              <w:spacing w:after="0" w:line="240" w:lineRule="auto"/>
              <w:rPr>
                <w:noProof/>
                <w:lang w:val="ro-RO"/>
              </w:rPr>
            </w:pPr>
            <w:r w:rsidRPr="00D97DB6">
              <w:rPr>
                <w:rFonts w:eastAsia="Arial"/>
                <w:noProof/>
                <w:sz w:val="16"/>
                <w:lang w:val="ro-RO"/>
              </w:rPr>
              <w:t>Specificații, contracte, reglementări, standarde tehnice, condiții de livrare și acceptare.</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77AF63D"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34543F2"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34C872F" w14:textId="77777777" w:rsidR="002718B0" w:rsidRPr="00D97DB6" w:rsidRDefault="002718B0">
            <w:pPr>
              <w:spacing w:after="0" w:line="240" w:lineRule="auto"/>
              <w:jc w:val="center"/>
              <w:rPr>
                <w:noProof/>
                <w:lang w:val="ro-RO"/>
              </w:rPr>
            </w:pPr>
          </w:p>
        </w:tc>
      </w:tr>
      <w:tr w:rsidR="002718B0" w:rsidRPr="00D97DB6" w14:paraId="5300DC11"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7B77684"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8.2.3</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44A5D40" w14:textId="77777777" w:rsidR="002718B0" w:rsidRPr="00D97DB6" w:rsidRDefault="00000000">
            <w:pPr>
              <w:spacing w:after="0" w:line="240" w:lineRule="auto"/>
              <w:rPr>
                <w:noProof/>
                <w:lang w:val="ro-RO"/>
              </w:rPr>
            </w:pPr>
            <w:r w:rsidRPr="00D97DB6">
              <w:rPr>
                <w:rFonts w:eastAsia="Arial"/>
                <w:noProof/>
                <w:sz w:val="16"/>
                <w:lang w:val="ro-RO"/>
              </w:rPr>
              <w:t>Cerințele sunt analizate înainte de asumarea angajamentului, iar diferențele sunt clarificate.</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73E83C09" w14:textId="77777777" w:rsidR="002718B0" w:rsidRPr="00D97DB6" w:rsidRDefault="00000000">
            <w:pPr>
              <w:spacing w:after="0" w:line="240" w:lineRule="auto"/>
              <w:rPr>
                <w:noProof/>
                <w:lang w:val="ro-RO"/>
              </w:rPr>
            </w:pPr>
            <w:r w:rsidRPr="00D97DB6">
              <w:rPr>
                <w:rFonts w:eastAsia="Arial"/>
                <w:noProof/>
                <w:sz w:val="16"/>
                <w:lang w:val="ro-RO"/>
              </w:rPr>
              <w:t>Revizuire ofertă/comandă/contract; confirmarea capacității, termenelor, resurselor și criteriilor.</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F5412AB"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75CE517"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1CD7B52" w14:textId="77777777" w:rsidR="002718B0" w:rsidRPr="00D97DB6" w:rsidRDefault="002718B0">
            <w:pPr>
              <w:spacing w:after="0" w:line="240" w:lineRule="auto"/>
              <w:jc w:val="center"/>
              <w:rPr>
                <w:noProof/>
                <w:lang w:val="ro-RO"/>
              </w:rPr>
            </w:pPr>
          </w:p>
        </w:tc>
      </w:tr>
      <w:tr w:rsidR="002718B0" w:rsidRPr="00D97DB6" w14:paraId="75383FFF" w14:textId="77777777" w:rsidTr="00D97DB6">
        <w:trPr>
          <w:cantSplit/>
          <w:trHeight w:val="361"/>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3076BDD"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8.2.4</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EC1E882" w14:textId="77777777" w:rsidR="002718B0" w:rsidRPr="00D97DB6" w:rsidRDefault="00000000">
            <w:pPr>
              <w:spacing w:after="0" w:line="240" w:lineRule="auto"/>
              <w:rPr>
                <w:noProof/>
                <w:lang w:val="ro-RO"/>
              </w:rPr>
            </w:pPr>
            <w:r w:rsidRPr="00D97DB6">
              <w:rPr>
                <w:rFonts w:eastAsia="Arial"/>
                <w:noProof/>
                <w:sz w:val="16"/>
                <w:lang w:val="ro-RO"/>
              </w:rPr>
              <w:t>Cerințele verbale sau insuficient documentate sunt confirmate înainte de acceptare.</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60019A4B" w14:textId="77777777" w:rsidR="002718B0" w:rsidRPr="00D97DB6" w:rsidRDefault="00000000">
            <w:pPr>
              <w:spacing w:after="0" w:line="240" w:lineRule="auto"/>
              <w:rPr>
                <w:noProof/>
                <w:lang w:val="ro-RO"/>
              </w:rPr>
            </w:pPr>
            <w:r w:rsidRPr="00D97DB6">
              <w:rPr>
                <w:rFonts w:eastAsia="Arial"/>
                <w:noProof/>
                <w:sz w:val="16"/>
                <w:lang w:val="ro-RO"/>
              </w:rPr>
              <w:t>Confirmări scrise, minute, e-mailuri sau înregistrări în sistem.</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8890BA2"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C901E43"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FE5FD6E" w14:textId="77777777" w:rsidR="002718B0" w:rsidRPr="00D97DB6" w:rsidRDefault="002718B0">
            <w:pPr>
              <w:spacing w:after="0" w:line="240" w:lineRule="auto"/>
              <w:jc w:val="center"/>
              <w:rPr>
                <w:noProof/>
                <w:lang w:val="ro-RO"/>
              </w:rPr>
            </w:pPr>
          </w:p>
        </w:tc>
      </w:tr>
      <w:tr w:rsidR="002718B0" w:rsidRPr="00D97DB6" w14:paraId="5035EBE1"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9FC0E14"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8.2.5</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25B4D33C" w14:textId="77777777" w:rsidR="002718B0" w:rsidRPr="00D97DB6" w:rsidRDefault="00000000">
            <w:pPr>
              <w:spacing w:after="0" w:line="240" w:lineRule="auto"/>
              <w:rPr>
                <w:noProof/>
                <w:lang w:val="ro-RO"/>
              </w:rPr>
            </w:pPr>
            <w:r w:rsidRPr="00D97DB6">
              <w:rPr>
                <w:rFonts w:eastAsia="Arial"/>
                <w:noProof/>
                <w:sz w:val="16"/>
                <w:lang w:val="ro-RO"/>
              </w:rPr>
              <w:t>Modificările cerințelor sunt comunicate, iar documentele și planurile afectate sunt actualizate.</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25186097" w14:textId="77777777" w:rsidR="002718B0" w:rsidRPr="00D97DB6" w:rsidRDefault="00000000">
            <w:pPr>
              <w:spacing w:after="0" w:line="240" w:lineRule="auto"/>
              <w:rPr>
                <w:noProof/>
                <w:lang w:val="ro-RO"/>
              </w:rPr>
            </w:pPr>
            <w:r w:rsidRPr="00D97DB6">
              <w:rPr>
                <w:rFonts w:eastAsia="Arial"/>
                <w:noProof/>
                <w:sz w:val="16"/>
                <w:lang w:val="ro-RO"/>
              </w:rPr>
              <w:t>Istoric modificări, aprobări, notificări, replanificare și confirmarea cu clientul.</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33E58BF"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9DF73B2"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C666B7A" w14:textId="77777777" w:rsidR="002718B0" w:rsidRPr="00D97DB6" w:rsidRDefault="002718B0">
            <w:pPr>
              <w:spacing w:after="0" w:line="240" w:lineRule="auto"/>
              <w:jc w:val="center"/>
              <w:rPr>
                <w:noProof/>
                <w:lang w:val="ro-RO"/>
              </w:rPr>
            </w:pPr>
          </w:p>
        </w:tc>
      </w:tr>
      <w:tr w:rsidR="002718B0" w:rsidRPr="0040087F" w14:paraId="78D6169B"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FA6F84C"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8.3.1</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390421F" w14:textId="77777777" w:rsidR="002718B0" w:rsidRPr="00D97DB6" w:rsidRDefault="00000000">
            <w:pPr>
              <w:spacing w:after="0" w:line="240" w:lineRule="auto"/>
              <w:rPr>
                <w:noProof/>
                <w:lang w:val="ro-RO"/>
              </w:rPr>
            </w:pPr>
            <w:r w:rsidRPr="00D97DB6">
              <w:rPr>
                <w:rFonts w:eastAsia="Arial"/>
                <w:noProof/>
                <w:sz w:val="16"/>
                <w:lang w:val="ro-RO"/>
              </w:rPr>
              <w:t>Aplicabilitatea proiectării și dezvoltării a fost determinată și justificată.</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0454FD1" w14:textId="77777777" w:rsidR="002718B0" w:rsidRPr="00D97DB6" w:rsidRDefault="00000000">
            <w:pPr>
              <w:spacing w:after="0" w:line="240" w:lineRule="auto"/>
              <w:rPr>
                <w:noProof/>
                <w:lang w:val="ro-RO"/>
              </w:rPr>
            </w:pPr>
            <w:r w:rsidRPr="00D97DB6">
              <w:rPr>
                <w:rFonts w:eastAsia="Arial"/>
                <w:noProof/>
                <w:sz w:val="16"/>
                <w:lang w:val="ro-RO"/>
              </w:rPr>
              <w:t>Analiză dacă organizația definește caracteristici noi sau transformă cerințe în specificații proprii.</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E13D361"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9A0EA89"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D524963" w14:textId="77777777" w:rsidR="002718B0" w:rsidRPr="00D97DB6" w:rsidRDefault="002718B0">
            <w:pPr>
              <w:spacing w:after="0" w:line="240" w:lineRule="auto"/>
              <w:jc w:val="center"/>
              <w:rPr>
                <w:noProof/>
                <w:lang w:val="ro-RO"/>
              </w:rPr>
            </w:pPr>
          </w:p>
        </w:tc>
      </w:tr>
      <w:tr w:rsidR="002718B0" w:rsidRPr="0040087F" w14:paraId="61871F33" w14:textId="77777777" w:rsidTr="00D97DB6">
        <w:trPr>
          <w:cantSplit/>
          <w:trHeight w:val="361"/>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82E28A0"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8.3.2</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2DD966C1" w14:textId="77777777" w:rsidR="002718B0" w:rsidRPr="00D97DB6" w:rsidRDefault="00000000">
            <w:pPr>
              <w:spacing w:after="0" w:line="240" w:lineRule="auto"/>
              <w:rPr>
                <w:noProof/>
                <w:lang w:val="ro-RO"/>
              </w:rPr>
            </w:pPr>
            <w:r w:rsidRPr="00D97DB6">
              <w:rPr>
                <w:rFonts w:eastAsia="Arial"/>
                <w:noProof/>
                <w:sz w:val="16"/>
                <w:lang w:val="ro-RO"/>
              </w:rPr>
              <w:t>Dacă este aplicabilă, proiectarea este planificată pe etape, cu responsabilități, resurse, interfețe și controale.</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847D1C8" w14:textId="77777777" w:rsidR="002718B0" w:rsidRPr="00D97DB6" w:rsidRDefault="00000000">
            <w:pPr>
              <w:spacing w:after="0" w:line="240" w:lineRule="auto"/>
              <w:rPr>
                <w:noProof/>
                <w:lang w:val="ro-RO"/>
              </w:rPr>
            </w:pPr>
            <w:r w:rsidRPr="00D97DB6">
              <w:rPr>
                <w:rFonts w:eastAsia="Arial"/>
                <w:noProof/>
                <w:sz w:val="16"/>
                <w:lang w:val="ro-RO"/>
              </w:rPr>
              <w:t>Plan de proiectare/dezvoltare, etape, revizuiri, verificare, validare și implicarea clientului/utilizatorului.</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647AD10"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6C71C9F"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FA1E97C" w14:textId="77777777" w:rsidR="002718B0" w:rsidRPr="00D97DB6" w:rsidRDefault="002718B0">
            <w:pPr>
              <w:spacing w:after="0" w:line="240" w:lineRule="auto"/>
              <w:jc w:val="center"/>
              <w:rPr>
                <w:noProof/>
                <w:lang w:val="ro-RO"/>
              </w:rPr>
            </w:pPr>
          </w:p>
        </w:tc>
      </w:tr>
      <w:tr w:rsidR="002718B0" w:rsidRPr="0040087F" w14:paraId="1F332B9F"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7C4C99C"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8.3.3</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3773697" w14:textId="77777777" w:rsidR="002718B0" w:rsidRPr="00D97DB6" w:rsidRDefault="00000000">
            <w:pPr>
              <w:spacing w:after="0" w:line="240" w:lineRule="auto"/>
              <w:rPr>
                <w:noProof/>
                <w:lang w:val="ro-RO"/>
              </w:rPr>
            </w:pPr>
            <w:r w:rsidRPr="00D97DB6">
              <w:rPr>
                <w:rFonts w:eastAsia="Arial"/>
                <w:noProof/>
                <w:sz w:val="16"/>
                <w:lang w:val="ro-RO"/>
              </w:rPr>
              <w:t>Intrările de proiectare sunt complete, adecvate și includ cerințe funcționale, legale, experiențe anterioare și consecințe ale eșecului.</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F7645A7" w14:textId="77777777" w:rsidR="002718B0" w:rsidRPr="00D97DB6" w:rsidRDefault="00000000">
            <w:pPr>
              <w:spacing w:after="0" w:line="240" w:lineRule="auto"/>
              <w:rPr>
                <w:noProof/>
                <w:lang w:val="ro-RO"/>
              </w:rPr>
            </w:pPr>
            <w:r w:rsidRPr="00D97DB6">
              <w:rPr>
                <w:rFonts w:eastAsia="Arial"/>
                <w:noProof/>
                <w:sz w:val="16"/>
                <w:lang w:val="ro-RO"/>
              </w:rPr>
              <w:t>Caiet de sarcini, cerințe utilizator, reglementări, lecții învățate și criterii de acceptare.</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75AE8D1"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5A268E7"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29F2AA1" w14:textId="77777777" w:rsidR="002718B0" w:rsidRPr="00D97DB6" w:rsidRDefault="002718B0">
            <w:pPr>
              <w:spacing w:after="0" w:line="240" w:lineRule="auto"/>
              <w:jc w:val="center"/>
              <w:rPr>
                <w:noProof/>
                <w:lang w:val="ro-RO"/>
              </w:rPr>
            </w:pPr>
          </w:p>
        </w:tc>
      </w:tr>
      <w:tr w:rsidR="002718B0" w:rsidRPr="00D97DB6" w14:paraId="741A6A71" w14:textId="77777777" w:rsidTr="00D97DB6">
        <w:trPr>
          <w:cantSplit/>
          <w:trHeight w:val="361"/>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91D3108"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lastRenderedPageBreak/>
              <w:t>8.3.4</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3FEEB136" w14:textId="77777777" w:rsidR="002718B0" w:rsidRPr="00D97DB6" w:rsidRDefault="00000000">
            <w:pPr>
              <w:spacing w:after="0" w:line="240" w:lineRule="auto"/>
              <w:rPr>
                <w:noProof/>
                <w:lang w:val="ro-RO"/>
              </w:rPr>
            </w:pPr>
            <w:r w:rsidRPr="00D97DB6">
              <w:rPr>
                <w:rFonts w:eastAsia="Arial"/>
                <w:noProof/>
                <w:sz w:val="16"/>
                <w:lang w:val="ro-RO"/>
              </w:rPr>
              <w:t>Revizuirile, verificarea și validarea sunt efectuate adecvat scopului și păstrează dovezi.</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3112C06" w14:textId="77777777" w:rsidR="002718B0" w:rsidRPr="00D97DB6" w:rsidRDefault="00000000">
            <w:pPr>
              <w:spacing w:after="0" w:line="240" w:lineRule="auto"/>
              <w:rPr>
                <w:noProof/>
                <w:lang w:val="ro-RO"/>
              </w:rPr>
            </w:pPr>
            <w:r w:rsidRPr="00D97DB6">
              <w:rPr>
                <w:rFonts w:eastAsia="Arial"/>
                <w:noProof/>
                <w:sz w:val="16"/>
                <w:lang w:val="ro-RO"/>
              </w:rPr>
              <w:t>Protocoale, teste, prototipuri, aprobări, rezultate, probleme și acțiuni.</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4D2BFFE"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41C36A3"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968CA01" w14:textId="77777777" w:rsidR="002718B0" w:rsidRPr="00D97DB6" w:rsidRDefault="002718B0">
            <w:pPr>
              <w:spacing w:after="0" w:line="240" w:lineRule="auto"/>
              <w:jc w:val="center"/>
              <w:rPr>
                <w:noProof/>
                <w:lang w:val="ro-RO"/>
              </w:rPr>
            </w:pPr>
          </w:p>
        </w:tc>
      </w:tr>
      <w:tr w:rsidR="002718B0" w:rsidRPr="00D97DB6" w14:paraId="36970D83"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4726856"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8.3.5</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4198BAD" w14:textId="77777777" w:rsidR="002718B0" w:rsidRPr="00D97DB6" w:rsidRDefault="00000000">
            <w:pPr>
              <w:spacing w:after="0" w:line="240" w:lineRule="auto"/>
              <w:rPr>
                <w:noProof/>
                <w:lang w:val="ro-RO"/>
              </w:rPr>
            </w:pPr>
            <w:r w:rsidRPr="00D97DB6">
              <w:rPr>
                <w:rFonts w:eastAsia="Arial"/>
                <w:noProof/>
                <w:sz w:val="16"/>
                <w:lang w:val="ro-RO"/>
              </w:rPr>
              <w:t>Ieșirile proiectării permit achiziția/producția/livrarea și includ criterii de acceptare și caracteristici esențiale.</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3103CED" w14:textId="77777777" w:rsidR="002718B0" w:rsidRPr="00D97DB6" w:rsidRDefault="00000000">
            <w:pPr>
              <w:spacing w:after="0" w:line="240" w:lineRule="auto"/>
              <w:rPr>
                <w:noProof/>
                <w:lang w:val="ro-RO"/>
              </w:rPr>
            </w:pPr>
            <w:r w:rsidRPr="00D97DB6">
              <w:rPr>
                <w:rFonts w:eastAsia="Arial"/>
                <w:noProof/>
                <w:sz w:val="16"/>
                <w:lang w:val="ro-RO"/>
              </w:rPr>
              <w:t>Specificații, desene, configurații, rețete, cod, instrucțiuni, criterii de test și utilizare sigură.</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0FDF1BE"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92FCEDB"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A1F8751" w14:textId="77777777" w:rsidR="002718B0" w:rsidRPr="00D97DB6" w:rsidRDefault="002718B0">
            <w:pPr>
              <w:spacing w:after="0" w:line="240" w:lineRule="auto"/>
              <w:jc w:val="center"/>
              <w:rPr>
                <w:noProof/>
                <w:lang w:val="ro-RO"/>
              </w:rPr>
            </w:pPr>
          </w:p>
        </w:tc>
      </w:tr>
      <w:tr w:rsidR="002718B0" w:rsidRPr="00D97DB6" w14:paraId="7C2A1FAC"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BEE2152"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8.3.6</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981329C" w14:textId="77777777" w:rsidR="002718B0" w:rsidRPr="00D97DB6" w:rsidRDefault="00000000">
            <w:pPr>
              <w:spacing w:after="0" w:line="240" w:lineRule="auto"/>
              <w:rPr>
                <w:noProof/>
                <w:lang w:val="ro-RO"/>
              </w:rPr>
            </w:pPr>
            <w:r w:rsidRPr="00D97DB6">
              <w:rPr>
                <w:rFonts w:eastAsia="Arial"/>
                <w:noProof/>
                <w:sz w:val="16"/>
                <w:lang w:val="ro-RO"/>
              </w:rPr>
              <w:t>Modificările de proiectare sunt identificate, analizate, controlate și aprobate.</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C7F731F" w14:textId="77777777" w:rsidR="002718B0" w:rsidRPr="00D97DB6" w:rsidRDefault="00000000">
            <w:pPr>
              <w:spacing w:after="0" w:line="240" w:lineRule="auto"/>
              <w:rPr>
                <w:noProof/>
                <w:lang w:val="ro-RO"/>
              </w:rPr>
            </w:pPr>
            <w:r w:rsidRPr="00D97DB6">
              <w:rPr>
                <w:rFonts w:eastAsia="Arial"/>
                <w:noProof/>
                <w:sz w:val="16"/>
                <w:lang w:val="ro-RO"/>
              </w:rPr>
              <w:t>Control versiuni, analiză de impact, re-verificare/re-validare și notificarea părților afectate.</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0704E0B"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F6ED768"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A4AA1B2" w14:textId="77777777" w:rsidR="002718B0" w:rsidRPr="00D97DB6" w:rsidRDefault="002718B0">
            <w:pPr>
              <w:spacing w:after="0" w:line="240" w:lineRule="auto"/>
              <w:jc w:val="center"/>
              <w:rPr>
                <w:noProof/>
                <w:lang w:val="ro-RO"/>
              </w:rPr>
            </w:pPr>
          </w:p>
        </w:tc>
      </w:tr>
      <w:tr w:rsidR="002718B0" w:rsidRPr="0040087F" w14:paraId="43B6EE76" w14:textId="77777777" w:rsidTr="00D97DB6">
        <w:trPr>
          <w:cantSplit/>
          <w:trHeight w:val="361"/>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70E0CE8"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8.4.1</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1121132" w14:textId="77777777" w:rsidR="002718B0" w:rsidRPr="00D97DB6" w:rsidRDefault="00000000">
            <w:pPr>
              <w:spacing w:after="0" w:line="240" w:lineRule="auto"/>
              <w:rPr>
                <w:noProof/>
                <w:lang w:val="ro-RO"/>
              </w:rPr>
            </w:pPr>
            <w:r w:rsidRPr="00D97DB6">
              <w:rPr>
                <w:rFonts w:eastAsia="Arial"/>
                <w:noProof/>
                <w:sz w:val="16"/>
                <w:lang w:val="ro-RO"/>
              </w:rPr>
              <w:t>Furnizorii externi sunt selectați și evaluați pe criterii definite, în funcție de impact.</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D2AA12D" w14:textId="77777777" w:rsidR="002718B0" w:rsidRPr="00D97DB6" w:rsidRDefault="00000000">
            <w:pPr>
              <w:spacing w:after="0" w:line="240" w:lineRule="auto"/>
              <w:rPr>
                <w:noProof/>
                <w:lang w:val="ro-RO"/>
              </w:rPr>
            </w:pPr>
            <w:r w:rsidRPr="00D97DB6">
              <w:rPr>
                <w:rFonts w:eastAsia="Arial"/>
                <w:noProof/>
                <w:sz w:val="16"/>
                <w:lang w:val="ro-RO"/>
              </w:rPr>
              <w:t>Criterii de aprobare, evaluare inițială, listă furnizori acceptați și dovezi de capabilitate.</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776187C"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8961E6C"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219D2C0" w14:textId="77777777" w:rsidR="002718B0" w:rsidRPr="00D97DB6" w:rsidRDefault="002718B0">
            <w:pPr>
              <w:spacing w:after="0" w:line="240" w:lineRule="auto"/>
              <w:jc w:val="center"/>
              <w:rPr>
                <w:noProof/>
                <w:lang w:val="ro-RO"/>
              </w:rPr>
            </w:pPr>
          </w:p>
        </w:tc>
      </w:tr>
      <w:tr w:rsidR="002718B0" w:rsidRPr="0040087F" w14:paraId="6539A401"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BE6EF1F"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8.4.2</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5705253" w14:textId="77777777" w:rsidR="002718B0" w:rsidRPr="00D97DB6" w:rsidRDefault="00000000">
            <w:pPr>
              <w:spacing w:after="0" w:line="240" w:lineRule="auto"/>
              <w:rPr>
                <w:noProof/>
                <w:lang w:val="ro-RO"/>
              </w:rPr>
            </w:pPr>
            <w:r w:rsidRPr="00D97DB6">
              <w:rPr>
                <w:rFonts w:eastAsia="Arial"/>
                <w:noProof/>
                <w:sz w:val="16"/>
                <w:lang w:val="ro-RO"/>
              </w:rPr>
              <w:t>Performanța furnizorilor este monitorizată și re-evaluată, cu acțiuni la abateri.</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11320BC" w14:textId="77777777" w:rsidR="002718B0" w:rsidRPr="00D97DB6" w:rsidRDefault="00000000">
            <w:pPr>
              <w:spacing w:after="0" w:line="240" w:lineRule="auto"/>
              <w:rPr>
                <w:noProof/>
                <w:lang w:val="ro-RO"/>
              </w:rPr>
            </w:pPr>
            <w:r w:rsidRPr="00D97DB6">
              <w:rPr>
                <w:rFonts w:eastAsia="Arial"/>
                <w:noProof/>
                <w:sz w:val="16"/>
                <w:lang w:val="ro-RO"/>
              </w:rPr>
              <w:t>Calitate, termen, reclamații, conformitate, risc, audituri, planuri de îmbunătățire sau schimbare furnizor.</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5DB72F5"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ED616B7"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6325D7F" w14:textId="77777777" w:rsidR="002718B0" w:rsidRPr="00D97DB6" w:rsidRDefault="002718B0">
            <w:pPr>
              <w:spacing w:after="0" w:line="240" w:lineRule="auto"/>
              <w:jc w:val="center"/>
              <w:rPr>
                <w:noProof/>
                <w:lang w:val="ro-RO"/>
              </w:rPr>
            </w:pPr>
          </w:p>
        </w:tc>
      </w:tr>
      <w:tr w:rsidR="002718B0" w:rsidRPr="0040087F" w14:paraId="35BC8811" w14:textId="77777777" w:rsidTr="00D97DB6">
        <w:trPr>
          <w:cantSplit/>
          <w:trHeight w:val="361"/>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F55B684"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8.4.3</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4647E555" w14:textId="77777777" w:rsidR="002718B0" w:rsidRPr="00D97DB6" w:rsidRDefault="00000000">
            <w:pPr>
              <w:spacing w:after="0" w:line="240" w:lineRule="auto"/>
              <w:rPr>
                <w:noProof/>
                <w:lang w:val="ro-RO"/>
              </w:rPr>
            </w:pPr>
            <w:r w:rsidRPr="00D97DB6">
              <w:rPr>
                <w:rFonts w:eastAsia="Arial"/>
                <w:noProof/>
                <w:sz w:val="16"/>
                <w:lang w:val="ro-RO"/>
              </w:rPr>
              <w:t>Tipul și amploarea controalelor asupra furnizării externe sunt proporționale cu riscul și capacitatea de verificare ulterioară.</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4F35BFA0" w14:textId="77777777" w:rsidR="002718B0" w:rsidRPr="00D97DB6" w:rsidRDefault="00000000">
            <w:pPr>
              <w:spacing w:after="0" w:line="240" w:lineRule="auto"/>
              <w:rPr>
                <w:noProof/>
                <w:lang w:val="ro-RO"/>
              </w:rPr>
            </w:pPr>
            <w:r w:rsidRPr="00D97DB6">
              <w:rPr>
                <w:rFonts w:eastAsia="Arial"/>
                <w:noProof/>
                <w:sz w:val="16"/>
                <w:lang w:val="ro-RO"/>
              </w:rPr>
              <w:t>Inspecție la recepție, certificate, audit, validare, acceptare la sursă, controale bazate pe performanță.</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C053D7B"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0148826"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EB80C4C" w14:textId="77777777" w:rsidR="002718B0" w:rsidRPr="00D97DB6" w:rsidRDefault="002718B0">
            <w:pPr>
              <w:spacing w:after="0" w:line="240" w:lineRule="auto"/>
              <w:jc w:val="center"/>
              <w:rPr>
                <w:noProof/>
                <w:lang w:val="ro-RO"/>
              </w:rPr>
            </w:pPr>
          </w:p>
        </w:tc>
      </w:tr>
      <w:tr w:rsidR="002718B0" w:rsidRPr="00D97DB6" w14:paraId="140E8AAF"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CBCC075"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8.4.4</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02FF889" w14:textId="77777777" w:rsidR="002718B0" w:rsidRPr="00D97DB6" w:rsidRDefault="00000000">
            <w:pPr>
              <w:spacing w:after="0" w:line="240" w:lineRule="auto"/>
              <w:rPr>
                <w:noProof/>
                <w:lang w:val="ro-RO"/>
              </w:rPr>
            </w:pPr>
            <w:r w:rsidRPr="00D97DB6">
              <w:rPr>
                <w:rFonts w:eastAsia="Arial"/>
                <w:noProof/>
                <w:sz w:val="16"/>
                <w:lang w:val="ro-RO"/>
              </w:rPr>
              <w:t>Cerințele transmise furnizorilor sunt complete și aprobate înainte de comunicare.</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B5E63CF" w14:textId="77777777" w:rsidR="002718B0" w:rsidRPr="00D97DB6" w:rsidRDefault="00000000">
            <w:pPr>
              <w:spacing w:after="0" w:line="240" w:lineRule="auto"/>
              <w:rPr>
                <w:noProof/>
                <w:lang w:val="ro-RO"/>
              </w:rPr>
            </w:pPr>
            <w:r w:rsidRPr="00D97DB6">
              <w:rPr>
                <w:rFonts w:eastAsia="Arial"/>
                <w:noProof/>
                <w:sz w:val="16"/>
                <w:lang w:val="ro-RO"/>
              </w:rPr>
              <w:t>Specificații, competențe, aprobări, metode, echipamente, verificări, acces și cerințe SMC relevante.</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F27ACFB"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023D62E"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9DC50A4" w14:textId="77777777" w:rsidR="002718B0" w:rsidRPr="00D97DB6" w:rsidRDefault="002718B0">
            <w:pPr>
              <w:spacing w:after="0" w:line="240" w:lineRule="auto"/>
              <w:jc w:val="center"/>
              <w:rPr>
                <w:noProof/>
                <w:lang w:val="ro-RO"/>
              </w:rPr>
            </w:pPr>
          </w:p>
        </w:tc>
      </w:tr>
      <w:tr w:rsidR="002718B0" w:rsidRPr="00D97DB6" w14:paraId="05BB293B" w14:textId="77777777" w:rsidTr="00D97DB6">
        <w:trPr>
          <w:cantSplit/>
          <w:trHeight w:val="554"/>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CEB1B0B"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8.5.1</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27922B4" w14:textId="77777777" w:rsidR="002718B0" w:rsidRPr="00D97DB6" w:rsidRDefault="00000000">
            <w:pPr>
              <w:spacing w:after="0" w:line="240" w:lineRule="auto"/>
              <w:rPr>
                <w:noProof/>
                <w:lang w:val="ro-RO"/>
              </w:rPr>
            </w:pPr>
            <w:r w:rsidRPr="00D97DB6">
              <w:rPr>
                <w:rFonts w:eastAsia="Arial"/>
                <w:noProof/>
                <w:sz w:val="16"/>
                <w:lang w:val="ro-RO"/>
              </w:rPr>
              <w:t>Producția sau furnizarea serviciului se desfășoară în condiții controlate.</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6C352596" w14:textId="77777777" w:rsidR="002718B0" w:rsidRPr="00D97DB6" w:rsidRDefault="00000000">
            <w:pPr>
              <w:spacing w:after="0" w:line="240" w:lineRule="auto"/>
              <w:rPr>
                <w:noProof/>
                <w:lang w:val="ro-RO"/>
              </w:rPr>
            </w:pPr>
            <w:r w:rsidRPr="00D97DB6">
              <w:rPr>
                <w:rFonts w:eastAsia="Arial"/>
                <w:noProof/>
                <w:sz w:val="16"/>
                <w:lang w:val="ro-RO"/>
              </w:rPr>
              <w:t>Informații despre caracteristici și rezultate, instrucțiuni, echipamente adecvate, persoane competente, monitorizare și prevenirea erorilor umane.</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DEFCF4C"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3F06E5B"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9C64112" w14:textId="77777777" w:rsidR="002718B0" w:rsidRPr="00D97DB6" w:rsidRDefault="002718B0">
            <w:pPr>
              <w:spacing w:after="0" w:line="240" w:lineRule="auto"/>
              <w:jc w:val="center"/>
              <w:rPr>
                <w:noProof/>
                <w:lang w:val="ro-RO"/>
              </w:rPr>
            </w:pPr>
          </w:p>
        </w:tc>
      </w:tr>
      <w:tr w:rsidR="002718B0" w:rsidRPr="00D97DB6" w14:paraId="415D6617" w14:textId="77777777" w:rsidTr="00D97DB6">
        <w:trPr>
          <w:cantSplit/>
          <w:trHeight w:val="361"/>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829802A"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8.5.2</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6B26D340" w14:textId="77777777" w:rsidR="002718B0" w:rsidRPr="00D97DB6" w:rsidRDefault="00000000">
            <w:pPr>
              <w:spacing w:after="0" w:line="240" w:lineRule="auto"/>
              <w:rPr>
                <w:noProof/>
                <w:lang w:val="ro-RO"/>
              </w:rPr>
            </w:pPr>
            <w:r w:rsidRPr="00D97DB6">
              <w:rPr>
                <w:rFonts w:eastAsia="Arial"/>
                <w:noProof/>
                <w:sz w:val="16"/>
                <w:lang w:val="ro-RO"/>
              </w:rPr>
              <w:t>Ieșirile sunt identificate, iar trasabilitatea este menținută când este necesară.</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B83322A" w14:textId="77777777" w:rsidR="002718B0" w:rsidRPr="00D97DB6" w:rsidRDefault="00000000">
            <w:pPr>
              <w:spacing w:after="0" w:line="240" w:lineRule="auto"/>
              <w:rPr>
                <w:noProof/>
                <w:lang w:val="ro-RO"/>
              </w:rPr>
            </w:pPr>
            <w:r w:rsidRPr="00D97DB6">
              <w:rPr>
                <w:rFonts w:eastAsia="Arial"/>
                <w:noProof/>
                <w:sz w:val="16"/>
                <w:lang w:val="ro-RO"/>
              </w:rPr>
              <w:t>Coduri, loturi, serii, status de inspecție, istoricul operațiunilor, utilizator sau configurație.</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3284F1A"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C6F43C1"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3871C82" w14:textId="77777777" w:rsidR="002718B0" w:rsidRPr="00D97DB6" w:rsidRDefault="002718B0">
            <w:pPr>
              <w:spacing w:after="0" w:line="240" w:lineRule="auto"/>
              <w:jc w:val="center"/>
              <w:rPr>
                <w:noProof/>
                <w:lang w:val="ro-RO"/>
              </w:rPr>
            </w:pPr>
          </w:p>
        </w:tc>
      </w:tr>
      <w:tr w:rsidR="002718B0" w:rsidRPr="00D97DB6" w14:paraId="44E4D67C"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7226968"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8.5.3</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E328795" w14:textId="77777777" w:rsidR="002718B0" w:rsidRPr="00D97DB6" w:rsidRDefault="00000000">
            <w:pPr>
              <w:spacing w:after="0" w:line="240" w:lineRule="auto"/>
              <w:rPr>
                <w:noProof/>
                <w:lang w:val="ro-RO"/>
              </w:rPr>
            </w:pPr>
            <w:r w:rsidRPr="00D97DB6">
              <w:rPr>
                <w:rFonts w:eastAsia="Arial"/>
                <w:noProof/>
                <w:sz w:val="16"/>
                <w:lang w:val="ro-RO"/>
              </w:rPr>
              <w:t>Proprietatea clienților sau furnizorilor externi este identificată, verificată, protejată și raportată dacă este afectată.</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3883FF0" w14:textId="77777777" w:rsidR="002718B0" w:rsidRPr="00D97DB6" w:rsidRDefault="00000000">
            <w:pPr>
              <w:spacing w:after="0" w:line="240" w:lineRule="auto"/>
              <w:rPr>
                <w:noProof/>
                <w:lang w:val="ro-RO"/>
              </w:rPr>
            </w:pPr>
            <w:r w:rsidRPr="00D97DB6">
              <w:rPr>
                <w:rFonts w:eastAsia="Arial"/>
                <w:noProof/>
                <w:sz w:val="16"/>
                <w:lang w:val="ro-RO"/>
              </w:rPr>
              <w:t>Materiale, echipamente, date, proprietate intelectuală, informații personale; notificări și înregistrări.</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D09A7BE"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674D76D"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B793B4E" w14:textId="77777777" w:rsidR="002718B0" w:rsidRPr="00D97DB6" w:rsidRDefault="002718B0">
            <w:pPr>
              <w:spacing w:after="0" w:line="240" w:lineRule="auto"/>
              <w:jc w:val="center"/>
              <w:rPr>
                <w:noProof/>
                <w:lang w:val="ro-RO"/>
              </w:rPr>
            </w:pPr>
          </w:p>
        </w:tc>
      </w:tr>
      <w:tr w:rsidR="002718B0" w:rsidRPr="00D97DB6" w14:paraId="33C6A192"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A0520E6"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8.5.4</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1CBE6D4" w14:textId="77777777" w:rsidR="002718B0" w:rsidRPr="00D97DB6" w:rsidRDefault="00000000">
            <w:pPr>
              <w:spacing w:after="0" w:line="240" w:lineRule="auto"/>
              <w:rPr>
                <w:noProof/>
                <w:lang w:val="ro-RO"/>
              </w:rPr>
            </w:pPr>
            <w:r w:rsidRPr="00D97DB6">
              <w:rPr>
                <w:rFonts w:eastAsia="Arial"/>
                <w:noProof/>
                <w:sz w:val="16"/>
                <w:lang w:val="ro-RO"/>
              </w:rPr>
              <w:t>Produsele și ieșirile proceselor sunt păstrate adecvat până la destinație.</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663339A" w14:textId="77777777" w:rsidR="002718B0" w:rsidRPr="00D97DB6" w:rsidRDefault="00000000">
            <w:pPr>
              <w:spacing w:after="0" w:line="240" w:lineRule="auto"/>
              <w:rPr>
                <w:noProof/>
                <w:lang w:val="ro-RO"/>
              </w:rPr>
            </w:pPr>
            <w:r w:rsidRPr="00D97DB6">
              <w:rPr>
                <w:rFonts w:eastAsia="Arial"/>
                <w:noProof/>
                <w:sz w:val="16"/>
                <w:lang w:val="ro-RO"/>
              </w:rPr>
              <w:t>Manipulare, ambalare, depozitare, protecție, transmitere digitală, backup, integritate și condiții de transport.</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6BF5397"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4F6ADFC"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67D6634" w14:textId="77777777" w:rsidR="002718B0" w:rsidRPr="00D97DB6" w:rsidRDefault="002718B0">
            <w:pPr>
              <w:spacing w:after="0" w:line="240" w:lineRule="auto"/>
              <w:jc w:val="center"/>
              <w:rPr>
                <w:noProof/>
                <w:lang w:val="ro-RO"/>
              </w:rPr>
            </w:pPr>
          </w:p>
        </w:tc>
      </w:tr>
      <w:tr w:rsidR="002718B0" w:rsidRPr="00D97DB6" w14:paraId="15DEDC5C" w14:textId="77777777" w:rsidTr="00D97DB6">
        <w:trPr>
          <w:cantSplit/>
          <w:trHeight w:val="361"/>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6313F38"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8.5.5</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A5337BD" w14:textId="77777777" w:rsidR="002718B0" w:rsidRPr="00D97DB6" w:rsidRDefault="00000000">
            <w:pPr>
              <w:spacing w:after="0" w:line="240" w:lineRule="auto"/>
              <w:rPr>
                <w:noProof/>
                <w:lang w:val="ro-RO"/>
              </w:rPr>
            </w:pPr>
            <w:r w:rsidRPr="00D97DB6">
              <w:rPr>
                <w:rFonts w:eastAsia="Arial"/>
                <w:noProof/>
                <w:sz w:val="16"/>
                <w:lang w:val="ro-RO"/>
              </w:rPr>
              <w:t>Cerințele și activitățile post-livrare sunt stabilite și controlate.</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58E12D2" w14:textId="77777777" w:rsidR="002718B0" w:rsidRPr="00D97DB6" w:rsidRDefault="00000000">
            <w:pPr>
              <w:spacing w:after="0" w:line="240" w:lineRule="auto"/>
              <w:rPr>
                <w:noProof/>
                <w:lang w:val="ro-RO"/>
              </w:rPr>
            </w:pPr>
            <w:r w:rsidRPr="00D97DB6">
              <w:rPr>
                <w:rFonts w:eastAsia="Arial"/>
                <w:noProof/>
                <w:sz w:val="16"/>
                <w:lang w:val="ro-RO"/>
              </w:rPr>
              <w:t>Garanție, mentenanță, suport, retur, actualizări, obligații legale, reciclare sau retragere, după caz.</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674CEDE"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A30E68C"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1098922" w14:textId="77777777" w:rsidR="002718B0" w:rsidRPr="00D97DB6" w:rsidRDefault="002718B0">
            <w:pPr>
              <w:spacing w:after="0" w:line="240" w:lineRule="auto"/>
              <w:jc w:val="center"/>
              <w:rPr>
                <w:noProof/>
                <w:lang w:val="ro-RO"/>
              </w:rPr>
            </w:pPr>
          </w:p>
        </w:tc>
      </w:tr>
      <w:tr w:rsidR="002718B0" w:rsidRPr="00D97DB6" w14:paraId="3AB11D97"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1B86467"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8.5.6</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39F098FD" w14:textId="77777777" w:rsidR="002718B0" w:rsidRPr="00D97DB6" w:rsidRDefault="00000000">
            <w:pPr>
              <w:spacing w:after="0" w:line="240" w:lineRule="auto"/>
              <w:rPr>
                <w:noProof/>
                <w:lang w:val="ro-RO"/>
              </w:rPr>
            </w:pPr>
            <w:r w:rsidRPr="00D97DB6">
              <w:rPr>
                <w:rFonts w:eastAsia="Arial"/>
                <w:noProof/>
                <w:sz w:val="16"/>
                <w:lang w:val="ro-RO"/>
              </w:rPr>
              <w:t>Schimbările în producție sau furnizarea serviciului sunt revizuite și controlate.</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E29E605" w14:textId="77777777" w:rsidR="002718B0" w:rsidRPr="00D97DB6" w:rsidRDefault="00000000">
            <w:pPr>
              <w:spacing w:after="0" w:line="240" w:lineRule="auto"/>
              <w:rPr>
                <w:noProof/>
                <w:lang w:val="ro-RO"/>
              </w:rPr>
            </w:pPr>
            <w:r w:rsidRPr="00D97DB6">
              <w:rPr>
                <w:rFonts w:eastAsia="Arial"/>
                <w:noProof/>
                <w:sz w:val="16"/>
                <w:lang w:val="ro-RO"/>
              </w:rPr>
              <w:t>Autorizări, competență, validare, actualizare documente și păstrarea rezultatelor revizuirii.</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86A2BEE"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C240254"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C7A4B8C" w14:textId="77777777" w:rsidR="002718B0" w:rsidRPr="00D97DB6" w:rsidRDefault="002718B0">
            <w:pPr>
              <w:spacing w:after="0" w:line="240" w:lineRule="auto"/>
              <w:jc w:val="center"/>
              <w:rPr>
                <w:noProof/>
                <w:lang w:val="ro-RO"/>
              </w:rPr>
            </w:pPr>
          </w:p>
        </w:tc>
      </w:tr>
      <w:tr w:rsidR="002718B0" w:rsidRPr="00D97DB6" w14:paraId="082031F1" w14:textId="77777777" w:rsidTr="00D97DB6">
        <w:trPr>
          <w:cantSplit/>
          <w:trHeight w:val="554"/>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7C8FAA1"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lastRenderedPageBreak/>
              <w:t>8.6.1</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443C4FC" w14:textId="77777777" w:rsidR="002718B0" w:rsidRPr="00D97DB6" w:rsidRDefault="00000000">
            <w:pPr>
              <w:spacing w:after="0" w:line="240" w:lineRule="auto"/>
              <w:rPr>
                <w:noProof/>
                <w:lang w:val="ro-RO"/>
              </w:rPr>
            </w:pPr>
            <w:r w:rsidRPr="00D97DB6">
              <w:rPr>
                <w:rFonts w:eastAsia="Arial"/>
                <w:noProof/>
                <w:sz w:val="16"/>
                <w:lang w:val="ro-RO"/>
              </w:rPr>
              <w:t>Eliberarea/livrarea are loc numai după îndeplinirea verificărilor planificate sau după aprobare autorizată.</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6E8D0DD" w14:textId="77777777" w:rsidR="002718B0" w:rsidRPr="00D97DB6" w:rsidRDefault="00000000">
            <w:pPr>
              <w:spacing w:after="0" w:line="240" w:lineRule="auto"/>
              <w:rPr>
                <w:noProof/>
                <w:lang w:val="ro-RO"/>
              </w:rPr>
            </w:pPr>
            <w:r w:rsidRPr="00D97DB6">
              <w:rPr>
                <w:rFonts w:eastAsia="Arial"/>
                <w:noProof/>
                <w:sz w:val="16"/>
                <w:lang w:val="ro-RO"/>
              </w:rPr>
              <w:t>Criterii de acceptare, rezultate de inspecție/test, semnături/aprobări și trasabilitatea persoanei care autorizează.</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CA1758B"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927255E"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DD1791E" w14:textId="77777777" w:rsidR="002718B0" w:rsidRPr="00D97DB6" w:rsidRDefault="002718B0">
            <w:pPr>
              <w:spacing w:after="0" w:line="240" w:lineRule="auto"/>
              <w:jc w:val="center"/>
              <w:rPr>
                <w:noProof/>
                <w:lang w:val="ro-RO"/>
              </w:rPr>
            </w:pPr>
          </w:p>
        </w:tc>
      </w:tr>
      <w:tr w:rsidR="002718B0" w:rsidRPr="00D97DB6" w14:paraId="5BA896A4" w14:textId="77777777" w:rsidTr="00D97DB6">
        <w:trPr>
          <w:cantSplit/>
          <w:trHeight w:val="361"/>
          <w:jc w:val="center"/>
        </w:trPr>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628AD50"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8.7.1</w:t>
            </w:r>
          </w:p>
        </w:tc>
        <w:tc>
          <w:tcPr>
            <w:tcW w:w="419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718DA9D4" w14:textId="77777777" w:rsidR="002718B0" w:rsidRPr="00D97DB6" w:rsidRDefault="00000000">
            <w:pPr>
              <w:spacing w:after="0" w:line="240" w:lineRule="auto"/>
              <w:rPr>
                <w:noProof/>
                <w:lang w:val="ro-RO"/>
              </w:rPr>
            </w:pPr>
            <w:r w:rsidRPr="00D97DB6">
              <w:rPr>
                <w:rFonts w:eastAsia="Arial"/>
                <w:noProof/>
                <w:sz w:val="16"/>
                <w:lang w:val="ro-RO"/>
              </w:rPr>
              <w:t>Ieșirile neconforme sunt identificate și controlate pentru a preveni utilizarea sau livrarea neintenționată.</w:t>
            </w:r>
          </w:p>
        </w:tc>
        <w:tc>
          <w:tcPr>
            <w:tcW w:w="3324"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62B92D10" w14:textId="77777777" w:rsidR="002718B0" w:rsidRPr="00D97DB6" w:rsidRDefault="00000000">
            <w:pPr>
              <w:spacing w:after="0" w:line="240" w:lineRule="auto"/>
              <w:rPr>
                <w:noProof/>
                <w:lang w:val="ro-RO"/>
              </w:rPr>
            </w:pPr>
            <w:r w:rsidRPr="00D97DB6">
              <w:rPr>
                <w:rFonts w:eastAsia="Arial"/>
                <w:noProof/>
                <w:sz w:val="16"/>
                <w:lang w:val="ro-RO"/>
              </w:rPr>
              <w:t>Blocare, segregare, status, acces restricționat, oprirea serviciului, corecție sau notificare.</w:t>
            </w: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502B32C"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3A0A290"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489204A" w14:textId="77777777" w:rsidR="002718B0" w:rsidRPr="00D97DB6" w:rsidRDefault="002718B0">
            <w:pPr>
              <w:spacing w:after="0" w:line="240" w:lineRule="auto"/>
              <w:jc w:val="center"/>
              <w:rPr>
                <w:noProof/>
                <w:lang w:val="ro-RO"/>
              </w:rPr>
            </w:pPr>
          </w:p>
        </w:tc>
      </w:tr>
      <w:tr w:rsidR="002718B0" w:rsidRPr="00D97DB6" w14:paraId="0AC38083" w14:textId="77777777" w:rsidTr="00D97DB6">
        <w:trPr>
          <w:cantSplit/>
          <w:trHeight w:val="373"/>
          <w:jc w:val="center"/>
        </w:trPr>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DA7F0A9"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8.7.2</w:t>
            </w:r>
          </w:p>
        </w:tc>
        <w:tc>
          <w:tcPr>
            <w:tcW w:w="419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EC8707D" w14:textId="77777777" w:rsidR="002718B0" w:rsidRPr="00D97DB6" w:rsidRDefault="00000000">
            <w:pPr>
              <w:spacing w:after="0" w:line="240" w:lineRule="auto"/>
              <w:rPr>
                <w:noProof/>
                <w:lang w:val="ro-RO"/>
              </w:rPr>
            </w:pPr>
            <w:r w:rsidRPr="00D97DB6">
              <w:rPr>
                <w:rFonts w:eastAsia="Arial"/>
                <w:noProof/>
                <w:sz w:val="16"/>
                <w:lang w:val="ro-RO"/>
              </w:rPr>
              <w:t>Decizia privind neconformitatea este autorizată și documentată, inclusiv concesii și reverificare.</w:t>
            </w:r>
          </w:p>
        </w:tc>
        <w:tc>
          <w:tcPr>
            <w:tcW w:w="3324"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4A90573B" w14:textId="77777777" w:rsidR="002718B0" w:rsidRPr="00D97DB6" w:rsidRDefault="00000000">
            <w:pPr>
              <w:spacing w:after="0" w:line="240" w:lineRule="auto"/>
              <w:rPr>
                <w:noProof/>
                <w:lang w:val="ro-RO"/>
              </w:rPr>
            </w:pPr>
            <w:r w:rsidRPr="00D97DB6">
              <w:rPr>
                <w:rFonts w:eastAsia="Arial"/>
                <w:noProof/>
                <w:sz w:val="16"/>
                <w:lang w:val="ro-RO"/>
              </w:rPr>
              <w:t>Descriere, acțiune, acceptare sub derogare, autoritate, client notificat și confirmarea conformității după corecție.</w:t>
            </w: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E6F5AE3"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0FE71E2" w14:textId="77777777" w:rsidR="002718B0" w:rsidRPr="00D97DB6" w:rsidRDefault="002718B0">
            <w:pPr>
              <w:spacing w:after="0" w:line="240" w:lineRule="auto"/>
              <w:jc w:val="center"/>
              <w:rPr>
                <w:noProof/>
                <w:lang w:val="ro-RO"/>
              </w:rPr>
            </w:pPr>
          </w:p>
        </w:tc>
        <w:tc>
          <w:tcPr>
            <w:tcW w:w="1982"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C63C684" w14:textId="77777777" w:rsidR="002718B0" w:rsidRPr="00D97DB6" w:rsidRDefault="002718B0">
            <w:pPr>
              <w:spacing w:after="0" w:line="240" w:lineRule="auto"/>
              <w:jc w:val="center"/>
              <w:rPr>
                <w:noProof/>
                <w:lang w:val="ro-RO"/>
              </w:rPr>
            </w:pPr>
          </w:p>
        </w:tc>
      </w:tr>
    </w:tbl>
    <w:p w14:paraId="0925CACE" w14:textId="77777777" w:rsidR="002718B0" w:rsidRPr="00D97DB6" w:rsidRDefault="00000000">
      <w:pPr>
        <w:spacing w:before="100" w:after="0"/>
        <w:rPr>
          <w:noProof/>
          <w:lang w:val="ro-RO"/>
        </w:rPr>
      </w:pPr>
      <w:r w:rsidRPr="00D97DB6">
        <w:rPr>
          <w:rFonts w:eastAsia="Arial"/>
          <w:b/>
          <w:noProof/>
          <w:color w:val="D71920"/>
          <w:sz w:val="16"/>
          <w:lang w:val="ro-RO"/>
        </w:rPr>
        <w:t xml:space="preserve">Observații secțiune / dovezi-cheie: </w:t>
      </w:r>
      <w:r w:rsidRPr="00D97DB6">
        <w:rPr>
          <w:rFonts w:eastAsia="Arial"/>
          <w:noProof/>
          <w:color w:val="D9DDE2"/>
          <w:sz w:val="16"/>
          <w:lang w:val="ro-RO"/>
        </w:rPr>
        <w:t>__________________________________________________________________________________________________________</w:t>
      </w:r>
    </w:p>
    <w:p w14:paraId="09E1F092" w14:textId="77777777" w:rsidR="002718B0" w:rsidRPr="00D97DB6" w:rsidRDefault="00000000">
      <w:pPr>
        <w:rPr>
          <w:noProof/>
          <w:lang w:val="ro-RO"/>
        </w:rPr>
      </w:pPr>
      <w:r w:rsidRPr="00D97DB6">
        <w:rPr>
          <w:noProof/>
          <w:lang w:val="ro-RO"/>
        </w:rPr>
        <w:br w:type="page"/>
      </w:r>
    </w:p>
    <w:p w14:paraId="3BD6B934" w14:textId="77777777" w:rsidR="002718B0" w:rsidRPr="00D97DB6" w:rsidRDefault="00000000">
      <w:pPr>
        <w:pBdr>
          <w:bottom w:val="single" w:sz="12" w:space="4" w:color="D71920"/>
        </w:pBdr>
        <w:spacing w:before="80" w:after="40"/>
        <w:rPr>
          <w:noProof/>
          <w:lang w:val="ro-RO"/>
        </w:rPr>
      </w:pPr>
      <w:r w:rsidRPr="00D97DB6">
        <w:rPr>
          <w:rFonts w:eastAsia="Arial"/>
          <w:b/>
          <w:noProof/>
          <w:color w:val="D71920"/>
          <w:sz w:val="36"/>
          <w:lang w:val="ro-RO"/>
        </w:rPr>
        <w:lastRenderedPageBreak/>
        <w:t xml:space="preserve">6  </w:t>
      </w:r>
      <w:r w:rsidRPr="00D97DB6">
        <w:rPr>
          <w:rFonts w:eastAsia="Arial"/>
          <w:b/>
          <w:noProof/>
          <w:sz w:val="36"/>
          <w:lang w:val="ro-RO"/>
        </w:rPr>
        <w:t>Evaluarea performanței</w:t>
      </w:r>
    </w:p>
    <w:p w14:paraId="378BC127" w14:textId="77777777" w:rsidR="002718B0" w:rsidRPr="00D97DB6" w:rsidRDefault="00000000">
      <w:pPr>
        <w:spacing w:after="100"/>
        <w:rPr>
          <w:noProof/>
          <w:lang w:val="ro-RO"/>
        </w:rPr>
      </w:pPr>
      <w:r w:rsidRPr="00D97DB6">
        <w:rPr>
          <w:rFonts w:eastAsia="Arial"/>
          <w:b/>
          <w:noProof/>
          <w:color w:val="D71920"/>
          <w:sz w:val="17"/>
          <w:lang w:val="ro-RO"/>
        </w:rPr>
        <w:t>Referință: ISO 9001:2015, clauza 9</w:t>
      </w:r>
      <w:r w:rsidRPr="00D97DB6">
        <w:rPr>
          <w:rFonts w:eastAsia="Arial"/>
          <w:noProof/>
          <w:color w:val="666666"/>
          <w:sz w:val="17"/>
          <w:lang w:val="ro-RO"/>
        </w:rPr>
        <w:t xml:space="preserve">   |   Obiectiv: obținerea de dovezi obiective despre funcționarea proceselor și eficacitatea SMC.</w:t>
      </w:r>
    </w:p>
    <w:tbl>
      <w:tblPr>
        <w:tblW w:w="0" w:type="auto"/>
        <w:jc w:val="center"/>
        <w:tblLayout w:type="fixed"/>
        <w:tblLook w:val="04A0" w:firstRow="1" w:lastRow="0" w:firstColumn="1" w:lastColumn="0" w:noHBand="0" w:noVBand="1"/>
      </w:tblPr>
      <w:tblGrid>
        <w:gridCol w:w="7710"/>
        <w:gridCol w:w="7710"/>
      </w:tblGrid>
      <w:tr w:rsidR="002718B0" w:rsidRPr="00D97DB6" w14:paraId="5CE75C56" w14:textId="77777777">
        <w:trPr>
          <w:jc w:val="center"/>
        </w:trPr>
        <w:tc>
          <w:tcPr>
            <w:tcW w:w="7710" w:type="dxa"/>
            <w:tcBorders>
              <w:top w:val="nil"/>
              <w:left w:val="nil"/>
              <w:bottom w:val="nil"/>
              <w:right w:val="nil"/>
            </w:tcBorders>
            <w:shd w:val="clear" w:color="auto" w:fill="D71920"/>
          </w:tcPr>
          <w:p w14:paraId="077DD707" w14:textId="77777777" w:rsidR="002718B0" w:rsidRPr="00D97DB6" w:rsidRDefault="002718B0">
            <w:pPr>
              <w:rPr>
                <w:noProof/>
                <w:lang w:val="ro-RO"/>
              </w:rPr>
            </w:pPr>
          </w:p>
        </w:tc>
        <w:tc>
          <w:tcPr>
            <w:tcW w:w="7710" w:type="dxa"/>
            <w:tcBorders>
              <w:top w:val="nil"/>
              <w:left w:val="nil"/>
              <w:bottom w:val="nil"/>
              <w:right w:val="nil"/>
            </w:tcBorders>
            <w:shd w:val="clear" w:color="auto" w:fill="FCEBEC"/>
            <w:tcMar>
              <w:top w:w="110" w:type="dxa"/>
              <w:left w:w="160" w:type="dxa"/>
              <w:bottom w:w="110" w:type="dxa"/>
              <w:right w:w="160" w:type="dxa"/>
            </w:tcMar>
          </w:tcPr>
          <w:p w14:paraId="01AEE391" w14:textId="77777777" w:rsidR="002718B0" w:rsidRPr="00D97DB6" w:rsidRDefault="00000000">
            <w:pPr>
              <w:rPr>
                <w:noProof/>
                <w:lang w:val="ro-RO"/>
              </w:rPr>
            </w:pPr>
            <w:r w:rsidRPr="00D97DB6">
              <w:rPr>
                <w:rFonts w:eastAsia="Arial"/>
                <w:b/>
                <w:noProof/>
                <w:color w:val="D71920"/>
                <w:lang w:val="ro-RO"/>
              </w:rPr>
              <w:t>PERSPECTIVĂ DE CONSULTANT</w:t>
            </w:r>
          </w:p>
          <w:p w14:paraId="2D5CD1BF" w14:textId="77777777" w:rsidR="002718B0" w:rsidRPr="00D97DB6" w:rsidRDefault="00000000">
            <w:pPr>
              <w:spacing w:before="20" w:after="0"/>
              <w:rPr>
                <w:noProof/>
                <w:lang w:val="ro-RO"/>
              </w:rPr>
            </w:pPr>
            <w:r w:rsidRPr="00D97DB6">
              <w:rPr>
                <w:rFonts w:eastAsia="Arial"/>
                <w:noProof/>
                <w:sz w:val="17"/>
                <w:lang w:val="ro-RO"/>
              </w:rPr>
              <w:t>Nu colectați indicatori doar pentru prezentare. Fiecare măsurare trebuie să susțină o decizie: menținere, intervenție, investigare sau îmbunătățire. Datele trebuie analizate ca tendință, nu numai ca valoare punctuală.</w:t>
            </w:r>
          </w:p>
        </w:tc>
      </w:tr>
    </w:tbl>
    <w:p w14:paraId="32CE38D1" w14:textId="77777777" w:rsidR="002718B0" w:rsidRPr="00D97DB6" w:rsidRDefault="002718B0">
      <w:pPr>
        <w:spacing w:after="0"/>
        <w:rPr>
          <w:noProof/>
          <w:lang w:val="ro-RO"/>
        </w:rPr>
      </w:pPr>
    </w:p>
    <w:tbl>
      <w:tblPr>
        <w:tblW w:w="14634" w:type="dxa"/>
        <w:jc w:val="center"/>
        <w:tblLayout w:type="fixed"/>
        <w:tblLook w:val="04A0" w:firstRow="1" w:lastRow="0" w:firstColumn="1" w:lastColumn="0" w:noHBand="0" w:noVBand="1"/>
      </w:tblPr>
      <w:tblGrid>
        <w:gridCol w:w="1877"/>
        <w:gridCol w:w="3978"/>
        <w:gridCol w:w="3148"/>
        <w:gridCol w:w="1877"/>
        <w:gridCol w:w="1877"/>
        <w:gridCol w:w="1877"/>
      </w:tblGrid>
      <w:tr w:rsidR="002718B0" w:rsidRPr="00D97DB6" w14:paraId="12C1EB6E" w14:textId="77777777" w:rsidTr="00D97DB6">
        <w:trPr>
          <w:trHeight w:val="260"/>
          <w:tblHeader/>
          <w:jc w:val="center"/>
        </w:trPr>
        <w:tc>
          <w:tcPr>
            <w:tcW w:w="1877"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2C668125" w14:textId="77777777" w:rsidR="002718B0" w:rsidRPr="00D97DB6" w:rsidRDefault="00000000">
            <w:pPr>
              <w:jc w:val="center"/>
              <w:rPr>
                <w:noProof/>
                <w:lang w:val="ro-RO"/>
              </w:rPr>
            </w:pPr>
            <w:r w:rsidRPr="00D97DB6">
              <w:rPr>
                <w:rFonts w:eastAsia="Arial"/>
                <w:b/>
                <w:noProof/>
                <w:color w:val="FFFFFF"/>
                <w:sz w:val="15"/>
                <w:lang w:val="ro-RO"/>
              </w:rPr>
              <w:t>ID</w:t>
            </w:r>
          </w:p>
        </w:tc>
        <w:tc>
          <w:tcPr>
            <w:tcW w:w="3978"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73752C66" w14:textId="77777777" w:rsidR="002718B0" w:rsidRPr="00D97DB6" w:rsidRDefault="00000000">
            <w:pPr>
              <w:jc w:val="center"/>
              <w:rPr>
                <w:noProof/>
                <w:lang w:val="ro-RO"/>
              </w:rPr>
            </w:pPr>
            <w:r w:rsidRPr="00D97DB6">
              <w:rPr>
                <w:rFonts w:eastAsia="Arial"/>
                <w:b/>
                <w:noProof/>
                <w:color w:val="FFFFFF"/>
                <w:sz w:val="15"/>
                <w:lang w:val="ro-RO"/>
              </w:rPr>
              <w:t>VERIFICARE / ACTIVITATE</w:t>
            </w:r>
          </w:p>
        </w:tc>
        <w:tc>
          <w:tcPr>
            <w:tcW w:w="3148"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71353B97" w14:textId="77777777" w:rsidR="002718B0" w:rsidRPr="00D97DB6" w:rsidRDefault="00000000">
            <w:pPr>
              <w:jc w:val="center"/>
              <w:rPr>
                <w:noProof/>
                <w:lang w:val="ro-RO"/>
              </w:rPr>
            </w:pPr>
            <w:r w:rsidRPr="00D97DB6">
              <w:rPr>
                <w:rFonts w:eastAsia="Arial"/>
                <w:b/>
                <w:noProof/>
                <w:color w:val="FFFFFF"/>
                <w:sz w:val="15"/>
                <w:lang w:val="ro-RO"/>
              </w:rPr>
              <w:t>REZULTAT AȘTEPTAT / DOVEZI ORIENTATIVE</w:t>
            </w:r>
          </w:p>
        </w:tc>
        <w:tc>
          <w:tcPr>
            <w:tcW w:w="1877"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223BF77C" w14:textId="77777777" w:rsidR="002718B0" w:rsidRPr="00D97DB6" w:rsidRDefault="00000000">
            <w:pPr>
              <w:jc w:val="center"/>
              <w:rPr>
                <w:noProof/>
                <w:lang w:val="ro-RO"/>
              </w:rPr>
            </w:pPr>
            <w:r w:rsidRPr="00D97DB6">
              <w:rPr>
                <w:rFonts w:eastAsia="Arial"/>
                <w:b/>
                <w:noProof/>
                <w:color w:val="FFFFFF"/>
                <w:sz w:val="15"/>
                <w:lang w:val="ro-RO"/>
              </w:rPr>
              <w:t>RESP.</w:t>
            </w:r>
          </w:p>
        </w:tc>
        <w:tc>
          <w:tcPr>
            <w:tcW w:w="1877"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71920B9D" w14:textId="77777777" w:rsidR="002718B0" w:rsidRPr="00D97DB6" w:rsidRDefault="00000000">
            <w:pPr>
              <w:jc w:val="center"/>
              <w:rPr>
                <w:noProof/>
                <w:lang w:val="ro-RO"/>
              </w:rPr>
            </w:pPr>
            <w:r w:rsidRPr="00D97DB6">
              <w:rPr>
                <w:rFonts w:eastAsia="Arial"/>
                <w:b/>
                <w:noProof/>
                <w:color w:val="FFFFFF"/>
                <w:sz w:val="15"/>
                <w:lang w:val="ro-RO"/>
              </w:rPr>
              <w:t>TERMEN</w:t>
            </w:r>
          </w:p>
        </w:tc>
        <w:tc>
          <w:tcPr>
            <w:tcW w:w="1877"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0AD46F63" w14:textId="77777777" w:rsidR="002718B0" w:rsidRPr="00D97DB6" w:rsidRDefault="00000000">
            <w:pPr>
              <w:jc w:val="center"/>
              <w:rPr>
                <w:noProof/>
                <w:lang w:val="ro-RO"/>
              </w:rPr>
            </w:pPr>
            <w:r w:rsidRPr="00D97DB6">
              <w:rPr>
                <w:rFonts w:eastAsia="Arial"/>
                <w:b/>
                <w:noProof/>
                <w:color w:val="FFFFFF"/>
                <w:sz w:val="15"/>
                <w:lang w:val="ro-RO"/>
              </w:rPr>
              <w:t>SCOR</w:t>
            </w:r>
          </w:p>
        </w:tc>
      </w:tr>
      <w:tr w:rsidR="002718B0" w:rsidRPr="0040087F" w14:paraId="2CA2FA0A" w14:textId="77777777" w:rsidTr="00D97DB6">
        <w:trPr>
          <w:cantSplit/>
          <w:trHeight w:val="366"/>
          <w:jc w:val="center"/>
        </w:trPr>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47192DC"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9.1.1</w:t>
            </w:r>
          </w:p>
        </w:tc>
        <w:tc>
          <w:tcPr>
            <w:tcW w:w="397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41BC8BC" w14:textId="77777777" w:rsidR="002718B0" w:rsidRPr="00D97DB6" w:rsidRDefault="00000000">
            <w:pPr>
              <w:spacing w:after="0" w:line="240" w:lineRule="auto"/>
              <w:rPr>
                <w:noProof/>
                <w:lang w:val="ro-RO"/>
              </w:rPr>
            </w:pPr>
            <w:r w:rsidRPr="00D97DB6">
              <w:rPr>
                <w:rFonts w:eastAsia="Arial"/>
                <w:noProof/>
                <w:sz w:val="16"/>
                <w:lang w:val="ro-RO"/>
              </w:rPr>
              <w:t>Este definit ce trebuie monitorizat și măsurat, prin ce metode, când și de către cine.</w:t>
            </w:r>
          </w:p>
        </w:tc>
        <w:tc>
          <w:tcPr>
            <w:tcW w:w="314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8F07A5C" w14:textId="77777777" w:rsidR="002718B0" w:rsidRPr="00D97DB6" w:rsidRDefault="00000000">
            <w:pPr>
              <w:spacing w:after="0" w:line="240" w:lineRule="auto"/>
              <w:rPr>
                <w:noProof/>
                <w:lang w:val="ro-RO"/>
              </w:rPr>
            </w:pPr>
            <w:r w:rsidRPr="00D97DB6">
              <w:rPr>
                <w:rFonts w:eastAsia="Arial"/>
                <w:noProof/>
                <w:sz w:val="16"/>
                <w:lang w:val="ro-RO"/>
              </w:rPr>
              <w:t>Plan de monitorizare, KPI de proces, criterii, surse de date, frecvență și responsabilități.</w:t>
            </w: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C92FFBF"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E6A4AE8"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EC87E53" w14:textId="77777777" w:rsidR="002718B0" w:rsidRPr="00D97DB6" w:rsidRDefault="002718B0">
            <w:pPr>
              <w:spacing w:after="0" w:line="240" w:lineRule="auto"/>
              <w:jc w:val="center"/>
              <w:rPr>
                <w:noProof/>
                <w:lang w:val="ro-RO"/>
              </w:rPr>
            </w:pPr>
          </w:p>
        </w:tc>
      </w:tr>
      <w:tr w:rsidR="002718B0" w:rsidRPr="00D97DB6" w14:paraId="1C9B450D" w14:textId="77777777" w:rsidTr="00D97DB6">
        <w:trPr>
          <w:cantSplit/>
          <w:trHeight w:val="355"/>
          <w:jc w:val="center"/>
        </w:trPr>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35F1AD7"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9.1.2</w:t>
            </w:r>
          </w:p>
        </w:tc>
        <w:tc>
          <w:tcPr>
            <w:tcW w:w="397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72956F56" w14:textId="77777777" w:rsidR="002718B0" w:rsidRPr="00D97DB6" w:rsidRDefault="00000000">
            <w:pPr>
              <w:spacing w:after="0" w:line="240" w:lineRule="auto"/>
              <w:rPr>
                <w:noProof/>
                <w:lang w:val="ro-RO"/>
              </w:rPr>
            </w:pPr>
            <w:r w:rsidRPr="00D97DB6">
              <w:rPr>
                <w:rFonts w:eastAsia="Arial"/>
                <w:noProof/>
                <w:sz w:val="16"/>
                <w:lang w:val="ro-RO"/>
              </w:rPr>
              <w:t>Metodele și datele sunt adecvate pentru rezultate valide și comparabile.</w:t>
            </w:r>
          </w:p>
        </w:tc>
        <w:tc>
          <w:tcPr>
            <w:tcW w:w="314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69DD3026" w14:textId="77777777" w:rsidR="002718B0" w:rsidRPr="00D97DB6" w:rsidRDefault="00000000">
            <w:pPr>
              <w:spacing w:after="0" w:line="240" w:lineRule="auto"/>
              <w:rPr>
                <w:noProof/>
                <w:lang w:val="ro-RO"/>
              </w:rPr>
            </w:pPr>
            <w:r w:rsidRPr="00D97DB6">
              <w:rPr>
                <w:rFonts w:eastAsia="Arial"/>
                <w:noProof/>
                <w:sz w:val="16"/>
                <w:lang w:val="ro-RO"/>
              </w:rPr>
              <w:t>Definiții de indicator, integritatea datelor, eșantionare, verificări, sisteme și reguli de calcul.</w:t>
            </w: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58D1006"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FAC976F"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B3A74AF" w14:textId="77777777" w:rsidR="002718B0" w:rsidRPr="00D97DB6" w:rsidRDefault="002718B0">
            <w:pPr>
              <w:spacing w:after="0" w:line="240" w:lineRule="auto"/>
              <w:jc w:val="center"/>
              <w:rPr>
                <w:noProof/>
                <w:lang w:val="ro-RO"/>
              </w:rPr>
            </w:pPr>
          </w:p>
        </w:tc>
      </w:tr>
      <w:tr w:rsidR="002718B0" w:rsidRPr="0040087F" w14:paraId="24EA5F1C" w14:textId="77777777" w:rsidTr="00D97DB6">
        <w:trPr>
          <w:cantSplit/>
          <w:trHeight w:val="366"/>
          <w:jc w:val="center"/>
        </w:trPr>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BB4D7A5"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9.1.3</w:t>
            </w:r>
          </w:p>
        </w:tc>
        <w:tc>
          <w:tcPr>
            <w:tcW w:w="397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3C19934" w14:textId="77777777" w:rsidR="002718B0" w:rsidRPr="00D97DB6" w:rsidRDefault="00000000">
            <w:pPr>
              <w:spacing w:after="0" w:line="240" w:lineRule="auto"/>
              <w:rPr>
                <w:noProof/>
                <w:lang w:val="ro-RO"/>
              </w:rPr>
            </w:pPr>
            <w:r w:rsidRPr="00D97DB6">
              <w:rPr>
                <w:rFonts w:eastAsia="Arial"/>
                <w:noProof/>
                <w:sz w:val="16"/>
                <w:lang w:val="ro-RO"/>
              </w:rPr>
              <w:t>Percepția clientului este monitorizată prin metode adecvate contextului.</w:t>
            </w:r>
          </w:p>
        </w:tc>
        <w:tc>
          <w:tcPr>
            <w:tcW w:w="314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51F2593" w14:textId="77777777" w:rsidR="002718B0" w:rsidRPr="00D97DB6" w:rsidRDefault="00000000">
            <w:pPr>
              <w:spacing w:after="0" w:line="240" w:lineRule="auto"/>
              <w:rPr>
                <w:noProof/>
                <w:lang w:val="ro-RO"/>
              </w:rPr>
            </w:pPr>
            <w:r w:rsidRPr="00D97DB6">
              <w:rPr>
                <w:rFonts w:eastAsia="Arial"/>
                <w:noProof/>
                <w:sz w:val="16"/>
                <w:lang w:val="ro-RO"/>
              </w:rPr>
              <w:t>Sondaje, reclamații, retenție, recomandări, recenzii, întâlniri, performanță contractuală și pierderi de clienți.</w:t>
            </w: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6F14F65"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27FAB1C"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6D42DB5" w14:textId="77777777" w:rsidR="002718B0" w:rsidRPr="00D97DB6" w:rsidRDefault="002718B0">
            <w:pPr>
              <w:spacing w:after="0" w:line="240" w:lineRule="auto"/>
              <w:jc w:val="center"/>
              <w:rPr>
                <w:noProof/>
                <w:lang w:val="ro-RO"/>
              </w:rPr>
            </w:pPr>
          </w:p>
        </w:tc>
      </w:tr>
      <w:tr w:rsidR="002718B0" w:rsidRPr="0040087F" w14:paraId="286C7DD1" w14:textId="77777777" w:rsidTr="00D97DB6">
        <w:trPr>
          <w:cantSplit/>
          <w:trHeight w:val="355"/>
          <w:jc w:val="center"/>
        </w:trPr>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E4F6D4B"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9.1.4</w:t>
            </w:r>
          </w:p>
        </w:tc>
        <w:tc>
          <w:tcPr>
            <w:tcW w:w="397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820B1F5" w14:textId="77777777" w:rsidR="002718B0" w:rsidRPr="00D97DB6" w:rsidRDefault="00000000">
            <w:pPr>
              <w:spacing w:after="0" w:line="240" w:lineRule="auto"/>
              <w:rPr>
                <w:noProof/>
                <w:lang w:val="ro-RO"/>
              </w:rPr>
            </w:pPr>
            <w:r w:rsidRPr="00D97DB6">
              <w:rPr>
                <w:rFonts w:eastAsia="Arial"/>
                <w:noProof/>
                <w:sz w:val="16"/>
                <w:lang w:val="ro-RO"/>
              </w:rPr>
              <w:t>Datele sunt analizate și evaluate pentru conformitate, satisfacție, performanță, eficacitate și furnizori.</w:t>
            </w:r>
          </w:p>
        </w:tc>
        <w:tc>
          <w:tcPr>
            <w:tcW w:w="314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7957EA6D" w14:textId="77777777" w:rsidR="002718B0" w:rsidRPr="00D97DB6" w:rsidRDefault="00000000">
            <w:pPr>
              <w:spacing w:after="0" w:line="240" w:lineRule="auto"/>
              <w:rPr>
                <w:noProof/>
                <w:lang w:val="ro-RO"/>
              </w:rPr>
            </w:pPr>
            <w:r w:rsidRPr="00D97DB6">
              <w:rPr>
                <w:rFonts w:eastAsia="Arial"/>
                <w:noProof/>
                <w:sz w:val="16"/>
                <w:lang w:val="ro-RO"/>
              </w:rPr>
              <w:t>Rapoarte cu tendințe, comparații cu ținte, cauze, concluzii și acțiuni.</w:t>
            </w: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CC9636A"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4F7B140"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D57B29F" w14:textId="77777777" w:rsidR="002718B0" w:rsidRPr="00D97DB6" w:rsidRDefault="002718B0">
            <w:pPr>
              <w:spacing w:after="0" w:line="240" w:lineRule="auto"/>
              <w:jc w:val="center"/>
              <w:rPr>
                <w:noProof/>
                <w:lang w:val="ro-RO"/>
              </w:rPr>
            </w:pPr>
          </w:p>
        </w:tc>
      </w:tr>
      <w:tr w:rsidR="002718B0" w:rsidRPr="00D97DB6" w14:paraId="152B21FB" w14:textId="77777777" w:rsidTr="00D97DB6">
        <w:trPr>
          <w:cantSplit/>
          <w:trHeight w:val="366"/>
          <w:jc w:val="center"/>
        </w:trPr>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5237EBC"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9.1.5</w:t>
            </w:r>
          </w:p>
        </w:tc>
        <w:tc>
          <w:tcPr>
            <w:tcW w:w="397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1DC1DAE6" w14:textId="77777777" w:rsidR="002718B0" w:rsidRPr="00D97DB6" w:rsidRDefault="00000000">
            <w:pPr>
              <w:spacing w:after="0" w:line="240" w:lineRule="auto"/>
              <w:rPr>
                <w:noProof/>
                <w:lang w:val="ro-RO"/>
              </w:rPr>
            </w:pPr>
            <w:r w:rsidRPr="00D97DB6">
              <w:rPr>
                <w:rFonts w:eastAsia="Arial"/>
                <w:noProof/>
                <w:sz w:val="16"/>
                <w:lang w:val="ro-RO"/>
              </w:rPr>
              <w:t>Rezultatele analizei sunt folosite pentru a evalua riscuri, oportunități și nevoia de îmbunătățire.</w:t>
            </w:r>
          </w:p>
        </w:tc>
        <w:tc>
          <w:tcPr>
            <w:tcW w:w="314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0F772E9" w14:textId="77777777" w:rsidR="002718B0" w:rsidRPr="00D97DB6" w:rsidRDefault="00000000">
            <w:pPr>
              <w:spacing w:after="0" w:line="240" w:lineRule="auto"/>
              <w:rPr>
                <w:noProof/>
                <w:lang w:val="ro-RO"/>
              </w:rPr>
            </w:pPr>
            <w:r w:rsidRPr="00D97DB6">
              <w:rPr>
                <w:rFonts w:eastAsia="Arial"/>
                <w:noProof/>
                <w:sz w:val="16"/>
                <w:lang w:val="ro-RO"/>
              </w:rPr>
              <w:t>Decizii, actualizări de planuri, priorități și alocarea resurselor.</w:t>
            </w: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00027D1"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104483B"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C53C7F6" w14:textId="77777777" w:rsidR="002718B0" w:rsidRPr="00D97DB6" w:rsidRDefault="002718B0">
            <w:pPr>
              <w:spacing w:after="0" w:line="240" w:lineRule="auto"/>
              <w:jc w:val="center"/>
              <w:rPr>
                <w:noProof/>
                <w:lang w:val="ro-RO"/>
              </w:rPr>
            </w:pPr>
          </w:p>
        </w:tc>
      </w:tr>
      <w:tr w:rsidR="002718B0" w:rsidRPr="0040087F" w14:paraId="459C1E26" w14:textId="77777777" w:rsidTr="00D97DB6">
        <w:trPr>
          <w:cantSplit/>
          <w:trHeight w:val="355"/>
          <w:jc w:val="center"/>
        </w:trPr>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2C34618"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9.2.1</w:t>
            </w:r>
          </w:p>
        </w:tc>
        <w:tc>
          <w:tcPr>
            <w:tcW w:w="397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864CB22" w14:textId="77777777" w:rsidR="002718B0" w:rsidRPr="00D97DB6" w:rsidRDefault="00000000">
            <w:pPr>
              <w:spacing w:after="0" w:line="240" w:lineRule="auto"/>
              <w:rPr>
                <w:noProof/>
                <w:lang w:val="ro-RO"/>
              </w:rPr>
            </w:pPr>
            <w:r w:rsidRPr="00D97DB6">
              <w:rPr>
                <w:rFonts w:eastAsia="Arial"/>
                <w:noProof/>
                <w:sz w:val="16"/>
                <w:lang w:val="ro-RO"/>
              </w:rPr>
              <w:t>Există un program de audit intern bazat pe importanța proceselor, schimbări și rezultate anterioare.</w:t>
            </w:r>
          </w:p>
        </w:tc>
        <w:tc>
          <w:tcPr>
            <w:tcW w:w="314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DD1849C" w14:textId="77777777" w:rsidR="002718B0" w:rsidRPr="00D97DB6" w:rsidRDefault="00000000">
            <w:pPr>
              <w:spacing w:after="0" w:line="240" w:lineRule="auto"/>
              <w:rPr>
                <w:noProof/>
                <w:lang w:val="ro-RO"/>
              </w:rPr>
            </w:pPr>
            <w:r w:rsidRPr="00D97DB6">
              <w:rPr>
                <w:rFonts w:eastAsia="Arial"/>
                <w:noProof/>
                <w:sz w:val="16"/>
                <w:lang w:val="ro-RO"/>
              </w:rPr>
              <w:t>Calendar care acoperă cerințele, procesele, locațiile și schimburile relevante într-un ciclu definit.</w:t>
            </w: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9D9236D"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A30BC66"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AB890E9" w14:textId="77777777" w:rsidR="002718B0" w:rsidRPr="00D97DB6" w:rsidRDefault="002718B0">
            <w:pPr>
              <w:spacing w:after="0" w:line="240" w:lineRule="auto"/>
              <w:jc w:val="center"/>
              <w:rPr>
                <w:noProof/>
                <w:lang w:val="ro-RO"/>
              </w:rPr>
            </w:pPr>
          </w:p>
        </w:tc>
      </w:tr>
      <w:tr w:rsidR="002718B0" w:rsidRPr="0040087F" w14:paraId="1888FCC1" w14:textId="77777777" w:rsidTr="00D97DB6">
        <w:trPr>
          <w:cantSplit/>
          <w:trHeight w:val="366"/>
          <w:jc w:val="center"/>
        </w:trPr>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13D7A0A"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9.2.2</w:t>
            </w:r>
          </w:p>
        </w:tc>
        <w:tc>
          <w:tcPr>
            <w:tcW w:w="397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E7F8A20" w14:textId="77777777" w:rsidR="002718B0" w:rsidRPr="00D97DB6" w:rsidRDefault="00000000">
            <w:pPr>
              <w:spacing w:after="0" w:line="240" w:lineRule="auto"/>
              <w:rPr>
                <w:noProof/>
                <w:lang w:val="ro-RO"/>
              </w:rPr>
            </w:pPr>
            <w:r w:rsidRPr="00D97DB6">
              <w:rPr>
                <w:rFonts w:eastAsia="Arial"/>
                <w:noProof/>
                <w:sz w:val="16"/>
                <w:lang w:val="ro-RO"/>
              </w:rPr>
              <w:t>Pentru fiecare audit sunt definite criterii, domeniu, metode și responsabilități.</w:t>
            </w:r>
          </w:p>
        </w:tc>
        <w:tc>
          <w:tcPr>
            <w:tcW w:w="314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DE2EC2D" w14:textId="77777777" w:rsidR="002718B0" w:rsidRPr="00D97DB6" w:rsidRDefault="00000000">
            <w:pPr>
              <w:spacing w:after="0" w:line="240" w:lineRule="auto"/>
              <w:rPr>
                <w:noProof/>
                <w:lang w:val="ro-RO"/>
              </w:rPr>
            </w:pPr>
            <w:r w:rsidRPr="00D97DB6">
              <w:rPr>
                <w:rFonts w:eastAsia="Arial"/>
                <w:noProof/>
                <w:sz w:val="16"/>
                <w:lang w:val="ro-RO"/>
              </w:rPr>
              <w:t>Plan de audit, checklist adaptat, eșantionare, interviuri și trasee de audit.</w:t>
            </w: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58B729D"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1B892AD"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0DFE60B" w14:textId="77777777" w:rsidR="002718B0" w:rsidRPr="00D97DB6" w:rsidRDefault="002718B0">
            <w:pPr>
              <w:spacing w:after="0" w:line="240" w:lineRule="auto"/>
              <w:jc w:val="center"/>
              <w:rPr>
                <w:noProof/>
                <w:lang w:val="ro-RO"/>
              </w:rPr>
            </w:pPr>
          </w:p>
        </w:tc>
      </w:tr>
      <w:tr w:rsidR="002718B0" w:rsidRPr="00D97DB6" w14:paraId="7F7D5790" w14:textId="77777777" w:rsidTr="00D97DB6">
        <w:trPr>
          <w:cantSplit/>
          <w:trHeight w:val="366"/>
          <w:jc w:val="center"/>
        </w:trPr>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A5539E6"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9.2.3</w:t>
            </w:r>
          </w:p>
        </w:tc>
        <w:tc>
          <w:tcPr>
            <w:tcW w:w="397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29B18D4" w14:textId="77777777" w:rsidR="002718B0" w:rsidRPr="00D97DB6" w:rsidRDefault="00000000">
            <w:pPr>
              <w:spacing w:after="0" w:line="240" w:lineRule="auto"/>
              <w:rPr>
                <w:noProof/>
                <w:lang w:val="ro-RO"/>
              </w:rPr>
            </w:pPr>
            <w:r w:rsidRPr="00D97DB6">
              <w:rPr>
                <w:rFonts w:eastAsia="Arial"/>
                <w:noProof/>
                <w:sz w:val="16"/>
                <w:lang w:val="ro-RO"/>
              </w:rPr>
              <w:t>Auditorii sunt competenți și suficient de imparțiali față de activitatea auditată.</w:t>
            </w:r>
          </w:p>
        </w:tc>
        <w:tc>
          <w:tcPr>
            <w:tcW w:w="314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6314428C" w14:textId="77777777" w:rsidR="002718B0" w:rsidRPr="00D97DB6" w:rsidRDefault="00000000">
            <w:pPr>
              <w:spacing w:after="0" w:line="240" w:lineRule="auto"/>
              <w:rPr>
                <w:noProof/>
                <w:lang w:val="ro-RO"/>
              </w:rPr>
            </w:pPr>
            <w:r w:rsidRPr="00D97DB6">
              <w:rPr>
                <w:rFonts w:eastAsia="Arial"/>
                <w:noProof/>
                <w:sz w:val="16"/>
                <w:lang w:val="ro-RO"/>
              </w:rPr>
              <w:t>Criterii de competență, instruire, experiență, declarații/conflicte și alocare independentă.</w:t>
            </w: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B49E448"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CC75573"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6261EEF" w14:textId="77777777" w:rsidR="002718B0" w:rsidRPr="00D97DB6" w:rsidRDefault="002718B0">
            <w:pPr>
              <w:spacing w:after="0" w:line="240" w:lineRule="auto"/>
              <w:jc w:val="center"/>
              <w:rPr>
                <w:noProof/>
                <w:lang w:val="ro-RO"/>
              </w:rPr>
            </w:pPr>
          </w:p>
        </w:tc>
      </w:tr>
      <w:tr w:rsidR="002718B0" w:rsidRPr="0040087F" w14:paraId="3138C9F3" w14:textId="77777777" w:rsidTr="00D97DB6">
        <w:trPr>
          <w:cantSplit/>
          <w:trHeight w:val="355"/>
          <w:jc w:val="center"/>
        </w:trPr>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6953DFB"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9.2.4</w:t>
            </w:r>
          </w:p>
        </w:tc>
        <w:tc>
          <w:tcPr>
            <w:tcW w:w="397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67773AB" w14:textId="77777777" w:rsidR="002718B0" w:rsidRPr="00D97DB6" w:rsidRDefault="00000000">
            <w:pPr>
              <w:spacing w:after="0" w:line="240" w:lineRule="auto"/>
              <w:rPr>
                <w:noProof/>
                <w:lang w:val="ro-RO"/>
              </w:rPr>
            </w:pPr>
            <w:r w:rsidRPr="00D97DB6">
              <w:rPr>
                <w:rFonts w:eastAsia="Arial"/>
                <w:noProof/>
                <w:sz w:val="16"/>
                <w:lang w:val="ro-RO"/>
              </w:rPr>
              <w:t>Rezultatele auditului sunt raportate managementului relevant, iar corecțiile și acțiunile sunt urmărite.</w:t>
            </w:r>
          </w:p>
        </w:tc>
        <w:tc>
          <w:tcPr>
            <w:tcW w:w="314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4F9D2469" w14:textId="77777777" w:rsidR="002718B0" w:rsidRPr="00D97DB6" w:rsidRDefault="00000000">
            <w:pPr>
              <w:spacing w:after="0" w:line="240" w:lineRule="auto"/>
              <w:rPr>
                <w:noProof/>
                <w:lang w:val="ro-RO"/>
              </w:rPr>
            </w:pPr>
            <w:r w:rsidRPr="00D97DB6">
              <w:rPr>
                <w:rFonts w:eastAsia="Arial"/>
                <w:noProof/>
                <w:sz w:val="16"/>
                <w:lang w:val="ro-RO"/>
              </w:rPr>
              <w:t>Rapoarte, constatări bazate pe dovezi, termene, responsabilități și verificarea eficacității.</w:t>
            </w: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A8AC050"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80093AF"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92E5326" w14:textId="77777777" w:rsidR="002718B0" w:rsidRPr="00D97DB6" w:rsidRDefault="002718B0">
            <w:pPr>
              <w:spacing w:after="0" w:line="240" w:lineRule="auto"/>
              <w:jc w:val="center"/>
              <w:rPr>
                <w:noProof/>
                <w:lang w:val="ro-RO"/>
              </w:rPr>
            </w:pPr>
          </w:p>
        </w:tc>
      </w:tr>
      <w:tr w:rsidR="002718B0" w:rsidRPr="00D97DB6" w14:paraId="5242D306" w14:textId="77777777" w:rsidTr="00D97DB6">
        <w:trPr>
          <w:cantSplit/>
          <w:trHeight w:val="545"/>
          <w:jc w:val="center"/>
        </w:trPr>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AA82D64"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9.3.1</w:t>
            </w:r>
          </w:p>
        </w:tc>
        <w:tc>
          <w:tcPr>
            <w:tcW w:w="397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0E2456C" w14:textId="77777777" w:rsidR="002718B0" w:rsidRPr="00D97DB6" w:rsidRDefault="00000000">
            <w:pPr>
              <w:spacing w:after="0" w:line="240" w:lineRule="auto"/>
              <w:rPr>
                <w:noProof/>
                <w:lang w:val="ro-RO"/>
              </w:rPr>
            </w:pPr>
            <w:r w:rsidRPr="00D97DB6">
              <w:rPr>
                <w:rFonts w:eastAsia="Arial"/>
                <w:noProof/>
                <w:sz w:val="16"/>
                <w:lang w:val="ro-RO"/>
              </w:rPr>
              <w:t>Conducerea analizează SMC la intervale planificate, pe baza intrărilor relevante.</w:t>
            </w:r>
          </w:p>
        </w:tc>
        <w:tc>
          <w:tcPr>
            <w:tcW w:w="314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38E0FE3" w14:textId="77777777" w:rsidR="002718B0" w:rsidRPr="00D97DB6" w:rsidRDefault="00000000">
            <w:pPr>
              <w:spacing w:after="0" w:line="240" w:lineRule="auto"/>
              <w:rPr>
                <w:noProof/>
                <w:lang w:val="ro-RO"/>
              </w:rPr>
            </w:pPr>
            <w:r w:rsidRPr="00D97DB6">
              <w:rPr>
                <w:rFonts w:eastAsia="Arial"/>
                <w:noProof/>
                <w:sz w:val="16"/>
                <w:lang w:val="ro-RO"/>
              </w:rPr>
              <w:t>Status acțiuni, context, satisfacție, obiective, procese, neconformități, audituri, furnizori, resurse, riscuri și oportunități.</w:t>
            </w: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C042E29"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76BCBA9"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D70FA65" w14:textId="77777777" w:rsidR="002718B0" w:rsidRPr="00D97DB6" w:rsidRDefault="002718B0">
            <w:pPr>
              <w:spacing w:after="0" w:line="240" w:lineRule="auto"/>
              <w:jc w:val="center"/>
              <w:rPr>
                <w:noProof/>
                <w:lang w:val="ro-RO"/>
              </w:rPr>
            </w:pPr>
          </w:p>
        </w:tc>
      </w:tr>
      <w:tr w:rsidR="002718B0" w:rsidRPr="0040087F" w14:paraId="5E45BA62" w14:textId="77777777" w:rsidTr="00D97DB6">
        <w:trPr>
          <w:cantSplit/>
          <w:trHeight w:val="366"/>
          <w:jc w:val="center"/>
        </w:trPr>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8A68151"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lastRenderedPageBreak/>
              <w:t>9.3.2</w:t>
            </w:r>
          </w:p>
        </w:tc>
        <w:tc>
          <w:tcPr>
            <w:tcW w:w="397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6BBEF18" w14:textId="77777777" w:rsidR="002718B0" w:rsidRPr="00D97DB6" w:rsidRDefault="00000000">
            <w:pPr>
              <w:spacing w:after="0" w:line="240" w:lineRule="auto"/>
              <w:rPr>
                <w:noProof/>
                <w:lang w:val="ro-RO"/>
              </w:rPr>
            </w:pPr>
            <w:r w:rsidRPr="00D97DB6">
              <w:rPr>
                <w:rFonts w:eastAsia="Arial"/>
                <w:noProof/>
                <w:sz w:val="16"/>
                <w:lang w:val="ro-RO"/>
              </w:rPr>
              <w:t>Analiza de management produce decizii și acțiuni privind îmbunătățirea, schimbările și resursele.</w:t>
            </w:r>
          </w:p>
        </w:tc>
        <w:tc>
          <w:tcPr>
            <w:tcW w:w="314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2D0506D" w14:textId="77777777" w:rsidR="002718B0" w:rsidRPr="00D97DB6" w:rsidRDefault="00000000">
            <w:pPr>
              <w:spacing w:after="0" w:line="240" w:lineRule="auto"/>
              <w:rPr>
                <w:noProof/>
                <w:lang w:val="ro-RO"/>
              </w:rPr>
            </w:pPr>
            <w:r w:rsidRPr="00D97DB6">
              <w:rPr>
                <w:rFonts w:eastAsia="Arial"/>
                <w:noProof/>
                <w:sz w:val="16"/>
                <w:lang w:val="ro-RO"/>
              </w:rPr>
              <w:t>Minute aprobate, decizii, responsabili, termene și urmărire până la închidere.</w:t>
            </w: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CAA1DDF"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548B74C" w14:textId="77777777" w:rsidR="002718B0" w:rsidRPr="00D97DB6" w:rsidRDefault="002718B0">
            <w:pPr>
              <w:spacing w:after="0" w:line="240" w:lineRule="auto"/>
              <w:jc w:val="center"/>
              <w:rPr>
                <w:noProof/>
                <w:lang w:val="ro-RO"/>
              </w:rPr>
            </w:pPr>
          </w:p>
        </w:tc>
        <w:tc>
          <w:tcPr>
            <w:tcW w:w="1877"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1ACD3CB" w14:textId="77777777" w:rsidR="002718B0" w:rsidRPr="00D97DB6" w:rsidRDefault="002718B0">
            <w:pPr>
              <w:spacing w:after="0" w:line="240" w:lineRule="auto"/>
              <w:jc w:val="center"/>
              <w:rPr>
                <w:noProof/>
                <w:lang w:val="ro-RO"/>
              </w:rPr>
            </w:pPr>
          </w:p>
        </w:tc>
      </w:tr>
    </w:tbl>
    <w:p w14:paraId="340C1ED1" w14:textId="77777777" w:rsidR="002718B0" w:rsidRPr="00D97DB6" w:rsidRDefault="00000000">
      <w:pPr>
        <w:spacing w:before="100" w:after="0"/>
        <w:rPr>
          <w:noProof/>
          <w:lang w:val="ro-RO"/>
        </w:rPr>
      </w:pPr>
      <w:r w:rsidRPr="00D97DB6">
        <w:rPr>
          <w:rFonts w:eastAsia="Arial"/>
          <w:b/>
          <w:noProof/>
          <w:color w:val="D71920"/>
          <w:sz w:val="16"/>
          <w:lang w:val="ro-RO"/>
        </w:rPr>
        <w:t xml:space="preserve">Observații secțiune / dovezi-cheie: </w:t>
      </w:r>
      <w:r w:rsidRPr="00D97DB6">
        <w:rPr>
          <w:rFonts w:eastAsia="Arial"/>
          <w:noProof/>
          <w:color w:val="D9DDE2"/>
          <w:sz w:val="16"/>
          <w:lang w:val="ro-RO"/>
        </w:rPr>
        <w:t>__________________________________________________________________________________________________________</w:t>
      </w:r>
    </w:p>
    <w:p w14:paraId="500700E8" w14:textId="77777777" w:rsidR="002718B0" w:rsidRPr="00D97DB6" w:rsidRDefault="00000000">
      <w:pPr>
        <w:rPr>
          <w:noProof/>
          <w:lang w:val="ro-RO"/>
        </w:rPr>
      </w:pPr>
      <w:r w:rsidRPr="00D97DB6">
        <w:rPr>
          <w:noProof/>
          <w:lang w:val="ro-RO"/>
        </w:rPr>
        <w:br w:type="page"/>
      </w:r>
    </w:p>
    <w:p w14:paraId="37BA9AF9" w14:textId="77777777" w:rsidR="002718B0" w:rsidRPr="00D97DB6" w:rsidRDefault="00000000">
      <w:pPr>
        <w:pBdr>
          <w:bottom w:val="single" w:sz="12" w:space="4" w:color="D71920"/>
        </w:pBdr>
        <w:spacing w:before="80" w:after="40"/>
        <w:rPr>
          <w:noProof/>
          <w:lang w:val="ro-RO"/>
        </w:rPr>
      </w:pPr>
      <w:r w:rsidRPr="00D97DB6">
        <w:rPr>
          <w:rFonts w:eastAsia="Arial"/>
          <w:b/>
          <w:noProof/>
          <w:color w:val="D71920"/>
          <w:sz w:val="36"/>
          <w:lang w:val="ro-RO"/>
        </w:rPr>
        <w:lastRenderedPageBreak/>
        <w:t xml:space="preserve">7  </w:t>
      </w:r>
      <w:r w:rsidRPr="00D97DB6">
        <w:rPr>
          <w:rFonts w:eastAsia="Arial"/>
          <w:b/>
          <w:noProof/>
          <w:sz w:val="36"/>
          <w:lang w:val="ro-RO"/>
        </w:rPr>
        <w:t>Îmbunătățire și acțiuni corective</w:t>
      </w:r>
    </w:p>
    <w:p w14:paraId="0CD8225E" w14:textId="77777777" w:rsidR="002718B0" w:rsidRPr="00D97DB6" w:rsidRDefault="00000000">
      <w:pPr>
        <w:spacing w:after="100"/>
        <w:rPr>
          <w:noProof/>
          <w:lang w:val="ro-RO"/>
        </w:rPr>
      </w:pPr>
      <w:r w:rsidRPr="00D97DB6">
        <w:rPr>
          <w:rFonts w:eastAsia="Arial"/>
          <w:b/>
          <w:noProof/>
          <w:color w:val="D71920"/>
          <w:sz w:val="17"/>
          <w:lang w:val="ro-RO"/>
        </w:rPr>
        <w:t>Referință: ISO 9001:2015, clauza 10</w:t>
      </w:r>
      <w:r w:rsidRPr="00D97DB6">
        <w:rPr>
          <w:rFonts w:eastAsia="Arial"/>
          <w:noProof/>
          <w:color w:val="666666"/>
          <w:sz w:val="17"/>
          <w:lang w:val="ro-RO"/>
        </w:rPr>
        <w:t xml:space="preserve">   |   Obiectiv: eliminarea cauzelor problemelor și creșterea continuă a adecvării și eficacității SMC.</w:t>
      </w:r>
    </w:p>
    <w:tbl>
      <w:tblPr>
        <w:tblW w:w="0" w:type="auto"/>
        <w:jc w:val="center"/>
        <w:tblLayout w:type="fixed"/>
        <w:tblLook w:val="04A0" w:firstRow="1" w:lastRow="0" w:firstColumn="1" w:lastColumn="0" w:noHBand="0" w:noVBand="1"/>
      </w:tblPr>
      <w:tblGrid>
        <w:gridCol w:w="7710"/>
        <w:gridCol w:w="7710"/>
      </w:tblGrid>
      <w:tr w:rsidR="002718B0" w:rsidRPr="0040087F" w14:paraId="788A21B5" w14:textId="77777777">
        <w:trPr>
          <w:jc w:val="center"/>
        </w:trPr>
        <w:tc>
          <w:tcPr>
            <w:tcW w:w="7710" w:type="dxa"/>
            <w:tcBorders>
              <w:top w:val="nil"/>
              <w:left w:val="nil"/>
              <w:bottom w:val="nil"/>
              <w:right w:val="nil"/>
            </w:tcBorders>
            <w:shd w:val="clear" w:color="auto" w:fill="D71920"/>
          </w:tcPr>
          <w:p w14:paraId="5AAB36CE" w14:textId="77777777" w:rsidR="002718B0" w:rsidRPr="00D97DB6" w:rsidRDefault="002718B0">
            <w:pPr>
              <w:rPr>
                <w:noProof/>
                <w:lang w:val="ro-RO"/>
              </w:rPr>
            </w:pPr>
          </w:p>
        </w:tc>
        <w:tc>
          <w:tcPr>
            <w:tcW w:w="7710" w:type="dxa"/>
            <w:tcBorders>
              <w:top w:val="nil"/>
              <w:left w:val="nil"/>
              <w:bottom w:val="nil"/>
              <w:right w:val="nil"/>
            </w:tcBorders>
            <w:shd w:val="clear" w:color="auto" w:fill="FCEBEC"/>
            <w:tcMar>
              <w:top w:w="110" w:type="dxa"/>
              <w:left w:w="160" w:type="dxa"/>
              <w:bottom w:w="110" w:type="dxa"/>
              <w:right w:w="160" w:type="dxa"/>
            </w:tcMar>
          </w:tcPr>
          <w:p w14:paraId="756261B0" w14:textId="77777777" w:rsidR="002718B0" w:rsidRPr="00D97DB6" w:rsidRDefault="00000000">
            <w:pPr>
              <w:rPr>
                <w:noProof/>
                <w:lang w:val="ro-RO"/>
              </w:rPr>
            </w:pPr>
            <w:r w:rsidRPr="00D97DB6">
              <w:rPr>
                <w:rFonts w:eastAsia="Arial"/>
                <w:b/>
                <w:noProof/>
                <w:color w:val="D71920"/>
                <w:lang w:val="ro-RO"/>
              </w:rPr>
              <w:t>PERSPECTIVĂ DE CONSULTANT</w:t>
            </w:r>
          </w:p>
          <w:p w14:paraId="5A4A8982" w14:textId="77777777" w:rsidR="002718B0" w:rsidRPr="00D97DB6" w:rsidRDefault="00000000">
            <w:pPr>
              <w:spacing w:before="20" w:after="0"/>
              <w:rPr>
                <w:noProof/>
                <w:lang w:val="ro-RO"/>
              </w:rPr>
            </w:pPr>
            <w:r w:rsidRPr="00D97DB6">
              <w:rPr>
                <w:rFonts w:eastAsia="Arial"/>
                <w:noProof/>
                <w:sz w:val="17"/>
                <w:lang w:val="ro-RO"/>
              </w:rPr>
              <w:t>Corecția rezolvă efectul imediat; acțiunea corectivă tratează cauza pentru a preveni repetarea. Analiza cauzei trebuie să fie proporțională, bazată pe dovezi și să evite concluzia simplistă „eroare umană”.</w:t>
            </w:r>
          </w:p>
        </w:tc>
      </w:tr>
    </w:tbl>
    <w:p w14:paraId="663C02A8" w14:textId="77777777" w:rsidR="002718B0" w:rsidRPr="00D97DB6" w:rsidRDefault="002718B0">
      <w:pPr>
        <w:spacing w:after="0"/>
        <w:rPr>
          <w:noProof/>
          <w:lang w:val="ro-RO"/>
        </w:rPr>
      </w:pPr>
    </w:p>
    <w:tbl>
      <w:tblPr>
        <w:tblW w:w="15041" w:type="dxa"/>
        <w:jc w:val="center"/>
        <w:tblLayout w:type="fixed"/>
        <w:tblLook w:val="04A0" w:firstRow="1" w:lastRow="0" w:firstColumn="1" w:lastColumn="0" w:noHBand="0" w:noVBand="1"/>
      </w:tblPr>
      <w:tblGrid>
        <w:gridCol w:w="1929"/>
        <w:gridCol w:w="4089"/>
        <w:gridCol w:w="3236"/>
        <w:gridCol w:w="1929"/>
        <w:gridCol w:w="1929"/>
        <w:gridCol w:w="1929"/>
      </w:tblGrid>
      <w:tr w:rsidR="002718B0" w:rsidRPr="00D97DB6" w14:paraId="16D0107F" w14:textId="77777777" w:rsidTr="00D97DB6">
        <w:trPr>
          <w:trHeight w:val="283"/>
          <w:tblHeader/>
          <w:jc w:val="center"/>
        </w:trPr>
        <w:tc>
          <w:tcPr>
            <w:tcW w:w="192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273EC212" w14:textId="77777777" w:rsidR="002718B0" w:rsidRPr="00D97DB6" w:rsidRDefault="00000000">
            <w:pPr>
              <w:jc w:val="center"/>
              <w:rPr>
                <w:noProof/>
                <w:lang w:val="ro-RO"/>
              </w:rPr>
            </w:pPr>
            <w:r w:rsidRPr="00D97DB6">
              <w:rPr>
                <w:rFonts w:eastAsia="Arial"/>
                <w:b/>
                <w:noProof/>
                <w:color w:val="FFFFFF"/>
                <w:sz w:val="15"/>
                <w:lang w:val="ro-RO"/>
              </w:rPr>
              <w:t>ID</w:t>
            </w:r>
          </w:p>
        </w:tc>
        <w:tc>
          <w:tcPr>
            <w:tcW w:w="408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2DA7FA9E" w14:textId="77777777" w:rsidR="002718B0" w:rsidRPr="00D97DB6" w:rsidRDefault="00000000">
            <w:pPr>
              <w:jc w:val="center"/>
              <w:rPr>
                <w:noProof/>
                <w:lang w:val="ro-RO"/>
              </w:rPr>
            </w:pPr>
            <w:r w:rsidRPr="00D97DB6">
              <w:rPr>
                <w:rFonts w:eastAsia="Arial"/>
                <w:b/>
                <w:noProof/>
                <w:color w:val="FFFFFF"/>
                <w:sz w:val="15"/>
                <w:lang w:val="ro-RO"/>
              </w:rPr>
              <w:t>VERIFICARE / ACTIVITATE</w:t>
            </w:r>
          </w:p>
        </w:tc>
        <w:tc>
          <w:tcPr>
            <w:tcW w:w="3236"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20463D37" w14:textId="77777777" w:rsidR="002718B0" w:rsidRPr="00D97DB6" w:rsidRDefault="00000000">
            <w:pPr>
              <w:jc w:val="center"/>
              <w:rPr>
                <w:noProof/>
                <w:lang w:val="ro-RO"/>
              </w:rPr>
            </w:pPr>
            <w:r w:rsidRPr="00D97DB6">
              <w:rPr>
                <w:rFonts w:eastAsia="Arial"/>
                <w:b/>
                <w:noProof/>
                <w:color w:val="FFFFFF"/>
                <w:sz w:val="15"/>
                <w:lang w:val="ro-RO"/>
              </w:rPr>
              <w:t>REZULTAT AȘTEPTAT / DOVEZI ORIENTATIVE</w:t>
            </w:r>
          </w:p>
        </w:tc>
        <w:tc>
          <w:tcPr>
            <w:tcW w:w="192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41A73B33" w14:textId="77777777" w:rsidR="002718B0" w:rsidRPr="00D97DB6" w:rsidRDefault="00000000">
            <w:pPr>
              <w:jc w:val="center"/>
              <w:rPr>
                <w:noProof/>
                <w:lang w:val="ro-RO"/>
              </w:rPr>
            </w:pPr>
            <w:r w:rsidRPr="00D97DB6">
              <w:rPr>
                <w:rFonts w:eastAsia="Arial"/>
                <w:b/>
                <w:noProof/>
                <w:color w:val="FFFFFF"/>
                <w:sz w:val="15"/>
                <w:lang w:val="ro-RO"/>
              </w:rPr>
              <w:t>RESP.</w:t>
            </w:r>
          </w:p>
        </w:tc>
        <w:tc>
          <w:tcPr>
            <w:tcW w:w="192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4796F3A9" w14:textId="77777777" w:rsidR="002718B0" w:rsidRPr="00D97DB6" w:rsidRDefault="00000000">
            <w:pPr>
              <w:jc w:val="center"/>
              <w:rPr>
                <w:noProof/>
                <w:lang w:val="ro-RO"/>
              </w:rPr>
            </w:pPr>
            <w:r w:rsidRPr="00D97DB6">
              <w:rPr>
                <w:rFonts w:eastAsia="Arial"/>
                <w:b/>
                <w:noProof/>
                <w:color w:val="FFFFFF"/>
                <w:sz w:val="15"/>
                <w:lang w:val="ro-RO"/>
              </w:rPr>
              <w:t>TERMEN</w:t>
            </w:r>
          </w:p>
        </w:tc>
        <w:tc>
          <w:tcPr>
            <w:tcW w:w="192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050E75F6" w14:textId="77777777" w:rsidR="002718B0" w:rsidRPr="00D97DB6" w:rsidRDefault="00000000">
            <w:pPr>
              <w:jc w:val="center"/>
              <w:rPr>
                <w:noProof/>
                <w:lang w:val="ro-RO"/>
              </w:rPr>
            </w:pPr>
            <w:r w:rsidRPr="00D97DB6">
              <w:rPr>
                <w:rFonts w:eastAsia="Arial"/>
                <w:b/>
                <w:noProof/>
                <w:color w:val="FFFFFF"/>
                <w:sz w:val="15"/>
                <w:lang w:val="ro-RO"/>
              </w:rPr>
              <w:t>SCOR</w:t>
            </w:r>
          </w:p>
        </w:tc>
      </w:tr>
      <w:tr w:rsidR="002718B0" w:rsidRPr="0040087F" w14:paraId="19AF8D67" w14:textId="77777777" w:rsidTr="00D97DB6">
        <w:trPr>
          <w:cantSplit/>
          <w:trHeight w:val="400"/>
          <w:jc w:val="center"/>
        </w:trPr>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7159F78"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10.1.1</w:t>
            </w:r>
          </w:p>
        </w:tc>
        <w:tc>
          <w:tcPr>
            <w:tcW w:w="408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3939570" w14:textId="77777777" w:rsidR="002718B0" w:rsidRPr="00D97DB6" w:rsidRDefault="00000000">
            <w:pPr>
              <w:spacing w:after="0" w:line="240" w:lineRule="auto"/>
              <w:rPr>
                <w:noProof/>
                <w:lang w:val="ro-RO"/>
              </w:rPr>
            </w:pPr>
            <w:r w:rsidRPr="00D97DB6">
              <w:rPr>
                <w:rFonts w:eastAsia="Arial"/>
                <w:noProof/>
                <w:sz w:val="16"/>
                <w:lang w:val="ro-RO"/>
              </w:rPr>
              <w:t>Sunt identificate și selectate oportunități de îmbunătățire a produselor, serviciilor, proceselor și experienței clientului.</w:t>
            </w:r>
          </w:p>
        </w:tc>
        <w:tc>
          <w:tcPr>
            <w:tcW w:w="3236"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6FD8B12B" w14:textId="77777777" w:rsidR="002718B0" w:rsidRPr="00D97DB6" w:rsidRDefault="00000000">
            <w:pPr>
              <w:spacing w:after="0" w:line="240" w:lineRule="auto"/>
              <w:rPr>
                <w:noProof/>
                <w:lang w:val="ro-RO"/>
              </w:rPr>
            </w:pPr>
            <w:r w:rsidRPr="00D97DB6">
              <w:rPr>
                <w:rFonts w:eastAsia="Arial"/>
                <w:noProof/>
                <w:sz w:val="16"/>
                <w:lang w:val="ro-RO"/>
              </w:rPr>
              <w:t>Portofoliu de îmbunătățiri bazat pe date, feedback, risc, inovație și performanță.</w:t>
            </w: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711A366"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AB665BC"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269A36E" w14:textId="77777777" w:rsidR="002718B0" w:rsidRPr="00D97DB6" w:rsidRDefault="002718B0">
            <w:pPr>
              <w:spacing w:after="0" w:line="240" w:lineRule="auto"/>
              <w:jc w:val="center"/>
              <w:rPr>
                <w:noProof/>
                <w:lang w:val="ro-RO"/>
              </w:rPr>
            </w:pPr>
          </w:p>
        </w:tc>
      </w:tr>
      <w:tr w:rsidR="002718B0" w:rsidRPr="00D97DB6" w14:paraId="3C683BFB" w14:textId="77777777" w:rsidTr="00D97DB6">
        <w:trPr>
          <w:cantSplit/>
          <w:trHeight w:val="387"/>
          <w:jc w:val="center"/>
        </w:trPr>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ED0651B"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10.2.1</w:t>
            </w:r>
          </w:p>
        </w:tc>
        <w:tc>
          <w:tcPr>
            <w:tcW w:w="408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BC3C1F5" w14:textId="77777777" w:rsidR="002718B0" w:rsidRPr="00D97DB6" w:rsidRDefault="00000000">
            <w:pPr>
              <w:spacing w:after="0" w:line="240" w:lineRule="auto"/>
              <w:rPr>
                <w:noProof/>
                <w:lang w:val="ro-RO"/>
              </w:rPr>
            </w:pPr>
            <w:r w:rsidRPr="00D97DB6">
              <w:rPr>
                <w:rFonts w:eastAsia="Arial"/>
                <w:noProof/>
                <w:sz w:val="16"/>
                <w:lang w:val="ro-RO"/>
              </w:rPr>
              <w:t>La apariția unei neconformități, organizația reacționează, o controlează, o corectează și tratează consecințele.</w:t>
            </w:r>
          </w:p>
        </w:tc>
        <w:tc>
          <w:tcPr>
            <w:tcW w:w="3236"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3FF4A54D" w14:textId="77777777" w:rsidR="002718B0" w:rsidRPr="00D97DB6" w:rsidRDefault="00000000">
            <w:pPr>
              <w:spacing w:after="0" w:line="240" w:lineRule="auto"/>
              <w:rPr>
                <w:noProof/>
                <w:lang w:val="ro-RO"/>
              </w:rPr>
            </w:pPr>
            <w:r w:rsidRPr="00D97DB6">
              <w:rPr>
                <w:rFonts w:eastAsia="Arial"/>
                <w:noProof/>
                <w:sz w:val="16"/>
                <w:lang w:val="ro-RO"/>
              </w:rPr>
              <w:t>Containment, corecție, informare client, rechemare/reluare, protejarea datelor sau serviciului.</w:t>
            </w: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77657E3"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2165BF0"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ED1A9B4" w14:textId="77777777" w:rsidR="002718B0" w:rsidRPr="00D97DB6" w:rsidRDefault="002718B0">
            <w:pPr>
              <w:spacing w:after="0" w:line="240" w:lineRule="auto"/>
              <w:jc w:val="center"/>
              <w:rPr>
                <w:noProof/>
                <w:lang w:val="ro-RO"/>
              </w:rPr>
            </w:pPr>
          </w:p>
        </w:tc>
      </w:tr>
      <w:tr w:rsidR="002718B0" w:rsidRPr="00D97DB6" w14:paraId="4B4934D2" w14:textId="77777777" w:rsidTr="00D97DB6">
        <w:trPr>
          <w:cantSplit/>
          <w:trHeight w:val="400"/>
          <w:jc w:val="center"/>
        </w:trPr>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5D1D1A5"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10.2.2</w:t>
            </w:r>
          </w:p>
        </w:tc>
        <w:tc>
          <w:tcPr>
            <w:tcW w:w="408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D646907" w14:textId="77777777" w:rsidR="002718B0" w:rsidRPr="00D97DB6" w:rsidRDefault="00000000">
            <w:pPr>
              <w:spacing w:after="0" w:line="240" w:lineRule="auto"/>
              <w:rPr>
                <w:noProof/>
                <w:lang w:val="ro-RO"/>
              </w:rPr>
            </w:pPr>
            <w:r w:rsidRPr="00D97DB6">
              <w:rPr>
                <w:rFonts w:eastAsia="Arial"/>
                <w:noProof/>
                <w:sz w:val="16"/>
                <w:lang w:val="ro-RO"/>
              </w:rPr>
              <w:t>Este evaluată necesitatea acțiunii pentru eliminarea cauzei și prevenirea repetării.</w:t>
            </w:r>
          </w:p>
        </w:tc>
        <w:tc>
          <w:tcPr>
            <w:tcW w:w="3236"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01E1352" w14:textId="77777777" w:rsidR="002718B0" w:rsidRPr="00D97DB6" w:rsidRDefault="00000000">
            <w:pPr>
              <w:spacing w:after="0" w:line="240" w:lineRule="auto"/>
              <w:rPr>
                <w:noProof/>
                <w:lang w:val="ro-RO"/>
              </w:rPr>
            </w:pPr>
            <w:r w:rsidRPr="00D97DB6">
              <w:rPr>
                <w:rFonts w:eastAsia="Arial"/>
                <w:noProof/>
                <w:sz w:val="16"/>
                <w:lang w:val="ro-RO"/>
              </w:rPr>
              <w:t>Analiza cauzei, extinderea investigației la situații similare și evaluarea riscului sistemic.</w:t>
            </w: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CD83290"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D18AF3B"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7073A02" w14:textId="77777777" w:rsidR="002718B0" w:rsidRPr="00D97DB6" w:rsidRDefault="002718B0">
            <w:pPr>
              <w:spacing w:after="0" w:line="240" w:lineRule="auto"/>
              <w:jc w:val="center"/>
              <w:rPr>
                <w:noProof/>
                <w:lang w:val="ro-RO"/>
              </w:rPr>
            </w:pPr>
          </w:p>
        </w:tc>
      </w:tr>
      <w:tr w:rsidR="002718B0" w:rsidRPr="0040087F" w14:paraId="5FEC136A" w14:textId="77777777" w:rsidTr="00D97DB6">
        <w:trPr>
          <w:cantSplit/>
          <w:trHeight w:val="387"/>
          <w:jc w:val="center"/>
        </w:trPr>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27C2AD0"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10.2.3</w:t>
            </w:r>
          </w:p>
        </w:tc>
        <w:tc>
          <w:tcPr>
            <w:tcW w:w="408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0835531" w14:textId="77777777" w:rsidR="002718B0" w:rsidRPr="00D97DB6" w:rsidRDefault="00000000">
            <w:pPr>
              <w:spacing w:after="0" w:line="240" w:lineRule="auto"/>
              <w:rPr>
                <w:noProof/>
                <w:lang w:val="ro-RO"/>
              </w:rPr>
            </w:pPr>
            <w:r w:rsidRPr="00D97DB6">
              <w:rPr>
                <w:rFonts w:eastAsia="Arial"/>
                <w:noProof/>
                <w:sz w:val="16"/>
                <w:lang w:val="ro-RO"/>
              </w:rPr>
              <w:t>Acțiunile corective sunt implementate proporțional cu efectele neconformității.</w:t>
            </w:r>
          </w:p>
        </w:tc>
        <w:tc>
          <w:tcPr>
            <w:tcW w:w="3236"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4967F44B" w14:textId="77777777" w:rsidR="002718B0" w:rsidRPr="00D97DB6" w:rsidRDefault="00000000">
            <w:pPr>
              <w:spacing w:after="0" w:line="240" w:lineRule="auto"/>
              <w:rPr>
                <w:noProof/>
                <w:lang w:val="ro-RO"/>
              </w:rPr>
            </w:pPr>
            <w:r w:rsidRPr="00D97DB6">
              <w:rPr>
                <w:rFonts w:eastAsia="Arial"/>
                <w:noProof/>
                <w:sz w:val="16"/>
                <w:lang w:val="ro-RO"/>
              </w:rPr>
              <w:t>Plan cu responsabil, termen, resurse și control temporar până la soluția permanentă.</w:t>
            </w: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413C3A1"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544C962"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AEEA2E5" w14:textId="77777777" w:rsidR="002718B0" w:rsidRPr="00D97DB6" w:rsidRDefault="002718B0">
            <w:pPr>
              <w:spacing w:after="0" w:line="240" w:lineRule="auto"/>
              <w:jc w:val="center"/>
              <w:rPr>
                <w:noProof/>
                <w:lang w:val="ro-RO"/>
              </w:rPr>
            </w:pPr>
          </w:p>
        </w:tc>
      </w:tr>
      <w:tr w:rsidR="002718B0" w:rsidRPr="0040087F" w14:paraId="2DF22F31" w14:textId="77777777" w:rsidTr="00D97DB6">
        <w:trPr>
          <w:cantSplit/>
          <w:trHeight w:val="400"/>
          <w:jc w:val="center"/>
        </w:trPr>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EB1BCD2"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10.2.4</w:t>
            </w:r>
          </w:p>
        </w:tc>
        <w:tc>
          <w:tcPr>
            <w:tcW w:w="408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3A5B309" w14:textId="77777777" w:rsidR="002718B0" w:rsidRPr="00D97DB6" w:rsidRDefault="00000000">
            <w:pPr>
              <w:spacing w:after="0" w:line="240" w:lineRule="auto"/>
              <w:rPr>
                <w:noProof/>
                <w:lang w:val="ro-RO"/>
              </w:rPr>
            </w:pPr>
            <w:r w:rsidRPr="00D97DB6">
              <w:rPr>
                <w:rFonts w:eastAsia="Arial"/>
                <w:noProof/>
                <w:sz w:val="16"/>
                <w:lang w:val="ro-RO"/>
              </w:rPr>
              <w:t>Eficacitatea acțiunilor corective este verificată după o perioadă adecvată.</w:t>
            </w:r>
          </w:p>
        </w:tc>
        <w:tc>
          <w:tcPr>
            <w:tcW w:w="3236"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6D225BB" w14:textId="77777777" w:rsidR="002718B0" w:rsidRPr="00D97DB6" w:rsidRDefault="00000000">
            <w:pPr>
              <w:spacing w:after="0" w:line="240" w:lineRule="auto"/>
              <w:rPr>
                <w:noProof/>
                <w:lang w:val="ro-RO"/>
              </w:rPr>
            </w:pPr>
            <w:r w:rsidRPr="00D97DB6">
              <w:rPr>
                <w:rFonts w:eastAsia="Arial"/>
                <w:noProof/>
                <w:sz w:val="16"/>
                <w:lang w:val="ro-RO"/>
              </w:rPr>
              <w:t>Indicatori, re-audit, eșantionare, lipsa recurenței, performanță stabilizată și concluzie documentată.</w:t>
            </w: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6FE3905"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1DE569A"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9AD06FE" w14:textId="77777777" w:rsidR="002718B0" w:rsidRPr="00D97DB6" w:rsidRDefault="002718B0">
            <w:pPr>
              <w:spacing w:after="0" w:line="240" w:lineRule="auto"/>
              <w:jc w:val="center"/>
              <w:rPr>
                <w:noProof/>
                <w:lang w:val="ro-RO"/>
              </w:rPr>
            </w:pPr>
          </w:p>
        </w:tc>
      </w:tr>
      <w:tr w:rsidR="002718B0" w:rsidRPr="0040087F" w14:paraId="56992719" w14:textId="77777777" w:rsidTr="00D97DB6">
        <w:trPr>
          <w:cantSplit/>
          <w:trHeight w:val="387"/>
          <w:jc w:val="center"/>
        </w:trPr>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F093A60"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10.2.5</w:t>
            </w:r>
          </w:p>
        </w:tc>
        <w:tc>
          <w:tcPr>
            <w:tcW w:w="408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60114AF7" w14:textId="77777777" w:rsidR="002718B0" w:rsidRPr="00D97DB6" w:rsidRDefault="00000000">
            <w:pPr>
              <w:spacing w:after="0" w:line="240" w:lineRule="auto"/>
              <w:rPr>
                <w:noProof/>
                <w:lang w:val="ro-RO"/>
              </w:rPr>
            </w:pPr>
            <w:r w:rsidRPr="00D97DB6">
              <w:rPr>
                <w:rFonts w:eastAsia="Arial"/>
                <w:noProof/>
                <w:sz w:val="16"/>
                <w:lang w:val="ro-RO"/>
              </w:rPr>
              <w:t>Riscurile, oportunitățile și documentația SMC sunt actualizate atunci când concluziile o impun.</w:t>
            </w:r>
          </w:p>
        </w:tc>
        <w:tc>
          <w:tcPr>
            <w:tcW w:w="3236"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275DA9F" w14:textId="77777777" w:rsidR="002718B0" w:rsidRPr="00D97DB6" w:rsidRDefault="00000000">
            <w:pPr>
              <w:spacing w:after="0" w:line="240" w:lineRule="auto"/>
              <w:rPr>
                <w:noProof/>
                <w:lang w:val="ro-RO"/>
              </w:rPr>
            </w:pPr>
            <w:r w:rsidRPr="00D97DB6">
              <w:rPr>
                <w:rFonts w:eastAsia="Arial"/>
                <w:noProof/>
                <w:sz w:val="16"/>
                <w:lang w:val="ro-RO"/>
              </w:rPr>
              <w:t>Revizuirea evaluărilor, instrucțiunilor, competențelor, controalelor și standardizării în alte zone.</w:t>
            </w: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E50C706"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BF0130A"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41722A7" w14:textId="77777777" w:rsidR="002718B0" w:rsidRPr="00D97DB6" w:rsidRDefault="002718B0">
            <w:pPr>
              <w:spacing w:after="0" w:line="240" w:lineRule="auto"/>
              <w:jc w:val="center"/>
              <w:rPr>
                <w:noProof/>
                <w:lang w:val="ro-RO"/>
              </w:rPr>
            </w:pPr>
          </w:p>
        </w:tc>
      </w:tr>
      <w:tr w:rsidR="002718B0" w:rsidRPr="0040087F" w14:paraId="5FB424FC" w14:textId="77777777" w:rsidTr="00D97DB6">
        <w:trPr>
          <w:cantSplit/>
          <w:trHeight w:val="414"/>
          <w:jc w:val="center"/>
        </w:trPr>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C7DE065"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10.3.1</w:t>
            </w:r>
          </w:p>
        </w:tc>
        <w:tc>
          <w:tcPr>
            <w:tcW w:w="408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14165544" w14:textId="77777777" w:rsidR="002718B0" w:rsidRPr="00D97DB6" w:rsidRDefault="00000000">
            <w:pPr>
              <w:spacing w:after="0" w:line="240" w:lineRule="auto"/>
              <w:rPr>
                <w:noProof/>
                <w:lang w:val="ro-RO"/>
              </w:rPr>
            </w:pPr>
            <w:r w:rsidRPr="00D97DB6">
              <w:rPr>
                <w:rFonts w:eastAsia="Arial"/>
                <w:noProof/>
                <w:sz w:val="16"/>
                <w:lang w:val="ro-RO"/>
              </w:rPr>
              <w:t>Îmbunătățirea continuă utilizează rezultatele analizei, auditului și analizei de management.</w:t>
            </w:r>
          </w:p>
        </w:tc>
        <w:tc>
          <w:tcPr>
            <w:tcW w:w="3236"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37D1CBA0" w14:textId="77777777" w:rsidR="002718B0" w:rsidRPr="00D97DB6" w:rsidRDefault="00000000">
            <w:pPr>
              <w:spacing w:after="0" w:line="240" w:lineRule="auto"/>
              <w:rPr>
                <w:noProof/>
                <w:lang w:val="ro-RO"/>
              </w:rPr>
            </w:pPr>
            <w:r w:rsidRPr="00D97DB6">
              <w:rPr>
                <w:rFonts w:eastAsia="Arial"/>
                <w:noProof/>
                <w:sz w:val="16"/>
                <w:lang w:val="ro-RO"/>
              </w:rPr>
              <w:t>Proiecte, optimizări, standardizare, lecții învățate și măsurarea beneficiilor.</w:t>
            </w: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67D7C44"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714E697" w14:textId="77777777" w:rsidR="002718B0" w:rsidRPr="00D97DB6" w:rsidRDefault="002718B0">
            <w:pPr>
              <w:spacing w:after="0" w:line="240" w:lineRule="auto"/>
              <w:jc w:val="center"/>
              <w:rPr>
                <w:noProof/>
                <w:lang w:val="ro-RO"/>
              </w:rPr>
            </w:pPr>
          </w:p>
        </w:tc>
        <w:tc>
          <w:tcPr>
            <w:tcW w:w="192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7DEF6F0" w14:textId="77777777" w:rsidR="002718B0" w:rsidRPr="00D97DB6" w:rsidRDefault="002718B0">
            <w:pPr>
              <w:spacing w:after="0" w:line="240" w:lineRule="auto"/>
              <w:jc w:val="center"/>
              <w:rPr>
                <w:noProof/>
                <w:lang w:val="ro-RO"/>
              </w:rPr>
            </w:pPr>
          </w:p>
        </w:tc>
      </w:tr>
    </w:tbl>
    <w:p w14:paraId="1CFBC28C" w14:textId="77777777" w:rsidR="002718B0" w:rsidRPr="00D97DB6" w:rsidRDefault="00000000">
      <w:pPr>
        <w:spacing w:before="100" w:after="0"/>
        <w:rPr>
          <w:noProof/>
          <w:lang w:val="ro-RO"/>
        </w:rPr>
      </w:pPr>
      <w:r w:rsidRPr="00D97DB6">
        <w:rPr>
          <w:rFonts w:eastAsia="Arial"/>
          <w:b/>
          <w:noProof/>
          <w:color w:val="D71920"/>
          <w:sz w:val="16"/>
          <w:lang w:val="ro-RO"/>
        </w:rPr>
        <w:t xml:space="preserve">Observații secțiune / dovezi-cheie: </w:t>
      </w:r>
      <w:r w:rsidRPr="00D97DB6">
        <w:rPr>
          <w:rFonts w:eastAsia="Arial"/>
          <w:noProof/>
          <w:color w:val="D9DDE2"/>
          <w:sz w:val="16"/>
          <w:lang w:val="ro-RO"/>
        </w:rPr>
        <w:t>__________________________________________________________________________________________________________</w:t>
      </w:r>
    </w:p>
    <w:p w14:paraId="01633706" w14:textId="77777777" w:rsidR="002718B0" w:rsidRPr="00D97DB6" w:rsidRDefault="00000000">
      <w:pPr>
        <w:rPr>
          <w:noProof/>
          <w:lang w:val="ro-RO"/>
        </w:rPr>
      </w:pPr>
      <w:r w:rsidRPr="00D97DB6">
        <w:rPr>
          <w:noProof/>
          <w:lang w:val="ro-RO"/>
        </w:rPr>
        <w:br w:type="page"/>
      </w:r>
    </w:p>
    <w:p w14:paraId="5642A391" w14:textId="77777777" w:rsidR="002718B0" w:rsidRPr="00D97DB6" w:rsidRDefault="00000000">
      <w:pPr>
        <w:pBdr>
          <w:bottom w:val="single" w:sz="12" w:space="4" w:color="D71920"/>
        </w:pBdr>
        <w:spacing w:before="80" w:after="40"/>
        <w:rPr>
          <w:noProof/>
          <w:lang w:val="ro-RO"/>
        </w:rPr>
      </w:pPr>
      <w:r w:rsidRPr="00D97DB6">
        <w:rPr>
          <w:rFonts w:eastAsia="Arial"/>
          <w:b/>
          <w:noProof/>
          <w:color w:val="D71920"/>
          <w:sz w:val="36"/>
          <w:lang w:val="ro-RO"/>
        </w:rPr>
        <w:lastRenderedPageBreak/>
        <w:t xml:space="preserve">8  </w:t>
      </w:r>
      <w:r w:rsidRPr="00D97DB6">
        <w:rPr>
          <w:rFonts w:eastAsia="Arial"/>
          <w:b/>
          <w:noProof/>
          <w:sz w:val="36"/>
          <w:lang w:val="ro-RO"/>
        </w:rPr>
        <w:t>Pregătirea pentru auditul de certificare</w:t>
      </w:r>
    </w:p>
    <w:p w14:paraId="5589C8F8" w14:textId="77777777" w:rsidR="002718B0" w:rsidRPr="00D97DB6" w:rsidRDefault="00000000">
      <w:pPr>
        <w:spacing w:after="100"/>
        <w:rPr>
          <w:noProof/>
          <w:lang w:val="ro-RO"/>
        </w:rPr>
      </w:pPr>
      <w:r w:rsidRPr="00D97DB6">
        <w:rPr>
          <w:rFonts w:eastAsia="Arial"/>
          <w:b/>
          <w:noProof/>
          <w:color w:val="D71920"/>
          <w:sz w:val="17"/>
          <w:lang w:val="ro-RO"/>
        </w:rPr>
        <w:t>Referință: Etapă de verificare finală (practică recomandată)</w:t>
      </w:r>
      <w:r w:rsidRPr="00D97DB6">
        <w:rPr>
          <w:rFonts w:eastAsia="Arial"/>
          <w:noProof/>
          <w:color w:val="666666"/>
          <w:sz w:val="17"/>
          <w:lang w:val="ro-RO"/>
        </w:rPr>
        <w:t xml:space="preserve">   |   Obiectiv: confirmarea că sistemul este implementat, utilizat și susținut de dovezi suficiente.</w:t>
      </w:r>
    </w:p>
    <w:tbl>
      <w:tblPr>
        <w:tblW w:w="0" w:type="auto"/>
        <w:jc w:val="center"/>
        <w:tblLayout w:type="fixed"/>
        <w:tblLook w:val="04A0" w:firstRow="1" w:lastRow="0" w:firstColumn="1" w:lastColumn="0" w:noHBand="0" w:noVBand="1"/>
      </w:tblPr>
      <w:tblGrid>
        <w:gridCol w:w="7710"/>
        <w:gridCol w:w="7710"/>
      </w:tblGrid>
      <w:tr w:rsidR="002718B0" w:rsidRPr="0040087F" w14:paraId="1074E5F2" w14:textId="77777777">
        <w:trPr>
          <w:jc w:val="center"/>
        </w:trPr>
        <w:tc>
          <w:tcPr>
            <w:tcW w:w="7710" w:type="dxa"/>
            <w:tcBorders>
              <w:top w:val="nil"/>
              <w:left w:val="nil"/>
              <w:bottom w:val="nil"/>
              <w:right w:val="nil"/>
            </w:tcBorders>
            <w:shd w:val="clear" w:color="auto" w:fill="D71920"/>
          </w:tcPr>
          <w:p w14:paraId="21EFA87D" w14:textId="77777777" w:rsidR="002718B0" w:rsidRPr="00D97DB6" w:rsidRDefault="002718B0">
            <w:pPr>
              <w:rPr>
                <w:noProof/>
                <w:lang w:val="ro-RO"/>
              </w:rPr>
            </w:pPr>
          </w:p>
        </w:tc>
        <w:tc>
          <w:tcPr>
            <w:tcW w:w="7710" w:type="dxa"/>
            <w:tcBorders>
              <w:top w:val="nil"/>
              <w:left w:val="nil"/>
              <w:bottom w:val="nil"/>
              <w:right w:val="nil"/>
            </w:tcBorders>
            <w:shd w:val="clear" w:color="auto" w:fill="FCEBEC"/>
            <w:tcMar>
              <w:top w:w="110" w:type="dxa"/>
              <w:left w:w="160" w:type="dxa"/>
              <w:bottom w:w="110" w:type="dxa"/>
              <w:right w:w="160" w:type="dxa"/>
            </w:tcMar>
          </w:tcPr>
          <w:p w14:paraId="021F8773" w14:textId="77777777" w:rsidR="002718B0" w:rsidRPr="00D97DB6" w:rsidRDefault="00000000">
            <w:pPr>
              <w:rPr>
                <w:noProof/>
                <w:lang w:val="ro-RO"/>
              </w:rPr>
            </w:pPr>
            <w:r w:rsidRPr="00D97DB6">
              <w:rPr>
                <w:rFonts w:eastAsia="Arial"/>
                <w:b/>
                <w:noProof/>
                <w:color w:val="D71920"/>
                <w:lang w:val="ro-RO"/>
              </w:rPr>
              <w:t>PERSPECTIVĂ DE CONSULTANT</w:t>
            </w:r>
          </w:p>
          <w:p w14:paraId="0E9BF78F" w14:textId="77777777" w:rsidR="002718B0" w:rsidRPr="00D97DB6" w:rsidRDefault="00000000">
            <w:pPr>
              <w:spacing w:before="20" w:after="0"/>
              <w:rPr>
                <w:noProof/>
                <w:lang w:val="ro-RO"/>
              </w:rPr>
            </w:pPr>
            <w:r w:rsidRPr="00D97DB6">
              <w:rPr>
                <w:rFonts w:eastAsia="Arial"/>
                <w:noProof/>
                <w:sz w:val="17"/>
                <w:lang w:val="ro-RO"/>
              </w:rPr>
              <w:t>Un set complet de documente nu compensează lipsa aplicării. Înainte de audit, urmăriți „firul dovezii”: cerință → proces → responsabil → control → înregistrare → rezultat → reacție la abatere.</w:t>
            </w:r>
          </w:p>
        </w:tc>
      </w:tr>
    </w:tbl>
    <w:p w14:paraId="6FA639D8" w14:textId="77777777" w:rsidR="002718B0" w:rsidRPr="00D97DB6" w:rsidRDefault="002718B0">
      <w:pPr>
        <w:spacing w:after="0"/>
        <w:rPr>
          <w:noProof/>
          <w:lang w:val="ro-RO"/>
        </w:rPr>
      </w:pPr>
    </w:p>
    <w:tbl>
      <w:tblPr>
        <w:tblW w:w="15707" w:type="dxa"/>
        <w:jc w:val="center"/>
        <w:tblLayout w:type="fixed"/>
        <w:tblLook w:val="04A0" w:firstRow="1" w:lastRow="0" w:firstColumn="1" w:lastColumn="0" w:noHBand="0" w:noVBand="1"/>
      </w:tblPr>
      <w:tblGrid>
        <w:gridCol w:w="2015"/>
        <w:gridCol w:w="4268"/>
        <w:gridCol w:w="3379"/>
        <w:gridCol w:w="2015"/>
        <w:gridCol w:w="2015"/>
        <w:gridCol w:w="2015"/>
      </w:tblGrid>
      <w:tr w:rsidR="002718B0" w:rsidRPr="00D97DB6" w14:paraId="18B2FF9A" w14:textId="77777777" w:rsidTr="00D97DB6">
        <w:trPr>
          <w:trHeight w:val="268"/>
          <w:tblHeader/>
          <w:jc w:val="center"/>
        </w:trPr>
        <w:tc>
          <w:tcPr>
            <w:tcW w:w="2015"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570617DE" w14:textId="77777777" w:rsidR="002718B0" w:rsidRPr="00D97DB6" w:rsidRDefault="00000000">
            <w:pPr>
              <w:jc w:val="center"/>
              <w:rPr>
                <w:noProof/>
                <w:lang w:val="ro-RO"/>
              </w:rPr>
            </w:pPr>
            <w:r w:rsidRPr="00D97DB6">
              <w:rPr>
                <w:rFonts w:eastAsia="Arial"/>
                <w:b/>
                <w:noProof/>
                <w:color w:val="FFFFFF"/>
                <w:sz w:val="15"/>
                <w:lang w:val="ro-RO"/>
              </w:rPr>
              <w:t>ID</w:t>
            </w:r>
          </w:p>
        </w:tc>
        <w:tc>
          <w:tcPr>
            <w:tcW w:w="4268"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1FCE77FE" w14:textId="77777777" w:rsidR="002718B0" w:rsidRPr="00D97DB6" w:rsidRDefault="00000000">
            <w:pPr>
              <w:jc w:val="center"/>
              <w:rPr>
                <w:noProof/>
                <w:lang w:val="ro-RO"/>
              </w:rPr>
            </w:pPr>
            <w:r w:rsidRPr="00D97DB6">
              <w:rPr>
                <w:rFonts w:eastAsia="Arial"/>
                <w:b/>
                <w:noProof/>
                <w:color w:val="FFFFFF"/>
                <w:sz w:val="15"/>
                <w:lang w:val="ro-RO"/>
              </w:rPr>
              <w:t>VERIFICARE / ACTIVITATE</w:t>
            </w:r>
          </w:p>
        </w:tc>
        <w:tc>
          <w:tcPr>
            <w:tcW w:w="3379"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4EDE04AB" w14:textId="77777777" w:rsidR="002718B0" w:rsidRPr="00D97DB6" w:rsidRDefault="00000000">
            <w:pPr>
              <w:jc w:val="center"/>
              <w:rPr>
                <w:noProof/>
                <w:lang w:val="ro-RO"/>
              </w:rPr>
            </w:pPr>
            <w:r w:rsidRPr="00D97DB6">
              <w:rPr>
                <w:rFonts w:eastAsia="Arial"/>
                <w:b/>
                <w:noProof/>
                <w:color w:val="FFFFFF"/>
                <w:sz w:val="15"/>
                <w:lang w:val="ro-RO"/>
              </w:rPr>
              <w:t>REZULTAT AȘTEPTAT / DOVEZI ORIENTATIVE</w:t>
            </w:r>
          </w:p>
        </w:tc>
        <w:tc>
          <w:tcPr>
            <w:tcW w:w="2015"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3665F335" w14:textId="77777777" w:rsidR="002718B0" w:rsidRPr="00D97DB6" w:rsidRDefault="00000000">
            <w:pPr>
              <w:jc w:val="center"/>
              <w:rPr>
                <w:noProof/>
                <w:lang w:val="ro-RO"/>
              </w:rPr>
            </w:pPr>
            <w:r w:rsidRPr="00D97DB6">
              <w:rPr>
                <w:rFonts w:eastAsia="Arial"/>
                <w:b/>
                <w:noProof/>
                <w:color w:val="FFFFFF"/>
                <w:sz w:val="15"/>
                <w:lang w:val="ro-RO"/>
              </w:rPr>
              <w:t>RESP.</w:t>
            </w:r>
          </w:p>
        </w:tc>
        <w:tc>
          <w:tcPr>
            <w:tcW w:w="2015"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002FFEFE" w14:textId="77777777" w:rsidR="002718B0" w:rsidRPr="00D97DB6" w:rsidRDefault="00000000">
            <w:pPr>
              <w:jc w:val="center"/>
              <w:rPr>
                <w:noProof/>
                <w:lang w:val="ro-RO"/>
              </w:rPr>
            </w:pPr>
            <w:r w:rsidRPr="00D97DB6">
              <w:rPr>
                <w:rFonts w:eastAsia="Arial"/>
                <w:b/>
                <w:noProof/>
                <w:color w:val="FFFFFF"/>
                <w:sz w:val="15"/>
                <w:lang w:val="ro-RO"/>
              </w:rPr>
              <w:t>TERMEN</w:t>
            </w:r>
          </w:p>
        </w:tc>
        <w:tc>
          <w:tcPr>
            <w:tcW w:w="2015" w:type="dxa"/>
            <w:tcBorders>
              <w:top w:val="single" w:sz="4" w:space="0" w:color="FFFFFF"/>
              <w:left w:val="single" w:sz="4" w:space="0" w:color="FFFFFF"/>
              <w:bottom w:val="single" w:sz="4" w:space="0" w:color="FFFFFF"/>
              <w:right w:val="single" w:sz="4" w:space="0" w:color="FFFFFF"/>
            </w:tcBorders>
            <w:shd w:val="clear" w:color="auto" w:fill="D71920"/>
            <w:tcMar>
              <w:top w:w="90" w:type="dxa"/>
              <w:left w:w="70" w:type="dxa"/>
              <w:bottom w:w="90" w:type="dxa"/>
              <w:right w:w="70" w:type="dxa"/>
            </w:tcMar>
            <w:vAlign w:val="center"/>
          </w:tcPr>
          <w:p w14:paraId="4C55F55E" w14:textId="77777777" w:rsidR="002718B0" w:rsidRPr="00D97DB6" w:rsidRDefault="00000000">
            <w:pPr>
              <w:jc w:val="center"/>
              <w:rPr>
                <w:noProof/>
                <w:lang w:val="ro-RO"/>
              </w:rPr>
            </w:pPr>
            <w:r w:rsidRPr="00D97DB6">
              <w:rPr>
                <w:rFonts w:eastAsia="Arial"/>
                <w:b/>
                <w:noProof/>
                <w:color w:val="FFFFFF"/>
                <w:sz w:val="15"/>
                <w:lang w:val="ro-RO"/>
              </w:rPr>
              <w:t>SCOR</w:t>
            </w:r>
          </w:p>
        </w:tc>
      </w:tr>
      <w:tr w:rsidR="002718B0" w:rsidRPr="0040087F" w14:paraId="18FCDAD3" w14:textId="77777777" w:rsidTr="00D97DB6">
        <w:trPr>
          <w:cantSplit/>
          <w:trHeight w:val="379"/>
          <w:jc w:val="center"/>
        </w:trPr>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60480C0"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C.1</w:t>
            </w:r>
          </w:p>
        </w:tc>
        <w:tc>
          <w:tcPr>
            <w:tcW w:w="426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15CC1C5F" w14:textId="77777777" w:rsidR="002718B0" w:rsidRPr="00D97DB6" w:rsidRDefault="00000000">
            <w:pPr>
              <w:spacing w:after="0" w:line="240" w:lineRule="auto"/>
              <w:rPr>
                <w:noProof/>
                <w:lang w:val="ro-RO"/>
              </w:rPr>
            </w:pPr>
            <w:r w:rsidRPr="00D97DB6">
              <w:rPr>
                <w:rFonts w:eastAsia="Arial"/>
                <w:noProof/>
                <w:sz w:val="16"/>
                <w:lang w:val="ro-RO"/>
              </w:rPr>
              <w:t>Domeniul, procesele, politica, obiectivele și responsabilitățile sunt aprobate, actuale și coerente.</w:t>
            </w:r>
          </w:p>
        </w:tc>
        <w:tc>
          <w:tcPr>
            <w:tcW w:w="337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52691B16" w14:textId="77777777" w:rsidR="002718B0" w:rsidRPr="00D97DB6" w:rsidRDefault="00000000">
            <w:pPr>
              <w:spacing w:after="0" w:line="240" w:lineRule="auto"/>
              <w:rPr>
                <w:noProof/>
                <w:lang w:val="ro-RO"/>
              </w:rPr>
            </w:pPr>
            <w:r w:rsidRPr="00D97DB6">
              <w:rPr>
                <w:rFonts w:eastAsia="Arial"/>
                <w:noProof/>
                <w:sz w:val="16"/>
                <w:lang w:val="ro-RO"/>
              </w:rPr>
              <w:t>Control documente și concordanță între declarații, practică și activitățile prezentate pentru certificare.</w:t>
            </w: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5410C23"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B7B58D4"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60BAD1B" w14:textId="77777777" w:rsidR="002718B0" w:rsidRPr="00D97DB6" w:rsidRDefault="002718B0">
            <w:pPr>
              <w:spacing w:after="0" w:line="240" w:lineRule="auto"/>
              <w:jc w:val="center"/>
              <w:rPr>
                <w:noProof/>
                <w:lang w:val="ro-RO"/>
              </w:rPr>
            </w:pPr>
          </w:p>
        </w:tc>
      </w:tr>
      <w:tr w:rsidR="002718B0" w:rsidRPr="0040087F" w14:paraId="348DFFDE" w14:textId="77777777" w:rsidTr="00D97DB6">
        <w:trPr>
          <w:cantSplit/>
          <w:trHeight w:val="562"/>
          <w:jc w:val="center"/>
        </w:trPr>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763875A"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C.2</w:t>
            </w:r>
          </w:p>
        </w:tc>
        <w:tc>
          <w:tcPr>
            <w:tcW w:w="426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04C521A" w14:textId="77777777" w:rsidR="002718B0" w:rsidRPr="00D97DB6" w:rsidRDefault="00000000">
            <w:pPr>
              <w:spacing w:after="0" w:line="240" w:lineRule="auto"/>
              <w:rPr>
                <w:noProof/>
                <w:lang w:val="ro-RO"/>
              </w:rPr>
            </w:pPr>
            <w:r w:rsidRPr="00D97DB6">
              <w:rPr>
                <w:rFonts w:eastAsia="Arial"/>
                <w:noProof/>
                <w:sz w:val="16"/>
                <w:lang w:val="ro-RO"/>
              </w:rPr>
              <w:t>Există suficiente înregistrări din funcționarea reală a proceselor pentru a demonstra implementarea.</w:t>
            </w:r>
          </w:p>
        </w:tc>
        <w:tc>
          <w:tcPr>
            <w:tcW w:w="337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AF67116" w14:textId="77777777" w:rsidR="002718B0" w:rsidRPr="00D97DB6" w:rsidRDefault="00000000">
            <w:pPr>
              <w:spacing w:after="0" w:line="240" w:lineRule="auto"/>
              <w:rPr>
                <w:noProof/>
                <w:lang w:val="ro-RO"/>
              </w:rPr>
            </w:pPr>
            <w:r w:rsidRPr="00D97DB6">
              <w:rPr>
                <w:rFonts w:eastAsia="Arial"/>
                <w:noProof/>
                <w:sz w:val="16"/>
                <w:lang w:val="ro-RO"/>
              </w:rPr>
              <w:t>Comenzi/proiecte, verificări, competențe, furnizori, indicatori, neconformități și livrări pe o perioadă reprezentativă.</w:t>
            </w:r>
          </w:p>
        </w:tc>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B5D10F7"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C60AFE2"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4484BBB" w14:textId="77777777" w:rsidR="002718B0" w:rsidRPr="00D97DB6" w:rsidRDefault="002718B0">
            <w:pPr>
              <w:spacing w:after="0" w:line="240" w:lineRule="auto"/>
              <w:jc w:val="center"/>
              <w:rPr>
                <w:noProof/>
                <w:lang w:val="ro-RO"/>
              </w:rPr>
            </w:pPr>
          </w:p>
        </w:tc>
      </w:tr>
      <w:tr w:rsidR="002718B0" w:rsidRPr="00D97DB6" w14:paraId="5CEC8071" w14:textId="77777777" w:rsidTr="00D97DB6">
        <w:trPr>
          <w:cantSplit/>
          <w:trHeight w:val="366"/>
          <w:jc w:val="center"/>
        </w:trPr>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69DA8F3"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C.3</w:t>
            </w:r>
          </w:p>
        </w:tc>
        <w:tc>
          <w:tcPr>
            <w:tcW w:w="426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9674470" w14:textId="77777777" w:rsidR="002718B0" w:rsidRPr="00D97DB6" w:rsidRDefault="00000000">
            <w:pPr>
              <w:spacing w:after="0" w:line="240" w:lineRule="auto"/>
              <w:rPr>
                <w:noProof/>
                <w:lang w:val="ro-RO"/>
              </w:rPr>
            </w:pPr>
            <w:r w:rsidRPr="00D97DB6">
              <w:rPr>
                <w:rFonts w:eastAsia="Arial"/>
                <w:noProof/>
                <w:sz w:val="16"/>
                <w:lang w:val="ro-RO"/>
              </w:rPr>
              <w:t>Auditul intern a acoperit domeniul, cerințele, procesele și locațiile relevante.</w:t>
            </w:r>
          </w:p>
        </w:tc>
        <w:tc>
          <w:tcPr>
            <w:tcW w:w="337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9B949DC" w14:textId="77777777" w:rsidR="002718B0" w:rsidRPr="00D97DB6" w:rsidRDefault="00000000">
            <w:pPr>
              <w:spacing w:after="0" w:line="240" w:lineRule="auto"/>
              <w:rPr>
                <w:noProof/>
                <w:lang w:val="ro-RO"/>
              </w:rPr>
            </w:pPr>
            <w:r w:rsidRPr="00D97DB6">
              <w:rPr>
                <w:rFonts w:eastAsia="Arial"/>
                <w:noProof/>
                <w:sz w:val="16"/>
                <w:lang w:val="ro-RO"/>
              </w:rPr>
              <w:t>Program, planuri, rapoarte și dovezi că auditul a evaluat practica, nu doar documentele.</w:t>
            </w: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4538092"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278406D"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A4C51D6" w14:textId="77777777" w:rsidR="002718B0" w:rsidRPr="00D97DB6" w:rsidRDefault="002718B0">
            <w:pPr>
              <w:spacing w:after="0" w:line="240" w:lineRule="auto"/>
              <w:jc w:val="center"/>
              <w:rPr>
                <w:noProof/>
                <w:lang w:val="ro-RO"/>
              </w:rPr>
            </w:pPr>
          </w:p>
        </w:tc>
      </w:tr>
      <w:tr w:rsidR="002718B0" w:rsidRPr="00D97DB6" w14:paraId="185F86D1" w14:textId="77777777" w:rsidTr="00D97DB6">
        <w:trPr>
          <w:cantSplit/>
          <w:trHeight w:val="379"/>
          <w:jc w:val="center"/>
        </w:trPr>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78085912"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C.4</w:t>
            </w:r>
          </w:p>
        </w:tc>
        <w:tc>
          <w:tcPr>
            <w:tcW w:w="426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734E0890" w14:textId="77777777" w:rsidR="002718B0" w:rsidRPr="00D97DB6" w:rsidRDefault="00000000">
            <w:pPr>
              <w:spacing w:after="0" w:line="240" w:lineRule="auto"/>
              <w:rPr>
                <w:noProof/>
                <w:lang w:val="ro-RO"/>
              </w:rPr>
            </w:pPr>
            <w:r w:rsidRPr="00D97DB6">
              <w:rPr>
                <w:rFonts w:eastAsia="Arial"/>
                <w:noProof/>
                <w:sz w:val="16"/>
                <w:lang w:val="ro-RO"/>
              </w:rPr>
              <w:t>Constatările semnificative au fost corectate, iar eficacitatea acțiunilor este verificată.</w:t>
            </w:r>
          </w:p>
        </w:tc>
        <w:tc>
          <w:tcPr>
            <w:tcW w:w="337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3AB746D" w14:textId="77777777" w:rsidR="002718B0" w:rsidRPr="00D97DB6" w:rsidRDefault="00000000">
            <w:pPr>
              <w:spacing w:after="0" w:line="240" w:lineRule="auto"/>
              <w:rPr>
                <w:noProof/>
                <w:lang w:val="ro-RO"/>
              </w:rPr>
            </w:pPr>
            <w:r w:rsidRPr="00D97DB6">
              <w:rPr>
                <w:rFonts w:eastAsia="Arial"/>
                <w:noProof/>
                <w:sz w:val="16"/>
                <w:lang w:val="ro-RO"/>
              </w:rPr>
              <w:t>Închideri justificate; riscurile reziduale și acțiunile deschise sunt controlate.</w:t>
            </w:r>
          </w:p>
        </w:tc>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39E33AB"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730F831"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0CAE5E2C" w14:textId="77777777" w:rsidR="002718B0" w:rsidRPr="00D97DB6" w:rsidRDefault="002718B0">
            <w:pPr>
              <w:spacing w:after="0" w:line="240" w:lineRule="auto"/>
              <w:jc w:val="center"/>
              <w:rPr>
                <w:noProof/>
                <w:lang w:val="ro-RO"/>
              </w:rPr>
            </w:pPr>
          </w:p>
        </w:tc>
      </w:tr>
      <w:tr w:rsidR="002718B0" w:rsidRPr="0040087F" w14:paraId="7F3B692B" w14:textId="77777777" w:rsidTr="00D97DB6">
        <w:trPr>
          <w:cantSplit/>
          <w:trHeight w:val="366"/>
          <w:jc w:val="center"/>
        </w:trPr>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23C3C8AF"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C.5</w:t>
            </w:r>
          </w:p>
        </w:tc>
        <w:tc>
          <w:tcPr>
            <w:tcW w:w="426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28F6A35D" w14:textId="77777777" w:rsidR="002718B0" w:rsidRPr="00D97DB6" w:rsidRDefault="00000000">
            <w:pPr>
              <w:spacing w:after="0" w:line="240" w:lineRule="auto"/>
              <w:rPr>
                <w:noProof/>
                <w:lang w:val="ro-RO"/>
              </w:rPr>
            </w:pPr>
            <w:r w:rsidRPr="00D97DB6">
              <w:rPr>
                <w:rFonts w:eastAsia="Arial"/>
                <w:noProof/>
                <w:sz w:val="16"/>
                <w:lang w:val="ro-RO"/>
              </w:rPr>
              <w:t>Analiza de management a fost realizată pe baza datelor actuale și a rezultatelor auditului intern.</w:t>
            </w:r>
          </w:p>
        </w:tc>
        <w:tc>
          <w:tcPr>
            <w:tcW w:w="337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18E5ECB2" w14:textId="77777777" w:rsidR="002718B0" w:rsidRPr="00D97DB6" w:rsidRDefault="00000000">
            <w:pPr>
              <w:spacing w:after="0" w:line="240" w:lineRule="auto"/>
              <w:rPr>
                <w:noProof/>
                <w:lang w:val="ro-RO"/>
              </w:rPr>
            </w:pPr>
            <w:r w:rsidRPr="00D97DB6">
              <w:rPr>
                <w:rFonts w:eastAsia="Arial"/>
                <w:noProof/>
                <w:sz w:val="16"/>
                <w:lang w:val="ro-RO"/>
              </w:rPr>
              <w:t>Intrări complete, decizii, resurse, schimbări și responsabilități urmărite.</w:t>
            </w: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7B62E33"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33172395"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9BCE8CB" w14:textId="77777777" w:rsidR="002718B0" w:rsidRPr="00D97DB6" w:rsidRDefault="002718B0">
            <w:pPr>
              <w:spacing w:after="0" w:line="240" w:lineRule="auto"/>
              <w:jc w:val="center"/>
              <w:rPr>
                <w:noProof/>
                <w:lang w:val="ro-RO"/>
              </w:rPr>
            </w:pPr>
          </w:p>
        </w:tc>
      </w:tr>
      <w:tr w:rsidR="002718B0" w:rsidRPr="0040087F" w14:paraId="7BC1CC14" w14:textId="77777777" w:rsidTr="00D97DB6">
        <w:trPr>
          <w:cantSplit/>
          <w:trHeight w:val="379"/>
          <w:jc w:val="center"/>
        </w:trPr>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253E8405"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C.6</w:t>
            </w:r>
          </w:p>
        </w:tc>
        <w:tc>
          <w:tcPr>
            <w:tcW w:w="426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6A5B6EC8" w14:textId="77777777" w:rsidR="002718B0" w:rsidRPr="00D97DB6" w:rsidRDefault="00000000">
            <w:pPr>
              <w:spacing w:after="0" w:line="240" w:lineRule="auto"/>
              <w:rPr>
                <w:noProof/>
                <w:lang w:val="ro-RO"/>
              </w:rPr>
            </w:pPr>
            <w:r w:rsidRPr="00D97DB6">
              <w:rPr>
                <w:rFonts w:eastAsia="Arial"/>
                <w:noProof/>
                <w:sz w:val="16"/>
                <w:lang w:val="ro-RO"/>
              </w:rPr>
              <w:t>Cerințele legale, de reglementare și contractuale relevante sunt identificabile și reflectate în controale.</w:t>
            </w:r>
          </w:p>
        </w:tc>
        <w:tc>
          <w:tcPr>
            <w:tcW w:w="337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50B5ECFC" w14:textId="77777777" w:rsidR="002718B0" w:rsidRPr="00D97DB6" w:rsidRDefault="00000000">
            <w:pPr>
              <w:spacing w:after="0" w:line="240" w:lineRule="auto"/>
              <w:rPr>
                <w:noProof/>
                <w:lang w:val="ro-RO"/>
              </w:rPr>
            </w:pPr>
            <w:r w:rsidRPr="00D97DB6">
              <w:rPr>
                <w:rFonts w:eastAsia="Arial"/>
                <w:noProof/>
                <w:sz w:val="16"/>
                <w:lang w:val="ro-RO"/>
              </w:rPr>
              <w:t>Registru sau mecanism echivalent, responsabilități, actualizare și dovezi de conformare.</w:t>
            </w:r>
          </w:p>
        </w:tc>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E5162D3"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3492C57"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6936F0D3" w14:textId="77777777" w:rsidR="002718B0" w:rsidRPr="00D97DB6" w:rsidRDefault="002718B0">
            <w:pPr>
              <w:spacing w:after="0" w:line="240" w:lineRule="auto"/>
              <w:jc w:val="center"/>
              <w:rPr>
                <w:noProof/>
                <w:lang w:val="ro-RO"/>
              </w:rPr>
            </w:pPr>
          </w:p>
        </w:tc>
      </w:tr>
      <w:tr w:rsidR="002718B0" w:rsidRPr="0040087F" w14:paraId="2D9748E3" w14:textId="77777777" w:rsidTr="00D97DB6">
        <w:trPr>
          <w:cantSplit/>
          <w:trHeight w:val="366"/>
          <w:jc w:val="center"/>
        </w:trPr>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54BF1E04"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C.7</w:t>
            </w:r>
          </w:p>
        </w:tc>
        <w:tc>
          <w:tcPr>
            <w:tcW w:w="426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42EF57F2" w14:textId="77777777" w:rsidR="002718B0" w:rsidRPr="00D97DB6" w:rsidRDefault="00000000">
            <w:pPr>
              <w:spacing w:after="0" w:line="240" w:lineRule="auto"/>
              <w:rPr>
                <w:noProof/>
                <w:lang w:val="ro-RO"/>
              </w:rPr>
            </w:pPr>
            <w:r w:rsidRPr="00D97DB6">
              <w:rPr>
                <w:rFonts w:eastAsia="Arial"/>
                <w:noProof/>
                <w:sz w:val="16"/>
                <w:lang w:val="ro-RO"/>
              </w:rPr>
              <w:t>Personalul poate explica rolul său, criteriile de calitate, modul de lucru și reacția la abateri.</w:t>
            </w:r>
          </w:p>
        </w:tc>
        <w:tc>
          <w:tcPr>
            <w:tcW w:w="337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730DA63E" w14:textId="77777777" w:rsidR="002718B0" w:rsidRPr="00D97DB6" w:rsidRDefault="00000000">
            <w:pPr>
              <w:spacing w:after="0" w:line="240" w:lineRule="auto"/>
              <w:rPr>
                <w:noProof/>
                <w:lang w:val="ro-RO"/>
              </w:rPr>
            </w:pPr>
            <w:r w:rsidRPr="00D97DB6">
              <w:rPr>
                <w:rFonts w:eastAsia="Arial"/>
                <w:noProof/>
                <w:sz w:val="16"/>
                <w:lang w:val="ro-RO"/>
              </w:rPr>
              <w:t>Interviuri interne, instruiri scurte, acces la informații și exemple concrete din activitate.</w:t>
            </w: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6DAF95BA"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040FEE7E"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23D1D3B" w14:textId="77777777" w:rsidR="002718B0" w:rsidRPr="00D97DB6" w:rsidRDefault="002718B0">
            <w:pPr>
              <w:spacing w:after="0" w:line="240" w:lineRule="auto"/>
              <w:jc w:val="center"/>
              <w:rPr>
                <w:noProof/>
                <w:lang w:val="ro-RO"/>
              </w:rPr>
            </w:pPr>
          </w:p>
        </w:tc>
      </w:tr>
      <w:tr w:rsidR="002718B0" w:rsidRPr="0040087F" w14:paraId="3E6DC776" w14:textId="77777777" w:rsidTr="00D97DB6">
        <w:trPr>
          <w:cantSplit/>
          <w:trHeight w:val="379"/>
          <w:jc w:val="center"/>
        </w:trPr>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1FD3E809"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C.8</w:t>
            </w:r>
          </w:p>
        </w:tc>
        <w:tc>
          <w:tcPr>
            <w:tcW w:w="4268"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1F796442" w14:textId="77777777" w:rsidR="002718B0" w:rsidRPr="00D97DB6" w:rsidRDefault="00000000">
            <w:pPr>
              <w:spacing w:after="0" w:line="240" w:lineRule="auto"/>
              <w:rPr>
                <w:noProof/>
                <w:lang w:val="ro-RO"/>
              </w:rPr>
            </w:pPr>
            <w:r w:rsidRPr="00D97DB6">
              <w:rPr>
                <w:rFonts w:eastAsia="Arial"/>
                <w:noProof/>
                <w:sz w:val="16"/>
                <w:lang w:val="ro-RO"/>
              </w:rPr>
              <w:t>Documentele și înregistrările pot fi regăsite rapid, inclusiv pentru eșantioane alese de auditor.</w:t>
            </w:r>
          </w:p>
        </w:tc>
        <w:tc>
          <w:tcPr>
            <w:tcW w:w="3379"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tcPr>
          <w:p w14:paraId="0F07FA4B" w14:textId="77777777" w:rsidR="002718B0" w:rsidRPr="00D97DB6" w:rsidRDefault="00000000">
            <w:pPr>
              <w:spacing w:after="0" w:line="240" w:lineRule="auto"/>
              <w:rPr>
                <w:noProof/>
                <w:lang w:val="ro-RO"/>
              </w:rPr>
            </w:pPr>
            <w:r w:rsidRPr="00D97DB6">
              <w:rPr>
                <w:rFonts w:eastAsia="Arial"/>
                <w:noProof/>
                <w:sz w:val="16"/>
                <w:lang w:val="ro-RO"/>
              </w:rPr>
              <w:t>Structură clară, drepturi de acces, indexare, versiuni și disponibilitate la locațiile relevante.</w:t>
            </w:r>
          </w:p>
        </w:tc>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4019B935"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35E2F54E"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shd w:val="clear" w:color="auto" w:fill="FAFAFA"/>
            <w:tcMar>
              <w:top w:w="80" w:type="dxa"/>
              <w:left w:w="75" w:type="dxa"/>
              <w:bottom w:w="80" w:type="dxa"/>
              <w:right w:w="75" w:type="dxa"/>
            </w:tcMar>
            <w:vAlign w:val="center"/>
          </w:tcPr>
          <w:p w14:paraId="5EE97D03" w14:textId="77777777" w:rsidR="002718B0" w:rsidRPr="00D97DB6" w:rsidRDefault="002718B0">
            <w:pPr>
              <w:spacing w:after="0" w:line="240" w:lineRule="auto"/>
              <w:jc w:val="center"/>
              <w:rPr>
                <w:noProof/>
                <w:lang w:val="ro-RO"/>
              </w:rPr>
            </w:pPr>
          </w:p>
        </w:tc>
      </w:tr>
      <w:tr w:rsidR="002718B0" w:rsidRPr="00D97DB6" w14:paraId="05689C04" w14:textId="77777777" w:rsidTr="00D97DB6">
        <w:trPr>
          <w:cantSplit/>
          <w:trHeight w:val="379"/>
          <w:jc w:val="center"/>
        </w:trPr>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489DEE0" w14:textId="77777777" w:rsidR="002718B0" w:rsidRPr="00D97DB6" w:rsidRDefault="00000000">
            <w:pPr>
              <w:spacing w:after="0" w:line="240" w:lineRule="auto"/>
              <w:jc w:val="center"/>
              <w:rPr>
                <w:noProof/>
                <w:lang w:val="ro-RO"/>
              </w:rPr>
            </w:pPr>
            <w:r w:rsidRPr="00D97DB6">
              <w:rPr>
                <w:rFonts w:eastAsia="Arial"/>
                <w:b/>
                <w:noProof/>
                <w:color w:val="D71920"/>
                <w:sz w:val="16"/>
                <w:lang w:val="ro-RO"/>
              </w:rPr>
              <w:t>C.9</w:t>
            </w:r>
          </w:p>
        </w:tc>
        <w:tc>
          <w:tcPr>
            <w:tcW w:w="4268"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0837E529" w14:textId="77777777" w:rsidR="002718B0" w:rsidRPr="00D97DB6" w:rsidRDefault="00000000">
            <w:pPr>
              <w:spacing w:after="0" w:line="240" w:lineRule="auto"/>
              <w:rPr>
                <w:noProof/>
                <w:lang w:val="ro-RO"/>
              </w:rPr>
            </w:pPr>
            <w:r w:rsidRPr="00D97DB6">
              <w:rPr>
                <w:rFonts w:eastAsia="Arial"/>
                <w:noProof/>
                <w:sz w:val="16"/>
                <w:lang w:val="ro-RO"/>
              </w:rPr>
              <w:t>Datele logistice și domeniul propus pentru certificare au fost confirmate cu organismul de certificare.</w:t>
            </w:r>
          </w:p>
        </w:tc>
        <w:tc>
          <w:tcPr>
            <w:tcW w:w="3379"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tcPr>
          <w:p w14:paraId="635F08B2" w14:textId="77777777" w:rsidR="002718B0" w:rsidRPr="00D97DB6" w:rsidRDefault="00000000">
            <w:pPr>
              <w:spacing w:after="0" w:line="240" w:lineRule="auto"/>
              <w:rPr>
                <w:noProof/>
                <w:lang w:val="ro-RO"/>
              </w:rPr>
            </w:pPr>
            <w:r w:rsidRPr="00D97DB6">
              <w:rPr>
                <w:rFonts w:eastAsia="Arial"/>
                <w:noProof/>
                <w:sz w:val="16"/>
                <w:lang w:val="ro-RO"/>
              </w:rPr>
              <w:t>Locații, activități, număr personal, procese externalizate, schimburi, sezonabilitate și contacte.</w:t>
            </w: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4FDD7459"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7DC55272" w14:textId="77777777" w:rsidR="002718B0" w:rsidRPr="00D97DB6" w:rsidRDefault="002718B0">
            <w:pPr>
              <w:spacing w:after="0" w:line="240" w:lineRule="auto"/>
              <w:jc w:val="center"/>
              <w:rPr>
                <w:noProof/>
                <w:lang w:val="ro-RO"/>
              </w:rPr>
            </w:pPr>
          </w:p>
        </w:tc>
        <w:tc>
          <w:tcPr>
            <w:tcW w:w="2015" w:type="dxa"/>
            <w:tcBorders>
              <w:top w:val="single" w:sz="3" w:space="0" w:color="D9DDE2"/>
              <w:left w:val="single" w:sz="3" w:space="0" w:color="D9DDE2"/>
              <w:bottom w:val="single" w:sz="3" w:space="0" w:color="D9DDE2"/>
              <w:right w:val="single" w:sz="3" w:space="0" w:color="D9DDE2"/>
            </w:tcBorders>
            <w:tcMar>
              <w:top w:w="80" w:type="dxa"/>
              <w:left w:w="75" w:type="dxa"/>
              <w:bottom w:w="80" w:type="dxa"/>
              <w:right w:w="75" w:type="dxa"/>
            </w:tcMar>
            <w:vAlign w:val="center"/>
          </w:tcPr>
          <w:p w14:paraId="15F8D0A2" w14:textId="77777777" w:rsidR="002718B0" w:rsidRPr="00D97DB6" w:rsidRDefault="002718B0">
            <w:pPr>
              <w:spacing w:after="0" w:line="240" w:lineRule="auto"/>
              <w:jc w:val="center"/>
              <w:rPr>
                <w:noProof/>
                <w:lang w:val="ro-RO"/>
              </w:rPr>
            </w:pPr>
          </w:p>
        </w:tc>
      </w:tr>
    </w:tbl>
    <w:p w14:paraId="1935EBAB" w14:textId="77777777" w:rsidR="002718B0" w:rsidRPr="00D97DB6" w:rsidRDefault="00000000">
      <w:pPr>
        <w:spacing w:before="100" w:after="0"/>
        <w:rPr>
          <w:noProof/>
          <w:lang w:val="ro-RO"/>
        </w:rPr>
      </w:pPr>
      <w:r w:rsidRPr="00D97DB6">
        <w:rPr>
          <w:rFonts w:eastAsia="Arial"/>
          <w:b/>
          <w:noProof/>
          <w:color w:val="D71920"/>
          <w:sz w:val="16"/>
          <w:lang w:val="ro-RO"/>
        </w:rPr>
        <w:t xml:space="preserve">Observații secțiune / dovezi-cheie: </w:t>
      </w:r>
      <w:r w:rsidRPr="00D97DB6">
        <w:rPr>
          <w:rFonts w:eastAsia="Arial"/>
          <w:noProof/>
          <w:color w:val="D9DDE2"/>
          <w:sz w:val="16"/>
          <w:lang w:val="ro-RO"/>
        </w:rPr>
        <w:t>__________________________________________________________________________________________________________</w:t>
      </w:r>
    </w:p>
    <w:p w14:paraId="449ECB06" w14:textId="77777777" w:rsidR="002718B0" w:rsidRPr="00D97DB6" w:rsidRDefault="002718B0">
      <w:pPr>
        <w:rPr>
          <w:noProof/>
          <w:lang w:val="ro-RO"/>
        </w:rPr>
        <w:sectPr w:rsidR="002718B0" w:rsidRPr="00D97DB6">
          <w:headerReference w:type="default" r:id="rId10"/>
          <w:footerReference w:type="default" r:id="rId11"/>
          <w:pgSz w:w="16838" w:h="11906" w:orient="landscape"/>
          <w:pgMar w:top="765" w:right="709" w:bottom="709" w:left="709" w:header="312" w:footer="312" w:gutter="0"/>
          <w:cols w:space="720"/>
          <w:docGrid w:linePitch="360"/>
        </w:sectPr>
      </w:pPr>
    </w:p>
    <w:p w14:paraId="1ADF7F19" w14:textId="77777777" w:rsidR="002718B0" w:rsidRPr="00D97DB6" w:rsidRDefault="00000000">
      <w:pPr>
        <w:pStyle w:val="Heading1"/>
        <w:pBdr>
          <w:bottom w:val="single" w:sz="10" w:space="3" w:color="D71920"/>
        </w:pBdr>
        <w:rPr>
          <w:noProof/>
          <w:lang w:val="ro-RO"/>
        </w:rPr>
      </w:pPr>
      <w:r w:rsidRPr="00D97DB6">
        <w:rPr>
          <w:noProof/>
          <w:lang w:val="ro-RO"/>
        </w:rPr>
        <w:lastRenderedPageBreak/>
        <w:t>Sinteza evaluării</w:t>
      </w:r>
    </w:p>
    <w:p w14:paraId="0B1B945D" w14:textId="77777777" w:rsidR="002718B0" w:rsidRPr="00D97DB6" w:rsidRDefault="00000000">
      <w:pPr>
        <w:rPr>
          <w:noProof/>
          <w:lang w:val="ro-RO"/>
        </w:rPr>
      </w:pPr>
      <w:r w:rsidRPr="00D97DB6">
        <w:rPr>
          <w:rFonts w:eastAsia="Arial"/>
          <w:noProof/>
          <w:color w:val="666666"/>
          <w:sz w:val="18"/>
          <w:lang w:val="ro-RO"/>
        </w:rPr>
        <w:t>Completați scorul obținut pentru fiecare secțiune. Excludeți din maxim doar elementele N/A justificate.</w:t>
      </w:r>
    </w:p>
    <w:tbl>
      <w:tblPr>
        <w:tblW w:w="0" w:type="auto"/>
        <w:jc w:val="center"/>
        <w:tblLayout w:type="fixed"/>
        <w:tblLook w:val="04A0" w:firstRow="1" w:lastRow="0" w:firstColumn="1" w:lastColumn="0" w:noHBand="0" w:noVBand="1"/>
      </w:tblPr>
      <w:tblGrid>
        <w:gridCol w:w="1258"/>
        <w:gridCol w:w="3046"/>
        <w:gridCol w:w="1258"/>
        <w:gridCol w:w="1258"/>
        <w:gridCol w:w="1258"/>
        <w:gridCol w:w="1258"/>
      </w:tblGrid>
      <w:tr w:rsidR="002718B0" w:rsidRPr="00D97DB6" w14:paraId="43DFC45E" w14:textId="77777777" w:rsidTr="00D97DB6">
        <w:trPr>
          <w:trHeight w:val="276"/>
          <w:jc w:val="center"/>
        </w:trPr>
        <w:tc>
          <w:tcPr>
            <w:tcW w:w="1258" w:type="dxa"/>
            <w:shd w:val="clear" w:color="auto" w:fill="D71920"/>
            <w:tcMar>
              <w:top w:w="80" w:type="dxa"/>
              <w:left w:w="65" w:type="dxa"/>
              <w:bottom w:w="80" w:type="dxa"/>
              <w:right w:w="65" w:type="dxa"/>
            </w:tcMar>
          </w:tcPr>
          <w:p w14:paraId="3C1762B1" w14:textId="77777777" w:rsidR="002718B0" w:rsidRPr="00D97DB6" w:rsidRDefault="00000000">
            <w:pPr>
              <w:jc w:val="center"/>
              <w:rPr>
                <w:noProof/>
                <w:lang w:val="ro-RO"/>
              </w:rPr>
            </w:pPr>
            <w:r w:rsidRPr="00D97DB6">
              <w:rPr>
                <w:rFonts w:eastAsia="Arial"/>
                <w:b/>
                <w:noProof/>
                <w:color w:val="FFFFFF"/>
                <w:sz w:val="16"/>
                <w:lang w:val="ro-RO"/>
              </w:rPr>
              <w:t>SEC.</w:t>
            </w:r>
          </w:p>
        </w:tc>
        <w:tc>
          <w:tcPr>
            <w:tcW w:w="3046" w:type="dxa"/>
            <w:shd w:val="clear" w:color="auto" w:fill="D71920"/>
            <w:tcMar>
              <w:top w:w="80" w:type="dxa"/>
              <w:left w:w="65" w:type="dxa"/>
              <w:bottom w:w="80" w:type="dxa"/>
              <w:right w:w="65" w:type="dxa"/>
            </w:tcMar>
          </w:tcPr>
          <w:p w14:paraId="6831EEE6" w14:textId="77777777" w:rsidR="002718B0" w:rsidRPr="00D97DB6" w:rsidRDefault="00000000">
            <w:pPr>
              <w:jc w:val="center"/>
              <w:rPr>
                <w:noProof/>
                <w:lang w:val="ro-RO"/>
              </w:rPr>
            </w:pPr>
            <w:r w:rsidRPr="00D97DB6">
              <w:rPr>
                <w:rFonts w:eastAsia="Arial"/>
                <w:b/>
                <w:noProof/>
                <w:color w:val="FFFFFF"/>
                <w:sz w:val="16"/>
                <w:lang w:val="ro-RO"/>
              </w:rPr>
              <w:t>DOMENIU</w:t>
            </w:r>
          </w:p>
        </w:tc>
        <w:tc>
          <w:tcPr>
            <w:tcW w:w="1258" w:type="dxa"/>
            <w:shd w:val="clear" w:color="auto" w:fill="D71920"/>
            <w:tcMar>
              <w:top w:w="80" w:type="dxa"/>
              <w:left w:w="65" w:type="dxa"/>
              <w:bottom w:w="80" w:type="dxa"/>
              <w:right w:w="65" w:type="dxa"/>
            </w:tcMar>
          </w:tcPr>
          <w:p w14:paraId="5EA6DC26" w14:textId="77777777" w:rsidR="002718B0" w:rsidRPr="00D97DB6" w:rsidRDefault="00000000">
            <w:pPr>
              <w:jc w:val="center"/>
              <w:rPr>
                <w:noProof/>
                <w:lang w:val="ro-RO"/>
              </w:rPr>
            </w:pPr>
            <w:r w:rsidRPr="00D97DB6">
              <w:rPr>
                <w:rFonts w:eastAsia="Arial"/>
                <w:b/>
                <w:noProof/>
                <w:color w:val="FFFFFF"/>
                <w:sz w:val="16"/>
                <w:lang w:val="ro-RO"/>
              </w:rPr>
              <w:t>NR. ITEMI</w:t>
            </w:r>
          </w:p>
        </w:tc>
        <w:tc>
          <w:tcPr>
            <w:tcW w:w="1258" w:type="dxa"/>
            <w:shd w:val="clear" w:color="auto" w:fill="D71920"/>
            <w:tcMar>
              <w:top w:w="80" w:type="dxa"/>
              <w:left w:w="65" w:type="dxa"/>
              <w:bottom w:w="80" w:type="dxa"/>
              <w:right w:w="65" w:type="dxa"/>
            </w:tcMar>
          </w:tcPr>
          <w:p w14:paraId="42587B8A" w14:textId="77777777" w:rsidR="002718B0" w:rsidRPr="00D97DB6" w:rsidRDefault="00000000">
            <w:pPr>
              <w:jc w:val="center"/>
              <w:rPr>
                <w:noProof/>
                <w:lang w:val="ro-RO"/>
              </w:rPr>
            </w:pPr>
            <w:r w:rsidRPr="00D97DB6">
              <w:rPr>
                <w:rFonts w:eastAsia="Arial"/>
                <w:b/>
                <w:noProof/>
                <w:color w:val="FFFFFF"/>
                <w:sz w:val="16"/>
                <w:lang w:val="ro-RO"/>
              </w:rPr>
              <w:t>MAX. PUNCTE</w:t>
            </w:r>
          </w:p>
        </w:tc>
        <w:tc>
          <w:tcPr>
            <w:tcW w:w="1258" w:type="dxa"/>
            <w:shd w:val="clear" w:color="auto" w:fill="D71920"/>
            <w:tcMar>
              <w:top w:w="80" w:type="dxa"/>
              <w:left w:w="65" w:type="dxa"/>
              <w:bottom w:w="80" w:type="dxa"/>
              <w:right w:w="65" w:type="dxa"/>
            </w:tcMar>
          </w:tcPr>
          <w:p w14:paraId="57883FE3" w14:textId="77777777" w:rsidR="002718B0" w:rsidRPr="00D97DB6" w:rsidRDefault="00000000">
            <w:pPr>
              <w:jc w:val="center"/>
              <w:rPr>
                <w:noProof/>
                <w:lang w:val="ro-RO"/>
              </w:rPr>
            </w:pPr>
            <w:r w:rsidRPr="00D97DB6">
              <w:rPr>
                <w:rFonts w:eastAsia="Arial"/>
                <w:b/>
                <w:noProof/>
                <w:color w:val="FFFFFF"/>
                <w:sz w:val="16"/>
                <w:lang w:val="ro-RO"/>
              </w:rPr>
              <w:t>SCOR</w:t>
            </w:r>
          </w:p>
        </w:tc>
        <w:tc>
          <w:tcPr>
            <w:tcW w:w="1258" w:type="dxa"/>
            <w:shd w:val="clear" w:color="auto" w:fill="D71920"/>
            <w:tcMar>
              <w:top w:w="80" w:type="dxa"/>
              <w:left w:w="65" w:type="dxa"/>
              <w:bottom w:w="80" w:type="dxa"/>
              <w:right w:w="65" w:type="dxa"/>
            </w:tcMar>
          </w:tcPr>
          <w:p w14:paraId="2107D0BE" w14:textId="77777777" w:rsidR="002718B0" w:rsidRPr="00D97DB6" w:rsidRDefault="00000000">
            <w:pPr>
              <w:jc w:val="center"/>
              <w:rPr>
                <w:noProof/>
                <w:lang w:val="ro-RO"/>
              </w:rPr>
            </w:pPr>
            <w:r w:rsidRPr="00D97DB6">
              <w:rPr>
                <w:rFonts w:eastAsia="Arial"/>
                <w:b/>
                <w:noProof/>
                <w:color w:val="FFFFFF"/>
                <w:sz w:val="16"/>
                <w:lang w:val="ro-RO"/>
              </w:rPr>
              <w:t>%</w:t>
            </w:r>
          </w:p>
        </w:tc>
      </w:tr>
      <w:tr w:rsidR="002718B0" w:rsidRPr="00D97DB6" w14:paraId="0D25BF93" w14:textId="77777777" w:rsidTr="00D97DB6">
        <w:trPr>
          <w:trHeight w:val="312"/>
          <w:jc w:val="center"/>
        </w:trPr>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7A7D1E97" w14:textId="77777777" w:rsidR="002718B0" w:rsidRPr="00D97DB6" w:rsidRDefault="00000000">
            <w:pPr>
              <w:jc w:val="center"/>
              <w:rPr>
                <w:noProof/>
                <w:lang w:val="ro-RO"/>
              </w:rPr>
            </w:pPr>
            <w:r w:rsidRPr="00D97DB6">
              <w:rPr>
                <w:rFonts w:eastAsia="Arial"/>
                <w:b/>
                <w:noProof/>
                <w:color w:val="D71920"/>
                <w:sz w:val="17"/>
                <w:lang w:val="ro-RO"/>
              </w:rPr>
              <w:t>0</w:t>
            </w:r>
          </w:p>
        </w:tc>
        <w:tc>
          <w:tcPr>
            <w:tcW w:w="3046"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2D0B7BE5" w14:textId="77777777" w:rsidR="002718B0" w:rsidRPr="00D97DB6" w:rsidRDefault="00000000">
            <w:pPr>
              <w:rPr>
                <w:noProof/>
                <w:lang w:val="ro-RO"/>
              </w:rPr>
            </w:pPr>
            <w:r w:rsidRPr="00D97DB6">
              <w:rPr>
                <w:rFonts w:eastAsia="Arial"/>
                <w:b/>
                <w:noProof/>
                <w:sz w:val="17"/>
                <w:lang w:val="ro-RO"/>
              </w:rPr>
              <w:t>Pornirea proiectului</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2C9CCF8B" w14:textId="77777777" w:rsidR="002718B0" w:rsidRPr="00D97DB6" w:rsidRDefault="00000000">
            <w:pPr>
              <w:jc w:val="center"/>
              <w:rPr>
                <w:noProof/>
                <w:lang w:val="ro-RO"/>
              </w:rPr>
            </w:pPr>
            <w:r w:rsidRPr="00D97DB6">
              <w:rPr>
                <w:rFonts w:eastAsia="Arial"/>
                <w:noProof/>
                <w:sz w:val="17"/>
                <w:lang w:val="ro-RO"/>
              </w:rPr>
              <w:t>6</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16D2C8B0" w14:textId="77777777" w:rsidR="002718B0" w:rsidRPr="00D97DB6" w:rsidRDefault="00000000">
            <w:pPr>
              <w:jc w:val="center"/>
              <w:rPr>
                <w:noProof/>
                <w:lang w:val="ro-RO"/>
              </w:rPr>
            </w:pPr>
            <w:r w:rsidRPr="00D97DB6">
              <w:rPr>
                <w:rFonts w:eastAsia="Arial"/>
                <w:noProof/>
                <w:sz w:val="17"/>
                <w:lang w:val="ro-RO"/>
              </w:rPr>
              <w:t>18</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2F69BC77" w14:textId="77777777" w:rsidR="002718B0" w:rsidRPr="00D97DB6" w:rsidRDefault="002718B0">
            <w:pPr>
              <w:jc w:val="center"/>
              <w:rPr>
                <w:noProof/>
                <w:lang w:val="ro-RO"/>
              </w:rPr>
            </w:pP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066FE15F" w14:textId="77777777" w:rsidR="002718B0" w:rsidRPr="00D97DB6" w:rsidRDefault="002718B0">
            <w:pPr>
              <w:jc w:val="center"/>
              <w:rPr>
                <w:noProof/>
                <w:lang w:val="ro-RO"/>
              </w:rPr>
            </w:pPr>
          </w:p>
        </w:tc>
      </w:tr>
      <w:tr w:rsidR="002718B0" w:rsidRPr="00D97DB6" w14:paraId="4FB9CD75" w14:textId="77777777" w:rsidTr="00D97DB6">
        <w:trPr>
          <w:trHeight w:val="312"/>
          <w:jc w:val="center"/>
        </w:trPr>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7C331781" w14:textId="77777777" w:rsidR="002718B0" w:rsidRPr="00D97DB6" w:rsidRDefault="00000000">
            <w:pPr>
              <w:jc w:val="center"/>
              <w:rPr>
                <w:noProof/>
                <w:lang w:val="ro-RO"/>
              </w:rPr>
            </w:pPr>
            <w:r w:rsidRPr="00D97DB6">
              <w:rPr>
                <w:rFonts w:eastAsia="Arial"/>
                <w:b/>
                <w:noProof/>
                <w:color w:val="D71920"/>
                <w:sz w:val="17"/>
                <w:lang w:val="ro-RO"/>
              </w:rPr>
              <w:t>1</w:t>
            </w:r>
          </w:p>
        </w:tc>
        <w:tc>
          <w:tcPr>
            <w:tcW w:w="3046"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4F19BD67" w14:textId="77777777" w:rsidR="002718B0" w:rsidRPr="00D97DB6" w:rsidRDefault="00000000">
            <w:pPr>
              <w:rPr>
                <w:noProof/>
                <w:lang w:val="ro-RO"/>
              </w:rPr>
            </w:pPr>
            <w:r w:rsidRPr="00D97DB6">
              <w:rPr>
                <w:rFonts w:eastAsia="Arial"/>
                <w:b/>
                <w:noProof/>
                <w:sz w:val="17"/>
                <w:lang w:val="ro-RO"/>
              </w:rPr>
              <w:t>Context, domeniu și procese</w:t>
            </w: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2983F6E7" w14:textId="77777777" w:rsidR="002718B0" w:rsidRPr="00D97DB6" w:rsidRDefault="00000000">
            <w:pPr>
              <w:jc w:val="center"/>
              <w:rPr>
                <w:noProof/>
                <w:lang w:val="ro-RO"/>
              </w:rPr>
            </w:pPr>
            <w:r w:rsidRPr="00D97DB6">
              <w:rPr>
                <w:rFonts w:eastAsia="Arial"/>
                <w:noProof/>
                <w:sz w:val="17"/>
                <w:lang w:val="ro-RO"/>
              </w:rPr>
              <w:t>12</w:t>
            </w: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46A3D7A1" w14:textId="77777777" w:rsidR="002718B0" w:rsidRPr="00D97DB6" w:rsidRDefault="00000000">
            <w:pPr>
              <w:jc w:val="center"/>
              <w:rPr>
                <w:noProof/>
                <w:lang w:val="ro-RO"/>
              </w:rPr>
            </w:pPr>
            <w:r w:rsidRPr="00D97DB6">
              <w:rPr>
                <w:rFonts w:eastAsia="Arial"/>
                <w:noProof/>
                <w:sz w:val="17"/>
                <w:lang w:val="ro-RO"/>
              </w:rPr>
              <w:t>36</w:t>
            </w: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169421EB" w14:textId="77777777" w:rsidR="002718B0" w:rsidRPr="00D97DB6" w:rsidRDefault="002718B0">
            <w:pPr>
              <w:jc w:val="center"/>
              <w:rPr>
                <w:noProof/>
                <w:lang w:val="ro-RO"/>
              </w:rPr>
            </w:pP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4BE5F376" w14:textId="77777777" w:rsidR="002718B0" w:rsidRPr="00D97DB6" w:rsidRDefault="002718B0">
            <w:pPr>
              <w:jc w:val="center"/>
              <w:rPr>
                <w:noProof/>
                <w:lang w:val="ro-RO"/>
              </w:rPr>
            </w:pPr>
          </w:p>
        </w:tc>
      </w:tr>
      <w:tr w:rsidR="002718B0" w:rsidRPr="00D97DB6" w14:paraId="46F0CE8F" w14:textId="77777777" w:rsidTr="00D97DB6">
        <w:trPr>
          <w:trHeight w:val="312"/>
          <w:jc w:val="center"/>
        </w:trPr>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260BE84F" w14:textId="77777777" w:rsidR="002718B0" w:rsidRPr="00D97DB6" w:rsidRDefault="00000000">
            <w:pPr>
              <w:jc w:val="center"/>
              <w:rPr>
                <w:noProof/>
                <w:lang w:val="ro-RO"/>
              </w:rPr>
            </w:pPr>
            <w:r w:rsidRPr="00D97DB6">
              <w:rPr>
                <w:rFonts w:eastAsia="Arial"/>
                <w:b/>
                <w:noProof/>
                <w:color w:val="D71920"/>
                <w:sz w:val="17"/>
                <w:lang w:val="ro-RO"/>
              </w:rPr>
              <w:t>2</w:t>
            </w:r>
          </w:p>
        </w:tc>
        <w:tc>
          <w:tcPr>
            <w:tcW w:w="3046"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31DBDA45" w14:textId="77777777" w:rsidR="002718B0" w:rsidRPr="00D97DB6" w:rsidRDefault="00000000">
            <w:pPr>
              <w:rPr>
                <w:noProof/>
                <w:lang w:val="ro-RO"/>
              </w:rPr>
            </w:pPr>
            <w:r w:rsidRPr="00D97DB6">
              <w:rPr>
                <w:rFonts w:eastAsia="Arial"/>
                <w:b/>
                <w:noProof/>
                <w:sz w:val="17"/>
                <w:lang w:val="ro-RO"/>
              </w:rPr>
              <w:t>Leadership și responsabilități</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5A514C0D" w14:textId="77777777" w:rsidR="002718B0" w:rsidRPr="00D97DB6" w:rsidRDefault="00000000">
            <w:pPr>
              <w:jc w:val="center"/>
              <w:rPr>
                <w:noProof/>
                <w:lang w:val="ro-RO"/>
              </w:rPr>
            </w:pPr>
            <w:r w:rsidRPr="00D97DB6">
              <w:rPr>
                <w:rFonts w:eastAsia="Arial"/>
                <w:noProof/>
                <w:sz w:val="17"/>
                <w:lang w:val="ro-RO"/>
              </w:rPr>
              <w:t>8</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7BDF7765" w14:textId="77777777" w:rsidR="002718B0" w:rsidRPr="00D97DB6" w:rsidRDefault="00000000">
            <w:pPr>
              <w:jc w:val="center"/>
              <w:rPr>
                <w:noProof/>
                <w:lang w:val="ro-RO"/>
              </w:rPr>
            </w:pPr>
            <w:r w:rsidRPr="00D97DB6">
              <w:rPr>
                <w:rFonts w:eastAsia="Arial"/>
                <w:noProof/>
                <w:sz w:val="17"/>
                <w:lang w:val="ro-RO"/>
              </w:rPr>
              <w:t>24</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46F45461" w14:textId="77777777" w:rsidR="002718B0" w:rsidRPr="00D97DB6" w:rsidRDefault="002718B0">
            <w:pPr>
              <w:jc w:val="center"/>
              <w:rPr>
                <w:noProof/>
                <w:lang w:val="ro-RO"/>
              </w:rPr>
            </w:pP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2655DC4A" w14:textId="77777777" w:rsidR="002718B0" w:rsidRPr="00D97DB6" w:rsidRDefault="002718B0">
            <w:pPr>
              <w:jc w:val="center"/>
              <w:rPr>
                <w:noProof/>
                <w:lang w:val="ro-RO"/>
              </w:rPr>
            </w:pPr>
          </w:p>
        </w:tc>
      </w:tr>
      <w:tr w:rsidR="002718B0" w:rsidRPr="00D97DB6" w14:paraId="12BCB51E" w14:textId="77777777" w:rsidTr="00D97DB6">
        <w:trPr>
          <w:trHeight w:val="492"/>
          <w:jc w:val="center"/>
        </w:trPr>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1F312F53" w14:textId="77777777" w:rsidR="002718B0" w:rsidRPr="00D97DB6" w:rsidRDefault="00000000">
            <w:pPr>
              <w:jc w:val="center"/>
              <w:rPr>
                <w:noProof/>
                <w:lang w:val="ro-RO"/>
              </w:rPr>
            </w:pPr>
            <w:r w:rsidRPr="00D97DB6">
              <w:rPr>
                <w:rFonts w:eastAsia="Arial"/>
                <w:b/>
                <w:noProof/>
                <w:color w:val="D71920"/>
                <w:sz w:val="17"/>
                <w:lang w:val="ro-RO"/>
              </w:rPr>
              <w:t>3</w:t>
            </w:r>
          </w:p>
        </w:tc>
        <w:tc>
          <w:tcPr>
            <w:tcW w:w="3046"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3CF141CB" w14:textId="77777777" w:rsidR="002718B0" w:rsidRPr="00D97DB6" w:rsidRDefault="00000000">
            <w:pPr>
              <w:rPr>
                <w:noProof/>
                <w:lang w:val="ro-RO"/>
              </w:rPr>
            </w:pPr>
            <w:r w:rsidRPr="00D97DB6">
              <w:rPr>
                <w:rFonts w:eastAsia="Arial"/>
                <w:b/>
                <w:noProof/>
                <w:sz w:val="17"/>
                <w:lang w:val="ro-RO"/>
              </w:rPr>
              <w:t>Planificare: riscuri, oportunități, obiective și schimbări</w:t>
            </w: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0E75DCE5" w14:textId="77777777" w:rsidR="002718B0" w:rsidRPr="00D97DB6" w:rsidRDefault="00000000">
            <w:pPr>
              <w:jc w:val="center"/>
              <w:rPr>
                <w:noProof/>
                <w:lang w:val="ro-RO"/>
              </w:rPr>
            </w:pPr>
            <w:r w:rsidRPr="00D97DB6">
              <w:rPr>
                <w:rFonts w:eastAsia="Arial"/>
                <w:noProof/>
                <w:sz w:val="17"/>
                <w:lang w:val="ro-RO"/>
              </w:rPr>
              <w:t>9</w:t>
            </w: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5AA7EFFE" w14:textId="77777777" w:rsidR="002718B0" w:rsidRPr="00D97DB6" w:rsidRDefault="00000000">
            <w:pPr>
              <w:jc w:val="center"/>
              <w:rPr>
                <w:noProof/>
                <w:lang w:val="ro-RO"/>
              </w:rPr>
            </w:pPr>
            <w:r w:rsidRPr="00D97DB6">
              <w:rPr>
                <w:rFonts w:eastAsia="Arial"/>
                <w:noProof/>
                <w:sz w:val="17"/>
                <w:lang w:val="ro-RO"/>
              </w:rPr>
              <w:t>27</w:t>
            </w: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77AEC2F4" w14:textId="77777777" w:rsidR="002718B0" w:rsidRPr="00D97DB6" w:rsidRDefault="002718B0">
            <w:pPr>
              <w:jc w:val="center"/>
              <w:rPr>
                <w:noProof/>
                <w:lang w:val="ro-RO"/>
              </w:rPr>
            </w:pP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067A0920" w14:textId="77777777" w:rsidR="002718B0" w:rsidRPr="00D97DB6" w:rsidRDefault="002718B0">
            <w:pPr>
              <w:jc w:val="center"/>
              <w:rPr>
                <w:noProof/>
                <w:lang w:val="ro-RO"/>
              </w:rPr>
            </w:pPr>
          </w:p>
        </w:tc>
      </w:tr>
      <w:tr w:rsidR="002718B0" w:rsidRPr="00D97DB6" w14:paraId="3D52084A" w14:textId="77777777" w:rsidTr="00D97DB6">
        <w:trPr>
          <w:trHeight w:val="504"/>
          <w:jc w:val="center"/>
        </w:trPr>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6C7D04FB" w14:textId="77777777" w:rsidR="002718B0" w:rsidRPr="00D97DB6" w:rsidRDefault="00000000">
            <w:pPr>
              <w:jc w:val="center"/>
              <w:rPr>
                <w:noProof/>
                <w:lang w:val="ro-RO"/>
              </w:rPr>
            </w:pPr>
            <w:r w:rsidRPr="00D97DB6">
              <w:rPr>
                <w:rFonts w:eastAsia="Arial"/>
                <w:b/>
                <w:noProof/>
                <w:color w:val="D71920"/>
                <w:sz w:val="17"/>
                <w:lang w:val="ro-RO"/>
              </w:rPr>
              <w:t>4</w:t>
            </w:r>
          </w:p>
        </w:tc>
        <w:tc>
          <w:tcPr>
            <w:tcW w:w="3046"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1334FD29" w14:textId="77777777" w:rsidR="002718B0" w:rsidRPr="00D97DB6" w:rsidRDefault="00000000">
            <w:pPr>
              <w:rPr>
                <w:noProof/>
                <w:lang w:val="ro-RO"/>
              </w:rPr>
            </w:pPr>
            <w:r w:rsidRPr="00D97DB6">
              <w:rPr>
                <w:rFonts w:eastAsia="Arial"/>
                <w:b/>
                <w:noProof/>
                <w:sz w:val="17"/>
                <w:lang w:val="ro-RO"/>
              </w:rPr>
              <w:t>Suport: resurse, competență, comunicare și documente</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72E0B7A0" w14:textId="77777777" w:rsidR="002718B0" w:rsidRPr="00D97DB6" w:rsidRDefault="00000000">
            <w:pPr>
              <w:jc w:val="center"/>
              <w:rPr>
                <w:noProof/>
                <w:lang w:val="ro-RO"/>
              </w:rPr>
            </w:pPr>
            <w:r w:rsidRPr="00D97DB6">
              <w:rPr>
                <w:rFonts w:eastAsia="Arial"/>
                <w:noProof/>
                <w:sz w:val="17"/>
                <w:lang w:val="ro-RO"/>
              </w:rPr>
              <w:t>13</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31F17BFF" w14:textId="77777777" w:rsidR="002718B0" w:rsidRPr="00D97DB6" w:rsidRDefault="00000000">
            <w:pPr>
              <w:jc w:val="center"/>
              <w:rPr>
                <w:noProof/>
                <w:lang w:val="ro-RO"/>
              </w:rPr>
            </w:pPr>
            <w:r w:rsidRPr="00D97DB6">
              <w:rPr>
                <w:rFonts w:eastAsia="Arial"/>
                <w:noProof/>
                <w:sz w:val="17"/>
                <w:lang w:val="ro-RO"/>
              </w:rPr>
              <w:t>39</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182EBDAE" w14:textId="77777777" w:rsidR="002718B0" w:rsidRPr="00D97DB6" w:rsidRDefault="002718B0">
            <w:pPr>
              <w:jc w:val="center"/>
              <w:rPr>
                <w:noProof/>
                <w:lang w:val="ro-RO"/>
              </w:rPr>
            </w:pP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542F8018" w14:textId="77777777" w:rsidR="002718B0" w:rsidRPr="00D97DB6" w:rsidRDefault="002718B0">
            <w:pPr>
              <w:jc w:val="center"/>
              <w:rPr>
                <w:noProof/>
                <w:lang w:val="ro-RO"/>
              </w:rPr>
            </w:pPr>
          </w:p>
        </w:tc>
      </w:tr>
      <w:tr w:rsidR="002718B0" w:rsidRPr="00D97DB6" w14:paraId="61C517D6" w14:textId="77777777" w:rsidTr="00D97DB6">
        <w:trPr>
          <w:trHeight w:val="312"/>
          <w:jc w:val="center"/>
        </w:trPr>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0F14C41F" w14:textId="77777777" w:rsidR="002718B0" w:rsidRPr="00D97DB6" w:rsidRDefault="00000000">
            <w:pPr>
              <w:jc w:val="center"/>
              <w:rPr>
                <w:noProof/>
                <w:lang w:val="ro-RO"/>
              </w:rPr>
            </w:pPr>
            <w:r w:rsidRPr="00D97DB6">
              <w:rPr>
                <w:rFonts w:eastAsia="Arial"/>
                <w:b/>
                <w:noProof/>
                <w:color w:val="D71920"/>
                <w:sz w:val="17"/>
                <w:lang w:val="ro-RO"/>
              </w:rPr>
              <w:t>5</w:t>
            </w:r>
          </w:p>
        </w:tc>
        <w:tc>
          <w:tcPr>
            <w:tcW w:w="3046"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2AB48672" w14:textId="77777777" w:rsidR="002718B0" w:rsidRPr="00D97DB6" w:rsidRDefault="00000000">
            <w:pPr>
              <w:rPr>
                <w:noProof/>
                <w:lang w:val="ro-RO"/>
              </w:rPr>
            </w:pPr>
            <w:r w:rsidRPr="00D97DB6">
              <w:rPr>
                <w:rFonts w:eastAsia="Arial"/>
                <w:b/>
                <w:noProof/>
                <w:sz w:val="17"/>
                <w:lang w:val="ro-RO"/>
              </w:rPr>
              <w:t>Operare: de la cerința clientului la livrare</w:t>
            </w: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6A968B31" w14:textId="77777777" w:rsidR="002718B0" w:rsidRPr="00D97DB6" w:rsidRDefault="00000000">
            <w:pPr>
              <w:jc w:val="center"/>
              <w:rPr>
                <w:noProof/>
                <w:lang w:val="ro-RO"/>
              </w:rPr>
            </w:pPr>
            <w:r w:rsidRPr="00D97DB6">
              <w:rPr>
                <w:rFonts w:eastAsia="Arial"/>
                <w:noProof/>
                <w:sz w:val="17"/>
                <w:lang w:val="ro-RO"/>
              </w:rPr>
              <w:t>27</w:t>
            </w: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2C66D774" w14:textId="77777777" w:rsidR="002718B0" w:rsidRPr="00D97DB6" w:rsidRDefault="00000000">
            <w:pPr>
              <w:jc w:val="center"/>
              <w:rPr>
                <w:noProof/>
                <w:lang w:val="ro-RO"/>
              </w:rPr>
            </w:pPr>
            <w:r w:rsidRPr="00D97DB6">
              <w:rPr>
                <w:rFonts w:eastAsia="Arial"/>
                <w:noProof/>
                <w:sz w:val="17"/>
                <w:lang w:val="ro-RO"/>
              </w:rPr>
              <w:t>81</w:t>
            </w: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00645243" w14:textId="77777777" w:rsidR="002718B0" w:rsidRPr="00D97DB6" w:rsidRDefault="002718B0">
            <w:pPr>
              <w:jc w:val="center"/>
              <w:rPr>
                <w:noProof/>
                <w:lang w:val="ro-RO"/>
              </w:rPr>
            </w:pP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23B49501" w14:textId="77777777" w:rsidR="002718B0" w:rsidRPr="00D97DB6" w:rsidRDefault="002718B0">
            <w:pPr>
              <w:jc w:val="center"/>
              <w:rPr>
                <w:noProof/>
                <w:lang w:val="ro-RO"/>
              </w:rPr>
            </w:pPr>
          </w:p>
        </w:tc>
      </w:tr>
      <w:tr w:rsidR="002718B0" w:rsidRPr="00D97DB6" w14:paraId="4B43A0F0" w14:textId="77777777" w:rsidTr="00D97DB6">
        <w:trPr>
          <w:trHeight w:val="312"/>
          <w:jc w:val="center"/>
        </w:trPr>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6130581D" w14:textId="77777777" w:rsidR="002718B0" w:rsidRPr="00D97DB6" w:rsidRDefault="00000000">
            <w:pPr>
              <w:jc w:val="center"/>
              <w:rPr>
                <w:noProof/>
                <w:lang w:val="ro-RO"/>
              </w:rPr>
            </w:pPr>
            <w:r w:rsidRPr="00D97DB6">
              <w:rPr>
                <w:rFonts w:eastAsia="Arial"/>
                <w:b/>
                <w:noProof/>
                <w:color w:val="D71920"/>
                <w:sz w:val="17"/>
                <w:lang w:val="ro-RO"/>
              </w:rPr>
              <w:t>6</w:t>
            </w:r>
          </w:p>
        </w:tc>
        <w:tc>
          <w:tcPr>
            <w:tcW w:w="3046"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16B1358B" w14:textId="77777777" w:rsidR="002718B0" w:rsidRPr="00D97DB6" w:rsidRDefault="00000000">
            <w:pPr>
              <w:rPr>
                <w:noProof/>
                <w:lang w:val="ro-RO"/>
              </w:rPr>
            </w:pPr>
            <w:r w:rsidRPr="00D97DB6">
              <w:rPr>
                <w:rFonts w:eastAsia="Arial"/>
                <w:b/>
                <w:noProof/>
                <w:sz w:val="17"/>
                <w:lang w:val="ro-RO"/>
              </w:rPr>
              <w:t>Evaluarea performanței</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275FC347" w14:textId="77777777" w:rsidR="002718B0" w:rsidRPr="00D97DB6" w:rsidRDefault="00000000">
            <w:pPr>
              <w:jc w:val="center"/>
              <w:rPr>
                <w:noProof/>
                <w:lang w:val="ro-RO"/>
              </w:rPr>
            </w:pPr>
            <w:r w:rsidRPr="00D97DB6">
              <w:rPr>
                <w:rFonts w:eastAsia="Arial"/>
                <w:noProof/>
                <w:sz w:val="17"/>
                <w:lang w:val="ro-RO"/>
              </w:rPr>
              <w:t>11</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1FD353F6" w14:textId="77777777" w:rsidR="002718B0" w:rsidRPr="00D97DB6" w:rsidRDefault="00000000">
            <w:pPr>
              <w:jc w:val="center"/>
              <w:rPr>
                <w:noProof/>
                <w:lang w:val="ro-RO"/>
              </w:rPr>
            </w:pPr>
            <w:r w:rsidRPr="00D97DB6">
              <w:rPr>
                <w:rFonts w:eastAsia="Arial"/>
                <w:noProof/>
                <w:sz w:val="17"/>
                <w:lang w:val="ro-RO"/>
              </w:rPr>
              <w:t>33</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0948BDB1" w14:textId="77777777" w:rsidR="002718B0" w:rsidRPr="00D97DB6" w:rsidRDefault="002718B0">
            <w:pPr>
              <w:jc w:val="center"/>
              <w:rPr>
                <w:noProof/>
                <w:lang w:val="ro-RO"/>
              </w:rPr>
            </w:pP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46A1E10E" w14:textId="77777777" w:rsidR="002718B0" w:rsidRPr="00D97DB6" w:rsidRDefault="002718B0">
            <w:pPr>
              <w:jc w:val="center"/>
              <w:rPr>
                <w:noProof/>
                <w:lang w:val="ro-RO"/>
              </w:rPr>
            </w:pPr>
          </w:p>
        </w:tc>
      </w:tr>
      <w:tr w:rsidR="002718B0" w:rsidRPr="00D97DB6" w14:paraId="37A97D99" w14:textId="77777777" w:rsidTr="00D97DB6">
        <w:trPr>
          <w:trHeight w:val="312"/>
          <w:jc w:val="center"/>
        </w:trPr>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7C8202A2" w14:textId="77777777" w:rsidR="002718B0" w:rsidRPr="00D97DB6" w:rsidRDefault="00000000">
            <w:pPr>
              <w:jc w:val="center"/>
              <w:rPr>
                <w:noProof/>
                <w:lang w:val="ro-RO"/>
              </w:rPr>
            </w:pPr>
            <w:r w:rsidRPr="00D97DB6">
              <w:rPr>
                <w:rFonts w:eastAsia="Arial"/>
                <w:b/>
                <w:noProof/>
                <w:color w:val="D71920"/>
                <w:sz w:val="17"/>
                <w:lang w:val="ro-RO"/>
              </w:rPr>
              <w:t>7</w:t>
            </w:r>
          </w:p>
        </w:tc>
        <w:tc>
          <w:tcPr>
            <w:tcW w:w="3046"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22ABECD3" w14:textId="77777777" w:rsidR="002718B0" w:rsidRPr="00D97DB6" w:rsidRDefault="00000000">
            <w:pPr>
              <w:rPr>
                <w:noProof/>
                <w:lang w:val="ro-RO"/>
              </w:rPr>
            </w:pPr>
            <w:r w:rsidRPr="00D97DB6">
              <w:rPr>
                <w:rFonts w:eastAsia="Arial"/>
                <w:b/>
                <w:noProof/>
                <w:sz w:val="17"/>
                <w:lang w:val="ro-RO"/>
              </w:rPr>
              <w:t>Îmbunătățire și acțiuni corective</w:t>
            </w: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38A92AC0" w14:textId="77777777" w:rsidR="002718B0" w:rsidRPr="00D97DB6" w:rsidRDefault="00000000">
            <w:pPr>
              <w:jc w:val="center"/>
              <w:rPr>
                <w:noProof/>
                <w:lang w:val="ro-RO"/>
              </w:rPr>
            </w:pPr>
            <w:r w:rsidRPr="00D97DB6">
              <w:rPr>
                <w:rFonts w:eastAsia="Arial"/>
                <w:noProof/>
                <w:sz w:val="17"/>
                <w:lang w:val="ro-RO"/>
              </w:rPr>
              <w:t>7</w:t>
            </w: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4CD9E842" w14:textId="77777777" w:rsidR="002718B0" w:rsidRPr="00D97DB6" w:rsidRDefault="00000000">
            <w:pPr>
              <w:jc w:val="center"/>
              <w:rPr>
                <w:noProof/>
                <w:lang w:val="ro-RO"/>
              </w:rPr>
            </w:pPr>
            <w:r w:rsidRPr="00D97DB6">
              <w:rPr>
                <w:rFonts w:eastAsia="Arial"/>
                <w:noProof/>
                <w:sz w:val="17"/>
                <w:lang w:val="ro-RO"/>
              </w:rPr>
              <w:t>21</w:t>
            </w: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5EB00404" w14:textId="77777777" w:rsidR="002718B0" w:rsidRPr="00D97DB6" w:rsidRDefault="002718B0">
            <w:pPr>
              <w:jc w:val="center"/>
              <w:rPr>
                <w:noProof/>
                <w:lang w:val="ro-RO"/>
              </w:rPr>
            </w:pPr>
          </w:p>
        </w:tc>
        <w:tc>
          <w:tcPr>
            <w:tcW w:w="1258" w:type="dxa"/>
            <w:tcBorders>
              <w:top w:val="single" w:sz="3" w:space="0" w:color="D9DDE2"/>
              <w:left w:val="single" w:sz="3" w:space="0" w:color="D9DDE2"/>
              <w:bottom w:val="single" w:sz="3" w:space="0" w:color="D9DDE2"/>
              <w:right w:val="single" w:sz="3" w:space="0" w:color="D9DDE2"/>
            </w:tcBorders>
            <w:shd w:val="clear" w:color="auto" w:fill="FAFAFA"/>
            <w:tcMar>
              <w:top w:w="85" w:type="dxa"/>
              <w:left w:w="75" w:type="dxa"/>
              <w:bottom w:w="85" w:type="dxa"/>
              <w:right w:w="75" w:type="dxa"/>
            </w:tcMar>
          </w:tcPr>
          <w:p w14:paraId="2196F7B4" w14:textId="77777777" w:rsidR="002718B0" w:rsidRPr="00D97DB6" w:rsidRDefault="002718B0">
            <w:pPr>
              <w:jc w:val="center"/>
              <w:rPr>
                <w:noProof/>
                <w:lang w:val="ro-RO"/>
              </w:rPr>
            </w:pPr>
          </w:p>
        </w:tc>
      </w:tr>
      <w:tr w:rsidR="002718B0" w:rsidRPr="00D97DB6" w14:paraId="3D48CF8F" w14:textId="77777777" w:rsidTr="00D97DB6">
        <w:trPr>
          <w:trHeight w:val="312"/>
          <w:jc w:val="center"/>
        </w:trPr>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7C441BD0" w14:textId="77777777" w:rsidR="002718B0" w:rsidRPr="00D97DB6" w:rsidRDefault="00000000">
            <w:pPr>
              <w:jc w:val="center"/>
              <w:rPr>
                <w:noProof/>
                <w:lang w:val="ro-RO"/>
              </w:rPr>
            </w:pPr>
            <w:r w:rsidRPr="00D97DB6">
              <w:rPr>
                <w:rFonts w:eastAsia="Arial"/>
                <w:b/>
                <w:noProof/>
                <w:color w:val="D71920"/>
                <w:sz w:val="17"/>
                <w:lang w:val="ro-RO"/>
              </w:rPr>
              <w:t>8</w:t>
            </w:r>
          </w:p>
        </w:tc>
        <w:tc>
          <w:tcPr>
            <w:tcW w:w="3046"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5BEBF478" w14:textId="77777777" w:rsidR="002718B0" w:rsidRPr="00D97DB6" w:rsidRDefault="00000000">
            <w:pPr>
              <w:rPr>
                <w:noProof/>
                <w:lang w:val="ro-RO"/>
              </w:rPr>
            </w:pPr>
            <w:r w:rsidRPr="00D97DB6">
              <w:rPr>
                <w:rFonts w:eastAsia="Arial"/>
                <w:b/>
                <w:noProof/>
                <w:sz w:val="17"/>
                <w:lang w:val="ro-RO"/>
              </w:rPr>
              <w:t>Pregătirea pentru auditul de certificare</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060E8DD1" w14:textId="77777777" w:rsidR="002718B0" w:rsidRPr="00D97DB6" w:rsidRDefault="00000000">
            <w:pPr>
              <w:jc w:val="center"/>
              <w:rPr>
                <w:noProof/>
                <w:lang w:val="ro-RO"/>
              </w:rPr>
            </w:pPr>
            <w:r w:rsidRPr="00D97DB6">
              <w:rPr>
                <w:rFonts w:eastAsia="Arial"/>
                <w:noProof/>
                <w:sz w:val="17"/>
                <w:lang w:val="ro-RO"/>
              </w:rPr>
              <w:t>9</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776345D1" w14:textId="77777777" w:rsidR="002718B0" w:rsidRPr="00D97DB6" w:rsidRDefault="00000000">
            <w:pPr>
              <w:jc w:val="center"/>
              <w:rPr>
                <w:noProof/>
                <w:lang w:val="ro-RO"/>
              </w:rPr>
            </w:pPr>
            <w:r w:rsidRPr="00D97DB6">
              <w:rPr>
                <w:rFonts w:eastAsia="Arial"/>
                <w:noProof/>
                <w:sz w:val="17"/>
                <w:lang w:val="ro-RO"/>
              </w:rPr>
              <w:t>27</w:t>
            </w: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367A5A4A" w14:textId="77777777" w:rsidR="002718B0" w:rsidRPr="00D97DB6" w:rsidRDefault="002718B0">
            <w:pPr>
              <w:jc w:val="center"/>
              <w:rPr>
                <w:noProof/>
                <w:lang w:val="ro-RO"/>
              </w:rPr>
            </w:pPr>
          </w:p>
        </w:tc>
        <w:tc>
          <w:tcPr>
            <w:tcW w:w="1258" w:type="dxa"/>
            <w:tcBorders>
              <w:top w:val="single" w:sz="3" w:space="0" w:color="D9DDE2"/>
              <w:left w:val="single" w:sz="3" w:space="0" w:color="D9DDE2"/>
              <w:bottom w:val="single" w:sz="3" w:space="0" w:color="D9DDE2"/>
              <w:right w:val="single" w:sz="3" w:space="0" w:color="D9DDE2"/>
            </w:tcBorders>
            <w:tcMar>
              <w:top w:w="85" w:type="dxa"/>
              <w:left w:w="75" w:type="dxa"/>
              <w:bottom w:w="85" w:type="dxa"/>
              <w:right w:w="75" w:type="dxa"/>
            </w:tcMar>
          </w:tcPr>
          <w:p w14:paraId="0EE68A00" w14:textId="77777777" w:rsidR="002718B0" w:rsidRPr="00D97DB6" w:rsidRDefault="002718B0">
            <w:pPr>
              <w:jc w:val="center"/>
              <w:rPr>
                <w:noProof/>
                <w:lang w:val="ro-RO"/>
              </w:rPr>
            </w:pPr>
          </w:p>
        </w:tc>
      </w:tr>
      <w:tr w:rsidR="002718B0" w:rsidRPr="00D97DB6" w14:paraId="77F3F97C" w14:textId="77777777" w:rsidTr="00D97DB6">
        <w:trPr>
          <w:trHeight w:val="312"/>
          <w:jc w:val="center"/>
        </w:trPr>
        <w:tc>
          <w:tcPr>
            <w:tcW w:w="1258" w:type="dxa"/>
            <w:tcBorders>
              <w:top w:val="single" w:sz="5" w:space="0" w:color="D71920"/>
              <w:left w:val="single" w:sz="3" w:space="0" w:color="D9DDE2"/>
              <w:bottom w:val="single" w:sz="3" w:space="0" w:color="D9DDE2"/>
              <w:right w:val="single" w:sz="3" w:space="0" w:color="D9DDE2"/>
            </w:tcBorders>
            <w:shd w:val="clear" w:color="auto" w:fill="F2F3F5"/>
            <w:tcMar>
              <w:top w:w="90" w:type="dxa"/>
              <w:left w:w="75" w:type="dxa"/>
              <w:bottom w:w="90" w:type="dxa"/>
              <w:right w:w="75" w:type="dxa"/>
            </w:tcMar>
          </w:tcPr>
          <w:p w14:paraId="2D4F6536" w14:textId="77777777" w:rsidR="002718B0" w:rsidRPr="00D97DB6" w:rsidRDefault="002718B0">
            <w:pPr>
              <w:jc w:val="center"/>
              <w:rPr>
                <w:noProof/>
                <w:lang w:val="ro-RO"/>
              </w:rPr>
            </w:pPr>
          </w:p>
        </w:tc>
        <w:tc>
          <w:tcPr>
            <w:tcW w:w="3046" w:type="dxa"/>
            <w:tcBorders>
              <w:top w:val="single" w:sz="5" w:space="0" w:color="D71920"/>
              <w:left w:val="single" w:sz="3" w:space="0" w:color="D9DDE2"/>
              <w:bottom w:val="single" w:sz="3" w:space="0" w:color="D9DDE2"/>
              <w:right w:val="single" w:sz="3" w:space="0" w:color="D9DDE2"/>
            </w:tcBorders>
            <w:shd w:val="clear" w:color="auto" w:fill="F2F3F5"/>
            <w:tcMar>
              <w:top w:w="90" w:type="dxa"/>
              <w:left w:w="75" w:type="dxa"/>
              <w:bottom w:w="90" w:type="dxa"/>
              <w:right w:w="75" w:type="dxa"/>
            </w:tcMar>
          </w:tcPr>
          <w:p w14:paraId="59EA8E4D" w14:textId="77777777" w:rsidR="002718B0" w:rsidRPr="00D97DB6" w:rsidRDefault="00000000">
            <w:pPr>
              <w:rPr>
                <w:noProof/>
                <w:lang w:val="ro-RO"/>
              </w:rPr>
            </w:pPr>
            <w:r w:rsidRPr="00D97DB6">
              <w:rPr>
                <w:rFonts w:eastAsia="Arial"/>
                <w:b/>
                <w:noProof/>
                <w:color w:val="D71920"/>
                <w:sz w:val="17"/>
                <w:lang w:val="ro-RO"/>
              </w:rPr>
              <w:t>TOTAL</w:t>
            </w:r>
          </w:p>
        </w:tc>
        <w:tc>
          <w:tcPr>
            <w:tcW w:w="1258" w:type="dxa"/>
            <w:tcBorders>
              <w:top w:val="single" w:sz="5" w:space="0" w:color="D71920"/>
              <w:left w:val="single" w:sz="3" w:space="0" w:color="D9DDE2"/>
              <w:bottom w:val="single" w:sz="3" w:space="0" w:color="D9DDE2"/>
              <w:right w:val="single" w:sz="3" w:space="0" w:color="D9DDE2"/>
            </w:tcBorders>
            <w:shd w:val="clear" w:color="auto" w:fill="F2F3F5"/>
            <w:tcMar>
              <w:top w:w="90" w:type="dxa"/>
              <w:left w:w="75" w:type="dxa"/>
              <w:bottom w:w="90" w:type="dxa"/>
              <w:right w:w="75" w:type="dxa"/>
            </w:tcMar>
          </w:tcPr>
          <w:p w14:paraId="1661F6F8" w14:textId="77777777" w:rsidR="002718B0" w:rsidRPr="00D97DB6" w:rsidRDefault="00000000">
            <w:pPr>
              <w:jc w:val="center"/>
              <w:rPr>
                <w:noProof/>
                <w:lang w:val="ro-RO"/>
              </w:rPr>
            </w:pPr>
            <w:r w:rsidRPr="00D97DB6">
              <w:rPr>
                <w:rFonts w:eastAsia="Arial"/>
                <w:b/>
                <w:noProof/>
                <w:sz w:val="17"/>
                <w:lang w:val="ro-RO"/>
              </w:rPr>
              <w:t>102</w:t>
            </w:r>
          </w:p>
        </w:tc>
        <w:tc>
          <w:tcPr>
            <w:tcW w:w="1258" w:type="dxa"/>
            <w:tcBorders>
              <w:top w:val="single" w:sz="5" w:space="0" w:color="D71920"/>
              <w:left w:val="single" w:sz="3" w:space="0" w:color="D9DDE2"/>
              <w:bottom w:val="single" w:sz="3" w:space="0" w:color="D9DDE2"/>
              <w:right w:val="single" w:sz="3" w:space="0" w:color="D9DDE2"/>
            </w:tcBorders>
            <w:shd w:val="clear" w:color="auto" w:fill="F2F3F5"/>
            <w:tcMar>
              <w:top w:w="90" w:type="dxa"/>
              <w:left w:w="75" w:type="dxa"/>
              <w:bottom w:w="90" w:type="dxa"/>
              <w:right w:w="75" w:type="dxa"/>
            </w:tcMar>
          </w:tcPr>
          <w:p w14:paraId="474C3726" w14:textId="77777777" w:rsidR="002718B0" w:rsidRPr="00D97DB6" w:rsidRDefault="00000000">
            <w:pPr>
              <w:jc w:val="center"/>
              <w:rPr>
                <w:noProof/>
                <w:lang w:val="ro-RO"/>
              </w:rPr>
            </w:pPr>
            <w:r w:rsidRPr="00D97DB6">
              <w:rPr>
                <w:rFonts w:eastAsia="Arial"/>
                <w:b/>
                <w:noProof/>
                <w:sz w:val="17"/>
                <w:lang w:val="ro-RO"/>
              </w:rPr>
              <w:t>306</w:t>
            </w:r>
          </w:p>
        </w:tc>
        <w:tc>
          <w:tcPr>
            <w:tcW w:w="1258" w:type="dxa"/>
            <w:tcBorders>
              <w:top w:val="single" w:sz="5" w:space="0" w:color="D71920"/>
              <w:left w:val="single" w:sz="3" w:space="0" w:color="D9DDE2"/>
              <w:bottom w:val="single" w:sz="3" w:space="0" w:color="D9DDE2"/>
              <w:right w:val="single" w:sz="3" w:space="0" w:color="D9DDE2"/>
            </w:tcBorders>
            <w:shd w:val="clear" w:color="auto" w:fill="F2F3F5"/>
            <w:tcMar>
              <w:top w:w="90" w:type="dxa"/>
              <w:left w:w="75" w:type="dxa"/>
              <w:bottom w:w="90" w:type="dxa"/>
              <w:right w:w="75" w:type="dxa"/>
            </w:tcMar>
          </w:tcPr>
          <w:p w14:paraId="51EC8957" w14:textId="77777777" w:rsidR="002718B0" w:rsidRPr="00D97DB6" w:rsidRDefault="002718B0">
            <w:pPr>
              <w:jc w:val="center"/>
              <w:rPr>
                <w:noProof/>
                <w:lang w:val="ro-RO"/>
              </w:rPr>
            </w:pPr>
          </w:p>
        </w:tc>
        <w:tc>
          <w:tcPr>
            <w:tcW w:w="1258" w:type="dxa"/>
            <w:tcBorders>
              <w:top w:val="single" w:sz="5" w:space="0" w:color="D71920"/>
              <w:left w:val="single" w:sz="3" w:space="0" w:color="D9DDE2"/>
              <w:bottom w:val="single" w:sz="3" w:space="0" w:color="D9DDE2"/>
              <w:right w:val="single" w:sz="3" w:space="0" w:color="D9DDE2"/>
            </w:tcBorders>
            <w:shd w:val="clear" w:color="auto" w:fill="F2F3F5"/>
            <w:tcMar>
              <w:top w:w="90" w:type="dxa"/>
              <w:left w:w="75" w:type="dxa"/>
              <w:bottom w:w="90" w:type="dxa"/>
              <w:right w:w="75" w:type="dxa"/>
            </w:tcMar>
          </w:tcPr>
          <w:p w14:paraId="7A5DB4F4" w14:textId="77777777" w:rsidR="002718B0" w:rsidRPr="00D97DB6" w:rsidRDefault="002718B0">
            <w:pPr>
              <w:jc w:val="center"/>
              <w:rPr>
                <w:noProof/>
                <w:lang w:val="ro-RO"/>
              </w:rPr>
            </w:pPr>
          </w:p>
        </w:tc>
      </w:tr>
    </w:tbl>
    <w:p w14:paraId="65B70C32" w14:textId="77777777" w:rsidR="002718B0" w:rsidRPr="00D97DB6" w:rsidRDefault="00000000">
      <w:pPr>
        <w:pStyle w:val="Heading2"/>
        <w:rPr>
          <w:noProof/>
          <w:lang w:val="ro-RO"/>
        </w:rPr>
      </w:pPr>
      <w:r w:rsidRPr="00D97DB6">
        <w:rPr>
          <w:noProof/>
          <w:lang w:val="ro-RO"/>
        </w:rPr>
        <w:t>Interpretare managerială orientativă</w:t>
      </w:r>
    </w:p>
    <w:tbl>
      <w:tblPr>
        <w:tblW w:w="0" w:type="auto"/>
        <w:jc w:val="center"/>
        <w:tblLayout w:type="fixed"/>
        <w:tblLook w:val="04A0" w:firstRow="1" w:lastRow="0" w:firstColumn="1" w:lastColumn="0" w:noHBand="0" w:noVBand="1"/>
      </w:tblPr>
      <w:tblGrid>
        <w:gridCol w:w="3527"/>
        <w:gridCol w:w="2351"/>
        <w:gridCol w:w="1176"/>
        <w:gridCol w:w="1175"/>
      </w:tblGrid>
      <w:tr w:rsidR="002718B0" w:rsidRPr="0040087F" w14:paraId="67859CD1" w14:textId="77777777" w:rsidTr="00D97DB6">
        <w:trPr>
          <w:trHeight w:val="952"/>
          <w:jc w:val="center"/>
        </w:trPr>
        <w:tc>
          <w:tcPr>
            <w:tcW w:w="3527" w:type="dxa"/>
            <w:tcBorders>
              <w:top w:val="single" w:sz="3" w:space="0" w:color="D9DDE2"/>
              <w:left w:val="single" w:sz="3" w:space="0" w:color="D9DDE2"/>
              <w:bottom w:val="single" w:sz="3" w:space="0" w:color="D9DDE2"/>
              <w:right w:val="single" w:sz="3" w:space="0" w:color="D9DDE2"/>
            </w:tcBorders>
            <w:shd w:val="clear" w:color="auto" w:fill="FAFAFA"/>
            <w:tcMar>
              <w:top w:w="90" w:type="dxa"/>
              <w:left w:w="90" w:type="dxa"/>
              <w:bottom w:w="90" w:type="dxa"/>
              <w:right w:w="90" w:type="dxa"/>
            </w:tcMar>
          </w:tcPr>
          <w:p w14:paraId="3A5BC7A3" w14:textId="77777777" w:rsidR="002718B0" w:rsidRPr="00D97DB6" w:rsidRDefault="00000000">
            <w:pPr>
              <w:rPr>
                <w:noProof/>
                <w:lang w:val="ro-RO"/>
              </w:rPr>
            </w:pPr>
            <w:r w:rsidRPr="00D97DB6">
              <w:rPr>
                <w:rFonts w:eastAsia="Arial"/>
                <w:b/>
                <w:noProof/>
                <w:color w:val="D71920"/>
                <w:sz w:val="17"/>
                <w:lang w:val="ro-RO"/>
              </w:rPr>
              <w:t>Sub 60%</w:t>
            </w:r>
          </w:p>
        </w:tc>
        <w:tc>
          <w:tcPr>
            <w:tcW w:w="2351" w:type="dxa"/>
            <w:tcBorders>
              <w:top w:val="single" w:sz="3" w:space="0" w:color="D9DDE2"/>
              <w:left w:val="single" w:sz="3" w:space="0" w:color="D9DDE2"/>
              <w:bottom w:val="single" w:sz="3" w:space="0" w:color="D9DDE2"/>
              <w:right w:val="single" w:sz="3" w:space="0" w:color="D9DDE2"/>
            </w:tcBorders>
            <w:shd w:val="clear" w:color="auto" w:fill="FAFAFA"/>
            <w:tcMar>
              <w:top w:w="90" w:type="dxa"/>
              <w:left w:w="90" w:type="dxa"/>
              <w:bottom w:w="90" w:type="dxa"/>
              <w:right w:w="90" w:type="dxa"/>
            </w:tcMar>
          </w:tcPr>
          <w:p w14:paraId="6E067A26" w14:textId="77777777" w:rsidR="002718B0" w:rsidRPr="00D97DB6" w:rsidRDefault="00000000">
            <w:pPr>
              <w:rPr>
                <w:noProof/>
                <w:lang w:val="ro-RO"/>
              </w:rPr>
            </w:pPr>
            <w:r w:rsidRPr="00D97DB6">
              <w:rPr>
                <w:rFonts w:eastAsia="Arial"/>
                <w:b/>
                <w:noProof/>
                <w:sz w:val="17"/>
                <w:lang w:val="ro-RO"/>
              </w:rPr>
              <w:t>Fundament insuficient</w:t>
            </w:r>
          </w:p>
        </w:tc>
        <w:tc>
          <w:tcPr>
            <w:tcW w:w="2351" w:type="dxa"/>
            <w:gridSpan w:val="2"/>
            <w:tcBorders>
              <w:top w:val="single" w:sz="3" w:space="0" w:color="D9DDE2"/>
              <w:left w:val="single" w:sz="3" w:space="0" w:color="D9DDE2"/>
              <w:bottom w:val="single" w:sz="3" w:space="0" w:color="D9DDE2"/>
              <w:right w:val="single" w:sz="3" w:space="0" w:color="D9DDE2"/>
            </w:tcBorders>
            <w:shd w:val="clear" w:color="auto" w:fill="FAFAFA"/>
            <w:tcMar>
              <w:top w:w="90" w:type="dxa"/>
              <w:left w:w="90" w:type="dxa"/>
              <w:bottom w:w="90" w:type="dxa"/>
              <w:right w:w="90" w:type="dxa"/>
            </w:tcMar>
          </w:tcPr>
          <w:p w14:paraId="0988FE04" w14:textId="77777777" w:rsidR="002718B0" w:rsidRPr="00D97DB6" w:rsidRDefault="00000000">
            <w:pPr>
              <w:rPr>
                <w:noProof/>
                <w:lang w:val="ro-RO"/>
              </w:rPr>
            </w:pPr>
            <w:r w:rsidRPr="00D97DB6">
              <w:rPr>
                <w:rFonts w:eastAsia="Arial"/>
                <w:noProof/>
                <w:sz w:val="17"/>
                <w:lang w:val="ro-RO"/>
              </w:rPr>
              <w:t>Prioritizați cerințele cu impact asupra clientului, legalității și controlului operațional; nu programați auditul de certificare.</w:t>
            </w:r>
          </w:p>
        </w:tc>
      </w:tr>
      <w:tr w:rsidR="002718B0" w:rsidRPr="0040087F" w14:paraId="722E11B5" w14:textId="77777777" w:rsidTr="00D97DB6">
        <w:trPr>
          <w:trHeight w:val="940"/>
          <w:jc w:val="center"/>
        </w:trPr>
        <w:tc>
          <w:tcPr>
            <w:tcW w:w="3527" w:type="dxa"/>
            <w:tcBorders>
              <w:top w:val="single" w:sz="3" w:space="0" w:color="D9DDE2"/>
              <w:left w:val="single" w:sz="3" w:space="0" w:color="D9DDE2"/>
              <w:bottom w:val="single" w:sz="3" w:space="0" w:color="D9DDE2"/>
              <w:right w:val="single" w:sz="3" w:space="0" w:color="D9DDE2"/>
            </w:tcBorders>
            <w:tcMar>
              <w:top w:w="90" w:type="dxa"/>
              <w:left w:w="90" w:type="dxa"/>
              <w:bottom w:w="90" w:type="dxa"/>
              <w:right w:w="90" w:type="dxa"/>
            </w:tcMar>
          </w:tcPr>
          <w:p w14:paraId="0BDDF511" w14:textId="77777777" w:rsidR="002718B0" w:rsidRPr="00D97DB6" w:rsidRDefault="00000000">
            <w:pPr>
              <w:rPr>
                <w:noProof/>
                <w:lang w:val="ro-RO"/>
              </w:rPr>
            </w:pPr>
            <w:r w:rsidRPr="00D97DB6">
              <w:rPr>
                <w:rFonts w:eastAsia="Arial"/>
                <w:b/>
                <w:noProof/>
                <w:color w:val="D71920"/>
                <w:sz w:val="17"/>
                <w:lang w:val="ro-RO"/>
              </w:rPr>
              <w:t>60-74%</w:t>
            </w:r>
          </w:p>
        </w:tc>
        <w:tc>
          <w:tcPr>
            <w:tcW w:w="2351" w:type="dxa"/>
            <w:tcBorders>
              <w:top w:val="single" w:sz="3" w:space="0" w:color="D9DDE2"/>
              <w:left w:val="single" w:sz="3" w:space="0" w:color="D9DDE2"/>
              <w:bottom w:val="single" w:sz="3" w:space="0" w:color="D9DDE2"/>
              <w:right w:val="single" w:sz="3" w:space="0" w:color="D9DDE2"/>
            </w:tcBorders>
            <w:tcMar>
              <w:top w:w="90" w:type="dxa"/>
              <w:left w:w="90" w:type="dxa"/>
              <w:bottom w:w="90" w:type="dxa"/>
              <w:right w:w="90" w:type="dxa"/>
            </w:tcMar>
          </w:tcPr>
          <w:p w14:paraId="5D0F394F" w14:textId="77777777" w:rsidR="002718B0" w:rsidRPr="00D97DB6" w:rsidRDefault="00000000">
            <w:pPr>
              <w:rPr>
                <w:noProof/>
                <w:lang w:val="ro-RO"/>
              </w:rPr>
            </w:pPr>
            <w:r w:rsidRPr="00D97DB6">
              <w:rPr>
                <w:rFonts w:eastAsia="Arial"/>
                <w:b/>
                <w:noProof/>
                <w:sz w:val="17"/>
                <w:lang w:val="ro-RO"/>
              </w:rPr>
              <w:t>Implementare în dezvoltare</w:t>
            </w:r>
          </w:p>
        </w:tc>
        <w:tc>
          <w:tcPr>
            <w:tcW w:w="2351" w:type="dxa"/>
            <w:gridSpan w:val="2"/>
            <w:tcBorders>
              <w:top w:val="single" w:sz="3" w:space="0" w:color="D9DDE2"/>
              <w:left w:val="single" w:sz="3" w:space="0" w:color="D9DDE2"/>
              <w:bottom w:val="single" w:sz="3" w:space="0" w:color="D9DDE2"/>
              <w:right w:val="single" w:sz="3" w:space="0" w:color="D9DDE2"/>
            </w:tcBorders>
            <w:tcMar>
              <w:top w:w="90" w:type="dxa"/>
              <w:left w:w="90" w:type="dxa"/>
              <w:bottom w:w="90" w:type="dxa"/>
              <w:right w:w="90" w:type="dxa"/>
            </w:tcMar>
          </w:tcPr>
          <w:p w14:paraId="2C166504" w14:textId="77777777" w:rsidR="002718B0" w:rsidRPr="00D97DB6" w:rsidRDefault="00000000">
            <w:pPr>
              <w:rPr>
                <w:noProof/>
                <w:lang w:val="ro-RO"/>
              </w:rPr>
            </w:pPr>
            <w:r w:rsidRPr="00D97DB6">
              <w:rPr>
                <w:rFonts w:eastAsia="Arial"/>
                <w:noProof/>
                <w:sz w:val="17"/>
                <w:lang w:val="ro-RO"/>
              </w:rPr>
              <w:t>Există elemente funcționale, dar aplicarea și dovezile sunt inconsistente. Finalizați procesele și generați un ciclu de date.</w:t>
            </w:r>
          </w:p>
        </w:tc>
      </w:tr>
      <w:tr w:rsidR="002718B0" w:rsidRPr="00D97DB6" w14:paraId="10392D13" w14:textId="77777777" w:rsidTr="00D97DB6">
        <w:trPr>
          <w:trHeight w:val="730"/>
          <w:jc w:val="center"/>
        </w:trPr>
        <w:tc>
          <w:tcPr>
            <w:tcW w:w="3527" w:type="dxa"/>
            <w:tcBorders>
              <w:top w:val="single" w:sz="3" w:space="0" w:color="D9DDE2"/>
              <w:left w:val="single" w:sz="3" w:space="0" w:color="D9DDE2"/>
              <w:bottom w:val="single" w:sz="3" w:space="0" w:color="D9DDE2"/>
              <w:right w:val="single" w:sz="3" w:space="0" w:color="D9DDE2"/>
            </w:tcBorders>
            <w:shd w:val="clear" w:color="auto" w:fill="FAFAFA"/>
            <w:tcMar>
              <w:top w:w="90" w:type="dxa"/>
              <w:left w:w="90" w:type="dxa"/>
              <w:bottom w:w="90" w:type="dxa"/>
              <w:right w:w="90" w:type="dxa"/>
            </w:tcMar>
          </w:tcPr>
          <w:p w14:paraId="6C6A42FD" w14:textId="77777777" w:rsidR="002718B0" w:rsidRPr="00D97DB6" w:rsidRDefault="00000000">
            <w:pPr>
              <w:rPr>
                <w:noProof/>
                <w:lang w:val="ro-RO"/>
              </w:rPr>
            </w:pPr>
            <w:r w:rsidRPr="00D97DB6">
              <w:rPr>
                <w:rFonts w:eastAsia="Arial"/>
                <w:b/>
                <w:noProof/>
                <w:color w:val="D71920"/>
                <w:sz w:val="17"/>
                <w:lang w:val="ro-RO"/>
              </w:rPr>
              <w:t>75-89%</w:t>
            </w:r>
          </w:p>
        </w:tc>
        <w:tc>
          <w:tcPr>
            <w:tcW w:w="2351" w:type="dxa"/>
            <w:tcBorders>
              <w:top w:val="single" w:sz="3" w:space="0" w:color="D9DDE2"/>
              <w:left w:val="single" w:sz="3" w:space="0" w:color="D9DDE2"/>
              <w:bottom w:val="single" w:sz="3" w:space="0" w:color="D9DDE2"/>
              <w:right w:val="single" w:sz="3" w:space="0" w:color="D9DDE2"/>
            </w:tcBorders>
            <w:shd w:val="clear" w:color="auto" w:fill="FAFAFA"/>
            <w:tcMar>
              <w:top w:w="90" w:type="dxa"/>
              <w:left w:w="90" w:type="dxa"/>
              <w:bottom w:w="90" w:type="dxa"/>
              <w:right w:w="90" w:type="dxa"/>
            </w:tcMar>
          </w:tcPr>
          <w:p w14:paraId="4398D607" w14:textId="77777777" w:rsidR="002718B0" w:rsidRPr="00D97DB6" w:rsidRDefault="00000000">
            <w:pPr>
              <w:rPr>
                <w:noProof/>
                <w:lang w:val="ro-RO"/>
              </w:rPr>
            </w:pPr>
            <w:r w:rsidRPr="00D97DB6">
              <w:rPr>
                <w:rFonts w:eastAsia="Arial"/>
                <w:b/>
                <w:noProof/>
                <w:sz w:val="17"/>
                <w:lang w:val="ro-RO"/>
              </w:rPr>
              <w:t>Aproape de maturitate</w:t>
            </w:r>
          </w:p>
        </w:tc>
        <w:tc>
          <w:tcPr>
            <w:tcW w:w="2351" w:type="dxa"/>
            <w:gridSpan w:val="2"/>
            <w:tcBorders>
              <w:top w:val="single" w:sz="3" w:space="0" w:color="D9DDE2"/>
              <w:left w:val="single" w:sz="3" w:space="0" w:color="D9DDE2"/>
              <w:bottom w:val="single" w:sz="3" w:space="0" w:color="D9DDE2"/>
              <w:right w:val="single" w:sz="3" w:space="0" w:color="D9DDE2"/>
            </w:tcBorders>
            <w:shd w:val="clear" w:color="auto" w:fill="FAFAFA"/>
            <w:tcMar>
              <w:top w:w="90" w:type="dxa"/>
              <w:left w:w="90" w:type="dxa"/>
              <w:bottom w:w="90" w:type="dxa"/>
              <w:right w:w="90" w:type="dxa"/>
            </w:tcMar>
          </w:tcPr>
          <w:p w14:paraId="59579698" w14:textId="77777777" w:rsidR="002718B0" w:rsidRPr="00D97DB6" w:rsidRDefault="00000000">
            <w:pPr>
              <w:rPr>
                <w:noProof/>
                <w:lang w:val="ro-RO"/>
              </w:rPr>
            </w:pPr>
            <w:r w:rsidRPr="00D97DB6">
              <w:rPr>
                <w:rFonts w:eastAsia="Arial"/>
                <w:noProof/>
                <w:sz w:val="17"/>
                <w:lang w:val="ro-RO"/>
              </w:rPr>
              <w:t>Concentrați-vă pe lacunele sistemice, eficacitatea acțiunilor, audit intern și analiza de management.</w:t>
            </w:r>
          </w:p>
        </w:tc>
      </w:tr>
      <w:tr w:rsidR="002718B0" w:rsidRPr="00D97DB6" w14:paraId="035304F3" w14:textId="77777777" w:rsidTr="00D97DB6">
        <w:trPr>
          <w:trHeight w:val="730"/>
          <w:jc w:val="center"/>
        </w:trPr>
        <w:tc>
          <w:tcPr>
            <w:tcW w:w="3527" w:type="dxa"/>
            <w:tcBorders>
              <w:top w:val="single" w:sz="3" w:space="0" w:color="D9DDE2"/>
              <w:left w:val="single" w:sz="3" w:space="0" w:color="D9DDE2"/>
              <w:bottom w:val="single" w:sz="3" w:space="0" w:color="D9DDE2"/>
              <w:right w:val="single" w:sz="3" w:space="0" w:color="D9DDE2"/>
            </w:tcBorders>
            <w:shd w:val="clear" w:color="auto" w:fill="EAF4EA"/>
            <w:tcMar>
              <w:top w:w="90" w:type="dxa"/>
              <w:left w:w="90" w:type="dxa"/>
              <w:bottom w:w="90" w:type="dxa"/>
              <w:right w:w="90" w:type="dxa"/>
            </w:tcMar>
          </w:tcPr>
          <w:p w14:paraId="7C82DBEF" w14:textId="77777777" w:rsidR="002718B0" w:rsidRPr="00D97DB6" w:rsidRDefault="00000000">
            <w:pPr>
              <w:rPr>
                <w:noProof/>
                <w:lang w:val="ro-RO"/>
              </w:rPr>
            </w:pPr>
            <w:r w:rsidRPr="00D97DB6">
              <w:rPr>
                <w:rFonts w:eastAsia="Arial"/>
                <w:b/>
                <w:noProof/>
                <w:color w:val="D71920"/>
                <w:sz w:val="17"/>
                <w:lang w:val="ro-RO"/>
              </w:rPr>
              <w:t>90-100%</w:t>
            </w:r>
          </w:p>
        </w:tc>
        <w:tc>
          <w:tcPr>
            <w:tcW w:w="2351" w:type="dxa"/>
            <w:tcBorders>
              <w:top w:val="single" w:sz="3" w:space="0" w:color="D9DDE2"/>
              <w:left w:val="single" w:sz="3" w:space="0" w:color="D9DDE2"/>
              <w:bottom w:val="single" w:sz="3" w:space="0" w:color="D9DDE2"/>
              <w:right w:val="single" w:sz="3" w:space="0" w:color="D9DDE2"/>
            </w:tcBorders>
            <w:shd w:val="clear" w:color="auto" w:fill="EAF4EA"/>
            <w:tcMar>
              <w:top w:w="90" w:type="dxa"/>
              <w:left w:w="90" w:type="dxa"/>
              <w:bottom w:w="90" w:type="dxa"/>
              <w:right w:w="90" w:type="dxa"/>
            </w:tcMar>
          </w:tcPr>
          <w:p w14:paraId="433C5C35" w14:textId="77777777" w:rsidR="002718B0" w:rsidRPr="00D97DB6" w:rsidRDefault="00000000">
            <w:pPr>
              <w:rPr>
                <w:noProof/>
                <w:lang w:val="ro-RO"/>
              </w:rPr>
            </w:pPr>
            <w:r w:rsidRPr="00D97DB6">
              <w:rPr>
                <w:rFonts w:eastAsia="Arial"/>
                <w:b/>
                <w:noProof/>
                <w:sz w:val="17"/>
                <w:lang w:val="ro-RO"/>
              </w:rPr>
              <w:t>Pregătire avansată</w:t>
            </w:r>
          </w:p>
        </w:tc>
        <w:tc>
          <w:tcPr>
            <w:tcW w:w="2351" w:type="dxa"/>
            <w:gridSpan w:val="2"/>
            <w:tcBorders>
              <w:top w:val="single" w:sz="3" w:space="0" w:color="D9DDE2"/>
              <w:left w:val="single" w:sz="3" w:space="0" w:color="D9DDE2"/>
              <w:bottom w:val="single" w:sz="3" w:space="0" w:color="D9DDE2"/>
              <w:right w:val="single" w:sz="3" w:space="0" w:color="D9DDE2"/>
            </w:tcBorders>
            <w:shd w:val="clear" w:color="auto" w:fill="EAF4EA"/>
            <w:tcMar>
              <w:top w:w="90" w:type="dxa"/>
              <w:left w:w="90" w:type="dxa"/>
              <w:bottom w:w="90" w:type="dxa"/>
              <w:right w:w="90" w:type="dxa"/>
            </w:tcMar>
          </w:tcPr>
          <w:p w14:paraId="7DAA24CF" w14:textId="77777777" w:rsidR="002718B0" w:rsidRPr="00D97DB6" w:rsidRDefault="00000000">
            <w:pPr>
              <w:rPr>
                <w:noProof/>
                <w:lang w:val="ro-RO"/>
              </w:rPr>
            </w:pPr>
            <w:r w:rsidRPr="00D97DB6">
              <w:rPr>
                <w:rFonts w:eastAsia="Arial"/>
                <w:noProof/>
                <w:sz w:val="17"/>
                <w:lang w:val="ro-RO"/>
              </w:rPr>
              <w:t>Realizați o verificare independentă de readiness și confirmați că toate itemurile critice sunt la scor 3.</w:t>
            </w:r>
          </w:p>
        </w:tc>
      </w:tr>
      <w:tr w:rsidR="002718B0" w:rsidRPr="0040087F" w14:paraId="4749E9C1" w14:textId="77777777" w:rsidTr="00D97DB6">
        <w:trPr>
          <w:gridAfter w:val="1"/>
          <w:wAfter w:w="1175" w:type="dxa"/>
          <w:trHeight w:val="1200"/>
          <w:jc w:val="center"/>
        </w:trPr>
        <w:tc>
          <w:tcPr>
            <w:tcW w:w="3527" w:type="dxa"/>
            <w:tcBorders>
              <w:top w:val="nil"/>
              <w:left w:val="nil"/>
              <w:bottom w:val="nil"/>
              <w:right w:val="nil"/>
            </w:tcBorders>
            <w:shd w:val="clear" w:color="auto" w:fill="D71920"/>
          </w:tcPr>
          <w:p w14:paraId="22F1998C" w14:textId="77777777" w:rsidR="002718B0" w:rsidRPr="00D97DB6" w:rsidRDefault="002718B0">
            <w:pPr>
              <w:rPr>
                <w:noProof/>
                <w:lang w:val="ro-RO"/>
              </w:rPr>
            </w:pPr>
          </w:p>
        </w:tc>
        <w:tc>
          <w:tcPr>
            <w:tcW w:w="3527" w:type="dxa"/>
            <w:gridSpan w:val="2"/>
            <w:tcBorders>
              <w:top w:val="nil"/>
              <w:left w:val="nil"/>
              <w:bottom w:val="nil"/>
              <w:right w:val="nil"/>
            </w:tcBorders>
            <w:shd w:val="clear" w:color="auto" w:fill="FCEBEC"/>
            <w:tcMar>
              <w:top w:w="110" w:type="dxa"/>
              <w:left w:w="160" w:type="dxa"/>
              <w:bottom w:w="110" w:type="dxa"/>
              <w:right w:w="160" w:type="dxa"/>
            </w:tcMar>
          </w:tcPr>
          <w:p w14:paraId="299C5D57" w14:textId="77777777" w:rsidR="002718B0" w:rsidRPr="00D97DB6" w:rsidRDefault="00000000">
            <w:pPr>
              <w:rPr>
                <w:noProof/>
                <w:lang w:val="ro-RO"/>
              </w:rPr>
            </w:pPr>
            <w:r w:rsidRPr="00D97DB6">
              <w:rPr>
                <w:rFonts w:eastAsia="Arial"/>
                <w:b/>
                <w:noProof/>
                <w:color w:val="D71920"/>
                <w:lang w:val="ro-RO"/>
              </w:rPr>
              <w:t>REGULĂ DE DECIZIE</w:t>
            </w:r>
          </w:p>
          <w:p w14:paraId="6EB5960A" w14:textId="77777777" w:rsidR="002718B0" w:rsidRPr="00D97DB6" w:rsidRDefault="00000000">
            <w:pPr>
              <w:spacing w:before="20" w:after="0"/>
              <w:rPr>
                <w:noProof/>
                <w:lang w:val="ro-RO"/>
              </w:rPr>
            </w:pPr>
            <w:r w:rsidRPr="00D97DB6">
              <w:rPr>
                <w:rFonts w:eastAsia="Arial"/>
                <w:noProof/>
                <w:sz w:val="17"/>
                <w:lang w:val="ro-RO"/>
              </w:rPr>
              <w:t>Un procent ridicat nu compensează o lacună critică: lipsa controlului cerințelor legale, livrarea de rezultate neconforme, auditul intern incomplet sau analiza de management absentă trebuie tratate înaintea certificării.</w:t>
            </w:r>
          </w:p>
        </w:tc>
      </w:tr>
    </w:tbl>
    <w:p w14:paraId="79996F25" w14:textId="77777777" w:rsidR="002718B0" w:rsidRPr="00D97DB6" w:rsidRDefault="002718B0">
      <w:pPr>
        <w:spacing w:after="0"/>
        <w:rPr>
          <w:noProof/>
          <w:lang w:val="ro-RO"/>
        </w:rPr>
      </w:pPr>
    </w:p>
    <w:p w14:paraId="0E49DD13" w14:textId="77777777" w:rsidR="002718B0" w:rsidRPr="00D97DB6" w:rsidRDefault="00000000">
      <w:pPr>
        <w:rPr>
          <w:noProof/>
          <w:lang w:val="ro-RO"/>
        </w:rPr>
      </w:pPr>
      <w:r w:rsidRPr="00D97DB6">
        <w:rPr>
          <w:noProof/>
          <w:lang w:val="ro-RO"/>
        </w:rPr>
        <w:lastRenderedPageBreak/>
        <w:br w:type="page"/>
      </w:r>
    </w:p>
    <w:p w14:paraId="42B2D47B" w14:textId="77777777" w:rsidR="002718B0" w:rsidRPr="00D97DB6" w:rsidRDefault="00000000">
      <w:pPr>
        <w:pStyle w:val="Heading1"/>
        <w:pBdr>
          <w:bottom w:val="single" w:sz="10" w:space="3" w:color="D71920"/>
        </w:pBdr>
        <w:rPr>
          <w:noProof/>
          <w:lang w:val="ro-RO"/>
        </w:rPr>
      </w:pPr>
      <w:r w:rsidRPr="00D97DB6">
        <w:rPr>
          <w:noProof/>
          <w:lang w:val="ro-RO"/>
        </w:rPr>
        <w:lastRenderedPageBreak/>
        <w:t>Plan de acțiuni pentru lacune</w:t>
      </w:r>
    </w:p>
    <w:tbl>
      <w:tblPr>
        <w:tblW w:w="10497" w:type="dxa"/>
        <w:jc w:val="center"/>
        <w:tblLayout w:type="fixed"/>
        <w:tblLook w:val="04A0" w:firstRow="1" w:lastRow="0" w:firstColumn="1" w:lastColumn="0" w:noHBand="0" w:noVBand="1"/>
      </w:tblPr>
      <w:tblGrid>
        <w:gridCol w:w="1064"/>
        <w:gridCol w:w="1064"/>
        <w:gridCol w:w="2081"/>
        <w:gridCol w:w="2032"/>
        <w:gridCol w:w="1064"/>
        <w:gridCol w:w="1064"/>
        <w:gridCol w:w="1064"/>
        <w:gridCol w:w="1064"/>
      </w:tblGrid>
      <w:tr w:rsidR="002718B0" w:rsidRPr="00D97DB6" w14:paraId="0CBF8756" w14:textId="77777777" w:rsidTr="00D97DB6">
        <w:trPr>
          <w:trHeight w:val="250"/>
          <w:jc w:val="center"/>
        </w:trPr>
        <w:tc>
          <w:tcPr>
            <w:tcW w:w="1064" w:type="dxa"/>
            <w:shd w:val="clear" w:color="auto" w:fill="D71920"/>
            <w:tcMar>
              <w:top w:w="70" w:type="dxa"/>
              <w:left w:w="55" w:type="dxa"/>
              <w:bottom w:w="70" w:type="dxa"/>
              <w:right w:w="55" w:type="dxa"/>
            </w:tcMar>
          </w:tcPr>
          <w:p w14:paraId="618E3D76" w14:textId="77777777" w:rsidR="002718B0" w:rsidRPr="00D97DB6" w:rsidRDefault="00000000">
            <w:pPr>
              <w:jc w:val="center"/>
              <w:rPr>
                <w:noProof/>
                <w:lang w:val="ro-RO"/>
              </w:rPr>
            </w:pPr>
            <w:r w:rsidRPr="00D97DB6">
              <w:rPr>
                <w:rFonts w:eastAsia="Arial"/>
                <w:b/>
                <w:noProof/>
                <w:color w:val="FFFFFF"/>
                <w:sz w:val="14"/>
                <w:lang w:val="ro-RO"/>
              </w:rPr>
              <w:t>#</w:t>
            </w:r>
          </w:p>
        </w:tc>
        <w:tc>
          <w:tcPr>
            <w:tcW w:w="1064" w:type="dxa"/>
            <w:shd w:val="clear" w:color="auto" w:fill="D71920"/>
            <w:tcMar>
              <w:top w:w="70" w:type="dxa"/>
              <w:left w:w="55" w:type="dxa"/>
              <w:bottom w:w="70" w:type="dxa"/>
              <w:right w:w="55" w:type="dxa"/>
            </w:tcMar>
          </w:tcPr>
          <w:p w14:paraId="28D8BC59" w14:textId="77777777" w:rsidR="002718B0" w:rsidRPr="00D97DB6" w:rsidRDefault="00000000">
            <w:pPr>
              <w:jc w:val="center"/>
              <w:rPr>
                <w:noProof/>
                <w:lang w:val="ro-RO"/>
              </w:rPr>
            </w:pPr>
            <w:r w:rsidRPr="00D97DB6">
              <w:rPr>
                <w:rFonts w:eastAsia="Arial"/>
                <w:b/>
                <w:noProof/>
                <w:color w:val="FFFFFF"/>
                <w:sz w:val="14"/>
                <w:lang w:val="ro-RO"/>
              </w:rPr>
              <w:t>ID</w:t>
            </w:r>
          </w:p>
        </w:tc>
        <w:tc>
          <w:tcPr>
            <w:tcW w:w="2081" w:type="dxa"/>
            <w:shd w:val="clear" w:color="auto" w:fill="D71920"/>
            <w:tcMar>
              <w:top w:w="70" w:type="dxa"/>
              <w:left w:w="55" w:type="dxa"/>
              <w:bottom w:w="70" w:type="dxa"/>
              <w:right w:w="55" w:type="dxa"/>
            </w:tcMar>
          </w:tcPr>
          <w:p w14:paraId="1DBE6C10" w14:textId="77777777" w:rsidR="002718B0" w:rsidRPr="00D97DB6" w:rsidRDefault="00000000">
            <w:pPr>
              <w:jc w:val="center"/>
              <w:rPr>
                <w:noProof/>
                <w:lang w:val="ro-RO"/>
              </w:rPr>
            </w:pPr>
            <w:r w:rsidRPr="00D97DB6">
              <w:rPr>
                <w:rFonts w:eastAsia="Arial"/>
                <w:b/>
                <w:noProof/>
                <w:color w:val="FFFFFF"/>
                <w:sz w:val="14"/>
                <w:lang w:val="ro-RO"/>
              </w:rPr>
              <w:t>LACUNĂ / CAUZĂ</w:t>
            </w:r>
          </w:p>
        </w:tc>
        <w:tc>
          <w:tcPr>
            <w:tcW w:w="2032" w:type="dxa"/>
            <w:shd w:val="clear" w:color="auto" w:fill="D71920"/>
            <w:tcMar>
              <w:top w:w="70" w:type="dxa"/>
              <w:left w:w="55" w:type="dxa"/>
              <w:bottom w:w="70" w:type="dxa"/>
              <w:right w:w="55" w:type="dxa"/>
            </w:tcMar>
          </w:tcPr>
          <w:p w14:paraId="2D447176" w14:textId="77777777" w:rsidR="002718B0" w:rsidRPr="00D97DB6" w:rsidRDefault="00000000">
            <w:pPr>
              <w:jc w:val="center"/>
              <w:rPr>
                <w:noProof/>
                <w:lang w:val="ro-RO"/>
              </w:rPr>
            </w:pPr>
            <w:r w:rsidRPr="00D97DB6">
              <w:rPr>
                <w:rFonts w:eastAsia="Arial"/>
                <w:b/>
                <w:noProof/>
                <w:color w:val="FFFFFF"/>
                <w:sz w:val="14"/>
                <w:lang w:val="ro-RO"/>
              </w:rPr>
              <w:t>ACȚIUNE / LIVRABIL</w:t>
            </w:r>
          </w:p>
        </w:tc>
        <w:tc>
          <w:tcPr>
            <w:tcW w:w="1064" w:type="dxa"/>
            <w:shd w:val="clear" w:color="auto" w:fill="D71920"/>
            <w:tcMar>
              <w:top w:w="70" w:type="dxa"/>
              <w:left w:w="55" w:type="dxa"/>
              <w:bottom w:w="70" w:type="dxa"/>
              <w:right w:w="55" w:type="dxa"/>
            </w:tcMar>
          </w:tcPr>
          <w:p w14:paraId="35C198EE" w14:textId="77777777" w:rsidR="002718B0" w:rsidRPr="00D97DB6" w:rsidRDefault="00000000">
            <w:pPr>
              <w:jc w:val="center"/>
              <w:rPr>
                <w:noProof/>
                <w:lang w:val="ro-RO"/>
              </w:rPr>
            </w:pPr>
            <w:r w:rsidRPr="00D97DB6">
              <w:rPr>
                <w:rFonts w:eastAsia="Arial"/>
                <w:b/>
                <w:noProof/>
                <w:color w:val="FFFFFF"/>
                <w:sz w:val="14"/>
                <w:lang w:val="ro-RO"/>
              </w:rPr>
              <w:t>RESP.</w:t>
            </w:r>
          </w:p>
        </w:tc>
        <w:tc>
          <w:tcPr>
            <w:tcW w:w="1064" w:type="dxa"/>
            <w:shd w:val="clear" w:color="auto" w:fill="D71920"/>
            <w:tcMar>
              <w:top w:w="70" w:type="dxa"/>
              <w:left w:w="55" w:type="dxa"/>
              <w:bottom w:w="70" w:type="dxa"/>
              <w:right w:w="55" w:type="dxa"/>
            </w:tcMar>
          </w:tcPr>
          <w:p w14:paraId="5F14ACDD" w14:textId="77777777" w:rsidR="002718B0" w:rsidRPr="00D97DB6" w:rsidRDefault="00000000">
            <w:pPr>
              <w:jc w:val="center"/>
              <w:rPr>
                <w:noProof/>
                <w:lang w:val="ro-RO"/>
              </w:rPr>
            </w:pPr>
            <w:r w:rsidRPr="00D97DB6">
              <w:rPr>
                <w:rFonts w:eastAsia="Arial"/>
                <w:b/>
                <w:noProof/>
                <w:color w:val="FFFFFF"/>
                <w:sz w:val="14"/>
                <w:lang w:val="ro-RO"/>
              </w:rPr>
              <w:t>TERMEN</w:t>
            </w:r>
          </w:p>
        </w:tc>
        <w:tc>
          <w:tcPr>
            <w:tcW w:w="1064" w:type="dxa"/>
            <w:shd w:val="clear" w:color="auto" w:fill="D71920"/>
            <w:tcMar>
              <w:top w:w="70" w:type="dxa"/>
              <w:left w:w="55" w:type="dxa"/>
              <w:bottom w:w="70" w:type="dxa"/>
              <w:right w:w="55" w:type="dxa"/>
            </w:tcMar>
          </w:tcPr>
          <w:p w14:paraId="37388249" w14:textId="77777777" w:rsidR="002718B0" w:rsidRPr="00D97DB6" w:rsidRDefault="00000000">
            <w:pPr>
              <w:jc w:val="center"/>
              <w:rPr>
                <w:noProof/>
                <w:lang w:val="ro-RO"/>
              </w:rPr>
            </w:pPr>
            <w:r w:rsidRPr="00D97DB6">
              <w:rPr>
                <w:rFonts w:eastAsia="Arial"/>
                <w:b/>
                <w:noProof/>
                <w:color w:val="FFFFFF"/>
                <w:sz w:val="14"/>
                <w:lang w:val="ro-RO"/>
              </w:rPr>
              <w:t>STATUS</w:t>
            </w:r>
          </w:p>
        </w:tc>
        <w:tc>
          <w:tcPr>
            <w:tcW w:w="1064" w:type="dxa"/>
            <w:shd w:val="clear" w:color="auto" w:fill="D71920"/>
            <w:tcMar>
              <w:top w:w="70" w:type="dxa"/>
              <w:left w:w="55" w:type="dxa"/>
              <w:bottom w:w="70" w:type="dxa"/>
              <w:right w:w="55" w:type="dxa"/>
            </w:tcMar>
          </w:tcPr>
          <w:p w14:paraId="0DEB08DC" w14:textId="77777777" w:rsidR="002718B0" w:rsidRPr="00D97DB6" w:rsidRDefault="00000000">
            <w:pPr>
              <w:jc w:val="center"/>
              <w:rPr>
                <w:noProof/>
                <w:lang w:val="ro-RO"/>
              </w:rPr>
            </w:pPr>
            <w:r w:rsidRPr="00D97DB6">
              <w:rPr>
                <w:rFonts w:eastAsia="Arial"/>
                <w:b/>
                <w:noProof/>
                <w:color w:val="FFFFFF"/>
                <w:sz w:val="14"/>
                <w:lang w:val="ro-RO"/>
              </w:rPr>
              <w:t>EFICACE?</w:t>
            </w:r>
          </w:p>
        </w:tc>
      </w:tr>
      <w:tr w:rsidR="002718B0" w:rsidRPr="00D97DB6" w14:paraId="3F15F3AE"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2AB7B68D" w14:textId="77777777" w:rsidR="002718B0" w:rsidRPr="00D97DB6" w:rsidRDefault="00000000">
            <w:pPr>
              <w:jc w:val="center"/>
              <w:rPr>
                <w:noProof/>
                <w:lang w:val="ro-RO"/>
              </w:rPr>
            </w:pPr>
            <w:r w:rsidRPr="00D97DB6">
              <w:rPr>
                <w:rFonts w:eastAsia="Arial"/>
                <w:b/>
                <w:noProof/>
                <w:color w:val="D71920"/>
                <w:sz w:val="15"/>
                <w:lang w:val="ro-RO"/>
              </w:rPr>
              <w:t>1</w:t>
            </w: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64E2FD90"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3265BF2"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21A23C91"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67FA3EA5"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06423416"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34D4D1F0"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6386A287" w14:textId="77777777" w:rsidR="002718B0" w:rsidRPr="00D97DB6" w:rsidRDefault="002718B0">
            <w:pPr>
              <w:jc w:val="center"/>
              <w:rPr>
                <w:noProof/>
                <w:lang w:val="ro-RO"/>
              </w:rPr>
            </w:pPr>
          </w:p>
        </w:tc>
      </w:tr>
      <w:tr w:rsidR="002718B0" w:rsidRPr="00D97DB6" w14:paraId="37D34774"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48321D7F" w14:textId="77777777" w:rsidR="002718B0" w:rsidRPr="00D97DB6" w:rsidRDefault="00000000">
            <w:pPr>
              <w:jc w:val="center"/>
              <w:rPr>
                <w:noProof/>
                <w:lang w:val="ro-RO"/>
              </w:rPr>
            </w:pPr>
            <w:r w:rsidRPr="00D97DB6">
              <w:rPr>
                <w:rFonts w:eastAsia="Arial"/>
                <w:b/>
                <w:noProof/>
                <w:color w:val="D71920"/>
                <w:sz w:val="15"/>
                <w:lang w:val="ro-RO"/>
              </w:rPr>
              <w:t>2</w:t>
            </w: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45A26F52"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039582FF"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19CF1AD3"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3944CE3E"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1FA90634"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325FBF06"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1E30239F" w14:textId="77777777" w:rsidR="002718B0" w:rsidRPr="00D97DB6" w:rsidRDefault="002718B0">
            <w:pPr>
              <w:jc w:val="center"/>
              <w:rPr>
                <w:noProof/>
                <w:lang w:val="ro-RO"/>
              </w:rPr>
            </w:pPr>
          </w:p>
        </w:tc>
      </w:tr>
      <w:tr w:rsidR="002718B0" w:rsidRPr="00D97DB6" w14:paraId="0A7E7F25"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3F690BED" w14:textId="77777777" w:rsidR="002718B0" w:rsidRPr="00D97DB6" w:rsidRDefault="00000000">
            <w:pPr>
              <w:jc w:val="center"/>
              <w:rPr>
                <w:noProof/>
                <w:lang w:val="ro-RO"/>
              </w:rPr>
            </w:pPr>
            <w:r w:rsidRPr="00D97DB6">
              <w:rPr>
                <w:rFonts w:eastAsia="Arial"/>
                <w:b/>
                <w:noProof/>
                <w:color w:val="D71920"/>
                <w:sz w:val="15"/>
                <w:lang w:val="ro-RO"/>
              </w:rPr>
              <w:t>3</w:t>
            </w: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3BFB5452"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33DEA3BC"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F3C23E2"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413984F8"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56AEFF46"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128410D3"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6F8633CF" w14:textId="77777777" w:rsidR="002718B0" w:rsidRPr="00D97DB6" w:rsidRDefault="002718B0">
            <w:pPr>
              <w:jc w:val="center"/>
              <w:rPr>
                <w:noProof/>
                <w:lang w:val="ro-RO"/>
              </w:rPr>
            </w:pPr>
          </w:p>
        </w:tc>
      </w:tr>
      <w:tr w:rsidR="002718B0" w:rsidRPr="00D97DB6" w14:paraId="1F00D21E"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31E05422" w14:textId="77777777" w:rsidR="002718B0" w:rsidRPr="00D97DB6" w:rsidRDefault="00000000">
            <w:pPr>
              <w:jc w:val="center"/>
              <w:rPr>
                <w:noProof/>
                <w:lang w:val="ro-RO"/>
              </w:rPr>
            </w:pPr>
            <w:r w:rsidRPr="00D97DB6">
              <w:rPr>
                <w:rFonts w:eastAsia="Arial"/>
                <w:b/>
                <w:noProof/>
                <w:color w:val="D71920"/>
                <w:sz w:val="15"/>
                <w:lang w:val="ro-RO"/>
              </w:rPr>
              <w:t>4</w:t>
            </w: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06085DD8"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0A04D182"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75E617E1"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172F00A9"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013918DB"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067B4BA6"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4311DAB9" w14:textId="77777777" w:rsidR="002718B0" w:rsidRPr="00D97DB6" w:rsidRDefault="002718B0">
            <w:pPr>
              <w:jc w:val="center"/>
              <w:rPr>
                <w:noProof/>
                <w:lang w:val="ro-RO"/>
              </w:rPr>
            </w:pPr>
          </w:p>
        </w:tc>
      </w:tr>
      <w:tr w:rsidR="002718B0" w:rsidRPr="00D97DB6" w14:paraId="01B3D788"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D899A7E" w14:textId="77777777" w:rsidR="002718B0" w:rsidRPr="00D97DB6" w:rsidRDefault="00000000">
            <w:pPr>
              <w:jc w:val="center"/>
              <w:rPr>
                <w:noProof/>
                <w:lang w:val="ro-RO"/>
              </w:rPr>
            </w:pPr>
            <w:r w:rsidRPr="00D97DB6">
              <w:rPr>
                <w:rFonts w:eastAsia="Arial"/>
                <w:b/>
                <w:noProof/>
                <w:color w:val="D71920"/>
                <w:sz w:val="15"/>
                <w:lang w:val="ro-RO"/>
              </w:rPr>
              <w:t>5</w:t>
            </w: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22F8CC8F"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3DCC5C4C"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63FD9AFC"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132FAB6A"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26CFAA45"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07C3EBB7"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02368C5F" w14:textId="77777777" w:rsidR="002718B0" w:rsidRPr="00D97DB6" w:rsidRDefault="002718B0">
            <w:pPr>
              <w:jc w:val="center"/>
              <w:rPr>
                <w:noProof/>
                <w:lang w:val="ro-RO"/>
              </w:rPr>
            </w:pPr>
          </w:p>
        </w:tc>
      </w:tr>
      <w:tr w:rsidR="002718B0" w:rsidRPr="00D97DB6" w14:paraId="3310294A"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6B6026AA" w14:textId="77777777" w:rsidR="002718B0" w:rsidRPr="00D97DB6" w:rsidRDefault="00000000">
            <w:pPr>
              <w:jc w:val="center"/>
              <w:rPr>
                <w:noProof/>
                <w:lang w:val="ro-RO"/>
              </w:rPr>
            </w:pPr>
            <w:r w:rsidRPr="00D97DB6">
              <w:rPr>
                <w:rFonts w:eastAsia="Arial"/>
                <w:b/>
                <w:noProof/>
                <w:color w:val="D71920"/>
                <w:sz w:val="15"/>
                <w:lang w:val="ro-RO"/>
              </w:rPr>
              <w:t>6</w:t>
            </w: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62B849AD"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52EF6935"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45A3FDA8"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3F46E2FC"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1D7EA5EE"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1EB060C6"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6F7D4014" w14:textId="77777777" w:rsidR="002718B0" w:rsidRPr="00D97DB6" w:rsidRDefault="002718B0">
            <w:pPr>
              <w:jc w:val="center"/>
              <w:rPr>
                <w:noProof/>
                <w:lang w:val="ro-RO"/>
              </w:rPr>
            </w:pPr>
          </w:p>
        </w:tc>
      </w:tr>
      <w:tr w:rsidR="002718B0" w:rsidRPr="00D97DB6" w14:paraId="4DACBEFF"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0E0CD6A0" w14:textId="77777777" w:rsidR="002718B0" w:rsidRPr="00D97DB6" w:rsidRDefault="00000000">
            <w:pPr>
              <w:jc w:val="center"/>
              <w:rPr>
                <w:noProof/>
                <w:lang w:val="ro-RO"/>
              </w:rPr>
            </w:pPr>
            <w:r w:rsidRPr="00D97DB6">
              <w:rPr>
                <w:rFonts w:eastAsia="Arial"/>
                <w:b/>
                <w:noProof/>
                <w:color w:val="D71920"/>
                <w:sz w:val="15"/>
                <w:lang w:val="ro-RO"/>
              </w:rPr>
              <w:t>7</w:t>
            </w: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1D926A54"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1505E6D2"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1E74B2A6"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DF65228"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6DBAD026"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32D03951"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933A779" w14:textId="77777777" w:rsidR="002718B0" w:rsidRPr="00D97DB6" w:rsidRDefault="002718B0">
            <w:pPr>
              <w:jc w:val="center"/>
              <w:rPr>
                <w:noProof/>
                <w:lang w:val="ro-RO"/>
              </w:rPr>
            </w:pPr>
          </w:p>
        </w:tc>
      </w:tr>
      <w:tr w:rsidR="002718B0" w:rsidRPr="00D97DB6" w14:paraId="336F2FC0"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77282828" w14:textId="77777777" w:rsidR="002718B0" w:rsidRPr="00D97DB6" w:rsidRDefault="00000000">
            <w:pPr>
              <w:jc w:val="center"/>
              <w:rPr>
                <w:noProof/>
                <w:lang w:val="ro-RO"/>
              </w:rPr>
            </w:pPr>
            <w:r w:rsidRPr="00D97DB6">
              <w:rPr>
                <w:rFonts w:eastAsia="Arial"/>
                <w:b/>
                <w:noProof/>
                <w:color w:val="D71920"/>
                <w:sz w:val="15"/>
                <w:lang w:val="ro-RO"/>
              </w:rPr>
              <w:t>8</w:t>
            </w: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5A997978"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4CD5E302"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4472AB94"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7E2D1D29"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23C4AA47"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4AC52D59"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09699B15" w14:textId="77777777" w:rsidR="002718B0" w:rsidRPr="00D97DB6" w:rsidRDefault="002718B0">
            <w:pPr>
              <w:jc w:val="center"/>
              <w:rPr>
                <w:noProof/>
                <w:lang w:val="ro-RO"/>
              </w:rPr>
            </w:pPr>
          </w:p>
        </w:tc>
      </w:tr>
      <w:tr w:rsidR="002718B0" w:rsidRPr="00D97DB6" w14:paraId="65316A59"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4B87984A" w14:textId="77777777" w:rsidR="002718B0" w:rsidRPr="00D97DB6" w:rsidRDefault="00000000">
            <w:pPr>
              <w:jc w:val="center"/>
              <w:rPr>
                <w:noProof/>
                <w:lang w:val="ro-RO"/>
              </w:rPr>
            </w:pPr>
            <w:r w:rsidRPr="00D97DB6">
              <w:rPr>
                <w:rFonts w:eastAsia="Arial"/>
                <w:b/>
                <w:noProof/>
                <w:color w:val="D71920"/>
                <w:sz w:val="15"/>
                <w:lang w:val="ro-RO"/>
              </w:rPr>
              <w:t>9</w:t>
            </w: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2BEA29EC"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515710CF"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142CB962"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12D09276"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668F72A3"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282DB2C7"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C3054C8" w14:textId="77777777" w:rsidR="002718B0" w:rsidRPr="00D97DB6" w:rsidRDefault="002718B0">
            <w:pPr>
              <w:jc w:val="center"/>
              <w:rPr>
                <w:noProof/>
                <w:lang w:val="ro-RO"/>
              </w:rPr>
            </w:pPr>
          </w:p>
        </w:tc>
      </w:tr>
      <w:tr w:rsidR="002718B0" w:rsidRPr="00D97DB6" w14:paraId="6218F2DF"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33C9D58A" w14:textId="77777777" w:rsidR="002718B0" w:rsidRPr="00D97DB6" w:rsidRDefault="00000000">
            <w:pPr>
              <w:jc w:val="center"/>
              <w:rPr>
                <w:noProof/>
                <w:lang w:val="ro-RO"/>
              </w:rPr>
            </w:pPr>
            <w:r w:rsidRPr="00D97DB6">
              <w:rPr>
                <w:rFonts w:eastAsia="Arial"/>
                <w:b/>
                <w:noProof/>
                <w:color w:val="D71920"/>
                <w:sz w:val="15"/>
                <w:lang w:val="ro-RO"/>
              </w:rPr>
              <w:t>10</w:t>
            </w: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6111D69D"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046329D1"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6B47F62A"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42BB8EC9"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306193A8"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2A6A5752"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4CA49C9C" w14:textId="77777777" w:rsidR="002718B0" w:rsidRPr="00D97DB6" w:rsidRDefault="002718B0">
            <w:pPr>
              <w:jc w:val="center"/>
              <w:rPr>
                <w:noProof/>
                <w:lang w:val="ro-RO"/>
              </w:rPr>
            </w:pPr>
          </w:p>
        </w:tc>
      </w:tr>
      <w:tr w:rsidR="002718B0" w:rsidRPr="00D97DB6" w14:paraId="4EAB57C8"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22A4BEC" w14:textId="77777777" w:rsidR="002718B0" w:rsidRPr="00D97DB6" w:rsidRDefault="00000000">
            <w:pPr>
              <w:jc w:val="center"/>
              <w:rPr>
                <w:noProof/>
                <w:lang w:val="ro-RO"/>
              </w:rPr>
            </w:pPr>
            <w:r w:rsidRPr="00D97DB6">
              <w:rPr>
                <w:rFonts w:eastAsia="Arial"/>
                <w:b/>
                <w:noProof/>
                <w:color w:val="D71920"/>
                <w:sz w:val="15"/>
                <w:lang w:val="ro-RO"/>
              </w:rPr>
              <w:t>11</w:t>
            </w: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5BAF80B0"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6E8C5C3"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5AF7C445"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6E3183C6"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C9934AB"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1C867A23"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6E08477C" w14:textId="77777777" w:rsidR="002718B0" w:rsidRPr="00D97DB6" w:rsidRDefault="002718B0">
            <w:pPr>
              <w:jc w:val="center"/>
              <w:rPr>
                <w:noProof/>
                <w:lang w:val="ro-RO"/>
              </w:rPr>
            </w:pPr>
          </w:p>
        </w:tc>
      </w:tr>
      <w:tr w:rsidR="002718B0" w:rsidRPr="00D97DB6" w14:paraId="41E9FB73"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1E5377B0" w14:textId="77777777" w:rsidR="002718B0" w:rsidRPr="00D97DB6" w:rsidRDefault="00000000">
            <w:pPr>
              <w:jc w:val="center"/>
              <w:rPr>
                <w:noProof/>
                <w:lang w:val="ro-RO"/>
              </w:rPr>
            </w:pPr>
            <w:r w:rsidRPr="00D97DB6">
              <w:rPr>
                <w:rFonts w:eastAsia="Arial"/>
                <w:b/>
                <w:noProof/>
                <w:color w:val="D71920"/>
                <w:sz w:val="15"/>
                <w:lang w:val="ro-RO"/>
              </w:rPr>
              <w:t>12</w:t>
            </w: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03236139"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7F5589B7"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0F9132AA"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50514DA4"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5A1C7B05"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11A864FB"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0436B5D2" w14:textId="77777777" w:rsidR="002718B0" w:rsidRPr="00D97DB6" w:rsidRDefault="002718B0">
            <w:pPr>
              <w:jc w:val="center"/>
              <w:rPr>
                <w:noProof/>
                <w:lang w:val="ro-RO"/>
              </w:rPr>
            </w:pPr>
          </w:p>
        </w:tc>
      </w:tr>
      <w:tr w:rsidR="002718B0" w:rsidRPr="00D97DB6" w14:paraId="20387DF8"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48605387" w14:textId="77777777" w:rsidR="002718B0" w:rsidRPr="00D97DB6" w:rsidRDefault="00000000">
            <w:pPr>
              <w:jc w:val="center"/>
              <w:rPr>
                <w:noProof/>
                <w:lang w:val="ro-RO"/>
              </w:rPr>
            </w:pPr>
            <w:r w:rsidRPr="00D97DB6">
              <w:rPr>
                <w:rFonts w:eastAsia="Arial"/>
                <w:b/>
                <w:noProof/>
                <w:color w:val="D71920"/>
                <w:sz w:val="15"/>
                <w:lang w:val="ro-RO"/>
              </w:rPr>
              <w:t>13</w:t>
            </w: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32713956"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3CB1632C"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C365B09"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4C4F501F"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19C185D0"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30373A28"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51BECFD8" w14:textId="77777777" w:rsidR="002718B0" w:rsidRPr="00D97DB6" w:rsidRDefault="002718B0">
            <w:pPr>
              <w:jc w:val="center"/>
              <w:rPr>
                <w:noProof/>
                <w:lang w:val="ro-RO"/>
              </w:rPr>
            </w:pPr>
          </w:p>
        </w:tc>
      </w:tr>
      <w:tr w:rsidR="002718B0" w:rsidRPr="00D97DB6" w14:paraId="78D084A0"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3245472C" w14:textId="77777777" w:rsidR="002718B0" w:rsidRPr="00D97DB6" w:rsidRDefault="00000000">
            <w:pPr>
              <w:jc w:val="center"/>
              <w:rPr>
                <w:noProof/>
                <w:lang w:val="ro-RO"/>
              </w:rPr>
            </w:pPr>
            <w:r w:rsidRPr="00D97DB6">
              <w:rPr>
                <w:rFonts w:eastAsia="Arial"/>
                <w:b/>
                <w:noProof/>
                <w:color w:val="D71920"/>
                <w:sz w:val="15"/>
                <w:lang w:val="ro-RO"/>
              </w:rPr>
              <w:t>14</w:t>
            </w: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26C81FAE"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66740EA1"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0D622E14"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0A8E64D9"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13BF996C"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386D8DBD"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shd w:val="clear" w:color="auto" w:fill="FAFAFA"/>
            <w:tcMar>
              <w:top w:w="60" w:type="dxa"/>
              <w:left w:w="55" w:type="dxa"/>
              <w:bottom w:w="60" w:type="dxa"/>
              <w:right w:w="55" w:type="dxa"/>
            </w:tcMar>
          </w:tcPr>
          <w:p w14:paraId="5DE36CC4" w14:textId="77777777" w:rsidR="002718B0" w:rsidRPr="00D97DB6" w:rsidRDefault="002718B0">
            <w:pPr>
              <w:jc w:val="center"/>
              <w:rPr>
                <w:noProof/>
                <w:lang w:val="ro-RO"/>
              </w:rPr>
            </w:pPr>
          </w:p>
        </w:tc>
      </w:tr>
      <w:tr w:rsidR="002718B0" w:rsidRPr="00D97DB6" w14:paraId="67EC1FE0" w14:textId="77777777" w:rsidTr="00D97DB6">
        <w:trPr>
          <w:trHeight w:val="535"/>
          <w:jc w:val="center"/>
        </w:trPr>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27CDDC4" w14:textId="77777777" w:rsidR="002718B0" w:rsidRPr="00D97DB6" w:rsidRDefault="00000000">
            <w:pPr>
              <w:jc w:val="center"/>
              <w:rPr>
                <w:noProof/>
                <w:lang w:val="ro-RO"/>
              </w:rPr>
            </w:pPr>
            <w:r w:rsidRPr="00D97DB6">
              <w:rPr>
                <w:rFonts w:eastAsia="Arial"/>
                <w:b/>
                <w:noProof/>
                <w:color w:val="D71920"/>
                <w:sz w:val="15"/>
                <w:lang w:val="ro-RO"/>
              </w:rPr>
              <w:t>15</w:t>
            </w: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3B549AEB" w14:textId="77777777" w:rsidR="002718B0" w:rsidRPr="00D97DB6" w:rsidRDefault="002718B0">
            <w:pPr>
              <w:jc w:val="center"/>
              <w:rPr>
                <w:noProof/>
                <w:lang w:val="ro-RO"/>
              </w:rPr>
            </w:pPr>
          </w:p>
        </w:tc>
        <w:tc>
          <w:tcPr>
            <w:tcW w:w="2081"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37C806CF" w14:textId="77777777" w:rsidR="002718B0" w:rsidRPr="00D97DB6" w:rsidRDefault="002718B0">
            <w:pPr>
              <w:rPr>
                <w:noProof/>
                <w:lang w:val="ro-RO"/>
              </w:rPr>
            </w:pPr>
          </w:p>
        </w:tc>
        <w:tc>
          <w:tcPr>
            <w:tcW w:w="2032"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0FB9FA16" w14:textId="77777777" w:rsidR="002718B0" w:rsidRPr="00D97DB6" w:rsidRDefault="002718B0">
            <w:pP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6CBBCB06"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B688562"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73D2097E" w14:textId="77777777" w:rsidR="002718B0" w:rsidRPr="00D97DB6" w:rsidRDefault="002718B0">
            <w:pPr>
              <w:jc w:val="center"/>
              <w:rPr>
                <w:noProof/>
                <w:lang w:val="ro-RO"/>
              </w:rPr>
            </w:pPr>
          </w:p>
        </w:tc>
        <w:tc>
          <w:tcPr>
            <w:tcW w:w="1064" w:type="dxa"/>
            <w:tcBorders>
              <w:top w:val="single" w:sz="3" w:space="0" w:color="D9DDE2"/>
              <w:left w:val="single" w:sz="3" w:space="0" w:color="D9DDE2"/>
              <w:bottom w:val="single" w:sz="3" w:space="0" w:color="D9DDE2"/>
              <w:right w:val="single" w:sz="3" w:space="0" w:color="D9DDE2"/>
            </w:tcBorders>
            <w:tcMar>
              <w:top w:w="60" w:type="dxa"/>
              <w:left w:w="55" w:type="dxa"/>
              <w:bottom w:w="60" w:type="dxa"/>
              <w:right w:w="55" w:type="dxa"/>
            </w:tcMar>
          </w:tcPr>
          <w:p w14:paraId="5BC32194" w14:textId="77777777" w:rsidR="002718B0" w:rsidRPr="00D97DB6" w:rsidRDefault="002718B0">
            <w:pPr>
              <w:jc w:val="center"/>
              <w:rPr>
                <w:noProof/>
                <w:lang w:val="ro-RO"/>
              </w:rPr>
            </w:pPr>
          </w:p>
        </w:tc>
      </w:tr>
    </w:tbl>
    <w:p w14:paraId="688FD0E7" w14:textId="77777777" w:rsidR="002718B0" w:rsidRPr="00D97DB6" w:rsidRDefault="00000000">
      <w:pPr>
        <w:pStyle w:val="Heading2"/>
        <w:rPr>
          <w:noProof/>
          <w:lang w:val="ro-RO"/>
        </w:rPr>
      </w:pPr>
      <w:r w:rsidRPr="00D97DB6">
        <w:rPr>
          <w:noProof/>
          <w:lang w:val="ro-RO"/>
        </w:rPr>
        <w:t>Verificarea eficacității acțiunilor</w:t>
      </w:r>
    </w:p>
    <w:p w14:paraId="704E29C6" w14:textId="77777777" w:rsidR="002718B0" w:rsidRPr="00D97DB6" w:rsidRDefault="00000000">
      <w:pPr>
        <w:pStyle w:val="ListBullet"/>
        <w:spacing w:after="50"/>
        <w:rPr>
          <w:noProof/>
          <w:lang w:val="ro-RO"/>
        </w:rPr>
      </w:pPr>
      <w:r w:rsidRPr="00D97DB6">
        <w:rPr>
          <w:rFonts w:eastAsia="Arial"/>
          <w:noProof/>
          <w:lang w:val="ro-RO"/>
        </w:rPr>
        <w:t>Definiți înainte de implementare ce rezultat va demonstra eficacitatea.</w:t>
      </w:r>
    </w:p>
    <w:p w14:paraId="01A57470" w14:textId="77777777" w:rsidR="002718B0" w:rsidRPr="00D97DB6" w:rsidRDefault="00000000">
      <w:pPr>
        <w:pStyle w:val="ListBullet"/>
        <w:spacing w:after="50"/>
        <w:rPr>
          <w:noProof/>
          <w:lang w:val="ro-RO"/>
        </w:rPr>
      </w:pPr>
      <w:r w:rsidRPr="00D97DB6">
        <w:rPr>
          <w:rFonts w:eastAsia="Arial"/>
          <w:noProof/>
          <w:lang w:val="ro-RO"/>
        </w:rPr>
        <w:t>Verificați după o perioadă suficientă pentru ca problema să poată reapărea.</w:t>
      </w:r>
    </w:p>
    <w:p w14:paraId="4370A88E" w14:textId="77777777" w:rsidR="002718B0" w:rsidRPr="00D97DB6" w:rsidRDefault="00000000">
      <w:pPr>
        <w:pStyle w:val="ListBullet"/>
        <w:spacing w:after="50"/>
        <w:rPr>
          <w:noProof/>
          <w:lang w:val="ro-RO"/>
        </w:rPr>
      </w:pPr>
      <w:r w:rsidRPr="00D97DB6">
        <w:rPr>
          <w:rFonts w:eastAsia="Arial"/>
          <w:noProof/>
          <w:lang w:val="ro-RO"/>
        </w:rPr>
        <w:t>Utilizați date, eșantioane, interviuri sau re-audit; nu vă limitați la confirmarea că documentul a fost modificat.</w:t>
      </w:r>
    </w:p>
    <w:p w14:paraId="53FF2E72" w14:textId="77777777" w:rsidR="002718B0" w:rsidRPr="00D97DB6" w:rsidRDefault="00000000">
      <w:pPr>
        <w:pStyle w:val="ListBullet"/>
        <w:spacing w:after="50"/>
        <w:rPr>
          <w:noProof/>
          <w:lang w:val="ro-RO"/>
        </w:rPr>
      </w:pPr>
      <w:r w:rsidRPr="00D97DB6">
        <w:rPr>
          <w:rFonts w:eastAsia="Arial"/>
          <w:noProof/>
          <w:lang w:val="ro-RO"/>
        </w:rPr>
        <w:t>Dacă acțiunea nu este eficace, redeschideți analiza cauzei și reevaluați riscul.</w:t>
      </w:r>
    </w:p>
    <w:p w14:paraId="7FA5AF11" w14:textId="77777777" w:rsidR="002718B0" w:rsidRPr="00D97DB6" w:rsidRDefault="00000000">
      <w:pPr>
        <w:rPr>
          <w:noProof/>
          <w:lang w:val="ro-RO"/>
        </w:rPr>
      </w:pPr>
      <w:r w:rsidRPr="00D97DB6">
        <w:rPr>
          <w:noProof/>
          <w:lang w:val="ro-RO"/>
        </w:rPr>
        <w:br w:type="page"/>
      </w:r>
    </w:p>
    <w:p w14:paraId="123A0F59" w14:textId="77777777" w:rsidR="002718B0" w:rsidRPr="00D97DB6" w:rsidRDefault="00000000">
      <w:pPr>
        <w:pStyle w:val="Heading1"/>
        <w:pBdr>
          <w:bottom w:val="single" w:sz="10" w:space="3" w:color="D71920"/>
        </w:pBdr>
        <w:rPr>
          <w:noProof/>
          <w:lang w:val="ro-RO"/>
        </w:rPr>
      </w:pPr>
      <w:r w:rsidRPr="00D97DB6">
        <w:rPr>
          <w:noProof/>
          <w:lang w:val="ro-RO"/>
        </w:rPr>
        <w:lastRenderedPageBreak/>
        <w:t>Bibliotecă orientativă de dovezi</w:t>
      </w:r>
    </w:p>
    <w:tbl>
      <w:tblPr>
        <w:tblW w:w="0" w:type="auto"/>
        <w:tblLayout w:type="fixed"/>
        <w:tblLook w:val="04A0" w:firstRow="1" w:lastRow="0" w:firstColumn="1" w:lastColumn="0" w:noHBand="0" w:noVBand="1"/>
      </w:tblPr>
      <w:tblGrid>
        <w:gridCol w:w="3744"/>
        <w:gridCol w:w="5531"/>
      </w:tblGrid>
      <w:tr w:rsidR="002718B0" w:rsidRPr="00D97DB6" w14:paraId="2F41FEFF" w14:textId="77777777" w:rsidTr="00D97DB6">
        <w:trPr>
          <w:trHeight w:val="283"/>
        </w:trPr>
        <w:tc>
          <w:tcPr>
            <w:tcW w:w="3744" w:type="dxa"/>
            <w:shd w:val="clear" w:color="auto" w:fill="D71920"/>
            <w:tcMar>
              <w:top w:w="80" w:type="dxa"/>
              <w:left w:w="80" w:type="dxa"/>
              <w:bottom w:w="80" w:type="dxa"/>
              <w:right w:w="80" w:type="dxa"/>
            </w:tcMar>
          </w:tcPr>
          <w:p w14:paraId="586B79A9" w14:textId="77777777" w:rsidR="002718B0" w:rsidRPr="00D97DB6" w:rsidRDefault="00000000">
            <w:pPr>
              <w:rPr>
                <w:noProof/>
                <w:lang w:val="ro-RO"/>
              </w:rPr>
            </w:pPr>
            <w:r w:rsidRPr="00D97DB6">
              <w:rPr>
                <w:rFonts w:eastAsia="Arial"/>
                <w:b/>
                <w:noProof/>
                <w:color w:val="FFFFFF"/>
                <w:sz w:val="16"/>
                <w:lang w:val="ro-RO"/>
              </w:rPr>
              <w:t>CATEGORIE</w:t>
            </w:r>
          </w:p>
        </w:tc>
        <w:tc>
          <w:tcPr>
            <w:tcW w:w="5531" w:type="dxa"/>
            <w:shd w:val="clear" w:color="auto" w:fill="D71920"/>
            <w:tcMar>
              <w:top w:w="80" w:type="dxa"/>
              <w:left w:w="80" w:type="dxa"/>
              <w:bottom w:w="80" w:type="dxa"/>
              <w:right w:w="80" w:type="dxa"/>
            </w:tcMar>
          </w:tcPr>
          <w:p w14:paraId="2E27284E" w14:textId="77777777" w:rsidR="002718B0" w:rsidRPr="00D97DB6" w:rsidRDefault="00000000">
            <w:pPr>
              <w:rPr>
                <w:noProof/>
                <w:lang w:val="ro-RO"/>
              </w:rPr>
            </w:pPr>
            <w:r w:rsidRPr="00D97DB6">
              <w:rPr>
                <w:rFonts w:eastAsia="Arial"/>
                <w:b/>
                <w:noProof/>
                <w:color w:val="FFFFFF"/>
                <w:sz w:val="16"/>
                <w:lang w:val="ro-RO"/>
              </w:rPr>
              <w:t>EXEMPLE DE DOVEZI</w:t>
            </w:r>
          </w:p>
        </w:tc>
      </w:tr>
      <w:tr w:rsidR="002718B0" w:rsidRPr="0040087F" w14:paraId="2B718A93" w14:textId="77777777" w:rsidTr="00D97DB6">
        <w:trPr>
          <w:trHeight w:val="506"/>
        </w:trPr>
        <w:tc>
          <w:tcPr>
            <w:tcW w:w="3744" w:type="dxa"/>
            <w:tcBorders>
              <w:top w:val="single" w:sz="3" w:space="0" w:color="D9DDE2"/>
              <w:left w:val="single" w:sz="3" w:space="0" w:color="D9DDE2"/>
              <w:bottom w:val="single" w:sz="3" w:space="0" w:color="D9DDE2"/>
              <w:right w:val="single" w:sz="3" w:space="0" w:color="D9DDE2"/>
            </w:tcBorders>
            <w:tcMar>
              <w:top w:w="95" w:type="dxa"/>
              <w:left w:w="90" w:type="dxa"/>
              <w:bottom w:w="95" w:type="dxa"/>
              <w:right w:w="90" w:type="dxa"/>
            </w:tcMar>
          </w:tcPr>
          <w:p w14:paraId="11E03B21" w14:textId="77777777" w:rsidR="002718B0" w:rsidRPr="00D97DB6" w:rsidRDefault="00000000">
            <w:pPr>
              <w:rPr>
                <w:noProof/>
                <w:lang w:val="ro-RO"/>
              </w:rPr>
            </w:pPr>
            <w:r w:rsidRPr="00D97DB6">
              <w:rPr>
                <w:rFonts w:eastAsia="Arial"/>
                <w:b/>
                <w:noProof/>
                <w:color w:val="D71920"/>
                <w:sz w:val="17"/>
                <w:lang w:val="ro-RO"/>
              </w:rPr>
              <w:t>Conducere și strategie</w:t>
            </w:r>
          </w:p>
        </w:tc>
        <w:tc>
          <w:tcPr>
            <w:tcW w:w="5531" w:type="dxa"/>
            <w:tcBorders>
              <w:top w:val="single" w:sz="3" w:space="0" w:color="D9DDE2"/>
              <w:left w:val="single" w:sz="3" w:space="0" w:color="D9DDE2"/>
              <w:bottom w:val="single" w:sz="3" w:space="0" w:color="D9DDE2"/>
              <w:right w:val="single" w:sz="3" w:space="0" w:color="D9DDE2"/>
            </w:tcBorders>
            <w:tcMar>
              <w:top w:w="95" w:type="dxa"/>
              <w:left w:w="90" w:type="dxa"/>
              <w:bottom w:w="95" w:type="dxa"/>
              <w:right w:w="90" w:type="dxa"/>
            </w:tcMar>
          </w:tcPr>
          <w:p w14:paraId="62492732" w14:textId="77777777" w:rsidR="002718B0" w:rsidRPr="00D97DB6" w:rsidRDefault="00000000">
            <w:pPr>
              <w:rPr>
                <w:noProof/>
                <w:lang w:val="ro-RO"/>
              </w:rPr>
            </w:pPr>
            <w:r w:rsidRPr="00D97DB6">
              <w:rPr>
                <w:rFonts w:eastAsia="Arial"/>
                <w:noProof/>
                <w:sz w:val="17"/>
                <w:lang w:val="ro-RO"/>
              </w:rPr>
              <w:t>Decizii, planuri, bugete, obiective, minute, rapoarte de performanță, comunicări și alocări de resurse.</w:t>
            </w:r>
          </w:p>
        </w:tc>
      </w:tr>
      <w:tr w:rsidR="002718B0" w:rsidRPr="0040087F" w14:paraId="30AC371A" w14:textId="77777777" w:rsidTr="00D97DB6">
        <w:trPr>
          <w:trHeight w:val="506"/>
        </w:trPr>
        <w:tc>
          <w:tcPr>
            <w:tcW w:w="3744" w:type="dxa"/>
            <w:tcBorders>
              <w:top w:val="single" w:sz="3" w:space="0" w:color="D9DDE2"/>
              <w:left w:val="single" w:sz="3" w:space="0" w:color="D9DDE2"/>
              <w:bottom w:val="single" w:sz="3" w:space="0" w:color="D9DDE2"/>
              <w:right w:val="single" w:sz="3" w:space="0" w:color="D9DDE2"/>
            </w:tcBorders>
            <w:shd w:val="clear" w:color="auto" w:fill="FAFAFA"/>
            <w:tcMar>
              <w:top w:w="95" w:type="dxa"/>
              <w:left w:w="90" w:type="dxa"/>
              <w:bottom w:w="95" w:type="dxa"/>
              <w:right w:w="90" w:type="dxa"/>
            </w:tcMar>
          </w:tcPr>
          <w:p w14:paraId="3DDDE1F9" w14:textId="77777777" w:rsidR="002718B0" w:rsidRPr="00D97DB6" w:rsidRDefault="00000000">
            <w:pPr>
              <w:rPr>
                <w:noProof/>
                <w:lang w:val="ro-RO"/>
              </w:rPr>
            </w:pPr>
            <w:r w:rsidRPr="00D97DB6">
              <w:rPr>
                <w:rFonts w:eastAsia="Arial"/>
                <w:b/>
                <w:noProof/>
                <w:color w:val="D71920"/>
                <w:sz w:val="17"/>
                <w:lang w:val="ro-RO"/>
              </w:rPr>
              <w:t>Procese și operațiuni</w:t>
            </w:r>
          </w:p>
        </w:tc>
        <w:tc>
          <w:tcPr>
            <w:tcW w:w="5531" w:type="dxa"/>
            <w:tcBorders>
              <w:top w:val="single" w:sz="3" w:space="0" w:color="D9DDE2"/>
              <w:left w:val="single" w:sz="3" w:space="0" w:color="D9DDE2"/>
              <w:bottom w:val="single" w:sz="3" w:space="0" w:color="D9DDE2"/>
              <w:right w:val="single" w:sz="3" w:space="0" w:color="D9DDE2"/>
            </w:tcBorders>
            <w:shd w:val="clear" w:color="auto" w:fill="FAFAFA"/>
            <w:tcMar>
              <w:top w:w="95" w:type="dxa"/>
              <w:left w:w="90" w:type="dxa"/>
              <w:bottom w:w="95" w:type="dxa"/>
              <w:right w:w="90" w:type="dxa"/>
            </w:tcMar>
          </w:tcPr>
          <w:p w14:paraId="0432EC9F" w14:textId="77777777" w:rsidR="002718B0" w:rsidRPr="00D97DB6" w:rsidRDefault="00000000">
            <w:pPr>
              <w:rPr>
                <w:noProof/>
                <w:lang w:val="ro-RO"/>
              </w:rPr>
            </w:pPr>
            <w:r w:rsidRPr="00D97DB6">
              <w:rPr>
                <w:rFonts w:eastAsia="Arial"/>
                <w:noProof/>
                <w:sz w:val="17"/>
                <w:lang w:val="ro-RO"/>
              </w:rPr>
              <w:t>Hărți, fișe de proces, fluxuri, instrucțiuni, criterii de acceptare, comenzi, proiecte, rapoarte și aprobări.</w:t>
            </w:r>
          </w:p>
        </w:tc>
      </w:tr>
      <w:tr w:rsidR="002718B0" w:rsidRPr="0040087F" w14:paraId="0F0E72F2" w14:textId="77777777" w:rsidTr="00D97DB6">
        <w:trPr>
          <w:trHeight w:val="506"/>
        </w:trPr>
        <w:tc>
          <w:tcPr>
            <w:tcW w:w="3744" w:type="dxa"/>
            <w:tcBorders>
              <w:top w:val="single" w:sz="3" w:space="0" w:color="D9DDE2"/>
              <w:left w:val="single" w:sz="3" w:space="0" w:color="D9DDE2"/>
              <w:bottom w:val="single" w:sz="3" w:space="0" w:color="D9DDE2"/>
              <w:right w:val="single" w:sz="3" w:space="0" w:color="D9DDE2"/>
            </w:tcBorders>
            <w:tcMar>
              <w:top w:w="95" w:type="dxa"/>
              <w:left w:w="90" w:type="dxa"/>
              <w:bottom w:w="95" w:type="dxa"/>
              <w:right w:w="90" w:type="dxa"/>
            </w:tcMar>
          </w:tcPr>
          <w:p w14:paraId="59CAA1C8" w14:textId="77777777" w:rsidR="002718B0" w:rsidRPr="00D97DB6" w:rsidRDefault="00000000">
            <w:pPr>
              <w:rPr>
                <w:noProof/>
                <w:lang w:val="ro-RO"/>
              </w:rPr>
            </w:pPr>
            <w:r w:rsidRPr="00D97DB6">
              <w:rPr>
                <w:rFonts w:eastAsia="Arial"/>
                <w:b/>
                <w:noProof/>
                <w:color w:val="D71920"/>
                <w:sz w:val="17"/>
                <w:lang w:val="ro-RO"/>
              </w:rPr>
              <w:t>Clienți</w:t>
            </w:r>
          </w:p>
        </w:tc>
        <w:tc>
          <w:tcPr>
            <w:tcW w:w="5531" w:type="dxa"/>
            <w:tcBorders>
              <w:top w:val="single" w:sz="3" w:space="0" w:color="D9DDE2"/>
              <w:left w:val="single" w:sz="3" w:space="0" w:color="D9DDE2"/>
              <w:bottom w:val="single" w:sz="3" w:space="0" w:color="D9DDE2"/>
              <w:right w:val="single" w:sz="3" w:space="0" w:color="D9DDE2"/>
            </w:tcBorders>
            <w:tcMar>
              <w:top w:w="95" w:type="dxa"/>
              <w:left w:w="90" w:type="dxa"/>
              <w:bottom w:w="95" w:type="dxa"/>
              <w:right w:w="90" w:type="dxa"/>
            </w:tcMar>
          </w:tcPr>
          <w:p w14:paraId="4DAD5E7B" w14:textId="77777777" w:rsidR="002718B0" w:rsidRPr="00D97DB6" w:rsidRDefault="00000000">
            <w:pPr>
              <w:rPr>
                <w:noProof/>
                <w:lang w:val="ro-RO"/>
              </w:rPr>
            </w:pPr>
            <w:r w:rsidRPr="00D97DB6">
              <w:rPr>
                <w:rFonts w:eastAsia="Arial"/>
                <w:noProof/>
                <w:sz w:val="17"/>
                <w:lang w:val="ro-RO"/>
              </w:rPr>
              <w:t>Contracte, oferte, revizuiri, feedback, reclamații, SLA, confirmări, modificări și rezultate de satisfacție.</w:t>
            </w:r>
          </w:p>
        </w:tc>
      </w:tr>
      <w:tr w:rsidR="002718B0" w:rsidRPr="00D97DB6" w14:paraId="0AD6902F" w14:textId="77777777" w:rsidTr="00D97DB6">
        <w:trPr>
          <w:trHeight w:val="296"/>
        </w:trPr>
        <w:tc>
          <w:tcPr>
            <w:tcW w:w="3744" w:type="dxa"/>
            <w:tcBorders>
              <w:top w:val="single" w:sz="3" w:space="0" w:color="D9DDE2"/>
              <w:left w:val="single" w:sz="3" w:space="0" w:color="D9DDE2"/>
              <w:bottom w:val="single" w:sz="3" w:space="0" w:color="D9DDE2"/>
              <w:right w:val="single" w:sz="3" w:space="0" w:color="D9DDE2"/>
            </w:tcBorders>
            <w:shd w:val="clear" w:color="auto" w:fill="FAFAFA"/>
            <w:tcMar>
              <w:top w:w="95" w:type="dxa"/>
              <w:left w:w="90" w:type="dxa"/>
              <w:bottom w:w="95" w:type="dxa"/>
              <w:right w:w="90" w:type="dxa"/>
            </w:tcMar>
          </w:tcPr>
          <w:p w14:paraId="385C74B9" w14:textId="77777777" w:rsidR="002718B0" w:rsidRPr="00D97DB6" w:rsidRDefault="00000000">
            <w:pPr>
              <w:rPr>
                <w:noProof/>
                <w:lang w:val="ro-RO"/>
              </w:rPr>
            </w:pPr>
            <w:r w:rsidRPr="00D97DB6">
              <w:rPr>
                <w:rFonts w:eastAsia="Arial"/>
                <w:b/>
                <w:noProof/>
                <w:color w:val="D71920"/>
                <w:sz w:val="17"/>
                <w:lang w:val="ro-RO"/>
              </w:rPr>
              <w:t>Furnizori</w:t>
            </w:r>
          </w:p>
        </w:tc>
        <w:tc>
          <w:tcPr>
            <w:tcW w:w="5531" w:type="dxa"/>
            <w:tcBorders>
              <w:top w:val="single" w:sz="3" w:space="0" w:color="D9DDE2"/>
              <w:left w:val="single" w:sz="3" w:space="0" w:color="D9DDE2"/>
              <w:bottom w:val="single" w:sz="3" w:space="0" w:color="D9DDE2"/>
              <w:right w:val="single" w:sz="3" w:space="0" w:color="D9DDE2"/>
            </w:tcBorders>
            <w:shd w:val="clear" w:color="auto" w:fill="FAFAFA"/>
            <w:tcMar>
              <w:top w:w="95" w:type="dxa"/>
              <w:left w:w="90" w:type="dxa"/>
              <w:bottom w:w="95" w:type="dxa"/>
              <w:right w:w="90" w:type="dxa"/>
            </w:tcMar>
          </w:tcPr>
          <w:p w14:paraId="4DF6A9A2" w14:textId="77777777" w:rsidR="002718B0" w:rsidRPr="00D97DB6" w:rsidRDefault="00000000">
            <w:pPr>
              <w:rPr>
                <w:noProof/>
                <w:lang w:val="ro-RO"/>
              </w:rPr>
            </w:pPr>
            <w:r w:rsidRPr="00D97DB6">
              <w:rPr>
                <w:rFonts w:eastAsia="Arial"/>
                <w:noProof/>
                <w:sz w:val="17"/>
                <w:lang w:val="ro-RO"/>
              </w:rPr>
              <w:t>Evaluări, aprobări, specificații, comenzi, certificate, inspecții, audituri, scoruri și acțiuni.</w:t>
            </w:r>
          </w:p>
        </w:tc>
      </w:tr>
      <w:tr w:rsidR="002718B0" w:rsidRPr="0040087F" w14:paraId="6F6EFC71" w14:textId="77777777" w:rsidTr="00D97DB6">
        <w:trPr>
          <w:trHeight w:val="506"/>
        </w:trPr>
        <w:tc>
          <w:tcPr>
            <w:tcW w:w="3744" w:type="dxa"/>
            <w:tcBorders>
              <w:top w:val="single" w:sz="3" w:space="0" w:color="D9DDE2"/>
              <w:left w:val="single" w:sz="3" w:space="0" w:color="D9DDE2"/>
              <w:bottom w:val="single" w:sz="3" w:space="0" w:color="D9DDE2"/>
              <w:right w:val="single" w:sz="3" w:space="0" w:color="D9DDE2"/>
            </w:tcBorders>
            <w:tcMar>
              <w:top w:w="95" w:type="dxa"/>
              <w:left w:w="90" w:type="dxa"/>
              <w:bottom w:w="95" w:type="dxa"/>
              <w:right w:w="90" w:type="dxa"/>
            </w:tcMar>
          </w:tcPr>
          <w:p w14:paraId="646616DD" w14:textId="77777777" w:rsidR="002718B0" w:rsidRPr="00D97DB6" w:rsidRDefault="00000000">
            <w:pPr>
              <w:rPr>
                <w:noProof/>
                <w:lang w:val="ro-RO"/>
              </w:rPr>
            </w:pPr>
            <w:r w:rsidRPr="00D97DB6">
              <w:rPr>
                <w:rFonts w:eastAsia="Arial"/>
                <w:b/>
                <w:noProof/>
                <w:color w:val="D71920"/>
                <w:sz w:val="17"/>
                <w:lang w:val="ro-RO"/>
              </w:rPr>
              <w:t>Resurse și competență</w:t>
            </w:r>
          </w:p>
        </w:tc>
        <w:tc>
          <w:tcPr>
            <w:tcW w:w="5531" w:type="dxa"/>
            <w:tcBorders>
              <w:top w:val="single" w:sz="3" w:space="0" w:color="D9DDE2"/>
              <w:left w:val="single" w:sz="3" w:space="0" w:color="D9DDE2"/>
              <w:bottom w:val="single" w:sz="3" w:space="0" w:color="D9DDE2"/>
              <w:right w:val="single" w:sz="3" w:space="0" w:color="D9DDE2"/>
            </w:tcBorders>
            <w:tcMar>
              <w:top w:w="95" w:type="dxa"/>
              <w:left w:w="90" w:type="dxa"/>
              <w:bottom w:w="95" w:type="dxa"/>
              <w:right w:w="90" w:type="dxa"/>
            </w:tcMar>
          </w:tcPr>
          <w:p w14:paraId="3B881A8A" w14:textId="77777777" w:rsidR="002718B0" w:rsidRPr="00D97DB6" w:rsidRDefault="00000000">
            <w:pPr>
              <w:rPr>
                <w:noProof/>
                <w:lang w:val="ro-RO"/>
              </w:rPr>
            </w:pPr>
            <w:r w:rsidRPr="00D97DB6">
              <w:rPr>
                <w:rFonts w:eastAsia="Arial"/>
                <w:noProof/>
                <w:sz w:val="17"/>
                <w:lang w:val="ro-RO"/>
              </w:rPr>
              <w:t>Matrice competențe, evaluări, autorizări, instruiri, mentenanță, calibrări, licențe și planuri de continuitate.</w:t>
            </w:r>
          </w:p>
        </w:tc>
      </w:tr>
      <w:tr w:rsidR="002718B0" w:rsidRPr="00D97DB6" w14:paraId="57B6DC06" w14:textId="77777777" w:rsidTr="00D97DB6">
        <w:trPr>
          <w:trHeight w:val="283"/>
        </w:trPr>
        <w:tc>
          <w:tcPr>
            <w:tcW w:w="3744" w:type="dxa"/>
            <w:tcBorders>
              <w:top w:val="single" w:sz="3" w:space="0" w:color="D9DDE2"/>
              <w:left w:val="single" w:sz="3" w:space="0" w:color="D9DDE2"/>
              <w:bottom w:val="single" w:sz="3" w:space="0" w:color="D9DDE2"/>
              <w:right w:val="single" w:sz="3" w:space="0" w:color="D9DDE2"/>
            </w:tcBorders>
            <w:shd w:val="clear" w:color="auto" w:fill="FAFAFA"/>
            <w:tcMar>
              <w:top w:w="95" w:type="dxa"/>
              <w:left w:w="90" w:type="dxa"/>
              <w:bottom w:w="95" w:type="dxa"/>
              <w:right w:w="90" w:type="dxa"/>
            </w:tcMar>
          </w:tcPr>
          <w:p w14:paraId="0FD772DD" w14:textId="77777777" w:rsidR="002718B0" w:rsidRPr="00D97DB6" w:rsidRDefault="00000000">
            <w:pPr>
              <w:rPr>
                <w:noProof/>
                <w:lang w:val="ro-RO"/>
              </w:rPr>
            </w:pPr>
            <w:r w:rsidRPr="00D97DB6">
              <w:rPr>
                <w:rFonts w:eastAsia="Arial"/>
                <w:b/>
                <w:noProof/>
                <w:color w:val="D71920"/>
                <w:sz w:val="17"/>
                <w:lang w:val="ro-RO"/>
              </w:rPr>
              <w:t>Performanță și îmbunătățire</w:t>
            </w:r>
          </w:p>
        </w:tc>
        <w:tc>
          <w:tcPr>
            <w:tcW w:w="5531" w:type="dxa"/>
            <w:tcBorders>
              <w:top w:val="single" w:sz="3" w:space="0" w:color="D9DDE2"/>
              <w:left w:val="single" w:sz="3" w:space="0" w:color="D9DDE2"/>
              <w:bottom w:val="single" w:sz="3" w:space="0" w:color="D9DDE2"/>
              <w:right w:val="single" w:sz="3" w:space="0" w:color="D9DDE2"/>
            </w:tcBorders>
            <w:shd w:val="clear" w:color="auto" w:fill="FAFAFA"/>
            <w:tcMar>
              <w:top w:w="95" w:type="dxa"/>
              <w:left w:w="90" w:type="dxa"/>
              <w:bottom w:w="95" w:type="dxa"/>
              <w:right w:w="90" w:type="dxa"/>
            </w:tcMar>
          </w:tcPr>
          <w:p w14:paraId="575E4CD8" w14:textId="77777777" w:rsidR="002718B0" w:rsidRPr="00D97DB6" w:rsidRDefault="00000000">
            <w:pPr>
              <w:rPr>
                <w:noProof/>
                <w:lang w:val="ro-RO"/>
              </w:rPr>
            </w:pPr>
            <w:r w:rsidRPr="00D97DB6">
              <w:rPr>
                <w:rFonts w:eastAsia="Arial"/>
                <w:noProof/>
                <w:sz w:val="17"/>
                <w:lang w:val="ro-RO"/>
              </w:rPr>
              <w:t>KPI, analize, audituri, neconformități, cauze, acțiuni corective, proiecte și beneficii măsurate.</w:t>
            </w:r>
          </w:p>
        </w:tc>
      </w:tr>
    </w:tbl>
    <w:p w14:paraId="1D23BF0E" w14:textId="77777777" w:rsidR="002718B0" w:rsidRPr="00D97DB6" w:rsidRDefault="00000000">
      <w:pPr>
        <w:pStyle w:val="Heading2"/>
        <w:rPr>
          <w:noProof/>
          <w:lang w:val="ro-RO"/>
        </w:rPr>
      </w:pPr>
      <w:r w:rsidRPr="00D97DB6">
        <w:rPr>
          <w:noProof/>
          <w:lang w:val="ro-RO"/>
        </w:rPr>
        <w:t>Glosar scurt</w:t>
      </w:r>
    </w:p>
    <w:tbl>
      <w:tblPr>
        <w:tblW w:w="0" w:type="auto"/>
        <w:tblLayout w:type="fixed"/>
        <w:tblLook w:val="04A0" w:firstRow="1" w:lastRow="0" w:firstColumn="1" w:lastColumn="0" w:noHBand="0" w:noVBand="1"/>
      </w:tblPr>
      <w:tblGrid>
        <w:gridCol w:w="2268"/>
        <w:gridCol w:w="7937"/>
      </w:tblGrid>
      <w:tr w:rsidR="002718B0" w:rsidRPr="0040087F" w14:paraId="101A1347" w14:textId="77777777">
        <w:tc>
          <w:tcPr>
            <w:tcW w:w="2268" w:type="dxa"/>
            <w:tcBorders>
              <w:top w:val="single" w:sz="3" w:space="0" w:color="D9DDE2"/>
              <w:left w:val="single" w:sz="3" w:space="0" w:color="D9DDE2"/>
              <w:bottom w:val="single" w:sz="3" w:space="0" w:color="D9DDE2"/>
              <w:right w:val="single" w:sz="3" w:space="0" w:color="D9DDE2"/>
            </w:tcBorders>
            <w:shd w:val="clear" w:color="auto" w:fill="FAFAFA"/>
            <w:tcMar>
              <w:top w:w="75" w:type="dxa"/>
              <w:left w:w="85" w:type="dxa"/>
              <w:bottom w:w="75" w:type="dxa"/>
              <w:right w:w="85" w:type="dxa"/>
            </w:tcMar>
          </w:tcPr>
          <w:p w14:paraId="7F652CA3" w14:textId="77777777" w:rsidR="002718B0" w:rsidRPr="00D97DB6" w:rsidRDefault="00000000">
            <w:pPr>
              <w:rPr>
                <w:noProof/>
                <w:lang w:val="ro-RO"/>
              </w:rPr>
            </w:pPr>
            <w:r w:rsidRPr="00D97DB6">
              <w:rPr>
                <w:rFonts w:eastAsia="Arial"/>
                <w:b/>
                <w:noProof/>
                <w:color w:val="D71920"/>
                <w:sz w:val="17"/>
                <w:lang w:val="ro-RO"/>
              </w:rPr>
              <w:t>SMC</w:t>
            </w:r>
          </w:p>
        </w:tc>
        <w:tc>
          <w:tcPr>
            <w:tcW w:w="7937" w:type="dxa"/>
            <w:tcBorders>
              <w:top w:val="single" w:sz="3" w:space="0" w:color="D9DDE2"/>
              <w:left w:val="single" w:sz="3" w:space="0" w:color="D9DDE2"/>
              <w:bottom w:val="single" w:sz="3" w:space="0" w:color="D9DDE2"/>
              <w:right w:val="single" w:sz="3" w:space="0" w:color="D9DDE2"/>
            </w:tcBorders>
            <w:shd w:val="clear" w:color="auto" w:fill="FAFAFA"/>
            <w:tcMar>
              <w:top w:w="75" w:type="dxa"/>
              <w:left w:w="85" w:type="dxa"/>
              <w:bottom w:w="75" w:type="dxa"/>
              <w:right w:w="85" w:type="dxa"/>
            </w:tcMar>
          </w:tcPr>
          <w:p w14:paraId="676E5E07" w14:textId="77777777" w:rsidR="002718B0" w:rsidRPr="00D97DB6" w:rsidRDefault="00000000">
            <w:pPr>
              <w:rPr>
                <w:noProof/>
                <w:lang w:val="ro-RO"/>
              </w:rPr>
            </w:pPr>
            <w:r w:rsidRPr="00D97DB6">
              <w:rPr>
                <w:rFonts w:eastAsia="Arial"/>
                <w:noProof/>
                <w:sz w:val="17"/>
                <w:lang w:val="ro-RO"/>
              </w:rPr>
              <w:t>Sistem de management al calității.</w:t>
            </w:r>
          </w:p>
        </w:tc>
      </w:tr>
      <w:tr w:rsidR="002718B0" w:rsidRPr="00D97DB6" w14:paraId="7C8EDC2A" w14:textId="77777777">
        <w:tc>
          <w:tcPr>
            <w:tcW w:w="2268" w:type="dxa"/>
            <w:tcBorders>
              <w:top w:val="single" w:sz="3" w:space="0" w:color="D9DDE2"/>
              <w:left w:val="single" w:sz="3" w:space="0" w:color="D9DDE2"/>
              <w:bottom w:val="single" w:sz="3" w:space="0" w:color="D9DDE2"/>
              <w:right w:val="single" w:sz="3" w:space="0" w:color="D9DDE2"/>
            </w:tcBorders>
            <w:tcMar>
              <w:top w:w="75" w:type="dxa"/>
              <w:left w:w="85" w:type="dxa"/>
              <w:bottom w:w="75" w:type="dxa"/>
              <w:right w:w="85" w:type="dxa"/>
            </w:tcMar>
          </w:tcPr>
          <w:p w14:paraId="53625160" w14:textId="77777777" w:rsidR="002718B0" w:rsidRPr="00D97DB6" w:rsidRDefault="00000000">
            <w:pPr>
              <w:rPr>
                <w:noProof/>
                <w:lang w:val="ro-RO"/>
              </w:rPr>
            </w:pPr>
            <w:r w:rsidRPr="00D97DB6">
              <w:rPr>
                <w:rFonts w:eastAsia="Arial"/>
                <w:b/>
                <w:noProof/>
                <w:color w:val="D71920"/>
                <w:sz w:val="17"/>
                <w:lang w:val="ro-RO"/>
              </w:rPr>
              <w:t>Proces</w:t>
            </w:r>
          </w:p>
        </w:tc>
        <w:tc>
          <w:tcPr>
            <w:tcW w:w="7937" w:type="dxa"/>
            <w:tcBorders>
              <w:top w:val="single" w:sz="3" w:space="0" w:color="D9DDE2"/>
              <w:left w:val="single" w:sz="3" w:space="0" w:color="D9DDE2"/>
              <w:bottom w:val="single" w:sz="3" w:space="0" w:color="D9DDE2"/>
              <w:right w:val="single" w:sz="3" w:space="0" w:color="D9DDE2"/>
            </w:tcBorders>
            <w:tcMar>
              <w:top w:w="75" w:type="dxa"/>
              <w:left w:w="85" w:type="dxa"/>
              <w:bottom w:w="75" w:type="dxa"/>
              <w:right w:w="85" w:type="dxa"/>
            </w:tcMar>
          </w:tcPr>
          <w:p w14:paraId="7DD8ADC2" w14:textId="77777777" w:rsidR="002718B0" w:rsidRPr="00D97DB6" w:rsidRDefault="00000000">
            <w:pPr>
              <w:rPr>
                <w:noProof/>
                <w:lang w:val="ro-RO"/>
              </w:rPr>
            </w:pPr>
            <w:r w:rsidRPr="00D97DB6">
              <w:rPr>
                <w:rFonts w:eastAsia="Arial"/>
                <w:noProof/>
                <w:sz w:val="17"/>
                <w:lang w:val="ro-RO"/>
              </w:rPr>
              <w:t>Set de activități corelate care transformă intrări în rezultate.</w:t>
            </w:r>
          </w:p>
        </w:tc>
      </w:tr>
      <w:tr w:rsidR="002718B0" w:rsidRPr="0040087F" w14:paraId="2ACFCBE6" w14:textId="77777777">
        <w:tc>
          <w:tcPr>
            <w:tcW w:w="2268" w:type="dxa"/>
            <w:tcBorders>
              <w:top w:val="single" w:sz="3" w:space="0" w:color="D9DDE2"/>
              <w:left w:val="single" w:sz="3" w:space="0" w:color="D9DDE2"/>
              <w:bottom w:val="single" w:sz="3" w:space="0" w:color="D9DDE2"/>
              <w:right w:val="single" w:sz="3" w:space="0" w:color="D9DDE2"/>
            </w:tcBorders>
            <w:shd w:val="clear" w:color="auto" w:fill="FAFAFA"/>
            <w:tcMar>
              <w:top w:w="75" w:type="dxa"/>
              <w:left w:w="85" w:type="dxa"/>
              <w:bottom w:w="75" w:type="dxa"/>
              <w:right w:w="85" w:type="dxa"/>
            </w:tcMar>
          </w:tcPr>
          <w:p w14:paraId="0FA13EA8" w14:textId="77777777" w:rsidR="002718B0" w:rsidRPr="00D97DB6" w:rsidRDefault="00000000">
            <w:pPr>
              <w:rPr>
                <w:noProof/>
                <w:lang w:val="ro-RO"/>
              </w:rPr>
            </w:pPr>
            <w:r w:rsidRPr="00D97DB6">
              <w:rPr>
                <w:rFonts w:eastAsia="Arial"/>
                <w:b/>
                <w:noProof/>
                <w:color w:val="D71920"/>
                <w:sz w:val="17"/>
                <w:lang w:val="ro-RO"/>
              </w:rPr>
              <w:t>Informație documentată</w:t>
            </w:r>
          </w:p>
        </w:tc>
        <w:tc>
          <w:tcPr>
            <w:tcW w:w="7937" w:type="dxa"/>
            <w:tcBorders>
              <w:top w:val="single" w:sz="3" w:space="0" w:color="D9DDE2"/>
              <w:left w:val="single" w:sz="3" w:space="0" w:color="D9DDE2"/>
              <w:bottom w:val="single" w:sz="3" w:space="0" w:color="D9DDE2"/>
              <w:right w:val="single" w:sz="3" w:space="0" w:color="D9DDE2"/>
            </w:tcBorders>
            <w:shd w:val="clear" w:color="auto" w:fill="FAFAFA"/>
            <w:tcMar>
              <w:top w:w="75" w:type="dxa"/>
              <w:left w:w="85" w:type="dxa"/>
              <w:bottom w:w="75" w:type="dxa"/>
              <w:right w:w="85" w:type="dxa"/>
            </w:tcMar>
          </w:tcPr>
          <w:p w14:paraId="37ED6F33" w14:textId="77777777" w:rsidR="002718B0" w:rsidRPr="00D97DB6" w:rsidRDefault="00000000">
            <w:pPr>
              <w:rPr>
                <w:noProof/>
                <w:lang w:val="ro-RO"/>
              </w:rPr>
            </w:pPr>
            <w:r w:rsidRPr="00D97DB6">
              <w:rPr>
                <w:rFonts w:eastAsia="Arial"/>
                <w:noProof/>
                <w:sz w:val="17"/>
                <w:lang w:val="ro-RO"/>
              </w:rPr>
              <w:t>Informație care trebuie controlată și suportul pe care este păstrată; poate fi hârtie, fișier, aplicație, bază de date etc.</w:t>
            </w:r>
          </w:p>
        </w:tc>
      </w:tr>
      <w:tr w:rsidR="002718B0" w:rsidRPr="00D97DB6" w14:paraId="0F84E3A3" w14:textId="77777777">
        <w:tc>
          <w:tcPr>
            <w:tcW w:w="2268" w:type="dxa"/>
            <w:tcBorders>
              <w:top w:val="single" w:sz="3" w:space="0" w:color="D9DDE2"/>
              <w:left w:val="single" w:sz="3" w:space="0" w:color="D9DDE2"/>
              <w:bottom w:val="single" w:sz="3" w:space="0" w:color="D9DDE2"/>
              <w:right w:val="single" w:sz="3" w:space="0" w:color="D9DDE2"/>
            </w:tcBorders>
            <w:tcMar>
              <w:top w:w="75" w:type="dxa"/>
              <w:left w:w="85" w:type="dxa"/>
              <w:bottom w:w="75" w:type="dxa"/>
              <w:right w:w="85" w:type="dxa"/>
            </w:tcMar>
          </w:tcPr>
          <w:p w14:paraId="00CDFE44" w14:textId="77777777" w:rsidR="002718B0" w:rsidRPr="00D97DB6" w:rsidRDefault="00000000">
            <w:pPr>
              <w:rPr>
                <w:noProof/>
                <w:lang w:val="ro-RO"/>
              </w:rPr>
            </w:pPr>
            <w:r w:rsidRPr="00D97DB6">
              <w:rPr>
                <w:rFonts w:eastAsia="Arial"/>
                <w:b/>
                <w:noProof/>
                <w:color w:val="D71920"/>
                <w:sz w:val="17"/>
                <w:lang w:val="ro-RO"/>
              </w:rPr>
              <w:t>Neconformitate</w:t>
            </w:r>
          </w:p>
        </w:tc>
        <w:tc>
          <w:tcPr>
            <w:tcW w:w="7937" w:type="dxa"/>
            <w:tcBorders>
              <w:top w:val="single" w:sz="3" w:space="0" w:color="D9DDE2"/>
              <w:left w:val="single" w:sz="3" w:space="0" w:color="D9DDE2"/>
              <w:bottom w:val="single" w:sz="3" w:space="0" w:color="D9DDE2"/>
              <w:right w:val="single" w:sz="3" w:space="0" w:color="D9DDE2"/>
            </w:tcBorders>
            <w:tcMar>
              <w:top w:w="75" w:type="dxa"/>
              <w:left w:w="85" w:type="dxa"/>
              <w:bottom w:w="75" w:type="dxa"/>
              <w:right w:w="85" w:type="dxa"/>
            </w:tcMar>
          </w:tcPr>
          <w:p w14:paraId="79A023A8" w14:textId="77777777" w:rsidR="002718B0" w:rsidRPr="00D97DB6" w:rsidRDefault="00000000">
            <w:pPr>
              <w:rPr>
                <w:noProof/>
                <w:lang w:val="ro-RO"/>
              </w:rPr>
            </w:pPr>
            <w:r w:rsidRPr="00D97DB6">
              <w:rPr>
                <w:rFonts w:eastAsia="Arial"/>
                <w:noProof/>
                <w:sz w:val="17"/>
                <w:lang w:val="ro-RO"/>
              </w:rPr>
              <w:t>Neîndeplinirea unei cerințe.</w:t>
            </w:r>
          </w:p>
        </w:tc>
      </w:tr>
      <w:tr w:rsidR="002718B0" w:rsidRPr="00D97DB6" w14:paraId="0DC82C35" w14:textId="77777777">
        <w:tc>
          <w:tcPr>
            <w:tcW w:w="2268" w:type="dxa"/>
            <w:tcBorders>
              <w:top w:val="single" w:sz="3" w:space="0" w:color="D9DDE2"/>
              <w:left w:val="single" w:sz="3" w:space="0" w:color="D9DDE2"/>
              <w:bottom w:val="single" w:sz="3" w:space="0" w:color="D9DDE2"/>
              <w:right w:val="single" w:sz="3" w:space="0" w:color="D9DDE2"/>
            </w:tcBorders>
            <w:shd w:val="clear" w:color="auto" w:fill="FAFAFA"/>
            <w:tcMar>
              <w:top w:w="75" w:type="dxa"/>
              <w:left w:w="85" w:type="dxa"/>
              <w:bottom w:w="75" w:type="dxa"/>
              <w:right w:w="85" w:type="dxa"/>
            </w:tcMar>
          </w:tcPr>
          <w:p w14:paraId="781DB01D" w14:textId="77777777" w:rsidR="002718B0" w:rsidRPr="00D97DB6" w:rsidRDefault="00000000">
            <w:pPr>
              <w:rPr>
                <w:noProof/>
                <w:lang w:val="ro-RO"/>
              </w:rPr>
            </w:pPr>
            <w:r w:rsidRPr="00D97DB6">
              <w:rPr>
                <w:rFonts w:eastAsia="Arial"/>
                <w:b/>
                <w:noProof/>
                <w:color w:val="D71920"/>
                <w:sz w:val="17"/>
                <w:lang w:val="ro-RO"/>
              </w:rPr>
              <w:t>Corecție</w:t>
            </w:r>
          </w:p>
        </w:tc>
        <w:tc>
          <w:tcPr>
            <w:tcW w:w="7937" w:type="dxa"/>
            <w:tcBorders>
              <w:top w:val="single" w:sz="3" w:space="0" w:color="D9DDE2"/>
              <w:left w:val="single" w:sz="3" w:space="0" w:color="D9DDE2"/>
              <w:bottom w:val="single" w:sz="3" w:space="0" w:color="D9DDE2"/>
              <w:right w:val="single" w:sz="3" w:space="0" w:color="D9DDE2"/>
            </w:tcBorders>
            <w:shd w:val="clear" w:color="auto" w:fill="FAFAFA"/>
            <w:tcMar>
              <w:top w:w="75" w:type="dxa"/>
              <w:left w:w="85" w:type="dxa"/>
              <w:bottom w:w="75" w:type="dxa"/>
              <w:right w:w="85" w:type="dxa"/>
            </w:tcMar>
          </w:tcPr>
          <w:p w14:paraId="25FA48D0" w14:textId="77777777" w:rsidR="002718B0" w:rsidRPr="00D97DB6" w:rsidRDefault="00000000">
            <w:pPr>
              <w:rPr>
                <w:noProof/>
                <w:lang w:val="ro-RO"/>
              </w:rPr>
            </w:pPr>
            <w:r w:rsidRPr="00D97DB6">
              <w:rPr>
                <w:rFonts w:eastAsia="Arial"/>
                <w:noProof/>
                <w:sz w:val="17"/>
                <w:lang w:val="ro-RO"/>
              </w:rPr>
              <w:t>Acțiune pentru eliminarea unei neconformități detectate.</w:t>
            </w:r>
          </w:p>
        </w:tc>
      </w:tr>
      <w:tr w:rsidR="002718B0" w:rsidRPr="00D97DB6" w14:paraId="09AE935F" w14:textId="77777777">
        <w:tc>
          <w:tcPr>
            <w:tcW w:w="2268" w:type="dxa"/>
            <w:tcBorders>
              <w:top w:val="single" w:sz="3" w:space="0" w:color="D9DDE2"/>
              <w:left w:val="single" w:sz="3" w:space="0" w:color="D9DDE2"/>
              <w:bottom w:val="single" w:sz="3" w:space="0" w:color="D9DDE2"/>
              <w:right w:val="single" w:sz="3" w:space="0" w:color="D9DDE2"/>
            </w:tcBorders>
            <w:tcMar>
              <w:top w:w="75" w:type="dxa"/>
              <w:left w:w="85" w:type="dxa"/>
              <w:bottom w:w="75" w:type="dxa"/>
              <w:right w:w="85" w:type="dxa"/>
            </w:tcMar>
          </w:tcPr>
          <w:p w14:paraId="53549C28" w14:textId="77777777" w:rsidR="002718B0" w:rsidRPr="00D97DB6" w:rsidRDefault="00000000">
            <w:pPr>
              <w:rPr>
                <w:noProof/>
                <w:lang w:val="ro-RO"/>
              </w:rPr>
            </w:pPr>
            <w:r w:rsidRPr="00D97DB6">
              <w:rPr>
                <w:rFonts w:eastAsia="Arial"/>
                <w:b/>
                <w:noProof/>
                <w:color w:val="D71920"/>
                <w:sz w:val="17"/>
                <w:lang w:val="ro-RO"/>
              </w:rPr>
              <w:t>Acțiune corectivă</w:t>
            </w:r>
          </w:p>
        </w:tc>
        <w:tc>
          <w:tcPr>
            <w:tcW w:w="7937" w:type="dxa"/>
            <w:tcBorders>
              <w:top w:val="single" w:sz="3" w:space="0" w:color="D9DDE2"/>
              <w:left w:val="single" w:sz="3" w:space="0" w:color="D9DDE2"/>
              <w:bottom w:val="single" w:sz="3" w:space="0" w:color="D9DDE2"/>
              <w:right w:val="single" w:sz="3" w:space="0" w:color="D9DDE2"/>
            </w:tcBorders>
            <w:tcMar>
              <w:top w:w="75" w:type="dxa"/>
              <w:left w:w="85" w:type="dxa"/>
              <w:bottom w:w="75" w:type="dxa"/>
              <w:right w:w="85" w:type="dxa"/>
            </w:tcMar>
          </w:tcPr>
          <w:p w14:paraId="6FF79F7E" w14:textId="77777777" w:rsidR="002718B0" w:rsidRPr="00D97DB6" w:rsidRDefault="00000000">
            <w:pPr>
              <w:rPr>
                <w:noProof/>
                <w:lang w:val="ro-RO"/>
              </w:rPr>
            </w:pPr>
            <w:r w:rsidRPr="00D97DB6">
              <w:rPr>
                <w:rFonts w:eastAsia="Arial"/>
                <w:noProof/>
                <w:sz w:val="17"/>
                <w:lang w:val="ro-RO"/>
              </w:rPr>
              <w:t>Acțiune pentru eliminarea cauzei unei neconformități și prevenirea repetării.</w:t>
            </w:r>
          </w:p>
        </w:tc>
      </w:tr>
      <w:tr w:rsidR="002718B0" w:rsidRPr="00D97DB6" w14:paraId="227A24D6" w14:textId="77777777">
        <w:tc>
          <w:tcPr>
            <w:tcW w:w="2268" w:type="dxa"/>
            <w:tcBorders>
              <w:top w:val="single" w:sz="3" w:space="0" w:color="D9DDE2"/>
              <w:left w:val="single" w:sz="3" w:space="0" w:color="D9DDE2"/>
              <w:bottom w:val="single" w:sz="3" w:space="0" w:color="D9DDE2"/>
              <w:right w:val="single" w:sz="3" w:space="0" w:color="D9DDE2"/>
            </w:tcBorders>
            <w:shd w:val="clear" w:color="auto" w:fill="FAFAFA"/>
            <w:tcMar>
              <w:top w:w="75" w:type="dxa"/>
              <w:left w:w="85" w:type="dxa"/>
              <w:bottom w:w="75" w:type="dxa"/>
              <w:right w:w="85" w:type="dxa"/>
            </w:tcMar>
          </w:tcPr>
          <w:p w14:paraId="09585AE3" w14:textId="77777777" w:rsidR="002718B0" w:rsidRPr="00D97DB6" w:rsidRDefault="00000000">
            <w:pPr>
              <w:rPr>
                <w:noProof/>
                <w:lang w:val="ro-RO"/>
              </w:rPr>
            </w:pPr>
            <w:r w:rsidRPr="00D97DB6">
              <w:rPr>
                <w:rFonts w:eastAsia="Arial"/>
                <w:b/>
                <w:noProof/>
                <w:color w:val="D71920"/>
                <w:sz w:val="17"/>
                <w:lang w:val="ro-RO"/>
              </w:rPr>
              <w:t>Eficacitate</w:t>
            </w:r>
          </w:p>
        </w:tc>
        <w:tc>
          <w:tcPr>
            <w:tcW w:w="7937" w:type="dxa"/>
            <w:tcBorders>
              <w:top w:val="single" w:sz="3" w:space="0" w:color="D9DDE2"/>
              <w:left w:val="single" w:sz="3" w:space="0" w:color="D9DDE2"/>
              <w:bottom w:val="single" w:sz="3" w:space="0" w:color="D9DDE2"/>
              <w:right w:val="single" w:sz="3" w:space="0" w:color="D9DDE2"/>
            </w:tcBorders>
            <w:shd w:val="clear" w:color="auto" w:fill="FAFAFA"/>
            <w:tcMar>
              <w:top w:w="75" w:type="dxa"/>
              <w:left w:w="85" w:type="dxa"/>
              <w:bottom w:w="75" w:type="dxa"/>
              <w:right w:w="85" w:type="dxa"/>
            </w:tcMar>
          </w:tcPr>
          <w:p w14:paraId="1DA372DC" w14:textId="77777777" w:rsidR="002718B0" w:rsidRPr="00D97DB6" w:rsidRDefault="00000000">
            <w:pPr>
              <w:rPr>
                <w:noProof/>
                <w:lang w:val="ro-RO"/>
              </w:rPr>
            </w:pPr>
            <w:r w:rsidRPr="00D97DB6">
              <w:rPr>
                <w:rFonts w:eastAsia="Arial"/>
                <w:noProof/>
                <w:sz w:val="17"/>
                <w:lang w:val="ro-RO"/>
              </w:rPr>
              <w:t>Gradul în care activitățile planificate sunt realizate și rezultatele planificate sunt obținute.</w:t>
            </w:r>
          </w:p>
        </w:tc>
      </w:tr>
      <w:tr w:rsidR="002718B0" w:rsidRPr="0040087F" w14:paraId="75C1E05C" w14:textId="77777777">
        <w:tc>
          <w:tcPr>
            <w:tcW w:w="2268" w:type="dxa"/>
            <w:tcBorders>
              <w:top w:val="single" w:sz="3" w:space="0" w:color="D9DDE2"/>
              <w:left w:val="single" w:sz="3" w:space="0" w:color="D9DDE2"/>
              <w:bottom w:val="single" w:sz="3" w:space="0" w:color="D9DDE2"/>
              <w:right w:val="single" w:sz="3" w:space="0" w:color="D9DDE2"/>
            </w:tcBorders>
            <w:tcMar>
              <w:top w:w="75" w:type="dxa"/>
              <w:left w:w="85" w:type="dxa"/>
              <w:bottom w:w="75" w:type="dxa"/>
              <w:right w:w="85" w:type="dxa"/>
            </w:tcMar>
          </w:tcPr>
          <w:p w14:paraId="42E3E116" w14:textId="77777777" w:rsidR="002718B0" w:rsidRPr="00D97DB6" w:rsidRDefault="00000000">
            <w:pPr>
              <w:rPr>
                <w:noProof/>
                <w:lang w:val="ro-RO"/>
              </w:rPr>
            </w:pPr>
            <w:r w:rsidRPr="00D97DB6">
              <w:rPr>
                <w:rFonts w:eastAsia="Arial"/>
                <w:b/>
                <w:noProof/>
                <w:color w:val="D71920"/>
                <w:sz w:val="17"/>
                <w:lang w:val="ro-RO"/>
              </w:rPr>
              <w:t>Dovadă obiectivă</w:t>
            </w:r>
          </w:p>
        </w:tc>
        <w:tc>
          <w:tcPr>
            <w:tcW w:w="7937" w:type="dxa"/>
            <w:tcBorders>
              <w:top w:val="single" w:sz="3" w:space="0" w:color="D9DDE2"/>
              <w:left w:val="single" w:sz="3" w:space="0" w:color="D9DDE2"/>
              <w:bottom w:val="single" w:sz="3" w:space="0" w:color="D9DDE2"/>
              <w:right w:val="single" w:sz="3" w:space="0" w:color="D9DDE2"/>
            </w:tcBorders>
            <w:tcMar>
              <w:top w:w="75" w:type="dxa"/>
              <w:left w:w="85" w:type="dxa"/>
              <w:bottom w:w="75" w:type="dxa"/>
              <w:right w:w="85" w:type="dxa"/>
            </w:tcMar>
          </w:tcPr>
          <w:p w14:paraId="3B3EDD70" w14:textId="77777777" w:rsidR="002718B0" w:rsidRPr="00D97DB6" w:rsidRDefault="00000000">
            <w:pPr>
              <w:rPr>
                <w:noProof/>
                <w:lang w:val="ro-RO"/>
              </w:rPr>
            </w:pPr>
            <w:r w:rsidRPr="00D97DB6">
              <w:rPr>
                <w:rFonts w:eastAsia="Arial"/>
                <w:noProof/>
                <w:sz w:val="17"/>
                <w:lang w:val="ro-RO"/>
              </w:rPr>
              <w:t>Date sau informații verificabile care susțin existența ori veridicitatea unei situații.</w:t>
            </w:r>
          </w:p>
        </w:tc>
      </w:tr>
    </w:tbl>
    <w:p w14:paraId="29C91EFC" w14:textId="77777777" w:rsidR="002718B0" w:rsidRPr="00D97DB6" w:rsidRDefault="00000000">
      <w:pPr>
        <w:pStyle w:val="Heading2"/>
        <w:rPr>
          <w:noProof/>
          <w:lang w:val="ro-RO"/>
        </w:rPr>
      </w:pPr>
      <w:r w:rsidRPr="00D97DB6">
        <w:rPr>
          <w:noProof/>
          <w:lang w:val="ro-RO"/>
        </w:rPr>
        <w:t>Note privind ediția standardului</w:t>
      </w:r>
    </w:p>
    <w:p w14:paraId="23B6833D" w14:textId="77777777" w:rsidR="002718B0" w:rsidRPr="00D97DB6" w:rsidRDefault="00000000">
      <w:pPr>
        <w:rPr>
          <w:noProof/>
          <w:lang w:val="ro-RO"/>
        </w:rPr>
      </w:pPr>
      <w:r w:rsidRPr="00D97DB6">
        <w:rPr>
          <w:rFonts w:eastAsia="Arial"/>
          <w:b/>
          <w:noProof/>
          <w:color w:val="D71920"/>
          <w:sz w:val="17"/>
          <w:lang w:val="ro-RO"/>
        </w:rPr>
        <w:t xml:space="preserve">Baza utilizată: </w:t>
      </w:r>
      <w:r w:rsidRPr="00D97DB6">
        <w:rPr>
          <w:rFonts w:eastAsia="Arial"/>
          <w:noProof/>
          <w:sz w:val="17"/>
          <w:lang w:val="ro-RO"/>
        </w:rPr>
        <w:t>ISO 9001:2015 și Amendamentul 1:2024 - Climate action changes. La data versiunii acestui document, ediția revizuită ISO 9001 se afla în stadiu final de proiect și era estimată pentru publicare în septembrie 2026. Cerințele unui proiect de standard nu sunt tratate aici ca cerințe normative.</w:t>
      </w:r>
    </w:p>
    <w:p w14:paraId="2BD57EE6" w14:textId="77777777" w:rsidR="002718B0" w:rsidRPr="00D97DB6" w:rsidRDefault="00000000">
      <w:pPr>
        <w:rPr>
          <w:noProof/>
          <w:lang w:val="ro-RO"/>
        </w:rPr>
      </w:pPr>
      <w:r w:rsidRPr="00D97DB6">
        <w:rPr>
          <w:rFonts w:eastAsia="Arial"/>
          <w:b/>
          <w:noProof/>
          <w:color w:val="D71920"/>
          <w:sz w:val="17"/>
          <w:lang w:val="ro-RO"/>
        </w:rPr>
        <w:t xml:space="preserve">Referințe publice: </w:t>
      </w:r>
      <w:r w:rsidRPr="00D97DB6">
        <w:rPr>
          <w:rFonts w:eastAsia="Arial"/>
          <w:noProof/>
          <w:color w:val="666666"/>
          <w:sz w:val="17"/>
          <w:lang w:val="ro-RO"/>
        </w:rPr>
        <w:t>International Organization for Standardization (ISO) - paginile oficiale ISO 9001:2015, ISO 9001:2015/Amd 1:2024 și ISO/FDIS 9001; ISO/IAF Joint Communiqué privind amendamentele referitoare la schimbările climatice.</w:t>
      </w:r>
    </w:p>
    <w:tbl>
      <w:tblPr>
        <w:tblW w:w="0" w:type="auto"/>
        <w:jc w:val="center"/>
        <w:tblLayout w:type="fixed"/>
        <w:tblLook w:val="04A0" w:firstRow="1" w:lastRow="0" w:firstColumn="1" w:lastColumn="0" w:noHBand="0" w:noVBand="1"/>
      </w:tblPr>
      <w:tblGrid>
        <w:gridCol w:w="4989"/>
        <w:gridCol w:w="4989"/>
      </w:tblGrid>
      <w:tr w:rsidR="002718B0" w:rsidRPr="00D97DB6" w14:paraId="554DC5D8" w14:textId="77777777">
        <w:trPr>
          <w:jc w:val="center"/>
        </w:trPr>
        <w:tc>
          <w:tcPr>
            <w:tcW w:w="4989" w:type="dxa"/>
            <w:tcBorders>
              <w:top w:val="nil"/>
              <w:left w:val="nil"/>
              <w:bottom w:val="nil"/>
              <w:right w:val="nil"/>
            </w:tcBorders>
            <w:shd w:val="clear" w:color="auto" w:fill="D71920"/>
          </w:tcPr>
          <w:p w14:paraId="3871F8D3" w14:textId="77777777" w:rsidR="002718B0" w:rsidRPr="00D97DB6" w:rsidRDefault="002718B0">
            <w:pPr>
              <w:rPr>
                <w:noProof/>
                <w:lang w:val="ro-RO"/>
              </w:rPr>
            </w:pPr>
          </w:p>
        </w:tc>
        <w:tc>
          <w:tcPr>
            <w:tcW w:w="4989" w:type="dxa"/>
            <w:tcBorders>
              <w:top w:val="nil"/>
              <w:left w:val="nil"/>
              <w:bottom w:val="nil"/>
              <w:right w:val="nil"/>
            </w:tcBorders>
            <w:shd w:val="clear" w:color="auto" w:fill="FCEBEC"/>
            <w:tcMar>
              <w:top w:w="110" w:type="dxa"/>
              <w:left w:w="160" w:type="dxa"/>
              <w:bottom w:w="110" w:type="dxa"/>
              <w:right w:w="160" w:type="dxa"/>
            </w:tcMar>
          </w:tcPr>
          <w:p w14:paraId="07638422" w14:textId="77777777" w:rsidR="002718B0" w:rsidRPr="00D97DB6" w:rsidRDefault="00000000">
            <w:pPr>
              <w:rPr>
                <w:noProof/>
                <w:lang w:val="ro-RO"/>
              </w:rPr>
            </w:pPr>
            <w:r w:rsidRPr="00D97DB6">
              <w:rPr>
                <w:rFonts w:eastAsia="Arial"/>
                <w:b/>
                <w:noProof/>
                <w:color w:val="D71920"/>
                <w:lang w:val="ro-RO"/>
              </w:rPr>
              <w:t>AVERTISMENT DE UTILIZARE</w:t>
            </w:r>
          </w:p>
          <w:p w14:paraId="0FD0B8CA" w14:textId="77777777" w:rsidR="002718B0" w:rsidRPr="00D97DB6" w:rsidRDefault="00000000">
            <w:pPr>
              <w:spacing w:before="20" w:after="0"/>
              <w:rPr>
                <w:noProof/>
                <w:lang w:val="ro-RO"/>
              </w:rPr>
            </w:pPr>
            <w:r w:rsidRPr="00D97DB6">
              <w:rPr>
                <w:rFonts w:eastAsia="Arial"/>
                <w:noProof/>
                <w:sz w:val="17"/>
                <w:lang w:val="ro-RO"/>
              </w:rPr>
              <w:t>Acest material este educațional și orientativ. Nu reprezintă interpretare oficială ISO, consultanță juridică sau garanția certificării. Organizația trebuie să consulte standardul oficial, cerințele legale și contractuale aplicabile și să adapteze controalele la propriul context.</w:t>
            </w:r>
          </w:p>
        </w:tc>
      </w:tr>
    </w:tbl>
    <w:p w14:paraId="23ABCC9B" w14:textId="77777777" w:rsidR="002718B0" w:rsidRPr="00D97DB6" w:rsidRDefault="002718B0">
      <w:pPr>
        <w:spacing w:after="0"/>
        <w:rPr>
          <w:noProof/>
          <w:lang w:val="ro-RO"/>
        </w:rPr>
      </w:pPr>
    </w:p>
    <w:p w14:paraId="10D527AF" w14:textId="77777777" w:rsidR="002718B0" w:rsidRPr="00D97DB6" w:rsidRDefault="00000000">
      <w:pPr>
        <w:spacing w:before="280"/>
        <w:jc w:val="center"/>
        <w:rPr>
          <w:noProof/>
          <w:lang w:val="ro-RO"/>
        </w:rPr>
      </w:pPr>
      <w:r w:rsidRPr="00D97DB6">
        <w:rPr>
          <w:rFonts w:eastAsia="Arial"/>
          <w:b/>
          <w:noProof/>
          <w:sz w:val="32"/>
          <w:lang w:val="ro-RO"/>
        </w:rPr>
        <w:t>CERTIFY</w:t>
      </w:r>
      <w:r w:rsidRPr="00D97DB6">
        <w:rPr>
          <w:rFonts w:eastAsia="Arial"/>
          <w:noProof/>
          <w:color w:val="D71920"/>
          <w:sz w:val="18"/>
          <w:lang w:val="ro-RO"/>
        </w:rPr>
        <w:t xml:space="preserve">  |  Calitate. Încredere. Performanță.</w:t>
      </w:r>
    </w:p>
    <w:sectPr w:rsidR="002718B0" w:rsidRPr="00D97DB6" w:rsidSect="00034616">
      <w:headerReference w:type="default" r:id="rId12"/>
      <w:footerReference w:type="default" r:id="rId13"/>
      <w:pgSz w:w="11906" w:h="16838"/>
      <w:pgMar w:top="907" w:right="964" w:bottom="822" w:left="964"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E8FB1" w14:textId="77777777" w:rsidR="002A1905" w:rsidRDefault="002A1905">
      <w:pPr>
        <w:spacing w:after="0" w:line="240" w:lineRule="auto"/>
      </w:pPr>
      <w:r>
        <w:separator/>
      </w:r>
    </w:p>
  </w:endnote>
  <w:endnote w:type="continuationSeparator" w:id="0">
    <w:p w14:paraId="2DA05ED8" w14:textId="77777777" w:rsidR="002A1905" w:rsidRDefault="002A1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F69C" w14:textId="77777777" w:rsidR="002718B0" w:rsidRPr="00D97DB6" w:rsidRDefault="00000000">
    <w:pPr>
      <w:pStyle w:val="Footer"/>
      <w:pBdr>
        <w:top w:val="single" w:sz="4" w:space="2" w:color="D9DDE2"/>
      </w:pBdr>
      <w:tabs>
        <w:tab w:val="right" w:pos="9978"/>
      </w:tabs>
      <w:rPr>
        <w:lang w:val="fr-FR"/>
      </w:rPr>
    </w:pPr>
    <w:proofErr w:type="spellStart"/>
    <w:proofErr w:type="gramStart"/>
    <w:r w:rsidRPr="00D97DB6">
      <w:rPr>
        <w:rFonts w:eastAsia="Arial"/>
        <w:color w:val="666666"/>
        <w:sz w:val="15"/>
        <w:lang w:val="fr-FR"/>
      </w:rPr>
      <w:t>Certify</w:t>
    </w:r>
    <w:proofErr w:type="spellEnd"/>
    <w:r w:rsidRPr="00D97DB6">
      <w:rPr>
        <w:rFonts w:eastAsia="Arial"/>
        <w:color w:val="666666"/>
        <w:sz w:val="15"/>
        <w:lang w:val="fr-FR"/>
      </w:rPr>
      <w:t xml:space="preserve">  |</w:t>
    </w:r>
    <w:proofErr w:type="gramEnd"/>
    <w:r w:rsidRPr="00D97DB6">
      <w:rPr>
        <w:rFonts w:eastAsia="Arial"/>
        <w:color w:val="666666"/>
        <w:sz w:val="15"/>
        <w:lang w:val="fr-FR"/>
      </w:rPr>
      <w:t xml:space="preserve">  Instrument </w:t>
    </w:r>
    <w:proofErr w:type="spellStart"/>
    <w:r w:rsidRPr="00D97DB6">
      <w:rPr>
        <w:rFonts w:eastAsia="Arial"/>
        <w:color w:val="666666"/>
        <w:sz w:val="15"/>
        <w:lang w:val="fr-FR"/>
      </w:rPr>
      <w:t>orientativ</w:t>
    </w:r>
    <w:proofErr w:type="spellEnd"/>
    <w:r w:rsidRPr="00D97DB6">
      <w:rPr>
        <w:rFonts w:eastAsia="Arial"/>
        <w:color w:val="666666"/>
        <w:sz w:val="15"/>
        <w:lang w:val="fr-FR"/>
      </w:rPr>
      <w:t xml:space="preserve">, </w:t>
    </w:r>
    <w:proofErr w:type="spellStart"/>
    <w:r w:rsidRPr="00D97DB6">
      <w:rPr>
        <w:rFonts w:eastAsia="Arial"/>
        <w:color w:val="666666"/>
        <w:sz w:val="15"/>
        <w:lang w:val="fr-FR"/>
      </w:rPr>
      <w:t>adaptabil</w:t>
    </w:r>
    <w:proofErr w:type="spellEnd"/>
    <w:r w:rsidRPr="00D97DB6">
      <w:rPr>
        <w:rFonts w:eastAsia="Arial"/>
        <w:color w:val="666666"/>
        <w:sz w:val="15"/>
        <w:lang w:val="fr-FR"/>
      </w:rPr>
      <w:t xml:space="preserve"> </w:t>
    </w:r>
    <w:proofErr w:type="spellStart"/>
    <w:r w:rsidRPr="00D97DB6">
      <w:rPr>
        <w:rFonts w:eastAsia="Arial"/>
        <w:color w:val="666666"/>
        <w:sz w:val="15"/>
        <w:lang w:val="fr-FR"/>
      </w:rPr>
      <w:t>organizației</w:t>
    </w:r>
    <w:proofErr w:type="spellEnd"/>
    <w:r w:rsidRPr="00D97DB6">
      <w:rPr>
        <w:lang w:val="fr-FR"/>
      </w:rPr>
      <w:tab/>
    </w:r>
    <w:r w:rsidRPr="00D97DB6">
      <w:rPr>
        <w:rFonts w:eastAsia="Arial"/>
        <w:color w:val="666666"/>
        <w:sz w:val="15"/>
        <w:lang w:val="fr-FR"/>
      </w:rPr>
      <w:t xml:space="preserve">Pagina </w:t>
    </w:r>
    <w:r>
      <w:rPr>
        <w:rFonts w:eastAsia="Arial"/>
        <w:color w:val="666666"/>
        <w:sz w:val="15"/>
      </w:rPr>
      <w:fldChar w:fldCharType="begin"/>
    </w:r>
    <w:r w:rsidRPr="00D97DB6">
      <w:rPr>
        <w:rFonts w:eastAsia="Arial"/>
        <w:color w:val="666666"/>
        <w:sz w:val="15"/>
        <w:lang w:val="fr-FR"/>
      </w:rPr>
      <w:instrText>PAGE</w:instrText>
    </w:r>
    <w:r>
      <w:rPr>
        <w:rFonts w:eastAsia="Arial"/>
        <w:color w:val="666666"/>
        <w:sz w:val="15"/>
      </w:rPr>
      <w:fldChar w:fldCharType="separate"/>
    </w:r>
    <w:r w:rsidR="00D97DB6" w:rsidRPr="00D97DB6">
      <w:rPr>
        <w:rFonts w:eastAsia="Arial"/>
        <w:noProof/>
        <w:color w:val="666666"/>
        <w:sz w:val="15"/>
        <w:lang w:val="fr-FR"/>
      </w:rPr>
      <w:t>2</w:t>
    </w:r>
    <w:r>
      <w:rPr>
        <w:rFonts w:eastAsia="Arial"/>
        <w:color w:val="666666"/>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67F34" w14:textId="39ED0038" w:rsidR="002718B0" w:rsidRPr="00D97DB6" w:rsidRDefault="00000000">
    <w:pPr>
      <w:pStyle w:val="Footer"/>
      <w:pBdr>
        <w:top w:val="single" w:sz="4" w:space="2" w:color="D9DDE2"/>
      </w:pBdr>
      <w:tabs>
        <w:tab w:val="right" w:pos="15420"/>
      </w:tabs>
      <w:rPr>
        <w:lang w:val="fr-FR"/>
      </w:rPr>
    </w:pPr>
    <w:proofErr w:type="spellStart"/>
    <w:proofErr w:type="gramStart"/>
    <w:r w:rsidRPr="00D97DB6">
      <w:rPr>
        <w:rFonts w:eastAsia="Arial"/>
        <w:color w:val="666666"/>
        <w:sz w:val="15"/>
        <w:lang w:val="fr-FR"/>
      </w:rPr>
      <w:t>Certify</w:t>
    </w:r>
    <w:proofErr w:type="spellEnd"/>
    <w:r w:rsidRPr="00D97DB6">
      <w:rPr>
        <w:rFonts w:eastAsia="Arial"/>
        <w:color w:val="666666"/>
        <w:sz w:val="15"/>
        <w:lang w:val="fr-FR"/>
      </w:rPr>
      <w:t xml:space="preserve">  |</w:t>
    </w:r>
    <w:proofErr w:type="gramEnd"/>
    <w:r w:rsidRPr="00D97DB6">
      <w:rPr>
        <w:rFonts w:eastAsia="Arial"/>
        <w:color w:val="666666"/>
        <w:sz w:val="15"/>
        <w:lang w:val="fr-FR"/>
      </w:rPr>
      <w:t xml:space="preserve">  Instrument </w:t>
    </w:r>
    <w:proofErr w:type="spellStart"/>
    <w:r w:rsidRPr="00D97DB6">
      <w:rPr>
        <w:rFonts w:eastAsia="Arial"/>
        <w:color w:val="666666"/>
        <w:sz w:val="15"/>
        <w:lang w:val="fr-FR"/>
      </w:rPr>
      <w:t>orientativ</w:t>
    </w:r>
    <w:proofErr w:type="spellEnd"/>
    <w:r w:rsidRPr="00D97DB6">
      <w:rPr>
        <w:rFonts w:eastAsia="Arial"/>
        <w:color w:val="666666"/>
        <w:sz w:val="15"/>
        <w:lang w:val="fr-FR"/>
      </w:rPr>
      <w:t xml:space="preserve">, </w:t>
    </w:r>
    <w:proofErr w:type="spellStart"/>
    <w:r w:rsidRPr="00D97DB6">
      <w:rPr>
        <w:rFonts w:eastAsia="Arial"/>
        <w:color w:val="666666"/>
        <w:sz w:val="15"/>
        <w:lang w:val="fr-FR"/>
      </w:rPr>
      <w:t>adaptabil</w:t>
    </w:r>
    <w:proofErr w:type="spellEnd"/>
    <w:r w:rsidRPr="00D97DB6">
      <w:rPr>
        <w:rFonts w:eastAsia="Arial"/>
        <w:color w:val="666666"/>
        <w:sz w:val="15"/>
        <w:lang w:val="fr-FR"/>
      </w:rPr>
      <w:t xml:space="preserve"> </w:t>
    </w:r>
    <w:proofErr w:type="spellStart"/>
    <w:r w:rsidRPr="00D97DB6">
      <w:rPr>
        <w:rFonts w:eastAsia="Arial"/>
        <w:color w:val="666666"/>
        <w:sz w:val="15"/>
        <w:lang w:val="fr-FR"/>
      </w:rPr>
      <w:t>organizației</w:t>
    </w:r>
    <w:proofErr w:type="spellEnd"/>
    <w:r w:rsidRPr="00D97DB6">
      <w:rPr>
        <w:lang w:val="fr-FR"/>
      </w:rPr>
      <w:tab/>
    </w:r>
    <w:r w:rsidRPr="00D97DB6">
      <w:rPr>
        <w:rFonts w:eastAsia="Arial"/>
        <w:color w:val="666666"/>
        <w:sz w:val="15"/>
        <w:lang w:val="fr-FR"/>
      </w:rPr>
      <w:t xml:space="preserve">Pagina </w:t>
    </w:r>
    <w:r>
      <w:rPr>
        <w:rFonts w:eastAsia="Arial"/>
        <w:color w:val="666666"/>
        <w:sz w:val="15"/>
      </w:rPr>
      <w:fldChar w:fldCharType="begin"/>
    </w:r>
    <w:r w:rsidRPr="00D97DB6">
      <w:rPr>
        <w:rFonts w:eastAsia="Arial"/>
        <w:color w:val="666666"/>
        <w:sz w:val="15"/>
        <w:lang w:val="fr-FR"/>
      </w:rPr>
      <w:instrText>PAGE</w:instrText>
    </w:r>
    <w:r>
      <w:rPr>
        <w:rFonts w:eastAsia="Arial"/>
        <w:color w:val="666666"/>
        <w:sz w:val="15"/>
      </w:rPr>
      <w:fldChar w:fldCharType="separate"/>
    </w:r>
    <w:r w:rsidR="00D97DB6" w:rsidRPr="00D97DB6">
      <w:rPr>
        <w:rFonts w:eastAsia="Arial"/>
        <w:noProof/>
        <w:color w:val="666666"/>
        <w:sz w:val="15"/>
        <w:lang w:val="fr-FR"/>
      </w:rPr>
      <w:t>4</w:t>
    </w:r>
    <w:r>
      <w:rPr>
        <w:rFonts w:eastAsia="Arial"/>
        <w:color w:val="666666"/>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0697" w14:textId="0D17429F" w:rsidR="002718B0" w:rsidRPr="00D97DB6" w:rsidRDefault="00000000">
    <w:pPr>
      <w:pStyle w:val="Footer"/>
      <w:pBdr>
        <w:top w:val="single" w:sz="4" w:space="2" w:color="D9DDE2"/>
      </w:pBdr>
      <w:tabs>
        <w:tab w:val="right" w:pos="9978"/>
      </w:tabs>
      <w:rPr>
        <w:noProof/>
        <w:lang w:val="ro-RO"/>
      </w:rPr>
    </w:pPr>
    <w:r w:rsidRPr="00D97DB6">
      <w:rPr>
        <w:rFonts w:eastAsia="Arial"/>
        <w:noProof/>
        <w:color w:val="666666"/>
        <w:sz w:val="15"/>
        <w:lang w:val="ro-RO"/>
      </w:rPr>
      <w:t>Certify  |  Instrument orientativ, adaptabil organizației</w:t>
    </w:r>
    <w:r w:rsidRPr="00D97DB6">
      <w:rPr>
        <w:noProof/>
        <w:lang w:val="ro-RO"/>
      </w:rPr>
      <w:tab/>
    </w:r>
    <w:r w:rsidRPr="00D97DB6">
      <w:rPr>
        <w:rFonts w:eastAsia="Arial"/>
        <w:noProof/>
        <w:color w:val="666666"/>
        <w:sz w:val="15"/>
        <w:lang w:val="ro-RO"/>
      </w:rPr>
      <w:t xml:space="preserve">Pagina </w:t>
    </w:r>
    <w:r w:rsidRPr="00D97DB6">
      <w:rPr>
        <w:rFonts w:eastAsia="Arial"/>
        <w:noProof/>
        <w:color w:val="666666"/>
        <w:sz w:val="15"/>
        <w:lang w:val="ro-RO"/>
      </w:rPr>
      <w:fldChar w:fldCharType="begin"/>
    </w:r>
    <w:r w:rsidRPr="00D97DB6">
      <w:rPr>
        <w:rFonts w:eastAsia="Arial"/>
        <w:noProof/>
        <w:color w:val="666666"/>
        <w:sz w:val="15"/>
        <w:lang w:val="ro-RO"/>
      </w:rPr>
      <w:instrText>PAGE</w:instrText>
    </w:r>
    <w:r w:rsidRPr="00D97DB6">
      <w:rPr>
        <w:rFonts w:eastAsia="Arial"/>
        <w:noProof/>
        <w:color w:val="666666"/>
        <w:sz w:val="15"/>
        <w:lang w:val="ro-RO"/>
      </w:rPr>
      <w:fldChar w:fldCharType="separate"/>
    </w:r>
    <w:r w:rsidR="00D97DB6" w:rsidRPr="00D97DB6">
      <w:rPr>
        <w:rFonts w:eastAsia="Arial"/>
        <w:noProof/>
        <w:color w:val="666666"/>
        <w:sz w:val="15"/>
        <w:lang w:val="ro-RO"/>
      </w:rPr>
      <w:t>15</w:t>
    </w:r>
    <w:r w:rsidRPr="00D97DB6">
      <w:rPr>
        <w:rFonts w:eastAsia="Arial"/>
        <w:noProof/>
        <w:color w:val="666666"/>
        <w:sz w:val="15"/>
        <w:lang w:val="ro-R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96CF9" w14:textId="77777777" w:rsidR="002A1905" w:rsidRDefault="002A1905">
      <w:pPr>
        <w:spacing w:after="0" w:line="240" w:lineRule="auto"/>
      </w:pPr>
      <w:r>
        <w:separator/>
      </w:r>
    </w:p>
  </w:footnote>
  <w:footnote w:type="continuationSeparator" w:id="0">
    <w:p w14:paraId="739BC7D2" w14:textId="77777777" w:rsidR="002A1905" w:rsidRDefault="002A1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54CFB" w14:textId="77777777" w:rsidR="002718B0" w:rsidRDefault="002718B0">
    <w:pPr>
      <w:pStyle w:val="Header"/>
    </w:pPr>
  </w:p>
  <w:tbl>
    <w:tblPr>
      <w:tblW w:w="0" w:type="auto"/>
      <w:tblLayout w:type="fixed"/>
      <w:tblLook w:val="04A0" w:firstRow="1" w:lastRow="0" w:firstColumn="1" w:lastColumn="0" w:noHBand="0" w:noVBand="1"/>
    </w:tblPr>
    <w:tblGrid>
      <w:gridCol w:w="3326"/>
      <w:gridCol w:w="3326"/>
      <w:gridCol w:w="3326"/>
    </w:tblGrid>
    <w:tr w:rsidR="002718B0" w14:paraId="5458C7D6" w14:textId="77777777">
      <w:tc>
        <w:tcPr>
          <w:tcW w:w="3326" w:type="dxa"/>
          <w:tcBorders>
            <w:bottom w:val="single" w:sz="8" w:space="0" w:color="D71920"/>
          </w:tcBorders>
          <w:shd w:val="clear" w:color="auto" w:fill="D71920"/>
          <w:tcMar>
            <w:top w:w="30" w:type="dxa"/>
            <w:left w:w="35" w:type="dxa"/>
            <w:bottom w:w="30" w:type="dxa"/>
            <w:right w:w="35" w:type="dxa"/>
          </w:tcMar>
          <w:vAlign w:val="center"/>
        </w:tcPr>
        <w:p w14:paraId="6376F5FC" w14:textId="77777777" w:rsidR="002718B0" w:rsidRDefault="00000000">
          <w:pPr>
            <w:jc w:val="center"/>
          </w:pPr>
          <w:r>
            <w:rPr>
              <w:rFonts w:eastAsia="Arial"/>
              <w:b/>
              <w:color w:val="FFFFFF"/>
              <w:sz w:val="22"/>
            </w:rPr>
            <w:t>C</w:t>
          </w:r>
        </w:p>
      </w:tc>
      <w:tc>
        <w:tcPr>
          <w:tcW w:w="3326" w:type="dxa"/>
          <w:tcBorders>
            <w:bottom w:val="single" w:sz="8" w:space="0" w:color="D71920"/>
          </w:tcBorders>
          <w:tcMar>
            <w:top w:w="30" w:type="dxa"/>
            <w:left w:w="35" w:type="dxa"/>
            <w:bottom w:w="30" w:type="dxa"/>
            <w:right w:w="35" w:type="dxa"/>
          </w:tcMar>
        </w:tcPr>
        <w:p w14:paraId="65C7A9F8" w14:textId="77777777" w:rsidR="002718B0" w:rsidRDefault="00000000">
          <w:proofErr w:type="gramStart"/>
          <w:r>
            <w:rPr>
              <w:rFonts w:eastAsia="Arial"/>
              <w:b/>
              <w:sz w:val="21"/>
            </w:rPr>
            <w:t>CERTIFY</w:t>
          </w:r>
          <w:r>
            <w:rPr>
              <w:rFonts w:eastAsia="Arial"/>
              <w:color w:val="666666"/>
              <w:sz w:val="16"/>
            </w:rPr>
            <w:t xml:space="preserve">  |</w:t>
          </w:r>
          <w:proofErr w:type="gramEnd"/>
          <w:r>
            <w:rPr>
              <w:rFonts w:eastAsia="Arial"/>
              <w:color w:val="666666"/>
              <w:sz w:val="16"/>
            </w:rPr>
            <w:t xml:space="preserve">  RESURSE ISO</w:t>
          </w:r>
        </w:p>
      </w:tc>
      <w:tc>
        <w:tcPr>
          <w:tcW w:w="3326" w:type="dxa"/>
          <w:tcBorders>
            <w:bottom w:val="single" w:sz="8" w:space="0" w:color="D71920"/>
          </w:tcBorders>
          <w:tcMar>
            <w:top w:w="30" w:type="dxa"/>
            <w:left w:w="35" w:type="dxa"/>
            <w:bottom w:w="30" w:type="dxa"/>
            <w:right w:w="35" w:type="dxa"/>
          </w:tcMar>
        </w:tcPr>
        <w:p w14:paraId="37D07D04" w14:textId="77777777" w:rsidR="002718B0" w:rsidRDefault="00000000">
          <w:pPr>
            <w:jc w:val="right"/>
          </w:pPr>
          <w:r>
            <w:rPr>
              <w:rFonts w:eastAsia="Arial"/>
              <w:b/>
              <w:color w:val="D71920"/>
              <w:sz w:val="16"/>
            </w:rPr>
            <w:t>CHECKLIST IMPLEMENTARE ISO 9001</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2931" w14:textId="77777777" w:rsidR="002718B0" w:rsidRDefault="002718B0">
    <w:pPr>
      <w:pStyle w:val="Header"/>
    </w:pPr>
  </w:p>
  <w:tbl>
    <w:tblPr>
      <w:tblW w:w="0" w:type="auto"/>
      <w:tblLayout w:type="fixed"/>
      <w:tblLook w:val="04A0" w:firstRow="1" w:lastRow="0" w:firstColumn="1" w:lastColumn="0" w:noHBand="0" w:noVBand="1"/>
    </w:tblPr>
    <w:tblGrid>
      <w:gridCol w:w="5140"/>
      <w:gridCol w:w="5140"/>
      <w:gridCol w:w="5140"/>
    </w:tblGrid>
    <w:tr w:rsidR="002718B0" w14:paraId="0CDAB62C" w14:textId="77777777">
      <w:tc>
        <w:tcPr>
          <w:tcW w:w="5140" w:type="dxa"/>
          <w:tcBorders>
            <w:bottom w:val="single" w:sz="8" w:space="0" w:color="D71920"/>
          </w:tcBorders>
          <w:shd w:val="clear" w:color="auto" w:fill="D71920"/>
          <w:tcMar>
            <w:top w:w="30" w:type="dxa"/>
            <w:left w:w="35" w:type="dxa"/>
            <w:bottom w:w="30" w:type="dxa"/>
            <w:right w:w="35" w:type="dxa"/>
          </w:tcMar>
          <w:vAlign w:val="center"/>
        </w:tcPr>
        <w:p w14:paraId="52A40E3F" w14:textId="77777777" w:rsidR="002718B0" w:rsidRDefault="00000000">
          <w:pPr>
            <w:jc w:val="center"/>
          </w:pPr>
          <w:r>
            <w:rPr>
              <w:rFonts w:eastAsia="Arial"/>
              <w:b/>
              <w:color w:val="FFFFFF"/>
              <w:sz w:val="22"/>
            </w:rPr>
            <w:t>C</w:t>
          </w:r>
        </w:p>
      </w:tc>
      <w:tc>
        <w:tcPr>
          <w:tcW w:w="5140" w:type="dxa"/>
          <w:tcBorders>
            <w:bottom w:val="single" w:sz="8" w:space="0" w:color="D71920"/>
          </w:tcBorders>
          <w:tcMar>
            <w:top w:w="30" w:type="dxa"/>
            <w:left w:w="35" w:type="dxa"/>
            <w:bottom w:w="30" w:type="dxa"/>
            <w:right w:w="35" w:type="dxa"/>
          </w:tcMar>
        </w:tcPr>
        <w:p w14:paraId="7AC371BB" w14:textId="1DC2D092" w:rsidR="002718B0" w:rsidRDefault="00000000">
          <w:proofErr w:type="gramStart"/>
          <w:r>
            <w:rPr>
              <w:rFonts w:eastAsia="Arial"/>
              <w:b/>
              <w:sz w:val="21"/>
            </w:rPr>
            <w:t>C</w:t>
          </w:r>
          <w:r w:rsidR="00D97DB6">
            <w:rPr>
              <w:rFonts w:eastAsia="Arial"/>
              <w:b/>
              <w:sz w:val="21"/>
            </w:rPr>
            <w:t>ertify</w:t>
          </w:r>
          <w:r>
            <w:rPr>
              <w:rFonts w:eastAsia="Arial"/>
              <w:color w:val="666666"/>
              <w:sz w:val="16"/>
            </w:rPr>
            <w:t xml:space="preserve">  |</w:t>
          </w:r>
          <w:proofErr w:type="gramEnd"/>
          <w:r>
            <w:rPr>
              <w:rFonts w:eastAsia="Arial"/>
              <w:color w:val="666666"/>
              <w:sz w:val="16"/>
            </w:rPr>
            <w:t xml:space="preserve">  RESURSE ISO</w:t>
          </w:r>
        </w:p>
      </w:tc>
      <w:tc>
        <w:tcPr>
          <w:tcW w:w="5140" w:type="dxa"/>
          <w:tcBorders>
            <w:bottom w:val="single" w:sz="8" w:space="0" w:color="D71920"/>
          </w:tcBorders>
          <w:tcMar>
            <w:top w:w="30" w:type="dxa"/>
            <w:left w:w="35" w:type="dxa"/>
            <w:bottom w:w="30" w:type="dxa"/>
            <w:right w:w="35" w:type="dxa"/>
          </w:tcMar>
        </w:tcPr>
        <w:p w14:paraId="36EF13E3" w14:textId="77777777" w:rsidR="002718B0" w:rsidRDefault="00000000">
          <w:pPr>
            <w:jc w:val="right"/>
          </w:pPr>
          <w:r>
            <w:rPr>
              <w:rFonts w:eastAsia="Arial"/>
              <w:b/>
              <w:color w:val="D71920"/>
              <w:sz w:val="16"/>
            </w:rPr>
            <w:t>CHECKLIST IMPLEMENTARE ISO 9001</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D4D8" w14:textId="77777777" w:rsidR="002718B0" w:rsidRPr="00D97DB6" w:rsidRDefault="002718B0">
    <w:pPr>
      <w:pStyle w:val="Header"/>
      <w:rPr>
        <w:noProof/>
        <w:lang w:val="ro-RO"/>
      </w:rPr>
    </w:pPr>
  </w:p>
  <w:tbl>
    <w:tblPr>
      <w:tblW w:w="0" w:type="auto"/>
      <w:tblLayout w:type="fixed"/>
      <w:tblLook w:val="04A0" w:firstRow="1" w:lastRow="0" w:firstColumn="1" w:lastColumn="0" w:noHBand="0" w:noVBand="1"/>
    </w:tblPr>
    <w:tblGrid>
      <w:gridCol w:w="3326"/>
      <w:gridCol w:w="3326"/>
      <w:gridCol w:w="3326"/>
    </w:tblGrid>
    <w:tr w:rsidR="002718B0" w:rsidRPr="00D97DB6" w14:paraId="6AEB5751" w14:textId="77777777">
      <w:tc>
        <w:tcPr>
          <w:tcW w:w="3326" w:type="dxa"/>
          <w:tcBorders>
            <w:bottom w:val="single" w:sz="8" w:space="0" w:color="D71920"/>
          </w:tcBorders>
          <w:shd w:val="clear" w:color="auto" w:fill="D71920"/>
          <w:tcMar>
            <w:top w:w="30" w:type="dxa"/>
            <w:left w:w="35" w:type="dxa"/>
            <w:bottom w:w="30" w:type="dxa"/>
            <w:right w:w="35" w:type="dxa"/>
          </w:tcMar>
          <w:vAlign w:val="center"/>
        </w:tcPr>
        <w:p w14:paraId="351D1B1E" w14:textId="77777777" w:rsidR="002718B0" w:rsidRPr="00D97DB6" w:rsidRDefault="00000000">
          <w:pPr>
            <w:jc w:val="center"/>
            <w:rPr>
              <w:noProof/>
              <w:lang w:val="ro-RO"/>
            </w:rPr>
          </w:pPr>
          <w:r w:rsidRPr="00D97DB6">
            <w:rPr>
              <w:rFonts w:eastAsia="Arial"/>
              <w:b/>
              <w:noProof/>
              <w:color w:val="FFFFFF"/>
              <w:sz w:val="22"/>
              <w:lang w:val="ro-RO"/>
            </w:rPr>
            <w:t>C</w:t>
          </w:r>
        </w:p>
      </w:tc>
      <w:tc>
        <w:tcPr>
          <w:tcW w:w="3326" w:type="dxa"/>
          <w:tcBorders>
            <w:bottom w:val="single" w:sz="8" w:space="0" w:color="D71920"/>
          </w:tcBorders>
          <w:tcMar>
            <w:top w:w="30" w:type="dxa"/>
            <w:left w:w="35" w:type="dxa"/>
            <w:bottom w:w="30" w:type="dxa"/>
            <w:right w:w="35" w:type="dxa"/>
          </w:tcMar>
        </w:tcPr>
        <w:p w14:paraId="38A60DAA" w14:textId="386840DE" w:rsidR="002718B0" w:rsidRPr="00D97DB6" w:rsidRDefault="00000000">
          <w:pPr>
            <w:rPr>
              <w:noProof/>
              <w:lang w:val="ro-RO"/>
            </w:rPr>
          </w:pPr>
          <w:r w:rsidRPr="00D97DB6">
            <w:rPr>
              <w:rFonts w:eastAsia="Arial"/>
              <w:b/>
              <w:noProof/>
              <w:sz w:val="21"/>
              <w:lang w:val="ro-RO"/>
            </w:rPr>
            <w:t>C</w:t>
          </w:r>
          <w:r w:rsidR="00D97DB6" w:rsidRPr="00D97DB6">
            <w:rPr>
              <w:rFonts w:eastAsia="Arial"/>
              <w:b/>
              <w:noProof/>
              <w:sz w:val="21"/>
              <w:lang w:val="ro-RO"/>
            </w:rPr>
            <w:t>ertify</w:t>
          </w:r>
          <w:r w:rsidRPr="00D97DB6">
            <w:rPr>
              <w:rFonts w:eastAsia="Arial"/>
              <w:noProof/>
              <w:color w:val="666666"/>
              <w:sz w:val="16"/>
              <w:lang w:val="ro-RO"/>
            </w:rPr>
            <w:t xml:space="preserve">  |  RESURSE ISO</w:t>
          </w:r>
        </w:p>
      </w:tc>
      <w:tc>
        <w:tcPr>
          <w:tcW w:w="3326" w:type="dxa"/>
          <w:tcBorders>
            <w:bottom w:val="single" w:sz="8" w:space="0" w:color="D71920"/>
          </w:tcBorders>
          <w:tcMar>
            <w:top w:w="30" w:type="dxa"/>
            <w:left w:w="35" w:type="dxa"/>
            <w:bottom w:w="30" w:type="dxa"/>
            <w:right w:w="35" w:type="dxa"/>
          </w:tcMar>
        </w:tcPr>
        <w:p w14:paraId="5566FC56" w14:textId="77777777" w:rsidR="002718B0" w:rsidRPr="00D97DB6" w:rsidRDefault="00000000">
          <w:pPr>
            <w:jc w:val="right"/>
            <w:rPr>
              <w:noProof/>
              <w:lang w:val="ro-RO"/>
            </w:rPr>
          </w:pPr>
          <w:r w:rsidRPr="00D97DB6">
            <w:rPr>
              <w:rFonts w:eastAsia="Arial"/>
              <w:b/>
              <w:noProof/>
              <w:color w:val="D71920"/>
              <w:sz w:val="16"/>
              <w:lang w:val="ro-RO"/>
            </w:rPr>
            <w:t>CHECKLIST IMPLEMENTARE ISO 9001</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6271223">
    <w:abstractNumId w:val="8"/>
  </w:num>
  <w:num w:numId="2" w16cid:durableId="1803843187">
    <w:abstractNumId w:val="6"/>
  </w:num>
  <w:num w:numId="3" w16cid:durableId="895778017">
    <w:abstractNumId w:val="5"/>
  </w:num>
  <w:num w:numId="4" w16cid:durableId="619144287">
    <w:abstractNumId w:val="4"/>
  </w:num>
  <w:num w:numId="5" w16cid:durableId="1211922576">
    <w:abstractNumId w:val="7"/>
  </w:num>
  <w:num w:numId="6" w16cid:durableId="1254046026">
    <w:abstractNumId w:val="3"/>
  </w:num>
  <w:num w:numId="7" w16cid:durableId="203905600">
    <w:abstractNumId w:val="2"/>
  </w:num>
  <w:num w:numId="8" w16cid:durableId="878055108">
    <w:abstractNumId w:val="1"/>
  </w:num>
  <w:num w:numId="9" w16cid:durableId="99909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5ADA"/>
    <w:rsid w:val="00034616"/>
    <w:rsid w:val="0006063C"/>
    <w:rsid w:val="0015074B"/>
    <w:rsid w:val="002718B0"/>
    <w:rsid w:val="0029639D"/>
    <w:rsid w:val="002A1905"/>
    <w:rsid w:val="00326F90"/>
    <w:rsid w:val="0040087F"/>
    <w:rsid w:val="0044493C"/>
    <w:rsid w:val="00AA1D8D"/>
    <w:rsid w:val="00B47730"/>
    <w:rsid w:val="00CB0664"/>
    <w:rsid w:val="00D97DB6"/>
    <w:rsid w:val="00FA53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7DD8A4"/>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color w:val="222222"/>
      <w:sz w:val="19"/>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color w:val="D71920"/>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120"/>
    </w:pPr>
    <w:rPr>
      <w:rFonts w:asciiTheme="majorHAnsi" w:eastAsiaTheme="majorEastAsia" w:hAnsiTheme="majorHAnsi" w:cstheme="majorBidi"/>
      <w:i/>
      <w:iCs/>
      <w:color w:val="666666"/>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5210</Words>
  <Characters>29703</Characters>
  <Application>Microsoft Office Word</Application>
  <DocSecurity>0</DocSecurity>
  <Lines>247</Lines>
  <Paragraphs>69</Paragraphs>
  <ScaleCrop>false</ScaleCrop>
  <Manager/>
  <Company/>
  <LinksUpToDate>false</LinksUpToDate>
  <CharactersWithSpaces>34844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2026-07-24T07:04:00Z</dcterms:created>
  <dcterms:modified xsi:type="dcterms:W3CDTF">2026-07-24T07:04:00Z</dcterms:modified>
  <cp:category/>
</cp:coreProperties>
</file>